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F66C" w14:textId="77777777" w:rsidR="00584715" w:rsidRPr="00AF4025" w:rsidRDefault="00000000">
      <w:pPr>
        <w:pStyle w:val="a7"/>
        <w:rPr>
          <w:sz w:val="24"/>
          <w:szCs w:val="24"/>
        </w:rPr>
      </w:pPr>
      <w:r w:rsidRPr="00AF4025">
        <w:rPr>
          <w:sz w:val="24"/>
          <w:szCs w:val="24"/>
        </w:rPr>
        <w:t>Рабочая</w:t>
      </w:r>
      <w:r w:rsidRPr="00AF4025">
        <w:rPr>
          <w:spacing w:val="-7"/>
          <w:sz w:val="24"/>
          <w:szCs w:val="24"/>
        </w:rPr>
        <w:t xml:space="preserve"> </w:t>
      </w:r>
      <w:r w:rsidRPr="00AF4025">
        <w:rPr>
          <w:sz w:val="24"/>
          <w:szCs w:val="24"/>
        </w:rPr>
        <w:t>программа</w:t>
      </w:r>
      <w:r w:rsidRPr="00AF4025">
        <w:rPr>
          <w:spacing w:val="-4"/>
          <w:sz w:val="24"/>
          <w:szCs w:val="24"/>
        </w:rPr>
        <w:t xml:space="preserve"> </w:t>
      </w:r>
      <w:r w:rsidRPr="00AF4025">
        <w:rPr>
          <w:sz w:val="24"/>
          <w:szCs w:val="24"/>
        </w:rPr>
        <w:t>по</w:t>
      </w:r>
      <w:r w:rsidRPr="00AF4025">
        <w:rPr>
          <w:spacing w:val="-5"/>
          <w:sz w:val="24"/>
          <w:szCs w:val="24"/>
        </w:rPr>
        <w:t xml:space="preserve"> </w:t>
      </w:r>
      <w:r w:rsidRPr="00AF4025">
        <w:rPr>
          <w:sz w:val="24"/>
          <w:szCs w:val="24"/>
        </w:rPr>
        <w:t>географии</w:t>
      </w:r>
      <w:r w:rsidRPr="00AF4025">
        <w:rPr>
          <w:spacing w:val="-6"/>
          <w:sz w:val="24"/>
          <w:szCs w:val="24"/>
        </w:rPr>
        <w:t xml:space="preserve"> </w:t>
      </w:r>
      <w:r w:rsidRPr="00AF4025">
        <w:rPr>
          <w:sz w:val="24"/>
          <w:szCs w:val="24"/>
        </w:rPr>
        <w:t>(</w:t>
      </w:r>
      <w:proofErr w:type="gramStart"/>
      <w:r w:rsidRPr="00AF4025">
        <w:rPr>
          <w:sz w:val="24"/>
          <w:szCs w:val="24"/>
        </w:rPr>
        <w:t>5-9</w:t>
      </w:r>
      <w:proofErr w:type="gramEnd"/>
      <w:r w:rsidRPr="00AF4025">
        <w:rPr>
          <w:spacing w:val="-5"/>
          <w:sz w:val="24"/>
          <w:szCs w:val="24"/>
        </w:rPr>
        <w:t xml:space="preserve"> </w:t>
      </w:r>
      <w:r w:rsidRPr="00AF4025">
        <w:rPr>
          <w:spacing w:val="-2"/>
          <w:sz w:val="24"/>
          <w:szCs w:val="24"/>
        </w:rPr>
        <w:t>классы)</w:t>
      </w:r>
    </w:p>
    <w:p w14:paraId="035D868C" w14:textId="43F60C72" w:rsidR="00584715" w:rsidRPr="00AF4025" w:rsidRDefault="00000000">
      <w:pPr>
        <w:pStyle w:val="1"/>
        <w:numPr>
          <w:ilvl w:val="0"/>
          <w:numId w:val="1"/>
        </w:numPr>
        <w:tabs>
          <w:tab w:val="left" w:pos="4254"/>
        </w:tabs>
        <w:spacing w:before="277" w:line="274" w:lineRule="exact"/>
        <w:jc w:val="both"/>
      </w:pPr>
      <w:r w:rsidRPr="00AF4025">
        <w:t>Пояснительная</w:t>
      </w:r>
      <w:r w:rsidRPr="00AF4025">
        <w:rPr>
          <w:spacing w:val="-3"/>
        </w:rPr>
        <w:t xml:space="preserve"> </w:t>
      </w:r>
      <w:r w:rsidRPr="00AF4025">
        <w:rPr>
          <w:spacing w:val="-2"/>
        </w:rPr>
        <w:t>записка</w:t>
      </w:r>
    </w:p>
    <w:p w14:paraId="7B3DF05E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Рабочая программа учебного предмета </w:t>
      </w:r>
      <w:r w:rsidRPr="00AF4025">
        <w:rPr>
          <w:b/>
          <w:bCs/>
          <w:sz w:val="24"/>
          <w:szCs w:val="24"/>
          <w:lang w:eastAsia="es-ES"/>
        </w:rPr>
        <w:t>«География» для 5–9 классов</w:t>
      </w:r>
      <w:r w:rsidRPr="00AF4025">
        <w:rPr>
          <w:sz w:val="24"/>
          <w:szCs w:val="24"/>
          <w:lang w:eastAsia="es-ES"/>
        </w:rPr>
        <w:t xml:space="preserve"> разработана в соответствии с требованиями Федерального государственного образовательного стандарта основного общего образования, Федеральной образовательной программой основного общего образования и федеральной рабочей программой по учебному предмету «География».</w:t>
      </w:r>
    </w:p>
    <w:p w14:paraId="123B33D9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Нормативную основу рабочей программы составляют:</w:t>
      </w:r>
    </w:p>
    <w:p w14:paraId="0440BC51" w14:textId="77777777" w:rsidR="00DD6A31" w:rsidRPr="00AF4025" w:rsidRDefault="00DD6A3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Федеральный закон от 29 декабря 2012 г. № 273-ФЗ «Об образовании в Российской Федерации»; </w:t>
      </w:r>
    </w:p>
    <w:p w14:paraId="4285108B" w14:textId="77777777" w:rsidR="00DD6A31" w:rsidRPr="00AF4025" w:rsidRDefault="00DD6A3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Федеральный государственный образовательный стандарт основного общего образования, утверждённый приказом Министерства просвещения Российской Федерации от 31 мая 2021 г. № 287 (с изменениями и дополнениями); </w:t>
      </w:r>
    </w:p>
    <w:p w14:paraId="05D88947" w14:textId="77777777" w:rsidR="00DD6A31" w:rsidRPr="00AF4025" w:rsidRDefault="00DD6A3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Федеральная образовательная программа основного общего образования, утверждённая приказом Министерства просвещения Российской Федерации от 18 мая 2023 г. № 370 (с изменениями и дополнениями); </w:t>
      </w:r>
    </w:p>
    <w:p w14:paraId="5F172808" w14:textId="77777777" w:rsidR="00DD6A31" w:rsidRPr="00AF4025" w:rsidRDefault="00DD6A3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федеральная рабочая программа по учебному предмету «География» для 5–9 классов; </w:t>
      </w:r>
    </w:p>
    <w:p w14:paraId="1667A070" w14:textId="77777777" w:rsidR="00DD6A31" w:rsidRPr="00AF4025" w:rsidRDefault="00DD6A3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федеральный перечень учебников, допущенных к использованию при реализации имеющих государственную аккредитацию образовательных программ основного общего образования; </w:t>
      </w:r>
    </w:p>
    <w:p w14:paraId="2082A0E3" w14:textId="77777777" w:rsidR="00DD6A31" w:rsidRPr="00AF4025" w:rsidRDefault="00DD6A3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основная образовательная программа основного общего образования ООО «Образовательный центр </w:t>
      </w:r>
      <w:proofErr w:type="spellStart"/>
      <w:r w:rsidRPr="00AF4025">
        <w:rPr>
          <w:sz w:val="24"/>
          <w:szCs w:val="24"/>
          <w:lang w:eastAsia="es-ES"/>
        </w:rPr>
        <w:t>Кристофор</w:t>
      </w:r>
      <w:proofErr w:type="spellEnd"/>
      <w:r w:rsidRPr="00AF4025">
        <w:rPr>
          <w:sz w:val="24"/>
          <w:szCs w:val="24"/>
          <w:lang w:eastAsia="es-ES"/>
        </w:rPr>
        <w:t xml:space="preserve"> Колумб»; </w:t>
      </w:r>
    </w:p>
    <w:p w14:paraId="4E62E0C8" w14:textId="77777777" w:rsidR="00DD6A31" w:rsidRPr="00AF4025" w:rsidRDefault="00DD6A3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учебный план ООО «Образовательный центр </w:t>
      </w:r>
      <w:proofErr w:type="spellStart"/>
      <w:r w:rsidRPr="00AF4025">
        <w:rPr>
          <w:sz w:val="24"/>
          <w:szCs w:val="24"/>
          <w:lang w:eastAsia="es-ES"/>
        </w:rPr>
        <w:t>Кристофор</w:t>
      </w:r>
      <w:proofErr w:type="spellEnd"/>
      <w:r w:rsidRPr="00AF4025">
        <w:rPr>
          <w:sz w:val="24"/>
          <w:szCs w:val="24"/>
          <w:lang w:eastAsia="es-ES"/>
        </w:rPr>
        <w:t xml:space="preserve"> Колумб» на 2026/2027 учебный год. </w:t>
      </w:r>
    </w:p>
    <w:p w14:paraId="42563AF6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Учебный предмет </w:t>
      </w:r>
      <w:r w:rsidRPr="00AF4025">
        <w:rPr>
          <w:b/>
          <w:bCs/>
          <w:sz w:val="24"/>
          <w:szCs w:val="24"/>
          <w:lang w:eastAsia="es-ES"/>
        </w:rPr>
        <w:t>«География»</w:t>
      </w:r>
      <w:r w:rsidRPr="00AF4025">
        <w:rPr>
          <w:sz w:val="24"/>
          <w:szCs w:val="24"/>
          <w:lang w:eastAsia="es-ES"/>
        </w:rPr>
        <w:t xml:space="preserve"> является одним из компонентов системы основного общего образования и направлен на формирование у обучающихся системы комплексных социально ориентированных знаний о Земле как планете людей, основных закономерностях развития природы, размещении населения и хозяйства, особенностях и динамике природных, экологических и социально-экономических процессов, протекающих в географическом пространстве.</w:t>
      </w:r>
    </w:p>
    <w:p w14:paraId="0120D533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Изучение географии способствует формированию географической культуры обучающихся, развитию пространственного мышления, естественно-научной и функциональной грамотности, экологического мышления, исследовательских умений и ответственного отношения к окружающей среде.</w:t>
      </w:r>
    </w:p>
    <w:p w14:paraId="639FB33B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Особое значение при изучении учебного предмета имеет формирование умений работать с различными источниками географической информации: географическими картами и планами местности, статистическими материалами, графиками, диаграммами, текстовыми источниками, цифровыми образовательными ресурсами и геоинформационными технологиями; находить, извлекать, анализировать, систематизировать и интерпретировать содержащуюся в них информацию.</w:t>
      </w:r>
    </w:p>
    <w:p w14:paraId="00ABD700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lastRenderedPageBreak/>
        <w:t>Освоение содержания учебного предмета предусматривает выполнение практических работ, проведение наблюдений и учебных исследований, решение практико-ориентированных задач, выполнение учебных проектов, работу с картографическими и статистическими материалами, а также применение полученных географических знаний и умений в учебных и жизненных ситуациях.</w:t>
      </w:r>
    </w:p>
    <w:p w14:paraId="5B63BD8A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Цель изучения учебного предмета</w:t>
      </w:r>
    </w:p>
    <w:p w14:paraId="1C6B4D39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Целью изучения учебного предмета «География»</w:t>
      </w:r>
      <w:r w:rsidRPr="00AF4025">
        <w:rPr>
          <w:sz w:val="24"/>
          <w:szCs w:val="24"/>
          <w:lang w:eastAsia="es-ES"/>
        </w:rPr>
        <w:t xml:space="preserve"> на уровне основного общего образования является формирование у обучающихся системы географических знаний как компонента научной картины мира, представлений о целостности и неоднородности географического пространства, закономерностях развития природы, населения и хозяйства, взаимосвязях между природными и общественными процессами, а также развитие способности применять географические знания и умения для решения учебных, практических и жизненных задач.</w:t>
      </w:r>
    </w:p>
    <w:p w14:paraId="5B7E4CD6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Изучение географии направлено на развитие пространственного мышления, географической и функциональной грамотности, экологической культуры, исследовательских умений, способности анализировать природные, социально-экономические и экологические процессы и явления, устанавливать причинно-следственные связи, выявлять закономерности и оценивать последствия взаимодействия природы и общества.</w:t>
      </w:r>
    </w:p>
    <w:p w14:paraId="17569260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Задачи изучения учебного предмета</w:t>
      </w:r>
    </w:p>
    <w:p w14:paraId="6F3A1E2D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Для достижения поставленной цели предусматривается решение следующих задач:</w:t>
      </w:r>
    </w:p>
    <w:p w14:paraId="23A4921F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формирование системы географических знаний о природе, населении и хозяйстве России и мира, закономерностях их развития и территориальной организации; </w:t>
      </w:r>
    </w:p>
    <w:p w14:paraId="7B8666C8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формирование представлений о целостности географической оболочки, взаимосвязях её компонентов, а также взаимосвязях природы, населения и хозяйственной деятельности человека; </w:t>
      </w:r>
    </w:p>
    <w:p w14:paraId="6E21F759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развитие пространственного мышления, географического мировоззрения и географической культуры обучающихся; </w:t>
      </w:r>
    </w:p>
    <w:p w14:paraId="281AF25E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формирование умений находить, извлекать, анализировать, систематизировать и интерпретировать географическую информацию, представленную в различных формах, в том числе на географических картах и планах местности, в статистических материалах, графиках, диаграммах, цифровых картах и геоинформационных системах; </w:t>
      </w:r>
    </w:p>
    <w:p w14:paraId="2CD0BC51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развитие картографической грамотности, умений читать, анализировать и сопоставлять географические карты различного содержания, определять по ним положение, характеристики и взаимосвязи географических объектов и использовать картографическую информацию при решении учебных и практических задач; </w:t>
      </w:r>
    </w:p>
    <w:p w14:paraId="5ED543CB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формирование исследовательских и проектных умений, навыков проведения наблюдений, сбора, обработки, анализа и интерпретации географической информации, формулирования выводов на основе полученных результатов; </w:t>
      </w:r>
    </w:p>
    <w:p w14:paraId="3696B0D1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развитие функциональной грамотности и способности применять географические знания и умения при решении учебных, практико-ориентированных и жизненных задач; </w:t>
      </w:r>
    </w:p>
    <w:p w14:paraId="4E0A153F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формирование экологического мышления, понимания принципов рационального природопользования, охраны окружающей среды, экологической безопасности и устойчивого развития территорий; </w:t>
      </w:r>
    </w:p>
    <w:p w14:paraId="73DDEB20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формирование представлений о Российской Федерации как целостном географическом пространстве, её природном, демографическом, этнокультурном и социально-экономическом разнообразии, территориальной организации населения и хозяйства; </w:t>
      </w:r>
    </w:p>
    <w:p w14:paraId="23921147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AF4025">
        <w:rPr>
          <w:sz w:val="24"/>
          <w:szCs w:val="24"/>
          <w:lang w:eastAsia="es-ES"/>
        </w:rPr>
        <w:t xml:space="preserve">воспитание гражданской ответственности, патриотизма, уважительного отношения к природному и культурному наследию </w:t>
      </w:r>
      <w:proofErr w:type="spellStart"/>
      <w:r w:rsidRPr="00AF4025">
        <w:rPr>
          <w:sz w:val="24"/>
          <w:szCs w:val="24"/>
          <w:lang w:val="es-ES" w:eastAsia="es-ES"/>
        </w:rPr>
        <w:t>России</w:t>
      </w:r>
      <w:proofErr w:type="spellEnd"/>
      <w:r w:rsidRPr="00AF4025">
        <w:rPr>
          <w:sz w:val="24"/>
          <w:szCs w:val="24"/>
          <w:lang w:val="es-ES" w:eastAsia="es-ES"/>
        </w:rPr>
        <w:t xml:space="preserve">, </w:t>
      </w:r>
      <w:proofErr w:type="spellStart"/>
      <w:r w:rsidRPr="00AF4025">
        <w:rPr>
          <w:sz w:val="24"/>
          <w:szCs w:val="24"/>
          <w:lang w:val="es-ES" w:eastAsia="es-ES"/>
        </w:rPr>
        <w:t>народам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Российской</w:t>
      </w:r>
      <w:proofErr w:type="spellEnd"/>
      <w:r w:rsidRPr="00AF4025">
        <w:rPr>
          <w:sz w:val="24"/>
          <w:szCs w:val="24"/>
          <w:lang w:val="es-ES" w:eastAsia="es-ES"/>
        </w:rPr>
        <w:t xml:space="preserve"> Федерации и </w:t>
      </w:r>
      <w:proofErr w:type="spellStart"/>
      <w:r w:rsidRPr="00AF4025">
        <w:rPr>
          <w:sz w:val="24"/>
          <w:szCs w:val="24"/>
          <w:lang w:val="es-ES" w:eastAsia="es-ES"/>
        </w:rPr>
        <w:t>других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стран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мира</w:t>
      </w:r>
      <w:proofErr w:type="spellEnd"/>
      <w:r w:rsidRPr="00AF4025">
        <w:rPr>
          <w:sz w:val="24"/>
          <w:szCs w:val="24"/>
          <w:lang w:val="es-ES" w:eastAsia="es-ES"/>
        </w:rPr>
        <w:t xml:space="preserve">; </w:t>
      </w:r>
    </w:p>
    <w:p w14:paraId="35ADA4F0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формирование способности устанавливать причинно-следственные связи между природными, социальными и экономическими процессами, сравнивать географические объекты и территории, выявлять закономерности их развития; </w:t>
      </w:r>
    </w:p>
    <w:p w14:paraId="619D645A" w14:textId="77777777" w:rsidR="00DD6A31" w:rsidRPr="00AF4025" w:rsidRDefault="00DD6A3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формирование готовности использовать географические знания и умения в повседневной жизни, ориентироваться в современном географическом информационном пространстве, а также применять приобретённые компетенции при выборе дальнейшей образовательной и профессиональной траектории.</w:t>
      </w:r>
    </w:p>
    <w:p w14:paraId="4DE3C4E6" w14:textId="4601D7DA" w:rsidR="006075AF" w:rsidRPr="00AF4025" w:rsidRDefault="006075AF">
      <w:pPr>
        <w:pStyle w:val="21"/>
        <w:numPr>
          <w:ilvl w:val="0"/>
          <w:numId w:val="1"/>
        </w:numPr>
        <w:ind w:left="0" w:firstLine="426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F4025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ОБЩАЯ ХАРАКТЕРИСТИКА УЧЕБНОГО ПРЕДМЕТА «ГЕОГРАФИЯ»</w:t>
      </w:r>
    </w:p>
    <w:p w14:paraId="36058BFD" w14:textId="77777777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 xml:space="preserve">Учебный предмет </w:t>
      </w:r>
      <w:r w:rsidRPr="00AF4025">
        <w:rPr>
          <w:rStyle w:val="aa"/>
          <w:lang w:val="ru-RU"/>
        </w:rPr>
        <w:t>«География»</w:t>
      </w:r>
      <w:r w:rsidRPr="00AF4025">
        <w:rPr>
          <w:lang w:val="ru-RU"/>
        </w:rPr>
        <w:t xml:space="preserve"> на уровне основного общего образования изучается в 5–9 классах и обеспечивает последовательное формирование у обучающихся системы географических знаний о Земле, природных и общественных процессах, населении и хозяйстве мира и Российской Федерации.</w:t>
      </w:r>
    </w:p>
    <w:p w14:paraId="0DD839FC" w14:textId="0027A3CE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 xml:space="preserve">Содержание учебного предмета построено по принципу последовательного усложнения изучаемого материала: от формирования первоначальных географических представлений, освоения способов получения и использования географической информации к изучению закономерностей природы Земли, населения и стран мира, а затем природы, населения, хозяйства и регионов Российской Федерации. Такое построение обеспечивает преемственность содержания обучения и последовательное развитие географического и пространственного мышления обучающихся. </w:t>
      </w:r>
    </w:p>
    <w:p w14:paraId="3B35408E" w14:textId="77777777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Содержание учебного предмета в 5–9 классах выстраивается следующим образом:</w:t>
      </w:r>
    </w:p>
    <w:p w14:paraId="04FA506C" w14:textId="77777777" w:rsidR="006075AF" w:rsidRPr="00AF4025" w:rsidRDefault="006075AF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</w:rPr>
      </w:pPr>
      <w:r w:rsidRPr="00AF4025">
        <w:rPr>
          <w:rStyle w:val="aa"/>
          <w:sz w:val="24"/>
          <w:szCs w:val="24"/>
        </w:rPr>
        <w:t>5 класс</w:t>
      </w:r>
      <w:r w:rsidRPr="00AF4025">
        <w:rPr>
          <w:sz w:val="24"/>
          <w:szCs w:val="24"/>
        </w:rPr>
        <w:t xml:space="preserve"> — географическое изучение Земли, Земля как планета Солнечной системы, изображения земной поверхности, первоначальное изучение оболочек Земли; </w:t>
      </w:r>
    </w:p>
    <w:p w14:paraId="11EBE1A1" w14:textId="77777777" w:rsidR="006075AF" w:rsidRPr="00AF4025" w:rsidRDefault="006075AF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</w:rPr>
      </w:pPr>
      <w:r w:rsidRPr="00AF4025">
        <w:rPr>
          <w:rStyle w:val="aa"/>
          <w:sz w:val="24"/>
          <w:szCs w:val="24"/>
        </w:rPr>
        <w:t>6 класс</w:t>
      </w:r>
      <w:r w:rsidRPr="00AF4025">
        <w:rPr>
          <w:sz w:val="24"/>
          <w:szCs w:val="24"/>
        </w:rPr>
        <w:t xml:space="preserve"> — изображения земной поверхности, литосфера, гидросфера, атмосфера, биосфера и географическая оболочка; </w:t>
      </w:r>
    </w:p>
    <w:p w14:paraId="213B9F47" w14:textId="77777777" w:rsidR="006075AF" w:rsidRPr="00AF4025" w:rsidRDefault="006075AF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</w:rPr>
      </w:pPr>
      <w:r w:rsidRPr="00AF4025">
        <w:rPr>
          <w:rStyle w:val="aa"/>
          <w:sz w:val="24"/>
          <w:szCs w:val="24"/>
        </w:rPr>
        <w:t>7 класс</w:t>
      </w:r>
      <w:r w:rsidRPr="00AF4025">
        <w:rPr>
          <w:sz w:val="24"/>
          <w:szCs w:val="24"/>
        </w:rPr>
        <w:t xml:space="preserve"> — главные закономерности природы Земли, человечество на Земле, материки, океаны, народы и страны, взаимодействие природы и общества; </w:t>
      </w:r>
    </w:p>
    <w:p w14:paraId="075A2CB4" w14:textId="77777777" w:rsidR="006075AF" w:rsidRPr="00AF4025" w:rsidRDefault="006075AF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</w:rPr>
      </w:pPr>
      <w:r w:rsidRPr="00AF4025">
        <w:rPr>
          <w:rStyle w:val="aa"/>
          <w:sz w:val="24"/>
          <w:szCs w:val="24"/>
        </w:rPr>
        <w:t>8 класс</w:t>
      </w:r>
      <w:r w:rsidRPr="00AF4025">
        <w:rPr>
          <w:sz w:val="24"/>
          <w:szCs w:val="24"/>
        </w:rPr>
        <w:t xml:space="preserve"> — географическое пространство России, природа и население Российской Федерации; </w:t>
      </w:r>
    </w:p>
    <w:p w14:paraId="2971BAED" w14:textId="77777777" w:rsidR="006075AF" w:rsidRPr="00AF4025" w:rsidRDefault="006075AF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</w:rPr>
      </w:pPr>
      <w:r w:rsidRPr="00AF4025">
        <w:rPr>
          <w:rStyle w:val="aa"/>
          <w:sz w:val="24"/>
          <w:szCs w:val="24"/>
        </w:rPr>
        <w:t>9 класс</w:t>
      </w:r>
      <w:r w:rsidRPr="00AF4025">
        <w:rPr>
          <w:sz w:val="24"/>
          <w:szCs w:val="24"/>
        </w:rPr>
        <w:t xml:space="preserve"> — хозяйство России, регионы Российской Федерации и место России в современном мире. </w:t>
      </w:r>
    </w:p>
    <w:p w14:paraId="0B1CDF28" w14:textId="77777777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При изучении географии особое внимание уделяется установлению взаимосвязей между природными, социальными и экономическими процессами и явлениями, выявлению географических закономерностей, формированию представлений о территориальных различиях и особенностях отдельных стран, регионов и территорий.</w:t>
      </w:r>
    </w:p>
    <w:p w14:paraId="6DA9B8D3" w14:textId="77777777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 xml:space="preserve">Важной составляющей учебного предмета является </w:t>
      </w:r>
      <w:r w:rsidRPr="00AF4025">
        <w:rPr>
          <w:rStyle w:val="aa"/>
          <w:lang w:val="ru-RU"/>
        </w:rPr>
        <w:t>картографическая подготовка обучающихся</w:t>
      </w:r>
      <w:r w:rsidRPr="00AF4025">
        <w:rPr>
          <w:lang w:val="ru-RU"/>
        </w:rPr>
        <w:t>. На протяжении всего курса формируются и развиваются умения читать и анализировать планы местности и географические карты, определять направления, расстояния и географические координаты, использовать масштаб, сопоставлять карты различного содержания, характеризовать по картам географические объекты, процессы и явления.</w:t>
      </w:r>
    </w:p>
    <w:p w14:paraId="232478CE" w14:textId="0BC3CCFD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 xml:space="preserve">Практическая направленность курса реализуется посредством работы с различными источниками географической информации, картографическими и статистическими материалами, цифровыми картами и образовательными ресурсами, выполнения практических работ, проведения наблюдений и учебных исследований, решения практико-ориентированных задач и выполнения проектов. </w:t>
      </w:r>
    </w:p>
    <w:p w14:paraId="493B3DF1" w14:textId="77777777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 процессе обучения формируются умения находить, отбирать, систематизировать, анализировать и интерпретировать географическую информацию, представленную в текстовой, картографической, статистической и графической формах, устанавливать причинно-следственные связи, сравнивать географические объекты и территории, делать выводы и использовать полученные знания для решения учебных и практических задач.</w:t>
      </w:r>
    </w:p>
    <w:p w14:paraId="00C42EDB" w14:textId="77777777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 xml:space="preserve">Изучение учебного предмета способствует развитию </w:t>
      </w:r>
      <w:r w:rsidRPr="00AF4025">
        <w:rPr>
          <w:rStyle w:val="aa"/>
          <w:lang w:val="ru-RU"/>
        </w:rPr>
        <w:t>функциональной грамотности</w:t>
      </w:r>
      <w:r w:rsidRPr="00AF4025">
        <w:rPr>
          <w:lang w:val="ru-RU"/>
        </w:rPr>
        <w:t>, в том числе естественно-научной, читательской и математической грамотности при работе с географической информацией, статистическими данными, графиками, диаграммами, картами и другими источниками информации.</w:t>
      </w:r>
    </w:p>
    <w:p w14:paraId="0146350B" w14:textId="77777777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Содержание курса направлено также на формирование экологической культуры и понимания взаимосвязи природы и общества, причин и последствий воздействия хозяйственной деятельности человека на окружающую среду, принципов рационального природопользования и устойчивого развития территорий.</w:t>
      </w:r>
    </w:p>
    <w:p w14:paraId="7D6DA449" w14:textId="77777777" w:rsidR="006075AF" w:rsidRPr="00AF4025" w:rsidRDefault="006075AF" w:rsidP="006075AF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 xml:space="preserve">Таким образом, учебный предмет </w:t>
      </w:r>
      <w:r w:rsidRPr="00AF4025">
        <w:rPr>
          <w:rStyle w:val="aa"/>
          <w:lang w:val="ru-RU"/>
        </w:rPr>
        <w:t>«География»</w:t>
      </w:r>
      <w:r w:rsidRPr="00AF4025">
        <w:rPr>
          <w:lang w:val="ru-RU"/>
        </w:rPr>
        <w:t xml:space="preserve"> обеспечивает формирование у обучающихся целостного представления о географическом пространстве России и мира, развитие пространственного мышления, картографической и географической грамотности, исследовательских и практических умений и готовности применять полученные знания в учебной, практической и повседневной деятельности.</w:t>
      </w:r>
    </w:p>
    <w:p w14:paraId="2DDDCA5A" w14:textId="77777777" w:rsidR="00AA3410" w:rsidRPr="00AF4025" w:rsidRDefault="00AA3410" w:rsidP="006075AF">
      <w:pPr>
        <w:pStyle w:val="a5"/>
        <w:ind w:left="0" w:firstLine="720"/>
      </w:pPr>
    </w:p>
    <w:p w14:paraId="5A613460" w14:textId="67F1B760" w:rsidR="006075AF" w:rsidRPr="00AF4025" w:rsidRDefault="006075AF">
      <w:pPr>
        <w:pStyle w:val="a9"/>
        <w:widowControl/>
        <w:numPr>
          <w:ilvl w:val="0"/>
          <w:numId w:val="1"/>
        </w:numPr>
        <w:autoSpaceDE/>
        <w:autoSpaceDN/>
        <w:ind w:left="142" w:firstLine="284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МЕСТО УЧЕБНОГО ПРЕДМЕТА «ГЕОГРАФИЯ» В УЧЕБНОМ ПЛАНЕ</w:t>
      </w:r>
    </w:p>
    <w:p w14:paraId="60882486" w14:textId="77777777" w:rsidR="006075AF" w:rsidRPr="00AF4025" w:rsidRDefault="006075AF" w:rsidP="006075A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E2330AC" w14:textId="549B2FDD" w:rsidR="006075AF" w:rsidRPr="00AF4025" w:rsidRDefault="006075AF" w:rsidP="006075A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Учебный предмет </w:t>
      </w:r>
      <w:r w:rsidRPr="00AF4025">
        <w:rPr>
          <w:b/>
          <w:bCs/>
          <w:sz w:val="24"/>
          <w:szCs w:val="24"/>
          <w:lang w:eastAsia="es-ES"/>
        </w:rPr>
        <w:t>«География»</w:t>
      </w:r>
      <w:r w:rsidRPr="00AF4025">
        <w:rPr>
          <w:sz w:val="24"/>
          <w:szCs w:val="24"/>
          <w:lang w:eastAsia="es-ES"/>
        </w:rPr>
        <w:t xml:space="preserve"> входит в предметную область </w:t>
      </w:r>
      <w:r w:rsidRPr="00AF4025">
        <w:rPr>
          <w:b/>
          <w:bCs/>
          <w:sz w:val="24"/>
          <w:szCs w:val="24"/>
          <w:lang w:eastAsia="es-ES"/>
        </w:rPr>
        <w:t>«Общественно-научные предметы»</w:t>
      </w:r>
      <w:r w:rsidRPr="00AF4025">
        <w:rPr>
          <w:sz w:val="24"/>
          <w:szCs w:val="24"/>
          <w:lang w:eastAsia="es-ES"/>
        </w:rPr>
        <w:t xml:space="preserve"> и является обязательным для изучения на уровне основного общего образования в 5–9 классах.</w:t>
      </w:r>
    </w:p>
    <w:p w14:paraId="070F229C" w14:textId="77777777" w:rsidR="006075AF" w:rsidRPr="00AF4025" w:rsidRDefault="006075AF" w:rsidP="006075A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В соответствии с учебным планом ООО «Образовательный центр </w:t>
      </w:r>
      <w:proofErr w:type="spellStart"/>
      <w:r w:rsidRPr="00AF4025">
        <w:rPr>
          <w:sz w:val="24"/>
          <w:szCs w:val="24"/>
          <w:lang w:eastAsia="es-ES"/>
        </w:rPr>
        <w:t>Кристофор</w:t>
      </w:r>
      <w:proofErr w:type="spellEnd"/>
      <w:r w:rsidRPr="00AF4025">
        <w:rPr>
          <w:sz w:val="24"/>
          <w:szCs w:val="24"/>
          <w:lang w:eastAsia="es-ES"/>
        </w:rPr>
        <w:t xml:space="preserve"> Колумб» на изучение учебного предмета </w:t>
      </w:r>
      <w:r w:rsidRPr="00AF4025">
        <w:rPr>
          <w:b/>
          <w:bCs/>
          <w:sz w:val="24"/>
          <w:szCs w:val="24"/>
          <w:lang w:eastAsia="es-ES"/>
        </w:rPr>
        <w:t>«География»</w:t>
      </w:r>
      <w:r w:rsidRPr="00AF4025">
        <w:rPr>
          <w:sz w:val="24"/>
          <w:szCs w:val="24"/>
          <w:lang w:eastAsia="es-ES"/>
        </w:rPr>
        <w:t xml:space="preserve"> в 5–9 классах отводится </w:t>
      </w:r>
      <w:r w:rsidRPr="00AF4025">
        <w:rPr>
          <w:b/>
          <w:bCs/>
          <w:sz w:val="24"/>
          <w:szCs w:val="24"/>
          <w:lang w:eastAsia="es-ES"/>
        </w:rPr>
        <w:t>272 учебных часа</w:t>
      </w:r>
      <w:r w:rsidRPr="00AF4025">
        <w:rPr>
          <w:sz w:val="24"/>
          <w:szCs w:val="24"/>
          <w:lang w:eastAsia="es-ES"/>
        </w:rPr>
        <w:t>, в том числе:</w:t>
      </w:r>
    </w:p>
    <w:p w14:paraId="6AAF7244" w14:textId="77777777" w:rsidR="006075AF" w:rsidRPr="00AF4025" w:rsidRDefault="006075A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5 класс</w:t>
      </w:r>
      <w:r w:rsidRPr="00AF4025">
        <w:rPr>
          <w:sz w:val="24"/>
          <w:szCs w:val="24"/>
          <w:lang w:eastAsia="es-ES"/>
        </w:rPr>
        <w:t xml:space="preserve"> — 34 часа в год, 1 час в неделю; </w:t>
      </w:r>
    </w:p>
    <w:p w14:paraId="67BF925D" w14:textId="77777777" w:rsidR="006075AF" w:rsidRPr="00AF4025" w:rsidRDefault="006075A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6 класс</w:t>
      </w:r>
      <w:r w:rsidRPr="00AF4025">
        <w:rPr>
          <w:sz w:val="24"/>
          <w:szCs w:val="24"/>
          <w:lang w:eastAsia="es-ES"/>
        </w:rPr>
        <w:t xml:space="preserve"> — 34 часа в год, 1 час в неделю; </w:t>
      </w:r>
    </w:p>
    <w:p w14:paraId="3B5ED6B2" w14:textId="77777777" w:rsidR="006075AF" w:rsidRPr="00AF4025" w:rsidRDefault="006075A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7 класс</w:t>
      </w:r>
      <w:r w:rsidRPr="00AF4025">
        <w:rPr>
          <w:sz w:val="24"/>
          <w:szCs w:val="24"/>
          <w:lang w:eastAsia="es-ES"/>
        </w:rPr>
        <w:t xml:space="preserve"> — 68 часов в год, 2 часа в неделю; </w:t>
      </w:r>
    </w:p>
    <w:p w14:paraId="405F4D7F" w14:textId="77777777" w:rsidR="006075AF" w:rsidRPr="00AF4025" w:rsidRDefault="006075A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8 класс</w:t>
      </w:r>
      <w:r w:rsidRPr="00AF4025">
        <w:rPr>
          <w:sz w:val="24"/>
          <w:szCs w:val="24"/>
          <w:lang w:eastAsia="es-ES"/>
        </w:rPr>
        <w:t xml:space="preserve"> — 68 часов в год, 2 часа в неделю; </w:t>
      </w:r>
    </w:p>
    <w:p w14:paraId="232CCB05" w14:textId="77777777" w:rsidR="006075AF" w:rsidRPr="00AF4025" w:rsidRDefault="006075AF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9 класс</w:t>
      </w:r>
      <w:r w:rsidRPr="00AF4025">
        <w:rPr>
          <w:sz w:val="24"/>
          <w:szCs w:val="24"/>
          <w:lang w:eastAsia="es-ES"/>
        </w:rPr>
        <w:t xml:space="preserve"> — 68 часов в год, 2 часа в неделю. </w:t>
      </w:r>
    </w:p>
    <w:p w14:paraId="0875360B" w14:textId="77777777" w:rsidR="006075AF" w:rsidRPr="00AF4025" w:rsidRDefault="006075AF" w:rsidP="006075A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Продолжительность учебного года в 5–9 классах составляет </w:t>
      </w:r>
      <w:r w:rsidRPr="00AF4025">
        <w:rPr>
          <w:b/>
          <w:bCs/>
          <w:sz w:val="24"/>
          <w:szCs w:val="24"/>
          <w:lang w:eastAsia="es-ES"/>
        </w:rPr>
        <w:t>34 учебные недели</w:t>
      </w:r>
      <w:r w:rsidRPr="00AF4025">
        <w:rPr>
          <w:sz w:val="24"/>
          <w:szCs w:val="24"/>
          <w:lang w:eastAsia="es-ES"/>
        </w:rPr>
        <w:t>.</w:t>
      </w:r>
    </w:p>
    <w:p w14:paraId="13A6F274" w14:textId="77777777" w:rsidR="006075AF" w:rsidRPr="00AF4025" w:rsidRDefault="006075AF" w:rsidP="006075A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Общий объём учебного времени, предусмотренный для изучения географии на уровне основного общего образования, составляет </w:t>
      </w:r>
      <w:r w:rsidRPr="00AF4025">
        <w:rPr>
          <w:b/>
          <w:bCs/>
          <w:sz w:val="24"/>
          <w:szCs w:val="24"/>
          <w:lang w:eastAsia="es-ES"/>
        </w:rPr>
        <w:t>272 часа</w:t>
      </w:r>
      <w:r w:rsidRPr="00AF4025">
        <w:rPr>
          <w:sz w:val="24"/>
          <w:szCs w:val="24"/>
          <w:lang w:eastAsia="es-ES"/>
        </w:rPr>
        <w:t>.</w:t>
      </w:r>
    </w:p>
    <w:p w14:paraId="06B0174C" w14:textId="77777777" w:rsidR="006075AF" w:rsidRPr="00AF4025" w:rsidRDefault="006075AF" w:rsidP="006075A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Изучение учебного предмета «География» основывается на знаниях и представлениях, сформированных при освоении учебного предмета </w:t>
      </w:r>
      <w:r w:rsidRPr="00AF4025">
        <w:rPr>
          <w:b/>
          <w:bCs/>
          <w:sz w:val="24"/>
          <w:szCs w:val="24"/>
          <w:lang w:eastAsia="es-ES"/>
        </w:rPr>
        <w:t>«Окружающий мир»</w:t>
      </w:r>
      <w:r w:rsidRPr="00AF4025">
        <w:rPr>
          <w:sz w:val="24"/>
          <w:szCs w:val="24"/>
          <w:lang w:eastAsia="es-ES"/>
        </w:rPr>
        <w:t xml:space="preserve"> на уровне начального общего образования, и обеспечивает преемственность между уровнями общего образования.</w:t>
      </w:r>
    </w:p>
    <w:p w14:paraId="2C7A7934" w14:textId="77777777" w:rsidR="006075AF" w:rsidRPr="00AF4025" w:rsidRDefault="006075AF" w:rsidP="006075A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Распределение учебного времени по годам обучения обеспечивает последовательное освоение содержания учебного предмета: от первоначальных географических представлений и изучения основных закономерностей природы Земли к изучению материков и стран мира, а затем природы, населения, хозяйства и регионов Российской Федерации.</w:t>
      </w:r>
    </w:p>
    <w:p w14:paraId="71889B60" w14:textId="77777777" w:rsidR="006075AF" w:rsidRPr="00AF4025" w:rsidRDefault="006075AF" w:rsidP="006075A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Полученные при изучении географии знания и умения являются основой для дальнейшего освоения естественно-научных и общественно-научных дисциплин на уровне среднего общего образования и применения географических знаний при решении учебных, практических и жизненных задач.</w:t>
      </w:r>
    </w:p>
    <w:p w14:paraId="38C67675" w14:textId="77777777" w:rsidR="00584715" w:rsidRPr="00AF4025" w:rsidRDefault="00584715">
      <w:pPr>
        <w:pStyle w:val="a5"/>
        <w:spacing w:before="7"/>
        <w:ind w:left="0" w:firstLine="0"/>
      </w:pPr>
    </w:p>
    <w:p w14:paraId="65C20378" w14:textId="58F004D3" w:rsidR="00B9658A" w:rsidRPr="00AF4025" w:rsidRDefault="00B9658A">
      <w:pPr>
        <w:pStyle w:val="a9"/>
        <w:widowControl/>
        <w:numPr>
          <w:ilvl w:val="0"/>
          <w:numId w:val="1"/>
        </w:numPr>
        <w:autoSpaceDE/>
        <w:autoSpaceDN/>
        <w:ind w:left="0" w:firstLine="426"/>
        <w:jc w:val="center"/>
        <w:rPr>
          <w:b/>
          <w:bCs/>
          <w:kern w:val="36"/>
          <w:sz w:val="24"/>
          <w:szCs w:val="24"/>
          <w:lang w:eastAsia="es-ES"/>
        </w:rPr>
      </w:pPr>
      <w:r w:rsidRPr="00AF4025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«ГЕОГРАФИЯ»</w:t>
      </w:r>
    </w:p>
    <w:p w14:paraId="27105103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24"/>
          <w:szCs w:val="24"/>
          <w:lang w:eastAsia="es-ES"/>
        </w:rPr>
      </w:pPr>
      <w:r w:rsidRPr="00AF4025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«ГЕОГРАФИЯ»</w:t>
      </w:r>
    </w:p>
    <w:p w14:paraId="38009F7B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Личностные результаты</w:t>
      </w:r>
    </w:p>
    <w:p w14:paraId="0AF2FECA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Личностные результаты освоения учебного предмета «География» достигаются в единстве учебной и воспитательной деятельности образовательной организации в соответствии с требованиями ФГОС ООО и направлены на формирование ценностного отношения обучающихся к человеку, обществу, природе, труду, познанию и Отечеству.</w:t>
      </w:r>
    </w:p>
    <w:p w14:paraId="27253B57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AF4025">
        <w:rPr>
          <w:b/>
          <w:bCs/>
          <w:sz w:val="24"/>
          <w:szCs w:val="24"/>
          <w:lang w:val="es-ES" w:eastAsia="es-ES"/>
        </w:rPr>
        <w:t>Гражданское</w:t>
      </w:r>
      <w:proofErr w:type="spellEnd"/>
      <w:r w:rsidRPr="00AF402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5A6235AC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демонстрирует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04B1E2C0" w14:textId="77777777" w:rsidR="00DD6A31" w:rsidRPr="00AF4025" w:rsidRDefault="00DD6A3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готовность к выполнению обязанностей гражданина и реализации его прав;</w:t>
      </w:r>
    </w:p>
    <w:p w14:paraId="37549C5E" w14:textId="77777777" w:rsidR="00DD6A31" w:rsidRPr="00AF4025" w:rsidRDefault="00DD6A3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уважение прав, свобод и законных интересов других людей;</w:t>
      </w:r>
    </w:p>
    <w:p w14:paraId="43FF99F7" w14:textId="77777777" w:rsidR="00DD6A31" w:rsidRPr="00AF4025" w:rsidRDefault="00DD6A3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активное участие в жизни семьи, образовательной организации, местного сообщества и страны;</w:t>
      </w:r>
    </w:p>
    <w:p w14:paraId="3FC26E13" w14:textId="77777777" w:rsidR="00DD6A31" w:rsidRPr="00AF4025" w:rsidRDefault="00DD6A3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понимание роли географических знаний в развитии общества и государства;</w:t>
      </w:r>
    </w:p>
    <w:p w14:paraId="2105A479" w14:textId="77777777" w:rsidR="00DD6A31" w:rsidRPr="00AF4025" w:rsidRDefault="00DD6A3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готовность к участию в практической деятельности экологической и социальной направленности.</w:t>
      </w:r>
    </w:p>
    <w:p w14:paraId="70837A10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AF4025">
        <w:rPr>
          <w:b/>
          <w:bCs/>
          <w:sz w:val="24"/>
          <w:szCs w:val="24"/>
          <w:lang w:val="es-ES" w:eastAsia="es-ES"/>
        </w:rPr>
        <w:t>Патриотическое</w:t>
      </w:r>
      <w:proofErr w:type="spellEnd"/>
      <w:r w:rsidRPr="00AF402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7EEEBC48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демонстрирует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27BA1BC1" w14:textId="77777777" w:rsidR="00DD6A31" w:rsidRPr="00AF4025" w:rsidRDefault="00DD6A31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осознание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российской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гражданской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идентичности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29C78FDC" w14:textId="77777777" w:rsidR="00DD6A31" w:rsidRPr="00AF4025" w:rsidRDefault="00DD6A31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уважение к истории, культуре и традициям народов России;</w:t>
      </w:r>
    </w:p>
    <w:p w14:paraId="67E6AF1B" w14:textId="77777777" w:rsidR="00DD6A31" w:rsidRPr="00AF4025" w:rsidRDefault="00DD6A31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AF4025">
        <w:rPr>
          <w:sz w:val="24"/>
          <w:szCs w:val="24"/>
          <w:lang w:eastAsia="es-ES"/>
        </w:rPr>
        <w:t xml:space="preserve">ценностное отношение к природному и культурному наследию </w:t>
      </w:r>
      <w:proofErr w:type="spellStart"/>
      <w:r w:rsidRPr="00AF4025">
        <w:rPr>
          <w:sz w:val="24"/>
          <w:szCs w:val="24"/>
          <w:lang w:val="es-ES" w:eastAsia="es-ES"/>
        </w:rPr>
        <w:t>Российской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Федерации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17D883E4" w14:textId="77777777" w:rsidR="00DD6A31" w:rsidRPr="00AF4025" w:rsidRDefault="00DD6A31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понимание географического разнообразия России, её места и роли в современном мире;</w:t>
      </w:r>
    </w:p>
    <w:p w14:paraId="68487693" w14:textId="77777777" w:rsidR="00DD6A31" w:rsidRPr="00AF4025" w:rsidRDefault="00DD6A31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интерес к истории географического изучения России и достижениям отечественной географической науки.</w:t>
      </w:r>
    </w:p>
    <w:p w14:paraId="3EF9E0CF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Духовно-нравственное воспитание</w:t>
      </w:r>
    </w:p>
    <w:p w14:paraId="13324543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Обучающийся демонстрирует:</w:t>
      </w:r>
    </w:p>
    <w:p w14:paraId="0A97C993" w14:textId="77777777" w:rsidR="00DD6A31" w:rsidRPr="00AF4025" w:rsidRDefault="00DD6A31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ориентацию на моральные ценности и нормы в ситуациях нравственного выбора;</w:t>
      </w:r>
    </w:p>
    <w:p w14:paraId="7C1CC2A6" w14:textId="77777777" w:rsidR="00DD6A31" w:rsidRPr="00AF4025" w:rsidRDefault="00DD6A31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готовность оценивать своё поведение и поступки других людей с позиции нравственных и правовых норм;</w:t>
      </w:r>
    </w:p>
    <w:p w14:paraId="7664479F" w14:textId="77777777" w:rsidR="00DD6A31" w:rsidRPr="00AF4025" w:rsidRDefault="00DD6A31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уважительное отношение к представителям различных народов, культур и религий;</w:t>
      </w:r>
    </w:p>
    <w:p w14:paraId="001C9F91" w14:textId="77777777" w:rsidR="00DD6A31" w:rsidRPr="00AF4025" w:rsidRDefault="00DD6A31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понимание ценности человека, природы и окружающей среды.</w:t>
      </w:r>
    </w:p>
    <w:p w14:paraId="65223A71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AF4025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AF402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6D28E6CD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демонстрирует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552B4853" w14:textId="77777777" w:rsidR="00DD6A31" w:rsidRPr="00AF4025" w:rsidRDefault="00DD6A31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восприимчивость к различным традициям и творчеству своего и других народов;</w:t>
      </w:r>
    </w:p>
    <w:p w14:paraId="788269BF" w14:textId="77777777" w:rsidR="00DD6A31" w:rsidRPr="00AF4025" w:rsidRDefault="00DD6A31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понимание эмоционального воздействия природной среды;</w:t>
      </w:r>
    </w:p>
    <w:p w14:paraId="3E1FBD2C" w14:textId="77777777" w:rsidR="00DD6A31" w:rsidRPr="00AF4025" w:rsidRDefault="00DD6A31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осознание эстетической ценности природных и культурных ландшафтов России и мира.</w:t>
      </w:r>
    </w:p>
    <w:p w14:paraId="62A91354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</w:t>
      </w:r>
    </w:p>
    <w:p w14:paraId="0B576F43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демонстрирует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3454067A" w14:textId="77777777" w:rsidR="00DD6A31" w:rsidRPr="00AF4025" w:rsidRDefault="00DD6A3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осознание ценности жизни и здоровья;</w:t>
      </w:r>
    </w:p>
    <w:p w14:paraId="16894573" w14:textId="77777777" w:rsidR="00DD6A31" w:rsidRPr="00AF4025" w:rsidRDefault="00DD6A3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соблюдение правил безопасного поведения в природной среде;</w:t>
      </w:r>
    </w:p>
    <w:p w14:paraId="2B39F910" w14:textId="77777777" w:rsidR="00DD6A31" w:rsidRPr="00AF4025" w:rsidRDefault="00DD6A3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понимание влияния природных и экологических факторов на здоровье человека;</w:t>
      </w:r>
    </w:p>
    <w:p w14:paraId="6A149BB3" w14:textId="77777777" w:rsidR="00DD6A31" w:rsidRPr="00AF4025" w:rsidRDefault="00DD6A3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способность адаптироваться к изменяющимся природным и социальным условиям.</w:t>
      </w:r>
    </w:p>
    <w:p w14:paraId="33A60768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AF4025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AF402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0376F168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демонстрирует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0517E758" w14:textId="77777777" w:rsidR="00DD6A31" w:rsidRPr="00AF4025" w:rsidRDefault="00DD6A31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установку на активное участие в решении практических задач;</w:t>
      </w:r>
    </w:p>
    <w:p w14:paraId="0112D62B" w14:textId="77777777" w:rsidR="00DD6A31" w:rsidRPr="00AF4025" w:rsidRDefault="00DD6A31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осознание значения труда в развитии общества, хозяйственном освоении территорий и преобразовании географического пространства;</w:t>
      </w:r>
    </w:p>
    <w:p w14:paraId="4AAECFC4" w14:textId="77777777" w:rsidR="00DD6A31" w:rsidRPr="00AF4025" w:rsidRDefault="00DD6A31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интерес к профессиям, связанным с географией, картографией, экологией, природопользованием, геоинформационными технологиями и территориальным планированием;</w:t>
      </w:r>
    </w:p>
    <w:p w14:paraId="2F65691F" w14:textId="77777777" w:rsidR="00DD6A31" w:rsidRPr="00AF4025" w:rsidRDefault="00DD6A31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готовность использовать географические знания при выборе дальнейшей образовательной и профессиональной траектории.</w:t>
      </w:r>
    </w:p>
    <w:p w14:paraId="607EA42D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AF4025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AF402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</w:p>
    <w:p w14:paraId="756D2AFC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демонстрирует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7817012D" w14:textId="77777777" w:rsidR="00DD6A31" w:rsidRPr="00AF4025" w:rsidRDefault="00DD6A3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ориентацию на применение географических знаний для решения задач в области окружающей среды;</w:t>
      </w:r>
    </w:p>
    <w:p w14:paraId="25951076" w14:textId="77777777" w:rsidR="00DD6A31" w:rsidRPr="00AF4025" w:rsidRDefault="00DD6A3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осознание глобального характера экологических проблем и необходимости их решения;</w:t>
      </w:r>
    </w:p>
    <w:p w14:paraId="62A5551C" w14:textId="77777777" w:rsidR="00DD6A31" w:rsidRPr="00AF4025" w:rsidRDefault="00DD6A3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активное неприятие действий, причиняющих вред окружающей среде;</w:t>
      </w:r>
    </w:p>
    <w:p w14:paraId="7BBEEFA1" w14:textId="77777777" w:rsidR="00DD6A31" w:rsidRPr="00AF4025" w:rsidRDefault="00DD6A3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понимание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необходимости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рационального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природопользования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66FBF93C" w14:textId="77777777" w:rsidR="00DD6A31" w:rsidRPr="00AF4025" w:rsidRDefault="00DD6A3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готовность участвовать в практической деятельности экологической направленности;</w:t>
      </w:r>
    </w:p>
    <w:p w14:paraId="6B95557A" w14:textId="77777777" w:rsidR="00DD6A31" w:rsidRPr="00AF4025" w:rsidRDefault="00DD6A3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способность оценивать последствия хозяйственной деятельности человека для природы и населения.</w:t>
      </w:r>
    </w:p>
    <w:p w14:paraId="5AFD0BA0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Ценность научного познания</w:t>
      </w:r>
    </w:p>
    <w:p w14:paraId="38B3DEF4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Обучающийся демонстрирует:</w:t>
      </w:r>
    </w:p>
    <w:p w14:paraId="677D0AB5" w14:textId="77777777" w:rsidR="00DD6A31" w:rsidRPr="00AF4025" w:rsidRDefault="00DD6A3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ориентацию в деятельности на современную систему научных представлений о закономерностях развития природы и общества;</w:t>
      </w:r>
    </w:p>
    <w:p w14:paraId="4310BA50" w14:textId="77777777" w:rsidR="00DD6A31" w:rsidRPr="00AF4025" w:rsidRDefault="00DD6A3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овладение основными навыками исследовательской деятельности;</w:t>
      </w:r>
    </w:p>
    <w:p w14:paraId="73C872DD" w14:textId="77777777" w:rsidR="00DD6A31" w:rsidRPr="00AF4025" w:rsidRDefault="00DD6A3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интерес к изучению географических объектов, процессов и явлений;</w:t>
      </w:r>
    </w:p>
    <w:p w14:paraId="6BEB8663" w14:textId="77777777" w:rsidR="00DD6A31" w:rsidRPr="00AF4025" w:rsidRDefault="00DD6A3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готовность использовать различные источники географической информации;</w:t>
      </w:r>
    </w:p>
    <w:p w14:paraId="458F78C7" w14:textId="77777777" w:rsidR="00DD6A31" w:rsidRPr="00AF4025" w:rsidRDefault="00DD6A3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способность устанавливать причинно-следственные связи и выявлять закономерности;</w:t>
      </w:r>
    </w:p>
    <w:p w14:paraId="2C194B07" w14:textId="77777777" w:rsidR="00DD6A31" w:rsidRPr="00AF4025" w:rsidRDefault="00DD6A3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готовность к самообразованию и развитию познавательных и исследовательских способностей.</w:t>
      </w:r>
    </w:p>
    <w:p w14:paraId="61601220" w14:textId="0F4CD4E3" w:rsidR="00DD6A31" w:rsidRPr="00AF4025" w:rsidRDefault="00DD6A31" w:rsidP="00DD6A31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3DA43383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AF4025">
        <w:rPr>
          <w:b/>
          <w:bCs/>
          <w:kern w:val="36"/>
          <w:sz w:val="24"/>
          <w:szCs w:val="24"/>
          <w:lang w:eastAsia="es-ES"/>
        </w:rPr>
        <w:t>МЕТАПРЕДМЕТНЫЕ РЕЗУЛЬТАТЫ</w:t>
      </w:r>
    </w:p>
    <w:p w14:paraId="5F58F2EB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Метапредметные результаты освоения учебного предмета «География» отражают овладение обучающимися познавательными, коммуникативными и регулятивными универсальными учебными действиями.</w:t>
      </w:r>
    </w:p>
    <w:p w14:paraId="726C0267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34A50BE0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Базовые логические действия</w:t>
      </w:r>
    </w:p>
    <w:p w14:paraId="3AC55DED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научится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40B126DD" w14:textId="77777777" w:rsidR="00DD6A31" w:rsidRPr="00AF4025" w:rsidRDefault="00DD6A3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выявлять и характеризовать существенные признаки географических объектов, процессов и явлений;</w:t>
      </w:r>
    </w:p>
    <w:p w14:paraId="672CB6FD" w14:textId="77777777" w:rsidR="00DD6A31" w:rsidRPr="00AF4025" w:rsidRDefault="00DD6A3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устанавливать существенные признаки классификации географических объектов, основания для их сравнения;</w:t>
      </w:r>
    </w:p>
    <w:p w14:paraId="3974E56C" w14:textId="77777777" w:rsidR="00DD6A31" w:rsidRPr="00AF4025" w:rsidRDefault="00DD6A3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выявлять закономерности и противоречия в рассматриваемых географических фактах и данных;</w:t>
      </w:r>
    </w:p>
    <w:p w14:paraId="54922E15" w14:textId="77777777" w:rsidR="00DD6A31" w:rsidRPr="00AF4025" w:rsidRDefault="00DD6A3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устанавливать причинно-следственные связи между природными, социальными и экономическими процессами;</w:t>
      </w:r>
    </w:p>
    <w:p w14:paraId="06FED145" w14:textId="77777777" w:rsidR="00DD6A31" w:rsidRPr="00AF4025" w:rsidRDefault="00DD6A3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сравнивать географические объекты, процессы, явления и территории;</w:t>
      </w:r>
    </w:p>
    <w:p w14:paraId="78AEFE48" w14:textId="77777777" w:rsidR="00DD6A31" w:rsidRPr="00AF4025" w:rsidRDefault="00DD6A3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выбирать способ решения учебной задачи с учётом имеющихся ресурсов и собственных возможностей;</w:t>
      </w:r>
    </w:p>
    <w:p w14:paraId="6C5E1587" w14:textId="77777777" w:rsidR="00DD6A31" w:rsidRPr="00AF4025" w:rsidRDefault="00DD6A3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формулировать выводы на основе анализа географической информации;</w:t>
      </w:r>
    </w:p>
    <w:p w14:paraId="706CC22B" w14:textId="77777777" w:rsidR="00DD6A31" w:rsidRPr="00AF4025" w:rsidRDefault="00DD6A3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применять географические знания при решении учебных и практико-ориентированных задач.</w:t>
      </w:r>
    </w:p>
    <w:p w14:paraId="1761DBA4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Базовые исследовательские действия</w:t>
      </w:r>
    </w:p>
    <w:p w14:paraId="2033EB56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Обучающийся научится:</w:t>
      </w:r>
    </w:p>
    <w:p w14:paraId="02D80409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формулировать географические вопросы и гипотезы;</w:t>
      </w:r>
    </w:p>
    <w:p w14:paraId="341F6CD1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планировать и проводить простейшие географические наблюдения и исследования;</w:t>
      </w:r>
    </w:p>
    <w:p w14:paraId="349E5376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выбирать способы решения географических задач;</w:t>
      </w:r>
    </w:p>
    <w:p w14:paraId="38F4B5ED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использовать картографические, статистические и иные методы получения и обработки информации;</w:t>
      </w:r>
    </w:p>
    <w:p w14:paraId="1EF419B2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проводить по самостоятельно составленному плану наблюдение или несложное исследование географического объекта, процесса или явления;</w:t>
      </w:r>
    </w:p>
    <w:p w14:paraId="158A77EA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анализировать результаты наблюдений и исследований;</w:t>
      </w:r>
    </w:p>
    <w:p w14:paraId="7C2712F6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формулировать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и </w:t>
      </w:r>
      <w:proofErr w:type="spellStart"/>
      <w:r w:rsidRPr="00AF4025">
        <w:rPr>
          <w:sz w:val="24"/>
          <w:szCs w:val="24"/>
          <w:lang w:val="es-ES" w:eastAsia="es-ES"/>
        </w:rPr>
        <w:t>аргументировать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выводы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020F6819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прогнозировать возможное дальнейшее развитие географических процессов и явлений в простейших ситуациях;</w:t>
      </w:r>
    </w:p>
    <w:p w14:paraId="24193CF5" w14:textId="77777777" w:rsidR="00DD6A31" w:rsidRPr="00AF4025" w:rsidRDefault="00DD6A3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оценивать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достоверность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полученных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результатов</w:t>
      </w:r>
      <w:proofErr w:type="spellEnd"/>
      <w:r w:rsidRPr="00AF4025">
        <w:rPr>
          <w:sz w:val="24"/>
          <w:szCs w:val="24"/>
          <w:lang w:val="es-ES" w:eastAsia="es-ES"/>
        </w:rPr>
        <w:t>.</w:t>
      </w:r>
    </w:p>
    <w:p w14:paraId="77444D7B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AF4025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AF4025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AF4025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</w:p>
    <w:p w14:paraId="125D6DA9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научится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2544972E" w14:textId="77777777" w:rsidR="00DD6A31" w:rsidRPr="00AF4025" w:rsidRDefault="00DD6A3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выбирать, анализировать, систематизировать и интерпретировать географическую информацию различных видов и форм представления;</w:t>
      </w:r>
    </w:p>
    <w:p w14:paraId="53688EAF" w14:textId="77777777" w:rsidR="00DD6A31" w:rsidRPr="00AF4025" w:rsidRDefault="00DD6A3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находить необходимые сведения в географических картах, атласах, статистических материалах, справочниках, текстовых и цифровых источниках;</w:t>
      </w:r>
    </w:p>
    <w:p w14:paraId="6D36BAA5" w14:textId="77777777" w:rsidR="00DD6A31" w:rsidRPr="00AF4025" w:rsidRDefault="00DD6A3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использовать карты, планы местности, графики, диаграммы, таблицы, изображения и геоинформационные ресурсы;</w:t>
      </w:r>
    </w:p>
    <w:p w14:paraId="67A33B6F" w14:textId="77777777" w:rsidR="00DD6A31" w:rsidRPr="00AF4025" w:rsidRDefault="00DD6A3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сопоставлять информацию из нескольких источников;</w:t>
      </w:r>
    </w:p>
    <w:p w14:paraId="7C2BF5F3" w14:textId="77777777" w:rsidR="00DD6A31" w:rsidRPr="00AF4025" w:rsidRDefault="00DD6A3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надёжность, достоверность и актуальность географической информации;</w:t>
      </w:r>
    </w:p>
    <w:p w14:paraId="3D87694F" w14:textId="77777777" w:rsidR="00DD6A31" w:rsidRPr="00AF4025" w:rsidRDefault="00DD6A3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выявлять дефицит информации, необходимой для решения поставленной задачи;</w:t>
      </w:r>
    </w:p>
    <w:p w14:paraId="0EDFC342" w14:textId="77777777" w:rsidR="00DD6A31" w:rsidRPr="00AF4025" w:rsidRDefault="00DD6A3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представлять географическую информацию в различных формах;</w:t>
      </w:r>
    </w:p>
    <w:p w14:paraId="3952805C" w14:textId="77777777" w:rsidR="00DD6A31" w:rsidRPr="00AF4025" w:rsidRDefault="00DD6A3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соблюдать правила информационной безопасности при использовании цифровых ресурсов.</w:t>
      </w:r>
    </w:p>
    <w:p w14:paraId="2D132AE8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5361C5D2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Общение</w:t>
      </w:r>
    </w:p>
    <w:p w14:paraId="68EEE453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Обучающийся научится:</w:t>
      </w:r>
    </w:p>
    <w:p w14:paraId="2FBA3898" w14:textId="77777777" w:rsidR="00DD6A31" w:rsidRPr="00AF4025" w:rsidRDefault="00DD6A3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воспринимать и формулировать суждения по географическим проблемам;</w:t>
      </w:r>
    </w:p>
    <w:p w14:paraId="1619DD0A" w14:textId="77777777" w:rsidR="00DD6A31" w:rsidRPr="00AF4025" w:rsidRDefault="00DD6A3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выражать свою точку зрения в устной и письменной форме;</w:t>
      </w:r>
    </w:p>
    <w:p w14:paraId="7941767C" w14:textId="77777777" w:rsidR="00DD6A31" w:rsidRPr="00AF4025" w:rsidRDefault="00DD6A3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аргументировать собственные выводы с использованием географических фактов;</w:t>
      </w:r>
    </w:p>
    <w:p w14:paraId="5F6B798B" w14:textId="77777777" w:rsidR="00DD6A31" w:rsidRPr="00AF4025" w:rsidRDefault="00DD6A3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распознавать предпосылки конфликтных ситуаций и смягчать конфликты;</w:t>
      </w:r>
    </w:p>
    <w:p w14:paraId="3922A522" w14:textId="77777777" w:rsidR="00DD6A31" w:rsidRPr="00AF4025" w:rsidRDefault="00DD6A3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участвовать в обсуждении результатов наблюдений, исследований и проектов;</w:t>
      </w:r>
    </w:p>
    <w:p w14:paraId="0125E8D0" w14:textId="77777777" w:rsidR="00DD6A31" w:rsidRPr="00AF4025" w:rsidRDefault="00DD6A3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публично представлять результаты выполненной работы;</w:t>
      </w:r>
    </w:p>
    <w:p w14:paraId="266136C6" w14:textId="77777777" w:rsidR="00DD6A31" w:rsidRPr="00AF4025" w:rsidRDefault="00DD6A3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выбирать формат выступления с учётом поставленной задачи и особенностей аудитории.</w:t>
      </w:r>
    </w:p>
    <w:p w14:paraId="7A7F2125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AF4025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AF402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</w:p>
    <w:p w14:paraId="7A277E43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научится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5823D5A3" w14:textId="77777777" w:rsidR="00DD6A31" w:rsidRPr="00AF4025" w:rsidRDefault="00DD6A31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участвовать в индивидуальной и групповой учебной деятельности;</w:t>
      </w:r>
    </w:p>
    <w:p w14:paraId="71C7AD72" w14:textId="77777777" w:rsidR="00DD6A31" w:rsidRPr="00AF4025" w:rsidRDefault="00DD6A31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понимать и использовать преимущества командной и индивидуальной работы при решении конкретной географической задачи;</w:t>
      </w:r>
    </w:p>
    <w:p w14:paraId="1455E973" w14:textId="77777777" w:rsidR="00DD6A31" w:rsidRPr="00AF4025" w:rsidRDefault="00DD6A31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принимать цель совместной деятельности и распределять обязанности между участниками;</w:t>
      </w:r>
    </w:p>
    <w:p w14:paraId="3EE99E25" w14:textId="77777777" w:rsidR="00DD6A31" w:rsidRPr="00AF4025" w:rsidRDefault="00DD6A31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согласовывать действия в процессе выполнения учебного задания;</w:t>
      </w:r>
    </w:p>
    <w:p w14:paraId="2364C237" w14:textId="77777777" w:rsidR="00DD6A31" w:rsidRPr="00AF4025" w:rsidRDefault="00DD6A31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выполнять свою часть работы и достигать качественного результата;</w:t>
      </w:r>
    </w:p>
    <w:p w14:paraId="6B7B8A79" w14:textId="77777777" w:rsidR="00DD6A31" w:rsidRPr="00AF4025" w:rsidRDefault="00DD6A31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сопоставлять собственные результаты с результатами других участников;</w:t>
      </w:r>
    </w:p>
    <w:p w14:paraId="7D7C43A2" w14:textId="77777777" w:rsidR="00DD6A31" w:rsidRPr="00AF4025" w:rsidRDefault="00DD6A31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участвовать в подготовке и реализации учебных исследований и проектов.</w:t>
      </w:r>
    </w:p>
    <w:p w14:paraId="233B8B79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3E6270E8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Самоорганизация</w:t>
      </w:r>
    </w:p>
    <w:p w14:paraId="619246DA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Обучающийся научится:</w:t>
      </w:r>
    </w:p>
    <w:p w14:paraId="43B4F97A" w14:textId="77777777" w:rsidR="00DD6A31" w:rsidRPr="00AF4025" w:rsidRDefault="00DD6A31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самостоятельно определять цели учебной деятельности;</w:t>
      </w:r>
    </w:p>
    <w:p w14:paraId="10D3A6D3" w14:textId="77777777" w:rsidR="00DD6A31" w:rsidRPr="00AF4025" w:rsidRDefault="00DD6A31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выявлять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проблемы</w:t>
      </w:r>
      <w:proofErr w:type="spellEnd"/>
      <w:r w:rsidRPr="00AF4025">
        <w:rPr>
          <w:sz w:val="24"/>
          <w:szCs w:val="24"/>
          <w:lang w:val="es-ES" w:eastAsia="es-ES"/>
        </w:rPr>
        <w:t xml:space="preserve">, </w:t>
      </w:r>
      <w:proofErr w:type="spellStart"/>
      <w:r w:rsidRPr="00AF4025">
        <w:rPr>
          <w:sz w:val="24"/>
          <w:szCs w:val="24"/>
          <w:lang w:val="es-ES" w:eastAsia="es-ES"/>
        </w:rPr>
        <w:t>требующие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решения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22B3968A" w14:textId="77777777" w:rsidR="00DD6A31" w:rsidRPr="00AF4025" w:rsidRDefault="00DD6A31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планировать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последовательность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действий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5EA2F436" w14:textId="77777777" w:rsidR="00DD6A31" w:rsidRPr="00AF4025" w:rsidRDefault="00DD6A31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выбирать наиболее эффективные способы решения учебных и практических задач;</w:t>
      </w:r>
    </w:p>
    <w:p w14:paraId="2C7FB1C8" w14:textId="77777777" w:rsidR="00DD6A31" w:rsidRPr="00AF4025" w:rsidRDefault="00DD6A31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самостоятельно составлять алгоритм решения географической задачи;</w:t>
      </w:r>
    </w:p>
    <w:p w14:paraId="39D40A4B" w14:textId="77777777" w:rsidR="00DD6A31" w:rsidRPr="00AF4025" w:rsidRDefault="00DD6A31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составлять план действий и корректировать его с учётом изменяющихся условий.</w:t>
      </w:r>
    </w:p>
    <w:p w14:paraId="169BA169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AF4025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</w:p>
    <w:p w14:paraId="6B8BFB87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научится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743D67B2" w14:textId="77777777" w:rsidR="00DD6A31" w:rsidRPr="00AF4025" w:rsidRDefault="00DD6A31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осуществлять контроль процесса и результата собственной деятельности;</w:t>
      </w:r>
    </w:p>
    <w:p w14:paraId="72C00907" w14:textId="77777777" w:rsidR="00DD6A31" w:rsidRPr="00AF4025" w:rsidRDefault="00DD6A31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соответствие результата поставленной цели;</w:t>
      </w:r>
    </w:p>
    <w:p w14:paraId="4C274B00" w14:textId="77777777" w:rsidR="00DD6A31" w:rsidRPr="00AF4025" w:rsidRDefault="00DD6A31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владеть способами самоконтроля, </w:t>
      </w:r>
      <w:proofErr w:type="spellStart"/>
      <w:r w:rsidRPr="00AF4025">
        <w:rPr>
          <w:sz w:val="24"/>
          <w:szCs w:val="24"/>
          <w:lang w:eastAsia="es-ES"/>
        </w:rPr>
        <w:t>самомотивации</w:t>
      </w:r>
      <w:proofErr w:type="spellEnd"/>
      <w:r w:rsidRPr="00AF4025">
        <w:rPr>
          <w:sz w:val="24"/>
          <w:szCs w:val="24"/>
          <w:lang w:eastAsia="es-ES"/>
        </w:rPr>
        <w:t xml:space="preserve"> и рефлексии;</w:t>
      </w:r>
    </w:p>
    <w:p w14:paraId="1A7529C7" w14:textId="77777777" w:rsidR="00DD6A31" w:rsidRPr="00AF4025" w:rsidRDefault="00DD6A31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выявлять причины ошибок и корректировать способы действий;</w:t>
      </w:r>
    </w:p>
    <w:p w14:paraId="1BD0648D" w14:textId="77777777" w:rsidR="00DD6A31" w:rsidRPr="00AF4025" w:rsidRDefault="00DD6A31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оценивать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приобретённый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опыт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24AE43F9" w14:textId="77777777" w:rsidR="00DD6A31" w:rsidRPr="00AF4025" w:rsidRDefault="00DD6A31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принимать решения в учебной ситуации и нести ответственность за них.</w:t>
      </w:r>
    </w:p>
    <w:p w14:paraId="4C727DA0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Эмоциональный интеллект и принятие себя и других</w:t>
      </w:r>
    </w:p>
    <w:p w14:paraId="5F4A389E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Обучающийся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научится</w:t>
      </w:r>
      <w:proofErr w:type="spellEnd"/>
      <w:r w:rsidRPr="00AF4025">
        <w:rPr>
          <w:sz w:val="24"/>
          <w:szCs w:val="24"/>
          <w:lang w:val="es-ES" w:eastAsia="es-ES"/>
        </w:rPr>
        <w:t>:</w:t>
      </w:r>
    </w:p>
    <w:p w14:paraId="3D6AE8E7" w14:textId="77777777" w:rsidR="00DD6A31" w:rsidRPr="00AF4025" w:rsidRDefault="00DD6A31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различать, называть и управлять собственными эмоциями;</w:t>
      </w:r>
    </w:p>
    <w:p w14:paraId="4975C826" w14:textId="77777777" w:rsidR="00DD6A31" w:rsidRPr="00AF4025" w:rsidRDefault="00DD6A31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выявлять и анализировать причины эмоций;</w:t>
      </w:r>
    </w:p>
    <w:p w14:paraId="468C38AA" w14:textId="77777777" w:rsidR="00DD6A31" w:rsidRPr="00AF4025" w:rsidRDefault="00DD6A31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понимать мотивы и намерения другого человека;</w:t>
      </w:r>
    </w:p>
    <w:p w14:paraId="0C66A9F4" w14:textId="77777777" w:rsidR="00DD6A31" w:rsidRPr="00AF4025" w:rsidRDefault="00DD6A31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осознанно относиться к другому человеку, его мнению и позиции;</w:t>
      </w:r>
    </w:p>
    <w:p w14:paraId="5992A119" w14:textId="77777777" w:rsidR="00DD6A31" w:rsidRPr="00AF4025" w:rsidRDefault="00DD6A31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принимать себя и других, не осуждая;</w:t>
      </w:r>
    </w:p>
    <w:p w14:paraId="693B2368" w14:textId="77777777" w:rsidR="00DD6A31" w:rsidRPr="00AF4025" w:rsidRDefault="00DD6A31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признавать своё право на ошибку и такое же право другого человека.</w:t>
      </w:r>
    </w:p>
    <w:p w14:paraId="1CCA3921" w14:textId="24D6F9F5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4FE737E" w14:textId="77777777" w:rsidR="00DD6A31" w:rsidRPr="00AF4025" w:rsidRDefault="00DD6A31" w:rsidP="00AF4025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AF4025">
        <w:rPr>
          <w:b/>
          <w:bCs/>
          <w:kern w:val="36"/>
          <w:sz w:val="24"/>
          <w:szCs w:val="24"/>
          <w:lang w:eastAsia="es-ES"/>
        </w:rPr>
        <w:t>ПРЕДМЕТНЫЕ РЕЗУЛЬТАТЫ</w:t>
      </w:r>
    </w:p>
    <w:p w14:paraId="00A16DB6" w14:textId="77777777" w:rsidR="00DD6A31" w:rsidRPr="00AF4025" w:rsidRDefault="00DD6A31" w:rsidP="00AF402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Предметные результаты освоения учебного предмета «География» конкретизируются по годам обучения и отражают сформированность у обучающихся системы географических знаний и умений, необходимых для изучения географических объектов, процессов и явлений, работы с различными источниками географической информации и решения учебных и практико-ориентированных задач.</w:t>
      </w:r>
    </w:p>
    <w:p w14:paraId="4BFA96CA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5 КЛАСС</w:t>
      </w:r>
    </w:p>
    <w:p w14:paraId="67779BA6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К концу обучения в 5 классе обучающийся научится:</w:t>
      </w:r>
    </w:p>
    <w:p w14:paraId="729B138E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приводить примеры географических объектов, процессов и явлений;</w:t>
      </w:r>
    </w:p>
    <w:p w14:paraId="424A3023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описывать воздействие явлений природы на жизнь и деятельность человека;</w:t>
      </w:r>
    </w:p>
    <w:p w14:paraId="33258ACE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основные этапы географического изучения Земли;</w:t>
      </w:r>
    </w:p>
    <w:p w14:paraId="424ABD61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приводить примеры вклада российских и зарубежных путешественников и исследователей в развитие географических знаний;</w:t>
      </w:r>
    </w:p>
    <w:p w14:paraId="48500316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выбирать источники географической информации, необходимые для изучения истории географических открытий и важнейших географических исследований современности;</w:t>
      </w:r>
    </w:p>
    <w:p w14:paraId="40933C75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находить в различных источниках информацию, необходимую для решения учебных и практико-ориентированных задач;</w:t>
      </w:r>
    </w:p>
    <w:p w14:paraId="6B8329B2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представлять результаты фенологических наблюдений и наблюдений за погодой в различных формах;</w:t>
      </w:r>
    </w:p>
    <w:p w14:paraId="21E37FA9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положение Земли в Солнечной системе;</w:t>
      </w:r>
    </w:p>
    <w:p w14:paraId="2FA542BF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влияние формы Земли и её движения на природу планеты;</w:t>
      </w:r>
    </w:p>
    <w:p w14:paraId="71FE76BF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причины смены дня и ночи и времён года;</w:t>
      </w:r>
    </w:p>
    <w:p w14:paraId="4A1E63AA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понятия «план местности», «географическая карта», «аэрофотоснимок», «космический снимок»;</w:t>
      </w:r>
    </w:p>
    <w:p w14:paraId="0AE2485A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применять понятия «масштаб», «условные знаки», «азимут», «географические координаты» при решении учебных и практико-ориентированных задач;</w:t>
      </w:r>
    </w:p>
    <w:p w14:paraId="25FE6523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определять направления и расстояния по плану местности и географической карте;</w:t>
      </w:r>
    </w:p>
    <w:p w14:paraId="2B7AAB49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определять азимуты направлений на местности и плане;</w:t>
      </w:r>
    </w:p>
    <w:p w14:paraId="1C09D282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ориентироваться на местности по плану и с использованием доступных способов ориентирования;</w:t>
      </w:r>
    </w:p>
    <w:p w14:paraId="3FDD878A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абсолютную и относительную высоту;</w:t>
      </w:r>
    </w:p>
    <w:p w14:paraId="30A58975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читать изображение рельефа на плане местности и карте;</w:t>
      </w:r>
    </w:p>
    <w:p w14:paraId="59971C8D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определять географические координаты объектов и находить объекты по заданным координатам;</w:t>
      </w:r>
    </w:p>
    <w:p w14:paraId="152F3F44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внутреннее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строение</w:t>
      </w:r>
      <w:proofErr w:type="spellEnd"/>
      <w:r w:rsidRPr="00AF4025">
        <w:rPr>
          <w:sz w:val="24"/>
          <w:szCs w:val="24"/>
          <w:lang w:val="es-ES" w:eastAsia="es-ES"/>
        </w:rPr>
        <w:t xml:space="preserve"> Земли;</w:t>
      </w:r>
    </w:p>
    <w:p w14:paraId="509AD8B6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минералы и горные породы по основным признакам;</w:t>
      </w:r>
    </w:p>
    <w:p w14:paraId="5F78A31E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проявления внутренних и внешних процессов, изменяющих земную поверхность;</w:t>
      </w:r>
    </w:p>
    <w:p w14:paraId="3216B068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землетрясения и вулканизм как природные явления;</w:t>
      </w:r>
    </w:p>
    <w:p w14:paraId="2B7A5EF3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основные формы рельефа суши;</w:t>
      </w:r>
    </w:p>
    <w:p w14:paraId="1099499A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горы и равнины по географической карте;</w:t>
      </w:r>
    </w:p>
    <w:p w14:paraId="63A94AB2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основные формы рельефа дна Мирового океана;</w:t>
      </w:r>
    </w:p>
    <w:p w14:paraId="70A37FE1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устанавливать взаимосвязи между особенностями рельефа и деятельностью человека;</w:t>
      </w:r>
    </w:p>
    <w:p w14:paraId="4B6DC62F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использовать географические карты, планы местности, схемы, фотографии, космические снимки и цифровые источники для получения географической информации;</w:t>
      </w:r>
    </w:p>
    <w:p w14:paraId="4D58E532" w14:textId="77777777" w:rsidR="00DD6A31" w:rsidRPr="00AF4025" w:rsidRDefault="00DD6A3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применять полученные географические знания и умения при выполнении практических работ и решении учебных и практико-ориентированных задач.</w:t>
      </w:r>
    </w:p>
    <w:p w14:paraId="665D8D1F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6 КЛАСС</w:t>
      </w:r>
    </w:p>
    <w:p w14:paraId="2DFBD5EC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К концу обучения в 6 классе обучающийся научится:</w:t>
      </w:r>
    </w:p>
    <w:p w14:paraId="314A9BA6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описывать по географическим картам местоположение изученных объектов гидросферы;</w:t>
      </w:r>
    </w:p>
    <w:p w14:paraId="1641EBC6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состав гидросферы и объяснять мировой круговорот воды;</w:t>
      </w:r>
    </w:p>
    <w:p w14:paraId="79FED4CE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части Мирового океана и характеризовать свойства океанических вод;</w:t>
      </w:r>
    </w:p>
    <w:p w14:paraId="4036E6C9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причины образования волн, цунами, приливов и отливов;</w:t>
      </w:r>
    </w:p>
    <w:p w14:paraId="154081EB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океанические течения и объяснять их влияние на природу отдельных территорий;</w:t>
      </w:r>
    </w:p>
    <w:p w14:paraId="66C4C021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классифицировать объекты гидросферы по заданным признакам;</w:t>
      </w:r>
    </w:p>
    <w:p w14:paraId="250B8ED4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понятия «питание» и «режим реки»;</w:t>
      </w:r>
    </w:p>
    <w:p w14:paraId="47731084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устанавливать причинно-следственные связи между питанием, режимом реки и климатом территории речного бассейна;</w:t>
      </w:r>
    </w:p>
    <w:p w14:paraId="244D65F5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сравнивать реки по заданным признакам;</w:t>
      </w:r>
    </w:p>
    <w:p w14:paraId="484D1EDA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AF4025">
        <w:rPr>
          <w:sz w:val="24"/>
          <w:szCs w:val="24"/>
          <w:lang w:eastAsia="es-ES"/>
        </w:rPr>
        <w:t xml:space="preserve">характеризовать озёра, болота, подземные воды, ледники и многолетнюю </w:t>
      </w:r>
      <w:proofErr w:type="spellStart"/>
      <w:r w:rsidRPr="00AF4025">
        <w:rPr>
          <w:sz w:val="24"/>
          <w:szCs w:val="24"/>
          <w:lang w:val="es-ES" w:eastAsia="es-ES"/>
        </w:rPr>
        <w:t>мерзлоту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51A56989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значение водных ресурсов для человека и необходимость их рационального использования и охраны;</w:t>
      </w:r>
    </w:p>
    <w:p w14:paraId="51CE8C87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описывать состав и строение атмосферы;</w:t>
      </w:r>
    </w:p>
    <w:p w14:paraId="7BF1F620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изменение температуры воздуха с высотой и закономерности нагревания атмосферного воздуха;</w:t>
      </w:r>
    </w:p>
    <w:p w14:paraId="0C7C16B9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атмосферное давление и объяснять причины его изменения;</w:t>
      </w:r>
    </w:p>
    <w:p w14:paraId="0F807CAB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объяснять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образование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ветра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4F3B6E35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определять направление и скорость ветра, строить и анализировать розу ветров;</w:t>
      </w:r>
    </w:p>
    <w:p w14:paraId="35FFC909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абсолютную и относительную влажность воздуха;</w:t>
      </w:r>
    </w:p>
    <w:p w14:paraId="30D039AF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образование облаков и атмосферных осадков;</w:t>
      </w:r>
    </w:p>
    <w:p w14:paraId="3F41B921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понятия «погода» и «климат»;</w:t>
      </w:r>
    </w:p>
    <w:p w14:paraId="5767F690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элементы погоды и наблюдать за их изменениями;</w:t>
      </w:r>
    </w:p>
    <w:p w14:paraId="4A6AC868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анализировать результаты наблюдений за погодой;</w:t>
      </w:r>
    </w:p>
    <w:p w14:paraId="7D970C4D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опасные и неблагоприятные метеорологические явления;</w:t>
      </w:r>
    </w:p>
    <w:p w14:paraId="26BFF3F7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биосферу как оболочку Земли;</w:t>
      </w:r>
    </w:p>
    <w:p w14:paraId="2CFF064D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закономерности распространения живых организмов;</w:t>
      </w:r>
    </w:p>
    <w:p w14:paraId="4EA17AF5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почву как особое природное образование;</w:t>
      </w:r>
    </w:p>
    <w:p w14:paraId="23F6F1AE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значение почвы и почвенного плодородия;</w:t>
      </w:r>
    </w:p>
    <w:p w14:paraId="53A27088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географическую оболочку, её состав, свойства и основные закономерности;</w:t>
      </w:r>
    </w:p>
    <w:p w14:paraId="19C406D2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взаимосвязи компонентов географической оболочки;</w:t>
      </w:r>
    </w:p>
    <w:p w14:paraId="104671F8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проявление широтной зональности и высотной поясности;</w:t>
      </w:r>
    </w:p>
    <w:p w14:paraId="798EFC19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природные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комплексы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7D6A5672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приводить примеры влияния человека на компоненты природы и природные комплексы;</w:t>
      </w:r>
    </w:p>
    <w:p w14:paraId="73834DEB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последствия хозяйственной деятельности человека для окружающей среды;</w:t>
      </w:r>
    </w:p>
    <w:p w14:paraId="0F512FFA" w14:textId="77777777" w:rsidR="00DD6A31" w:rsidRPr="00AF4025" w:rsidRDefault="00DD6A3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использовать географические карты, графики, диаграммы, статистические материалы и цифровые источники для решения учебных и практико-ориентированных задач.</w:t>
      </w:r>
    </w:p>
    <w:p w14:paraId="38AA4A2F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7 КЛАСС</w:t>
      </w:r>
    </w:p>
    <w:p w14:paraId="77ECC809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К концу обучения в 7 классе обучающийся научится:</w:t>
      </w:r>
    </w:p>
    <w:p w14:paraId="51C2EEBD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описывать по географическим картам и глобусу положение изучаемых географических объектов;</w:t>
      </w:r>
    </w:p>
    <w:p w14:paraId="3E4DB109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закономерности размещения крупных форм рельефа Земли;</w:t>
      </w:r>
    </w:p>
    <w:p w14:paraId="458D8115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устанавливать связь между строением земной коры и рельефом;</w:t>
      </w:r>
    </w:p>
    <w:p w14:paraId="609DE229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климатообразующие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факторы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23FA2F70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воздушные массы, климатические пояса и области Земли;</w:t>
      </w:r>
    </w:p>
    <w:p w14:paraId="4FFAAEC8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закономерности распределения температуры воздуха и атмосферных осадков;</w:t>
      </w:r>
    </w:p>
    <w:p w14:paraId="5F10195A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роль Мирового океана в формировании природы Земли;</w:t>
      </w:r>
    </w:p>
    <w:p w14:paraId="07A984B7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закономерности движения океанических вод;</w:t>
      </w:r>
    </w:p>
    <w:p w14:paraId="0D550CFE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природные зоны Земли и объяснять закономерности их размещения;</w:t>
      </w:r>
    </w:p>
    <w:p w14:paraId="12E01BB5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проявление широтной зональности и высотной поясности;</w:t>
      </w:r>
    </w:p>
    <w:p w14:paraId="3A93A168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численность и размещение населения мира;</w:t>
      </w:r>
    </w:p>
    <w:p w14:paraId="4CA3E487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анализировать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показатели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плотности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населения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4682EF67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основные народы, языки и религии мира;</w:t>
      </w:r>
    </w:p>
    <w:p w14:paraId="28270C86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городское и сельское население;</w:t>
      </w:r>
    </w:p>
    <w:p w14:paraId="7D183CCE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политическую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карту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мира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25E199A8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сравнивать страны мира по географическому положению, территории, населению и другим географическим показателям;</w:t>
      </w:r>
    </w:p>
    <w:p w14:paraId="5AD08E62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определять географическое положение материков, океанов и отдельных стран;</w:t>
      </w:r>
    </w:p>
    <w:p w14:paraId="0DF322F7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особенности природы Африки, Австралии и Океании, Южной Америки, Антарктиды, Северной Америки и Евразии;</w:t>
      </w:r>
    </w:p>
    <w:p w14:paraId="43911DA5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особенности рельефа, климата, внутренних вод и природных зон материков;</w:t>
      </w:r>
    </w:p>
    <w:p w14:paraId="312B1A75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население и отдельные страны материков;</w:t>
      </w:r>
    </w:p>
    <w:p w14:paraId="5DA2DA56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устанавливать взаимосвязи между природными условиями, размещением населения и хозяйственной деятельностью;</w:t>
      </w:r>
    </w:p>
    <w:p w14:paraId="4B9EFB4B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сравнивать материки, природные территории и страны по заданным признакам;</w:t>
      </w:r>
    </w:p>
    <w:p w14:paraId="2D1B5539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анализировать тематические карты, </w:t>
      </w:r>
      <w:proofErr w:type="spellStart"/>
      <w:r w:rsidRPr="00AF4025">
        <w:rPr>
          <w:sz w:val="24"/>
          <w:szCs w:val="24"/>
          <w:lang w:eastAsia="es-ES"/>
        </w:rPr>
        <w:t>климатограммы</w:t>
      </w:r>
      <w:proofErr w:type="spellEnd"/>
      <w:r w:rsidRPr="00AF4025">
        <w:rPr>
          <w:sz w:val="24"/>
          <w:szCs w:val="24"/>
          <w:lang w:eastAsia="es-ES"/>
        </w:rPr>
        <w:t>, графики, диаграммы и статистические материалы;</w:t>
      </w:r>
    </w:p>
    <w:p w14:paraId="0CA1318B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природные ресурсы территорий и особенности их использования;</w:t>
      </w:r>
    </w:p>
    <w:p w14:paraId="1EF66010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выявлять природные, социальные и экологические особенности отдельных территорий;</w:t>
      </w:r>
    </w:p>
    <w:p w14:paraId="6CD012FC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причины возникновения глобальных и региональных экологических проблем;</w:t>
      </w:r>
    </w:p>
    <w:p w14:paraId="05755133" w14:textId="77777777" w:rsidR="00DD6A31" w:rsidRPr="00AF4025" w:rsidRDefault="00DD6A3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применять географические знания и различные источники информации для составления комплексной характеристики территории.</w:t>
      </w:r>
    </w:p>
    <w:p w14:paraId="00B8CA8D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8 КЛАСС</w:t>
      </w:r>
    </w:p>
    <w:p w14:paraId="4C3F3F77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К концу обучения в 8 классе обучающийся научится:</w:t>
      </w:r>
    </w:p>
    <w:p w14:paraId="31729392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географическое положение Российской Федерации;</w:t>
      </w:r>
    </w:p>
    <w:p w14:paraId="13941717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сравнивать по географическим картам географическое положение России с положением других государств;</w:t>
      </w:r>
    </w:p>
    <w:p w14:paraId="33469909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определять крайние точки и характеризовать государственные границы России;</w:t>
      </w:r>
    </w:p>
    <w:p w14:paraId="3669B348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моря, омывающие территорию Российской Федерации;</w:t>
      </w:r>
    </w:p>
    <w:p w14:paraId="100F8FCD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определять различия во времени на территории России и решать практические задачи, связанные с часовыми зонами;</w:t>
      </w:r>
    </w:p>
    <w:p w14:paraId="400C5941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административно-территориальное устройство Российской Федерации;</w:t>
      </w:r>
    </w:p>
    <w:p w14:paraId="34C8EBC7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основные этапы освоения и исследования территории России;</w:t>
      </w:r>
    </w:p>
    <w:p w14:paraId="1B0A10FB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геологическое строение территории России;</w:t>
      </w:r>
    </w:p>
    <w:p w14:paraId="6C3A1EEF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основные формы рельефа Российской Федерации;</w:t>
      </w:r>
    </w:p>
    <w:p w14:paraId="0CC1A80B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устанавливать взаимосвязь между тектоническим строением, рельефом и размещением полезных ископаемых;</w:t>
      </w:r>
    </w:p>
    <w:p w14:paraId="7C587327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влияние внутренних и внешних процессов на формирование рельефа;</w:t>
      </w:r>
    </w:p>
    <w:p w14:paraId="6846921B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основные климатообразующие факторы на территории России;</w:t>
      </w:r>
    </w:p>
    <w:p w14:paraId="76600839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закономерности распределения температуры воздуха и атмосферных осадков;</w:t>
      </w:r>
    </w:p>
    <w:p w14:paraId="5D285A8E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климатические пояса и типы климата России;</w:t>
      </w:r>
    </w:p>
    <w:p w14:paraId="7026F07F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 xml:space="preserve">анализировать климатические карты и </w:t>
      </w:r>
      <w:proofErr w:type="spellStart"/>
      <w:r w:rsidRPr="00AF4025">
        <w:rPr>
          <w:sz w:val="24"/>
          <w:szCs w:val="24"/>
          <w:lang w:eastAsia="es-ES"/>
        </w:rPr>
        <w:t>климатограммы</w:t>
      </w:r>
      <w:proofErr w:type="spellEnd"/>
      <w:r w:rsidRPr="00AF4025">
        <w:rPr>
          <w:sz w:val="24"/>
          <w:szCs w:val="24"/>
          <w:lang w:eastAsia="es-ES"/>
        </w:rPr>
        <w:t>;</w:t>
      </w:r>
    </w:p>
    <w:p w14:paraId="20E51C18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опасные и неблагоприятные климатические явления;</w:t>
      </w:r>
    </w:p>
    <w:p w14:paraId="10738430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климатические ресурсы отдельных территорий;</w:t>
      </w:r>
    </w:p>
    <w:p w14:paraId="3AA2D325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внутренние воды и водные ресурсы России;</w:t>
      </w:r>
    </w:p>
    <w:p w14:paraId="138B04A4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крупнейшие реки, озёра и другие водные объекты страны;</w:t>
      </w:r>
    </w:p>
    <w:p w14:paraId="573DC505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особенности питания и режима рек;</w:t>
      </w:r>
    </w:p>
    <w:p w14:paraId="77BC288E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значение водных ресурсов и проблемы их использования;</w:t>
      </w:r>
    </w:p>
    <w:p w14:paraId="086CC454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основные типы почв России и закономерности их размещения;</w:t>
      </w:r>
    </w:p>
    <w:p w14:paraId="4FB47DFE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растительный и животный мир Российской Федерации;</w:t>
      </w:r>
    </w:p>
    <w:p w14:paraId="5A524AF2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закономерности размещения природных зон;</w:t>
      </w:r>
    </w:p>
    <w:p w14:paraId="2211FF4E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проявление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высотной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поясности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277C2190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крупные природные районы России;</w:t>
      </w:r>
    </w:p>
    <w:p w14:paraId="60205D10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значение особо охраняемых природных территорий;</w:t>
      </w:r>
    </w:p>
    <w:p w14:paraId="549F2127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численность, воспроизводство и динамику населения России;</w:t>
      </w:r>
    </w:p>
    <w:p w14:paraId="77C7B60C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анализировать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половозрастную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структуру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населения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439FE53E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миграции населения и их основные направления;</w:t>
      </w:r>
    </w:p>
    <w:p w14:paraId="682A512A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особенности размещения и плотности населения;</w:t>
      </w:r>
    </w:p>
    <w:p w14:paraId="3A78A9B3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особенности городского и сельского расселения;</w:t>
      </w:r>
    </w:p>
    <w:p w14:paraId="42131204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процессы урбанизации и крупнейшие городские агломерации;</w:t>
      </w:r>
    </w:p>
    <w:p w14:paraId="70A7030F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этнический, языковой и религиозный состав населения России;</w:t>
      </w:r>
    </w:p>
    <w:p w14:paraId="522D4DF6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трудовые ресурсы и человеческий капитал страны;</w:t>
      </w:r>
    </w:p>
    <w:p w14:paraId="2F14A56B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использовать статистические материалы, тематические карты, графики и диаграммы для анализа населения России;</w:t>
      </w:r>
    </w:p>
    <w:p w14:paraId="461AC58C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влияние природных условий и ресурсов на жизнь и хозяйственную деятельность населения;</w:t>
      </w:r>
    </w:p>
    <w:p w14:paraId="0C19773C" w14:textId="77777777" w:rsidR="00DD6A31" w:rsidRPr="00AF4025" w:rsidRDefault="00DD6A3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применять географические знания для решения учебных и практико-ориентированных задач, связанных с природой и населением Российской Федерации.</w:t>
      </w:r>
    </w:p>
    <w:p w14:paraId="47FFF770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AF4025">
        <w:rPr>
          <w:b/>
          <w:bCs/>
          <w:sz w:val="24"/>
          <w:szCs w:val="24"/>
          <w:lang w:eastAsia="es-ES"/>
        </w:rPr>
        <w:t>9 КЛАСС</w:t>
      </w:r>
    </w:p>
    <w:p w14:paraId="41C457D5" w14:textId="77777777" w:rsidR="00DD6A31" w:rsidRPr="00AF4025" w:rsidRDefault="00DD6A31" w:rsidP="00DD6A3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К концу обучения в 9 классе обучающийся научится:</w:t>
      </w:r>
    </w:p>
    <w:p w14:paraId="246A5F8C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структуру хозяйства Российской Федерации;</w:t>
      </w:r>
    </w:p>
    <w:p w14:paraId="1FE0372F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основные секторы экономики и характеризовать их роль в хозяйстве страны;</w:t>
      </w:r>
    </w:p>
    <w:p w14:paraId="77B1B7D3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факторы размещения предприятий различных отраслей хозяйства;</w:t>
      </w:r>
    </w:p>
    <w:p w14:paraId="77E60ADE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территориальную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структуру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хозяйства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4F3BD22C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значение географического разделения труда и специализации территорий;</w:t>
      </w:r>
    </w:p>
    <w:p w14:paraId="44FAAEA3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топливно-энергетический комплекс России;</w:t>
      </w:r>
    </w:p>
    <w:p w14:paraId="600A7615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нефтяную, газовую и угольную промышленность;</w:t>
      </w:r>
    </w:p>
    <w:p w14:paraId="0C60FFCA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электроэнергетику России и особенности размещения электростанций различных типов;</w:t>
      </w:r>
    </w:p>
    <w:p w14:paraId="00419B0A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металлургический комплекс и основные металлургические базы России;</w:t>
      </w:r>
    </w:p>
    <w:p w14:paraId="6FE57A04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машиностроительный комплекс и факторы размещения его предприятий;</w:t>
      </w:r>
    </w:p>
    <w:p w14:paraId="5186CBD0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химический и лесной комплексы России;</w:t>
      </w:r>
    </w:p>
    <w:p w14:paraId="3B45C30E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агропромышленный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комплекс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7E58B76A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особенности размещения растениеводства и животноводства;</w:t>
      </w:r>
    </w:p>
    <w:p w14:paraId="2C815AB7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пищевую и лёгкую промышленность;</w:t>
      </w:r>
    </w:p>
    <w:p w14:paraId="7981E609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транспортный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комплекс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России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0762D305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сравнивать значение различных видов транспорта;</w:t>
      </w:r>
    </w:p>
    <w:p w14:paraId="75462215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связь, информационные технологии и сферу услуг;</w:t>
      </w:r>
    </w:p>
    <w:p w14:paraId="1E967378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анализировать территориальные различия хозяйства России;</w:t>
      </w:r>
    </w:p>
    <w:p w14:paraId="0CD8958B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влияние хозяйственной деятельности на окружающую среду;</w:t>
      </w:r>
    </w:p>
    <w:p w14:paraId="6BEDABE4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приводить примеры рационального природопользования и экологически ответственного поведения;</w:t>
      </w:r>
    </w:p>
    <w:p w14:paraId="17E84517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принципы географического районирования территории России;</w:t>
      </w:r>
    </w:p>
    <w:p w14:paraId="44AF2F30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различать макрорегионы и крупные географические районы России;</w:t>
      </w:r>
    </w:p>
    <w:p w14:paraId="0FB2283F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географическое положение, природные условия и ресурсы, население и хозяйство регионов Российской Федерации;</w:t>
      </w:r>
    </w:p>
    <w:p w14:paraId="40BEAA44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Центральную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Россию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6D96C113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Северо-Запад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России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4B79F5F4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Европейский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Север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20DD7BD1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Европейский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Юг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6BE3C329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Поволжье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1BC2EB9D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Урал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1FD5B948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Западную и Восточную Сибирь;</w:t>
      </w:r>
    </w:p>
    <w:p w14:paraId="6531D16D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характеризовать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Дальний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Восток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433C2D5F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определять отрасли специализации отдельных территорий и объяснять причины их формирования;</w:t>
      </w:r>
    </w:p>
    <w:p w14:paraId="76A56921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сравнивать регионы России по природным, демографическим и социально-экономическим показателям;</w:t>
      </w:r>
    </w:p>
    <w:p w14:paraId="42BF0C1A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устанавливать взаимосвязи между природно-ресурсным потенциалом, населением и хозяйственной специализацией территории;</w:t>
      </w:r>
    </w:p>
    <w:p w14:paraId="364017B0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составлять комплексную географическую характеристику региона России;</w:t>
      </w:r>
    </w:p>
    <w:p w14:paraId="53D99766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место Российской Федерации в мировом хозяйстве;</w:t>
      </w:r>
    </w:p>
    <w:p w14:paraId="5D920370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AF4025">
        <w:rPr>
          <w:sz w:val="24"/>
          <w:szCs w:val="24"/>
          <w:lang w:val="es-ES" w:eastAsia="es-ES"/>
        </w:rPr>
        <w:t>анализировать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внешнеэкономические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связи</w:t>
      </w:r>
      <w:proofErr w:type="spellEnd"/>
      <w:r w:rsidRPr="00AF4025">
        <w:rPr>
          <w:sz w:val="24"/>
          <w:szCs w:val="24"/>
          <w:lang w:val="es-ES" w:eastAsia="es-ES"/>
        </w:rPr>
        <w:t xml:space="preserve"> </w:t>
      </w:r>
      <w:proofErr w:type="spellStart"/>
      <w:r w:rsidRPr="00AF4025">
        <w:rPr>
          <w:sz w:val="24"/>
          <w:szCs w:val="24"/>
          <w:lang w:val="es-ES" w:eastAsia="es-ES"/>
        </w:rPr>
        <w:t>России</w:t>
      </w:r>
      <w:proofErr w:type="spellEnd"/>
      <w:r w:rsidRPr="00AF4025">
        <w:rPr>
          <w:sz w:val="24"/>
          <w:szCs w:val="24"/>
          <w:lang w:val="es-ES" w:eastAsia="es-ES"/>
        </w:rPr>
        <w:t>;</w:t>
      </w:r>
    </w:p>
    <w:p w14:paraId="459AC24B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объяснять значение международной специализации Российской Федерации;</w:t>
      </w:r>
    </w:p>
    <w:p w14:paraId="5D1C9295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характеризовать основные направления экспорта и импорта;</w:t>
      </w:r>
    </w:p>
    <w:p w14:paraId="2C304814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оценивать транспортно-географическое положение Российской Федерации;</w:t>
      </w:r>
    </w:p>
    <w:p w14:paraId="5349FAF6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анализировать место отдельных регионов России в общероссийском и международном географическом разделении труда;</w:t>
      </w:r>
    </w:p>
    <w:p w14:paraId="582D8516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использовать географические карты, статистические материалы, графики, диаграммы и цифровые источники для анализа хозяйства и регионов страны;</w:t>
      </w:r>
    </w:p>
    <w:p w14:paraId="65576F09" w14:textId="77777777" w:rsidR="00DD6A31" w:rsidRPr="00AF4025" w:rsidRDefault="00DD6A3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F4025">
        <w:rPr>
          <w:sz w:val="24"/>
          <w:szCs w:val="24"/>
          <w:lang w:eastAsia="es-ES"/>
        </w:rPr>
        <w:t>применять географические знания и умения для решения учебных, практико-ориентированных и жизненных задач.</w:t>
      </w:r>
    </w:p>
    <w:p w14:paraId="79C26FA0" w14:textId="3F064CF4" w:rsidR="00B9658A" w:rsidRPr="00AF4025" w:rsidRDefault="00B9658A">
      <w:pPr>
        <w:pStyle w:val="a9"/>
        <w:widowControl/>
        <w:numPr>
          <w:ilvl w:val="0"/>
          <w:numId w:val="1"/>
        </w:numPr>
        <w:autoSpaceDE/>
        <w:autoSpaceDN/>
        <w:ind w:left="0" w:firstLine="284"/>
        <w:jc w:val="center"/>
        <w:rPr>
          <w:b/>
          <w:bCs/>
          <w:kern w:val="36"/>
          <w:sz w:val="24"/>
          <w:szCs w:val="24"/>
          <w:lang w:eastAsia="es-ES"/>
        </w:rPr>
      </w:pPr>
      <w:r w:rsidRPr="00AF4025">
        <w:rPr>
          <w:b/>
          <w:bCs/>
          <w:kern w:val="36"/>
          <w:sz w:val="24"/>
          <w:szCs w:val="24"/>
          <w:lang w:eastAsia="es-ES"/>
        </w:rPr>
        <w:t>СОДЕРЖАНИЕ УЧЕБНОГО ПРЕДМЕТА «ГЕОГРАФИЯ»</w:t>
      </w:r>
    </w:p>
    <w:p w14:paraId="7D7F2BDD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b/>
          <w:bCs/>
          <w:color w:val="auto"/>
          <w:lang w:val="es-ES"/>
        </w:rPr>
      </w:pPr>
      <w:r w:rsidRPr="00AF4025">
        <w:rPr>
          <w:rFonts w:ascii="Times New Roman" w:hAnsi="Times New Roman" w:cs="Times New Roman"/>
          <w:b/>
          <w:bCs/>
          <w:color w:val="auto"/>
        </w:rPr>
        <w:t>5 КЛАСС</w:t>
      </w:r>
    </w:p>
    <w:p w14:paraId="12C2C1E9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F4025">
        <w:rPr>
          <w:rFonts w:ascii="Times New Roman" w:hAnsi="Times New Roman" w:cs="Times New Roman"/>
          <w:color w:val="auto"/>
          <w:sz w:val="24"/>
          <w:szCs w:val="24"/>
        </w:rPr>
        <w:t>Географическое</w:t>
      </w:r>
      <w:proofErr w:type="spellEnd"/>
      <w:r w:rsidRPr="00AF40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F4025">
        <w:rPr>
          <w:rFonts w:ascii="Times New Roman" w:hAnsi="Times New Roman" w:cs="Times New Roman"/>
          <w:color w:val="auto"/>
          <w:sz w:val="24"/>
          <w:szCs w:val="24"/>
        </w:rPr>
        <w:t>изучение</w:t>
      </w:r>
      <w:proofErr w:type="spellEnd"/>
      <w:r w:rsidRPr="00AF40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F4025">
        <w:rPr>
          <w:rFonts w:ascii="Times New Roman" w:hAnsi="Times New Roman" w:cs="Times New Roman"/>
          <w:color w:val="auto"/>
          <w:sz w:val="24"/>
          <w:szCs w:val="24"/>
        </w:rPr>
        <w:t>Земли</w:t>
      </w:r>
      <w:proofErr w:type="spellEnd"/>
    </w:p>
    <w:p w14:paraId="5495CE9A" w14:textId="77777777" w:rsidR="00DD6A31" w:rsidRPr="00AF4025" w:rsidRDefault="00DD6A31" w:rsidP="00AF4025">
      <w:pPr>
        <w:pStyle w:val="5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F4025">
        <w:rPr>
          <w:rFonts w:ascii="Times New Roman" w:hAnsi="Times New Roman" w:cs="Times New Roman"/>
          <w:color w:val="auto"/>
          <w:sz w:val="24"/>
          <w:szCs w:val="24"/>
        </w:rPr>
        <w:t>География</w:t>
      </w:r>
      <w:proofErr w:type="spellEnd"/>
      <w:r w:rsidRPr="00AF4025">
        <w:rPr>
          <w:rFonts w:ascii="Times New Roman" w:hAnsi="Times New Roman" w:cs="Times New Roman"/>
          <w:color w:val="auto"/>
          <w:sz w:val="24"/>
          <w:szCs w:val="24"/>
        </w:rPr>
        <w:t xml:space="preserve"> — </w:t>
      </w:r>
      <w:proofErr w:type="spellStart"/>
      <w:r w:rsidRPr="00AF4025">
        <w:rPr>
          <w:rFonts w:ascii="Times New Roman" w:hAnsi="Times New Roman" w:cs="Times New Roman"/>
          <w:color w:val="auto"/>
          <w:sz w:val="24"/>
          <w:szCs w:val="24"/>
        </w:rPr>
        <w:t>наука</w:t>
      </w:r>
      <w:proofErr w:type="spellEnd"/>
      <w:r w:rsidRPr="00AF4025">
        <w:rPr>
          <w:rFonts w:ascii="Times New Roman" w:hAnsi="Times New Roman" w:cs="Times New Roman"/>
          <w:color w:val="auto"/>
          <w:sz w:val="24"/>
          <w:szCs w:val="24"/>
        </w:rPr>
        <w:t xml:space="preserve"> о </w:t>
      </w:r>
      <w:proofErr w:type="spellStart"/>
      <w:r w:rsidRPr="00AF4025">
        <w:rPr>
          <w:rFonts w:ascii="Times New Roman" w:hAnsi="Times New Roman" w:cs="Times New Roman"/>
          <w:color w:val="auto"/>
          <w:sz w:val="24"/>
          <w:szCs w:val="24"/>
        </w:rPr>
        <w:t>планете</w:t>
      </w:r>
      <w:proofErr w:type="spellEnd"/>
      <w:r w:rsidRPr="00AF40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F4025">
        <w:rPr>
          <w:rFonts w:ascii="Times New Roman" w:hAnsi="Times New Roman" w:cs="Times New Roman"/>
          <w:color w:val="auto"/>
          <w:sz w:val="24"/>
          <w:szCs w:val="24"/>
        </w:rPr>
        <w:t>Земля</w:t>
      </w:r>
      <w:proofErr w:type="spellEnd"/>
    </w:p>
    <w:p w14:paraId="1223C45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Что изучает география.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14:paraId="012EE6CA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Географические объекты, процессы и явления своей местности.</w:t>
      </w:r>
    </w:p>
    <w:p w14:paraId="7F588FEC" w14:textId="77777777" w:rsidR="00DD6A31" w:rsidRPr="00AF4025" w:rsidRDefault="00DD6A31" w:rsidP="00AF4025">
      <w:pPr>
        <w:pStyle w:val="5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История географических открытий</w:t>
      </w:r>
    </w:p>
    <w:p w14:paraId="039647F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Представления о мире в древности. Древний Китай и Древний Египет. Географические знания в Древней Греции. География в эпоху Средневековья: путешествия и открытия викингов, древних арабов и русских землепроходцев.</w:t>
      </w:r>
    </w:p>
    <w:p w14:paraId="3752F3F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Эпоха Великих географических открытий. Путешествия Христофора Колумба. Первое кругосветное путешествие Фернана Магеллана. Значение Великих географических открытий.</w:t>
      </w:r>
    </w:p>
    <w:p w14:paraId="0467326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 xml:space="preserve">Географические открытия </w:t>
      </w:r>
      <w:r w:rsidRPr="00AF4025">
        <w:t>XVII</w:t>
      </w:r>
      <w:r w:rsidRPr="00AF4025">
        <w:rPr>
          <w:lang w:val="ru-RU"/>
        </w:rPr>
        <w:t>–</w:t>
      </w:r>
      <w:r w:rsidRPr="00AF4025">
        <w:t>XIX</w:t>
      </w:r>
      <w:r w:rsidRPr="00AF4025">
        <w:rPr>
          <w:lang w:val="ru-RU"/>
        </w:rPr>
        <w:t xml:space="preserve"> вв. Поиски Южной Земли. Открытие Австралии и Антарктиды. Первое русское кругосветное путешествие.</w:t>
      </w:r>
    </w:p>
    <w:p w14:paraId="0604D50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Русские путешественники и исследователи. Исследование территории России, Сибири и Дальнего Востока.</w:t>
      </w:r>
    </w:p>
    <w:p w14:paraId="026C8DCA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 xml:space="preserve">Географические исследования в </w:t>
      </w:r>
      <w:r w:rsidRPr="00AF4025">
        <w:t>XX</w:t>
      </w:r>
      <w:r w:rsidRPr="00AF4025">
        <w:rPr>
          <w:lang w:val="ru-RU"/>
        </w:rPr>
        <w:t>–</w:t>
      </w:r>
      <w:r w:rsidRPr="00AF4025">
        <w:t>XXI</w:t>
      </w:r>
      <w:r w:rsidRPr="00AF4025">
        <w:rPr>
          <w:lang w:val="ru-RU"/>
        </w:rPr>
        <w:t xml:space="preserve"> вв. Исследование полярных областей Земли и Мирового океана. Современные географические исследования. Источники географической информации.</w:t>
      </w:r>
    </w:p>
    <w:p w14:paraId="19882C9E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Земля — планета Солнечной системы</w:t>
      </w:r>
    </w:p>
    <w:p w14:paraId="18245FA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14:paraId="4676414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Движение Земли вокруг своей оси. Земная ось и географические полюсы. Следствия осевого вращения Земли.</w:t>
      </w:r>
    </w:p>
    <w:p w14:paraId="41B29F0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Движение Земли вокруг Солнца. Смена времён года на Земле. Тропики и полярные круги. Пояса освещённости.</w:t>
      </w:r>
    </w:p>
    <w:p w14:paraId="7C8A9FE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Влияние космоса на Землю и жизнь людей.</w:t>
      </w:r>
    </w:p>
    <w:p w14:paraId="6D259079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Изображения земной поверхности</w:t>
      </w:r>
    </w:p>
    <w:p w14:paraId="55246246" w14:textId="77777777" w:rsidR="00DD6A31" w:rsidRPr="00AF4025" w:rsidRDefault="00DD6A31" w:rsidP="00AF4025">
      <w:pPr>
        <w:pStyle w:val="5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План местности</w:t>
      </w:r>
    </w:p>
    <w:p w14:paraId="6FDAFC0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Виды изображения земной поверхности. План местности. Условные знаки. Масштаб. Виды масштаба.</w:t>
      </w:r>
    </w:p>
    <w:p w14:paraId="3F04A31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Способы изображения неровностей земной поверхности на планах и картах. Абсолютная и относительная высота. Горизонтали.</w:t>
      </w:r>
    </w:p>
    <w:p w14:paraId="2FF27D7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Ориентирование по плану местности. Стороны горизонта. Азимут. Определение направлений и расстояний на плане местности.</w:t>
      </w:r>
    </w:p>
    <w:p w14:paraId="04C3B6E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Составление описания маршрута по плану местности.</w:t>
      </w:r>
    </w:p>
    <w:p w14:paraId="634C03F2" w14:textId="77777777" w:rsidR="00DD6A31" w:rsidRPr="00AF4025" w:rsidRDefault="00DD6A31" w:rsidP="00AF4025">
      <w:pPr>
        <w:pStyle w:val="5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Географические карты</w:t>
      </w:r>
    </w:p>
    <w:p w14:paraId="764040D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Глобус — модель Земли. Географическая карта. Различия глобуса и географических карт.</w:t>
      </w:r>
    </w:p>
    <w:p w14:paraId="1A036CF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Градусная сеть на глобусе и картах. Параллели и меридианы. Экватор. Начальный меридиан.</w:t>
      </w:r>
    </w:p>
    <w:p w14:paraId="10780DE2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Географические координаты. Географическая широта и географическая долгота. Определение географических координат объектов и нахождение объектов по заданным координатам.</w:t>
      </w:r>
    </w:p>
    <w:p w14:paraId="68B95BE2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Географические карты как источник информации. Условные знаки карт. Способы изображения объектов и явлений на географических картах.</w:t>
      </w:r>
    </w:p>
    <w:p w14:paraId="2A06E391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Литосфера — каменная оболочка Земли</w:t>
      </w:r>
    </w:p>
    <w:p w14:paraId="6554EBD1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Литосфера. Внутреннее строение Земли. Земная кора. Вещества земной коры: минералы и горные породы. Магматические, осадочные и метаморфические горные породы.</w:t>
      </w:r>
    </w:p>
    <w:p w14:paraId="05E7AF5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Внутренние процессы Земли. Движения земной коры. Землетрясения. Вулканизм. Правила безопасного поведения во время землетрясений и извержений вулканов.</w:t>
      </w:r>
    </w:p>
    <w:p w14:paraId="243E13C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Рельеф земной поверхности. Основные формы рельефа суши — горы и равнины. Классификация гор и равнин по высоте.</w:t>
      </w:r>
    </w:p>
    <w:p w14:paraId="7C890F6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Внешние процессы, изменяющие земную поверхность. Выветривание. Деятельность текучих вод, ветра, ледников и человека.</w:t>
      </w:r>
    </w:p>
    <w:p w14:paraId="3120F461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Рельеф дна Мирового океана. Материковая отмель, материковый склон, ложе океана, срединно-океанические хребты и глубоководные желоба.</w:t>
      </w:r>
    </w:p>
    <w:p w14:paraId="584C00C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Человек и литосфера. Значение литосферы для человека. Воздействие хозяйственной деятельности человека на литосферу.</w:t>
      </w:r>
    </w:p>
    <w:p w14:paraId="76C6E6CC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</w:pPr>
      <w:r w:rsidRPr="00AF4025">
        <w:rPr>
          <w:lang w:val="ru-RU"/>
        </w:rPr>
        <w:t xml:space="preserve">Наблюдения за погодой и сезонными изменениями в природе. </w:t>
      </w:r>
      <w:proofErr w:type="spellStart"/>
      <w:r w:rsidRPr="00AF4025">
        <w:t>Фенологические</w:t>
      </w:r>
      <w:proofErr w:type="spellEnd"/>
      <w:r w:rsidRPr="00AF4025">
        <w:t xml:space="preserve"> </w:t>
      </w:r>
      <w:proofErr w:type="spellStart"/>
      <w:r w:rsidRPr="00AF4025">
        <w:t>наблюдения</w:t>
      </w:r>
      <w:proofErr w:type="spellEnd"/>
      <w:r w:rsidRPr="00AF4025">
        <w:t>.</w:t>
      </w:r>
    </w:p>
    <w:p w14:paraId="479120C3" w14:textId="5ECE1E4F" w:rsidR="00DD6A31" w:rsidRPr="00AF4025" w:rsidRDefault="00DD6A31" w:rsidP="00AF4025">
      <w:pPr>
        <w:ind w:firstLine="720"/>
        <w:rPr>
          <w:sz w:val="24"/>
          <w:szCs w:val="24"/>
        </w:rPr>
      </w:pPr>
    </w:p>
    <w:p w14:paraId="25A2AE09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AF4025">
        <w:rPr>
          <w:rFonts w:ascii="Times New Roman" w:hAnsi="Times New Roman" w:cs="Times New Roman"/>
          <w:b/>
          <w:bCs/>
          <w:color w:val="auto"/>
        </w:rPr>
        <w:t>6 КЛАСС</w:t>
      </w:r>
    </w:p>
    <w:p w14:paraId="6CFB56E6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Оболочки Земли</w:t>
      </w:r>
    </w:p>
    <w:p w14:paraId="0141A846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AF4025">
        <w:rPr>
          <w:rFonts w:ascii="Times New Roman" w:hAnsi="Times New Roman" w:cs="Times New Roman"/>
          <w:color w:val="auto"/>
        </w:rPr>
        <w:t>Гидросфера — водная оболочка Земли</w:t>
      </w:r>
    </w:p>
    <w:p w14:paraId="4EE13C8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14:paraId="31DAE7BF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Мировой океан и его части. Моря, заливы и проливы. Острова и полуострова.</w:t>
      </w:r>
    </w:p>
    <w:p w14:paraId="35F9693F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Свойства вод Мирового океана: температура и солёность. Движение воды в Мировом океане. Волны. Цунами. Приливы и отливы. Океанические течения.</w:t>
      </w:r>
    </w:p>
    <w:p w14:paraId="3C476E1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Воды суши. Реки. Исток, устье, речная долина. Речная система и речной бассейн. Водораздел. Питание и режим рек. Пороги и водопады.</w:t>
      </w:r>
    </w:p>
    <w:p w14:paraId="1B56C71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Озёра. Происхождение озёрных котловин. Сточные и бессточные озёра.</w:t>
      </w:r>
    </w:p>
    <w:p w14:paraId="6B207E51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Болота, подземные воды и ледники. Покровные и горные ледники. Многолетняя мерзлота.</w:t>
      </w:r>
    </w:p>
    <w:p w14:paraId="589AD5C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Человек и гидросфера. Водные ресурсы. Использование и охрана вод. Опасные явления, связанные с водами. Правила безопасного поведения при опасных гидрологических явлениях.</w:t>
      </w:r>
    </w:p>
    <w:p w14:paraId="4707D995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AF4025">
        <w:rPr>
          <w:rFonts w:ascii="Times New Roman" w:hAnsi="Times New Roman" w:cs="Times New Roman"/>
          <w:color w:val="auto"/>
        </w:rPr>
        <w:t>Атмосфера — воздушная оболочка Земли</w:t>
      </w:r>
    </w:p>
    <w:p w14:paraId="1332FC01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Атмосфера и методы её изучения. Состав и строение атмосферы. Значение атмосферы для жизни на Земле.</w:t>
      </w:r>
    </w:p>
    <w:p w14:paraId="25FA61CB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Температура воздуха. Нагревание атмосферного воздуха. Суточный и годовой ход температуры. Средние температуры воздуха. Амплитуда температуры.</w:t>
      </w:r>
    </w:p>
    <w:p w14:paraId="118681C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Атмосферное давление. Изменение атмосферного давления с высотой.</w:t>
      </w:r>
    </w:p>
    <w:p w14:paraId="702CE796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Ветер. Причины образования ветра. Направление и скорость ветра. Роза ветров.</w:t>
      </w:r>
    </w:p>
    <w:p w14:paraId="05BD45DB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Вода в атмосфере. Влажность воздуха. Облака. Виды облаков. Туман. Атмосферные осадки.</w:t>
      </w:r>
    </w:p>
    <w:p w14:paraId="492D867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Погода. Элементы и явления погоды. Наблюдения за погодой. Метеорологические приборы. Карты погоды.</w:t>
      </w:r>
    </w:p>
    <w:p w14:paraId="728BC3D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Климат. Отличие климата от погоды. Климатообразующие факторы.</w:t>
      </w:r>
    </w:p>
    <w:p w14:paraId="76E4F5A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Человек и атмосфера. Влияние погоды и климата на жизнь и хозяйственную деятельность человека. Опасные и неблагоприятные атмосферные явления. Правила безопасного поведения при опасных метеорологических явлениях.</w:t>
      </w:r>
    </w:p>
    <w:p w14:paraId="48B207AD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AF4025">
        <w:rPr>
          <w:rFonts w:ascii="Times New Roman" w:hAnsi="Times New Roman" w:cs="Times New Roman"/>
          <w:color w:val="auto"/>
        </w:rPr>
        <w:t>Биосфера — оболочка жизни</w:t>
      </w:r>
    </w:p>
    <w:p w14:paraId="70DD4E3D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Биосфера. Состав и границы биосферы. Распространение живых организмов на Земле.</w:t>
      </w:r>
    </w:p>
    <w:p w14:paraId="750F648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Жизнь в Мировом океане. Изменение животного и растительного мира океана с глубиной и географической широтой.</w:t>
      </w:r>
    </w:p>
    <w:p w14:paraId="6A91991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Жизнь на поверхности суши. Распространение растений и животных в зависимости от природных условий.</w:t>
      </w:r>
    </w:p>
    <w:p w14:paraId="6EAAEAC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Почва как особое природное тело. Состав почвы. Условия образования почв. Плодородие почв. Значение и охрана почв.</w:t>
      </w:r>
    </w:p>
    <w:p w14:paraId="2DFDFC49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Человек как часть биосферы. Воздействие человека на биосферу. Охрана растительного и животного мира.</w:t>
      </w:r>
    </w:p>
    <w:p w14:paraId="03C4394A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AF4025">
        <w:rPr>
          <w:rFonts w:ascii="Times New Roman" w:hAnsi="Times New Roman" w:cs="Times New Roman"/>
          <w:color w:val="auto"/>
        </w:rPr>
        <w:t>Географическая оболочка</w:t>
      </w:r>
    </w:p>
    <w:p w14:paraId="19D68B46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Географическая оболочка как среда жизни человека. Границы, состав и свойства географической оболочки.</w:t>
      </w:r>
    </w:p>
    <w:p w14:paraId="56A9C98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Взаимодействие оболочек Земли. Целостность географической оболочки.</w:t>
      </w:r>
    </w:p>
    <w:p w14:paraId="4AA53CB9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Природные комплексы. Компоненты природного комплекса и взаимосвязи между ними.</w:t>
      </w:r>
    </w:p>
    <w:p w14:paraId="401768A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Широтная зональность и высотная поясность. Природные зоны Земли.</w:t>
      </w:r>
    </w:p>
    <w:p w14:paraId="5D16107A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Влияние человека на природные комплексы. Рациональное природопользование и охрана природы.</w:t>
      </w:r>
    </w:p>
    <w:p w14:paraId="3282FB4D" w14:textId="246DB33D" w:rsidR="00DD6A31" w:rsidRPr="00AF4025" w:rsidRDefault="00DD6A31" w:rsidP="00AF4025">
      <w:pPr>
        <w:ind w:firstLine="720"/>
        <w:rPr>
          <w:sz w:val="24"/>
          <w:szCs w:val="24"/>
        </w:rPr>
      </w:pPr>
    </w:p>
    <w:p w14:paraId="65EF90C9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AF4025">
        <w:rPr>
          <w:rFonts w:ascii="Times New Roman" w:hAnsi="Times New Roman" w:cs="Times New Roman"/>
          <w:b/>
          <w:bCs/>
          <w:color w:val="auto"/>
        </w:rPr>
        <w:t>7 КЛАСС</w:t>
      </w:r>
    </w:p>
    <w:p w14:paraId="32926ABA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Главные закономерности природы Земли</w:t>
      </w:r>
    </w:p>
    <w:p w14:paraId="3615372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Географическая оболочка. Закономерности её строения и развития.</w:t>
      </w:r>
    </w:p>
    <w:p w14:paraId="66F1243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Литосферные плиты и современный рельеф Земли. Закономерности размещения крупных форм рельефа. Взаимосвязь строения земной коры и рельефа.</w:t>
      </w:r>
    </w:p>
    <w:p w14:paraId="4C06238C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Климатообразующие факторы. Солнечная радиация. Воздушные массы. Общая циркуляция атмосферы. Климатические пояса Земли. Закономерности распределения температуры воздуха и атмосферных осадков.</w:t>
      </w:r>
    </w:p>
    <w:p w14:paraId="228E911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Мировой океан. Закономерности изменения температуры и солёности океанических вод. Система поверхностных течений. Влияние Мирового океана на природу материков и жизнь человека.</w:t>
      </w:r>
    </w:p>
    <w:p w14:paraId="52611A6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Природные зоны Земли. Закономерности их размещения. Широтная зональность и высотная поясность.</w:t>
      </w:r>
    </w:p>
    <w:p w14:paraId="723E2B8B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Человечество на Земле</w:t>
      </w:r>
    </w:p>
    <w:p w14:paraId="56195CB2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Численность населения Земли и её изменение во времени. Размещение населения. Плотность населения.</w:t>
      </w:r>
    </w:p>
    <w:p w14:paraId="2605F36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Народы и государства. Расы. Народы. Языки. Религии.</w:t>
      </w:r>
    </w:p>
    <w:p w14:paraId="4D578EFC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Городское и сельское население. Города и сельские поселения. Крупнейшие города и городские агломерации мира.</w:t>
      </w:r>
    </w:p>
    <w:p w14:paraId="331527D9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Политическая карта мира. Государства и территории. Различия стран по площади, численности населения, географическому положению и уровню социально-экономического развития.</w:t>
      </w:r>
    </w:p>
    <w:p w14:paraId="4DA6828D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Материки и страны</w:t>
      </w:r>
    </w:p>
    <w:p w14:paraId="07EB4972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AF4025">
        <w:rPr>
          <w:rFonts w:ascii="Times New Roman" w:hAnsi="Times New Roman" w:cs="Times New Roman"/>
          <w:color w:val="auto"/>
        </w:rPr>
        <w:t>Южные материки</w:t>
      </w:r>
    </w:p>
    <w:p w14:paraId="686D554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Африка. Географическое положение. История исследования. Рельеф и полезные ископаемые. Климат. Внутренние воды. Природные зоны. Население. Политическая карта и крупнейшие страны.</w:t>
      </w:r>
    </w:p>
    <w:p w14:paraId="456E88B2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Австралия и Океания. Географическое положение и история исследования. Рельеф, климат, внутренние воды и природные зоны. Население и хозяйственная деятельность. Страны Австралии и Океании.</w:t>
      </w:r>
    </w:p>
    <w:p w14:paraId="3C7EFC11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Южная Америка. Географическое положение и история исследования. Рельеф и полезные ископаемые. Климат. Внутренние воды. Природные зоны. Население и страны.</w:t>
      </w:r>
    </w:p>
    <w:p w14:paraId="6E98E52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Антарктида. Географическое положение. История открытия и исследования. Особенности природы. Современные исследования Антарктиды.</w:t>
      </w:r>
    </w:p>
    <w:p w14:paraId="7A9AEB5E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AF4025">
        <w:rPr>
          <w:rFonts w:ascii="Times New Roman" w:hAnsi="Times New Roman" w:cs="Times New Roman"/>
          <w:color w:val="auto"/>
        </w:rPr>
        <w:t>Северные материки</w:t>
      </w:r>
    </w:p>
    <w:p w14:paraId="244460F9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Северная Америка. Географическое положение и история исследования. Рельеф. Климат. Внутренние воды. Природные зоны. Население и страны.</w:t>
      </w:r>
    </w:p>
    <w:p w14:paraId="6E48F29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Евразия. Географическое положение и история исследования. Рельеф и полезные ископаемые. Климат. Внутренние воды. Природные зоны. Население.</w:t>
      </w:r>
    </w:p>
    <w:p w14:paraId="7F90802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Страны Европы и Азии. Географическое положение, природные условия и ресурсы, население и особенности хозяйственной деятельности отдельных стран.</w:t>
      </w:r>
    </w:p>
    <w:p w14:paraId="6591093E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Взаимодействие природы и общества</w:t>
      </w:r>
    </w:p>
    <w:p w14:paraId="081C8ED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Природные ресурсы и их классификация. Влияние природных условий и ресурсов на размещение населения и хозяйственную деятельность.</w:t>
      </w:r>
    </w:p>
    <w:p w14:paraId="4AA025CB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Изменение природы под воздействием человека. Глобальные и региональные экологические проблемы.</w:t>
      </w:r>
    </w:p>
    <w:p w14:paraId="7CD6C139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</w:pPr>
      <w:r w:rsidRPr="00AF4025">
        <w:rPr>
          <w:lang w:val="ru-RU"/>
        </w:rPr>
        <w:t xml:space="preserve">Охрана природы. Рациональное природопользование. Особо охраняемые природные территории. </w:t>
      </w:r>
      <w:proofErr w:type="spellStart"/>
      <w:r w:rsidRPr="00AF4025">
        <w:t>Устойчивое</w:t>
      </w:r>
      <w:proofErr w:type="spellEnd"/>
      <w:r w:rsidRPr="00AF4025">
        <w:t xml:space="preserve"> </w:t>
      </w:r>
      <w:proofErr w:type="spellStart"/>
      <w:r w:rsidRPr="00AF4025">
        <w:t>развитие</w:t>
      </w:r>
      <w:proofErr w:type="spellEnd"/>
      <w:r w:rsidRPr="00AF4025">
        <w:t>.</w:t>
      </w:r>
    </w:p>
    <w:p w14:paraId="55BF97CC" w14:textId="1F81EC46" w:rsidR="00DD6A31" w:rsidRPr="00AF4025" w:rsidRDefault="00DD6A31" w:rsidP="00AF4025">
      <w:pPr>
        <w:ind w:firstLine="720"/>
        <w:rPr>
          <w:sz w:val="24"/>
          <w:szCs w:val="24"/>
        </w:rPr>
      </w:pPr>
    </w:p>
    <w:p w14:paraId="322F631F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AF4025">
        <w:rPr>
          <w:rFonts w:ascii="Times New Roman" w:hAnsi="Times New Roman" w:cs="Times New Roman"/>
          <w:b/>
          <w:bCs/>
          <w:color w:val="auto"/>
        </w:rPr>
        <w:t>8 КЛАСС</w:t>
      </w:r>
    </w:p>
    <w:p w14:paraId="5EFA7952" w14:textId="77777777" w:rsidR="00DD6A31" w:rsidRPr="00AF4025" w:rsidRDefault="00DD6A31" w:rsidP="00AF4025">
      <w:pPr>
        <w:pStyle w:val="21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</w:rPr>
        <w:t>География России. Природа и население</w:t>
      </w:r>
    </w:p>
    <w:p w14:paraId="4A0D2F8E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Географическое пространство России</w:t>
      </w:r>
    </w:p>
    <w:p w14:paraId="76E6429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Государственная территория Российской Федерации. Географическое положение России. Государственные границы. Крайние точки территории страны.</w:t>
      </w:r>
    </w:p>
    <w:p w14:paraId="7A9552D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Моря, омывающие территорию России.</w:t>
      </w:r>
    </w:p>
    <w:p w14:paraId="4D975CD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Россия на карте часовых зон. Местное, поясное и зональное время. Различия во времени на территории страны.</w:t>
      </w:r>
    </w:p>
    <w:p w14:paraId="42D27FFF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Административно-территориальное устройство Российской Федерации. Субъекты Российской Федерации. Федеральные округа.</w:t>
      </w:r>
    </w:p>
    <w:p w14:paraId="20854131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История освоения и исследования территории России. Вклад российских путешественников и исследователей в географическое изучение страны.</w:t>
      </w:r>
    </w:p>
    <w:p w14:paraId="3322A954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Природа России</w:t>
      </w:r>
    </w:p>
    <w:p w14:paraId="53C6BBA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Геологическое строение территории России. Основные тектонические структуры. Рельеф России. Закономерности размещения крупных форм рельефа.</w:t>
      </w:r>
    </w:p>
    <w:p w14:paraId="0A19E21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Минеральные ресурсы России. Закономерности размещения полезных ископаемых. Влияние внутренних и внешних процессов на формирование рельефа.</w:t>
      </w:r>
    </w:p>
    <w:p w14:paraId="1E035FD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Климатообразующие факторы. Солнечная радиация. Воздушные массы и циркуляция атмосферы.</w:t>
      </w:r>
    </w:p>
    <w:p w14:paraId="028008D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Климатические пояса и типы климата России. Закономерности распределения температуры воздуха и атмосферных осадков.</w:t>
      </w:r>
    </w:p>
    <w:p w14:paraId="04DF8B6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Опасные и неблагоприятные климатические явления. Влияние климата на жизнь и хозяйственную деятельность населения. Агроклиматические ресурсы.</w:t>
      </w:r>
    </w:p>
    <w:p w14:paraId="0EF4A959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Внутренние воды России. Реки, озёра, болота, подземные воды, ледники и многолетняя мерзлота. Водные ресурсы, их использование и охрана.</w:t>
      </w:r>
    </w:p>
    <w:p w14:paraId="5B11702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Почвы России. Факторы почвообразования. Основные типы почв и закономерности их распространения.</w:t>
      </w:r>
    </w:p>
    <w:p w14:paraId="47082E92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Растительный и животный мир России. Биологические ресурсы.</w:t>
      </w:r>
    </w:p>
    <w:p w14:paraId="1FEF613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Природные зоны России. Арктические пустыни, тундра и лесотундра, тайга, смешанные и широколиственные леса, лесостепи и степи, полупустыни и пустыни, субтропики.</w:t>
      </w:r>
    </w:p>
    <w:p w14:paraId="3D717471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Высотная поясность.</w:t>
      </w:r>
    </w:p>
    <w:p w14:paraId="448CD76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Крупные природные районы России.</w:t>
      </w:r>
    </w:p>
    <w:p w14:paraId="6A2FBD9D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Особо охраняемые природные территории. Природные ресурсы. Экологические проблемы и охрана природы.</w:t>
      </w:r>
    </w:p>
    <w:p w14:paraId="448A2945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Население России</w:t>
      </w:r>
    </w:p>
    <w:p w14:paraId="035E11DD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Численность населения России и её динамика. Воспроизводство населения. Естественное движение населения.</w:t>
      </w:r>
    </w:p>
    <w:p w14:paraId="4ADFFDF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Половозрастная структура населения.</w:t>
      </w:r>
    </w:p>
    <w:p w14:paraId="0E1DB1F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Миграции населения. Виды и основные направления миграций. Влияние миграций на изменение численности и размещение населения.</w:t>
      </w:r>
    </w:p>
    <w:p w14:paraId="243FFE2F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Размещение населения России. Плотность населения. Основная полоса расселения.</w:t>
      </w:r>
    </w:p>
    <w:p w14:paraId="46071B2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Городское и сельское население. Урбанизация. Города России. Города-миллионеры и городские агломерации.</w:t>
      </w:r>
    </w:p>
    <w:p w14:paraId="19AA7FD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Народы России. Языковой состав. Религиозный состав населения. Россия как многонациональное государство.</w:t>
      </w:r>
    </w:p>
    <w:p w14:paraId="3CF7239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Трудовые ресурсы и занятость населения. Человеческий капитал и качество населения.</w:t>
      </w:r>
    </w:p>
    <w:p w14:paraId="701C1796" w14:textId="56520D59" w:rsidR="00DD6A31" w:rsidRPr="00AF4025" w:rsidRDefault="00DD6A31" w:rsidP="00AF4025">
      <w:pPr>
        <w:ind w:firstLine="720"/>
        <w:rPr>
          <w:sz w:val="24"/>
          <w:szCs w:val="24"/>
        </w:rPr>
      </w:pPr>
    </w:p>
    <w:p w14:paraId="00C1D241" w14:textId="77777777" w:rsidR="00DD6A31" w:rsidRPr="00AF4025" w:rsidRDefault="00DD6A31" w:rsidP="00AF4025">
      <w:pPr>
        <w:pStyle w:val="31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AF4025">
        <w:rPr>
          <w:rFonts w:ascii="Times New Roman" w:hAnsi="Times New Roman" w:cs="Times New Roman"/>
          <w:b/>
          <w:bCs/>
          <w:color w:val="auto"/>
        </w:rPr>
        <w:t>9 КЛАСС</w:t>
      </w:r>
    </w:p>
    <w:p w14:paraId="26ABA55D" w14:textId="77777777" w:rsidR="00DD6A31" w:rsidRPr="00AF4025" w:rsidRDefault="00DD6A31" w:rsidP="00AF4025">
      <w:pPr>
        <w:pStyle w:val="21"/>
        <w:spacing w:before="0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</w:rPr>
        <w:t>География России. Хозяйство и регионы</w:t>
      </w:r>
    </w:p>
    <w:p w14:paraId="21F39889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Хозяйство России</w:t>
      </w:r>
    </w:p>
    <w:p w14:paraId="192F842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Хозяйство страны. Отраслевая и территориальная структура хозяйства. Секторы экономики.</w:t>
      </w:r>
    </w:p>
    <w:p w14:paraId="4EED3C65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Факторы размещения предприятий. Географическое разделение труда. Специализация и кооперирование.</w:t>
      </w:r>
    </w:p>
    <w:p w14:paraId="7E32D2A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Топливно-энергетический комплекс. Топливная промышленность. Нефтяная, газовая и угольная промышленность. Электроэнергетика. Типы электростанций. География энергетики России.</w:t>
      </w:r>
    </w:p>
    <w:p w14:paraId="7EC9599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Металлургический комплекс. Чёрная и цветная металлургия. Факторы размещения предприятий. Основные металлургические базы и центры.</w:t>
      </w:r>
    </w:p>
    <w:p w14:paraId="0D7EE3C7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Машиностроительный комплекс. Значение и состав. Факторы размещения. География основных отраслей машиностроения.</w:t>
      </w:r>
    </w:p>
    <w:p w14:paraId="57F50EC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Химический комплекс. Значение, состав и факторы размещения. Основные районы и центры.</w:t>
      </w:r>
    </w:p>
    <w:p w14:paraId="6F43C43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Лесной комплекс. Состав и география лесной промышленности.</w:t>
      </w:r>
    </w:p>
    <w:p w14:paraId="15CABA5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Агропромышленный комплекс. Сельское хозяйство. Растениеводство и животноводство. Зональная специализация сельского хозяйства.</w:t>
      </w:r>
    </w:p>
    <w:p w14:paraId="1D5A443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Пищевая и лёгкая промышленность.</w:t>
      </w:r>
    </w:p>
    <w:p w14:paraId="2AF6B6F6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Инфраструктурный комплекс. Транспорт России. Железнодорожный, автомобильный, морской, речной, воздушный и трубопроводный транспорт. Транспортные узлы.</w:t>
      </w:r>
    </w:p>
    <w:p w14:paraId="55D5C6D2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Связь и информационные технологии. Сфера услуг.</w:t>
      </w:r>
    </w:p>
    <w:p w14:paraId="05393CC3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Территориальные различия хозяйства России. Воздействие хозяйственной деятельности на окружающую среду. Рациональное природопользование.</w:t>
      </w:r>
    </w:p>
    <w:p w14:paraId="7FDCA97A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Регионы России</w:t>
      </w:r>
    </w:p>
    <w:p w14:paraId="4F5EA6B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Географическое районирование России. Принципы и виды районирования. Крупные географические районы и макрорегионы.</w:t>
      </w:r>
    </w:p>
    <w:p w14:paraId="7D2E2B1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</w:pPr>
      <w:r w:rsidRPr="00AF4025">
        <w:rPr>
          <w:lang w:val="ru-RU"/>
        </w:rPr>
        <w:t xml:space="preserve">Центральная Россия. Географическое положение, природные условия и ресурсы, население, хозяйство. </w:t>
      </w:r>
      <w:proofErr w:type="spellStart"/>
      <w:r w:rsidRPr="00AF4025">
        <w:t>Центральный</w:t>
      </w:r>
      <w:proofErr w:type="spellEnd"/>
      <w:r w:rsidRPr="00AF4025">
        <w:t xml:space="preserve">, </w:t>
      </w:r>
      <w:proofErr w:type="spellStart"/>
      <w:r w:rsidRPr="00AF4025">
        <w:t>Центрально-Чернозёмный</w:t>
      </w:r>
      <w:proofErr w:type="spellEnd"/>
      <w:r w:rsidRPr="00AF4025">
        <w:t xml:space="preserve"> и </w:t>
      </w:r>
      <w:proofErr w:type="spellStart"/>
      <w:r w:rsidRPr="00AF4025">
        <w:t>Волго-Вятский</w:t>
      </w:r>
      <w:proofErr w:type="spellEnd"/>
      <w:r w:rsidRPr="00AF4025">
        <w:t xml:space="preserve"> </w:t>
      </w:r>
      <w:proofErr w:type="spellStart"/>
      <w:r w:rsidRPr="00AF4025">
        <w:t>районы</w:t>
      </w:r>
      <w:proofErr w:type="spellEnd"/>
      <w:r w:rsidRPr="00AF4025">
        <w:t>.</w:t>
      </w:r>
    </w:p>
    <w:p w14:paraId="6F391508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Северо-Запад России. Географическое положение, природно-ресурсный потенциал, население и хозяйство.</w:t>
      </w:r>
    </w:p>
    <w:p w14:paraId="7BE8CCEA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Европейский Север. Географическое положение, природные условия и ресурсы, население, специализация хозяйства.</w:t>
      </w:r>
    </w:p>
    <w:p w14:paraId="2D0A1456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Европейский Юг. Природные условия и ресурсы, население, хозяйственная специализация.</w:t>
      </w:r>
    </w:p>
    <w:p w14:paraId="76BAED4C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Поволжье. Географическое положение, природные условия и ресурсы, население и хозяйство.</w:t>
      </w:r>
    </w:p>
    <w:p w14:paraId="7C2E767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Урал. Географическое положение, природно-ресурсный потенциал, население, хозяйство и экологические проблемы.</w:t>
      </w:r>
    </w:p>
    <w:p w14:paraId="1D82B461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Западная Сибирь. Природные условия и ресурсы, население, отрасли специализации хозяйства.</w:t>
      </w:r>
    </w:p>
    <w:p w14:paraId="3A4EB34C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Восточная Сибирь. Природно-ресурсный потенциал, население и хозяйство.</w:t>
      </w:r>
    </w:p>
    <w:p w14:paraId="78413E1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Дальний Восток. Особенности географического положения, природные условия и ресурсы, население, хозяйство и перспективы развития.</w:t>
      </w:r>
    </w:p>
    <w:p w14:paraId="79F76C70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При изучении регионов России рассматриваются их географическое положение, природные условия и ресурсы, население, особенности и специализация хозяйства, крупнейшие города и центры, транспортные связи, экологические проблемы и перспективы развития.</w:t>
      </w:r>
    </w:p>
    <w:p w14:paraId="2408098A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Проводится сравнение регионов России по природным, демографическим и социально-экономическим показателям.</w:t>
      </w:r>
    </w:p>
    <w:p w14:paraId="6362A88E" w14:textId="77777777" w:rsidR="00DD6A31" w:rsidRPr="00AF4025" w:rsidRDefault="00DD6A31" w:rsidP="00AF4025">
      <w:pPr>
        <w:pStyle w:val="4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F4025">
        <w:rPr>
          <w:rFonts w:ascii="Times New Roman" w:hAnsi="Times New Roman" w:cs="Times New Roman"/>
          <w:color w:val="auto"/>
          <w:sz w:val="24"/>
          <w:szCs w:val="24"/>
          <w:lang w:val="ru-RU"/>
        </w:rPr>
        <w:t>Россия в современном мире</w:t>
      </w:r>
    </w:p>
    <w:p w14:paraId="5AE93CFB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Место Российской Федерации в мировом хозяйстве.</w:t>
      </w:r>
    </w:p>
    <w:p w14:paraId="40D54A84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Внешнеэкономические связи России. Международное географическое разделение труда. Экспорт и импорт. Международная специализация Российской Федерации.</w:t>
      </w:r>
    </w:p>
    <w:p w14:paraId="519881EB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Транспортно-географическое положение России. Международные транспортные направления.</w:t>
      </w:r>
    </w:p>
    <w:p w14:paraId="62BCF7A6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Участие Российской Федерации в международных организациях и интеграционных объединениях.</w:t>
      </w:r>
    </w:p>
    <w:p w14:paraId="06758EFF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Межрегиональные связи. Современные направления пространственного развития страны.</w:t>
      </w:r>
    </w:p>
    <w:p w14:paraId="66FB917E" w14:textId="77777777" w:rsidR="00DD6A31" w:rsidRPr="00AF4025" w:rsidRDefault="00DD6A31" w:rsidP="00AF4025">
      <w:pPr>
        <w:pStyle w:val="ab"/>
        <w:spacing w:before="0" w:beforeAutospacing="0" w:after="0" w:afterAutospacing="0"/>
        <w:ind w:firstLine="720"/>
        <w:rPr>
          <w:lang w:val="ru-RU"/>
        </w:rPr>
      </w:pPr>
      <w:r w:rsidRPr="00AF4025">
        <w:rPr>
          <w:lang w:val="ru-RU"/>
        </w:rPr>
        <w:t>Устойчивое развитие регионов и экологическая безопасность.</w:t>
      </w:r>
    </w:p>
    <w:p w14:paraId="2ABB58EC" w14:textId="77777777" w:rsidR="00584715" w:rsidRPr="00AF4025" w:rsidRDefault="00584715">
      <w:pPr>
        <w:pStyle w:val="a5"/>
        <w:ind w:left="0" w:firstLine="0"/>
        <w:rPr>
          <w:b/>
        </w:rPr>
      </w:pPr>
    </w:p>
    <w:p w14:paraId="5D4848F8" w14:textId="24C37E72" w:rsidR="00B9658A" w:rsidRPr="00AF4025" w:rsidRDefault="00B9658A">
      <w:pPr>
        <w:pStyle w:val="a9"/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 w:firstLine="426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AF4025">
        <w:rPr>
          <w:b/>
          <w:bCs/>
          <w:kern w:val="36"/>
          <w:sz w:val="24"/>
          <w:szCs w:val="24"/>
          <w:lang w:eastAsia="es-ES"/>
        </w:rPr>
        <w:t>ТЕМАТИЧЕСКОЕ ПЛАНИРОВАНИЕ</w:t>
      </w:r>
    </w:p>
    <w:p w14:paraId="0586A669" w14:textId="77777777" w:rsidR="00AF4025" w:rsidRPr="00E7730A" w:rsidRDefault="00AF4025" w:rsidP="00AF4025">
      <w:pPr>
        <w:pStyle w:val="a9"/>
        <w:ind w:left="-142" w:firstLine="851"/>
      </w:pPr>
      <w:r w:rsidRPr="00E7730A">
        <w:t>Общий объём — 272 часа: 5 класс — 34 часа; 6 класс — 34 часа; 7 класс — 68 часов; 8 класс — 68 часов; 9 класс — 68 часов. Планирование составлено с учётом актуальной федеральной рабочей программы. Порядок изучения тем внутри класса может уточняться педагогом; резервные часы используются для повторения, практикумов и оценочных процедур.</w:t>
      </w:r>
    </w:p>
    <w:p w14:paraId="46D76752" w14:textId="77777777" w:rsidR="00AF4025" w:rsidRPr="00E7730A" w:rsidRDefault="00AF4025" w:rsidP="00AF4025">
      <w:pPr>
        <w:pStyle w:val="21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5 класс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3196"/>
        <w:gridCol w:w="1015"/>
        <w:gridCol w:w="7610"/>
      </w:tblGrid>
      <w:tr w:rsidR="00AF4025" w:rsidRPr="00AF4025" w14:paraId="10A10545" w14:textId="77777777" w:rsidTr="00AF4025">
        <w:trPr>
          <w:jc w:val="center"/>
        </w:trPr>
        <w:tc>
          <w:tcPr>
            <w:tcW w:w="959" w:type="dxa"/>
          </w:tcPr>
          <w:p w14:paraId="50A391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3196" w:type="dxa"/>
          </w:tcPr>
          <w:p w14:paraId="2E1962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 / тема</w:t>
            </w:r>
          </w:p>
        </w:tc>
        <w:tc>
          <w:tcPr>
            <w:tcW w:w="1015" w:type="dxa"/>
          </w:tcPr>
          <w:p w14:paraId="1EF25BC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7610" w:type="dxa"/>
          </w:tcPr>
          <w:p w14:paraId="52B8A5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</w:tr>
      <w:tr w:rsidR="00AF4025" w:rsidRPr="00AF4025" w14:paraId="5B8950C8" w14:textId="77777777" w:rsidTr="00AF4025">
        <w:trPr>
          <w:jc w:val="center"/>
        </w:trPr>
        <w:tc>
          <w:tcPr>
            <w:tcW w:w="959" w:type="dxa"/>
          </w:tcPr>
          <w:p w14:paraId="0C53F33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3196" w:type="dxa"/>
          </w:tcPr>
          <w:p w14:paraId="0BA68C4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1015" w:type="dxa"/>
          </w:tcPr>
          <w:p w14:paraId="0F6141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9</w:t>
            </w:r>
          </w:p>
        </w:tc>
        <w:tc>
          <w:tcPr>
            <w:tcW w:w="7610" w:type="dxa"/>
          </w:tcPr>
          <w:p w14:paraId="21191D6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4AF475DA" w14:textId="77777777" w:rsidTr="00AF4025">
        <w:trPr>
          <w:jc w:val="center"/>
        </w:trPr>
        <w:tc>
          <w:tcPr>
            <w:tcW w:w="959" w:type="dxa"/>
          </w:tcPr>
          <w:p w14:paraId="3DECDF2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3196" w:type="dxa"/>
          </w:tcPr>
          <w:p w14:paraId="433899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1015" w:type="dxa"/>
          </w:tcPr>
          <w:p w14:paraId="6D6A88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10</w:t>
            </w:r>
          </w:p>
        </w:tc>
        <w:tc>
          <w:tcPr>
            <w:tcW w:w="7610" w:type="dxa"/>
          </w:tcPr>
          <w:p w14:paraId="2B03C6F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6DBCA646" w14:textId="77777777" w:rsidTr="00AF4025">
        <w:trPr>
          <w:jc w:val="center"/>
        </w:trPr>
        <w:tc>
          <w:tcPr>
            <w:tcW w:w="959" w:type="dxa"/>
          </w:tcPr>
          <w:p w14:paraId="1F5A05A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3196" w:type="dxa"/>
          </w:tcPr>
          <w:p w14:paraId="5B97F99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Земля — планета Солнечной системы</w:t>
            </w:r>
          </w:p>
        </w:tc>
        <w:tc>
          <w:tcPr>
            <w:tcW w:w="1015" w:type="dxa"/>
          </w:tcPr>
          <w:p w14:paraId="704EDD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7610" w:type="dxa"/>
          </w:tcPr>
          <w:p w14:paraId="1C93D0C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44C5EDE5" w14:textId="77777777" w:rsidTr="00AF4025">
        <w:trPr>
          <w:jc w:val="center"/>
        </w:trPr>
        <w:tc>
          <w:tcPr>
            <w:tcW w:w="959" w:type="dxa"/>
          </w:tcPr>
          <w:p w14:paraId="7943B8A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3196" w:type="dxa"/>
          </w:tcPr>
          <w:p w14:paraId="3610986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Литосфера — каменная оболочка Земли</w:t>
            </w:r>
          </w:p>
        </w:tc>
        <w:tc>
          <w:tcPr>
            <w:tcW w:w="1015" w:type="dxa"/>
          </w:tcPr>
          <w:p w14:paraId="35B322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7</w:t>
            </w:r>
          </w:p>
        </w:tc>
        <w:tc>
          <w:tcPr>
            <w:tcW w:w="7610" w:type="dxa"/>
          </w:tcPr>
          <w:p w14:paraId="344136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2A70A0C8" w14:textId="77777777" w:rsidTr="00AF4025">
        <w:trPr>
          <w:jc w:val="center"/>
        </w:trPr>
        <w:tc>
          <w:tcPr>
            <w:tcW w:w="959" w:type="dxa"/>
          </w:tcPr>
          <w:p w14:paraId="784451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3196" w:type="dxa"/>
          </w:tcPr>
          <w:p w14:paraId="6FFB012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Заключение. Сезонные изменения</w:t>
            </w:r>
          </w:p>
        </w:tc>
        <w:tc>
          <w:tcPr>
            <w:tcW w:w="1015" w:type="dxa"/>
          </w:tcPr>
          <w:p w14:paraId="0B68BD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7610" w:type="dxa"/>
          </w:tcPr>
          <w:p w14:paraId="4C38646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4ABC4BDC" w14:textId="77777777" w:rsidTr="00AF4025">
        <w:trPr>
          <w:jc w:val="center"/>
        </w:trPr>
        <w:tc>
          <w:tcPr>
            <w:tcW w:w="959" w:type="dxa"/>
          </w:tcPr>
          <w:p w14:paraId="3DD4D8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</w:t>
            </w:r>
          </w:p>
        </w:tc>
        <w:tc>
          <w:tcPr>
            <w:tcW w:w="3196" w:type="dxa"/>
          </w:tcPr>
          <w:p w14:paraId="298530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1015" w:type="dxa"/>
          </w:tcPr>
          <w:p w14:paraId="75A4976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7610" w:type="dxa"/>
          </w:tcPr>
          <w:p w14:paraId="4651C9E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7A834E01" w14:textId="77777777" w:rsidTr="00AF4025">
        <w:trPr>
          <w:jc w:val="center"/>
        </w:trPr>
        <w:tc>
          <w:tcPr>
            <w:tcW w:w="959" w:type="dxa"/>
          </w:tcPr>
          <w:p w14:paraId="34B70AB1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  <w:tc>
          <w:tcPr>
            <w:tcW w:w="3196" w:type="dxa"/>
          </w:tcPr>
          <w:p w14:paraId="6D2204F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</w:t>
            </w:r>
          </w:p>
        </w:tc>
        <w:tc>
          <w:tcPr>
            <w:tcW w:w="1015" w:type="dxa"/>
          </w:tcPr>
          <w:p w14:paraId="4D262BD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34</w:t>
            </w:r>
          </w:p>
        </w:tc>
        <w:tc>
          <w:tcPr>
            <w:tcW w:w="7610" w:type="dxa"/>
          </w:tcPr>
          <w:p w14:paraId="4C6C86FC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</w:tr>
    </w:tbl>
    <w:p w14:paraId="1A54821D" w14:textId="77777777" w:rsidR="00AF4025" w:rsidRPr="00E7730A" w:rsidRDefault="00AF4025" w:rsidP="00AF4025">
      <w:pPr>
        <w:pStyle w:val="a9"/>
        <w:ind w:left="4614" w:firstLine="0"/>
      </w:pPr>
    </w:p>
    <w:p w14:paraId="37104EDA" w14:textId="77777777" w:rsidR="00AF4025" w:rsidRPr="00E7730A" w:rsidRDefault="00AF4025" w:rsidP="00AF4025">
      <w:pPr>
        <w:pStyle w:val="21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6 класс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2771"/>
        <w:gridCol w:w="1370"/>
        <w:gridCol w:w="7504"/>
      </w:tblGrid>
      <w:tr w:rsidR="00AF4025" w:rsidRPr="00AF4025" w14:paraId="0303D0D2" w14:textId="77777777" w:rsidTr="00AF4025">
        <w:trPr>
          <w:jc w:val="center"/>
        </w:trPr>
        <w:tc>
          <w:tcPr>
            <w:tcW w:w="1242" w:type="dxa"/>
          </w:tcPr>
          <w:p w14:paraId="07ADE38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2771" w:type="dxa"/>
          </w:tcPr>
          <w:p w14:paraId="34FD8B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 / тема</w:t>
            </w:r>
          </w:p>
        </w:tc>
        <w:tc>
          <w:tcPr>
            <w:tcW w:w="1370" w:type="dxa"/>
          </w:tcPr>
          <w:p w14:paraId="7DD6E99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7504" w:type="dxa"/>
          </w:tcPr>
          <w:p w14:paraId="38CBF1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</w:tr>
      <w:tr w:rsidR="00AF4025" w:rsidRPr="00AF4025" w14:paraId="340F2122" w14:textId="77777777" w:rsidTr="00AF4025">
        <w:trPr>
          <w:jc w:val="center"/>
        </w:trPr>
        <w:tc>
          <w:tcPr>
            <w:tcW w:w="1242" w:type="dxa"/>
          </w:tcPr>
          <w:p w14:paraId="446EC0A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2771" w:type="dxa"/>
          </w:tcPr>
          <w:p w14:paraId="67E0F7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1370" w:type="dxa"/>
          </w:tcPr>
          <w:p w14:paraId="3C82A7A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9</w:t>
            </w:r>
          </w:p>
        </w:tc>
        <w:tc>
          <w:tcPr>
            <w:tcW w:w="7504" w:type="dxa"/>
          </w:tcPr>
          <w:p w14:paraId="7B66DBE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0554850C" w14:textId="77777777" w:rsidTr="00AF4025">
        <w:trPr>
          <w:jc w:val="center"/>
        </w:trPr>
        <w:tc>
          <w:tcPr>
            <w:tcW w:w="1242" w:type="dxa"/>
          </w:tcPr>
          <w:p w14:paraId="4376E4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2771" w:type="dxa"/>
          </w:tcPr>
          <w:p w14:paraId="43308E9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1370" w:type="dxa"/>
          </w:tcPr>
          <w:p w14:paraId="38DA9EA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10</w:t>
            </w:r>
          </w:p>
        </w:tc>
        <w:tc>
          <w:tcPr>
            <w:tcW w:w="7504" w:type="dxa"/>
          </w:tcPr>
          <w:p w14:paraId="360553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35DD651F" w14:textId="77777777" w:rsidTr="00AF4025">
        <w:trPr>
          <w:jc w:val="center"/>
        </w:trPr>
        <w:tc>
          <w:tcPr>
            <w:tcW w:w="1242" w:type="dxa"/>
          </w:tcPr>
          <w:p w14:paraId="1680CA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2771" w:type="dxa"/>
          </w:tcPr>
          <w:p w14:paraId="65E41E6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Биосфера — оболочка жизни</w:t>
            </w:r>
          </w:p>
        </w:tc>
        <w:tc>
          <w:tcPr>
            <w:tcW w:w="1370" w:type="dxa"/>
          </w:tcPr>
          <w:p w14:paraId="7B6F5A3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7504" w:type="dxa"/>
          </w:tcPr>
          <w:p w14:paraId="79E3DE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4DC19308" w14:textId="77777777" w:rsidTr="00AF4025">
        <w:trPr>
          <w:jc w:val="center"/>
        </w:trPr>
        <w:tc>
          <w:tcPr>
            <w:tcW w:w="1242" w:type="dxa"/>
          </w:tcPr>
          <w:p w14:paraId="097D1C0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2771" w:type="dxa"/>
          </w:tcPr>
          <w:p w14:paraId="1FA8C9C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Географическая оболочка</w:t>
            </w:r>
          </w:p>
        </w:tc>
        <w:tc>
          <w:tcPr>
            <w:tcW w:w="1370" w:type="dxa"/>
          </w:tcPr>
          <w:p w14:paraId="2951A8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7504" w:type="dxa"/>
          </w:tcPr>
          <w:p w14:paraId="3CBD85C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095231F7" w14:textId="77777777" w:rsidTr="00AF4025">
        <w:trPr>
          <w:jc w:val="center"/>
        </w:trPr>
        <w:tc>
          <w:tcPr>
            <w:tcW w:w="1242" w:type="dxa"/>
          </w:tcPr>
          <w:p w14:paraId="16328A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2771" w:type="dxa"/>
          </w:tcPr>
          <w:p w14:paraId="2BEAB16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1370" w:type="dxa"/>
          </w:tcPr>
          <w:p w14:paraId="65A41E2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7504" w:type="dxa"/>
          </w:tcPr>
          <w:p w14:paraId="642562F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2AA9F2F5" w14:textId="77777777" w:rsidTr="00AF4025">
        <w:trPr>
          <w:jc w:val="center"/>
        </w:trPr>
        <w:tc>
          <w:tcPr>
            <w:tcW w:w="1242" w:type="dxa"/>
          </w:tcPr>
          <w:p w14:paraId="315385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  <w:tc>
          <w:tcPr>
            <w:tcW w:w="2771" w:type="dxa"/>
          </w:tcPr>
          <w:p w14:paraId="6C42F4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</w:t>
            </w:r>
          </w:p>
        </w:tc>
        <w:tc>
          <w:tcPr>
            <w:tcW w:w="1370" w:type="dxa"/>
          </w:tcPr>
          <w:p w14:paraId="5F9A951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34</w:t>
            </w:r>
          </w:p>
        </w:tc>
        <w:tc>
          <w:tcPr>
            <w:tcW w:w="7504" w:type="dxa"/>
          </w:tcPr>
          <w:p w14:paraId="48561D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</w:tr>
    </w:tbl>
    <w:p w14:paraId="54DA6FE7" w14:textId="77777777" w:rsidR="00AF4025" w:rsidRPr="00E7730A" w:rsidRDefault="00AF4025" w:rsidP="00AF4025">
      <w:pPr>
        <w:pStyle w:val="a9"/>
        <w:ind w:left="4614" w:firstLine="0"/>
      </w:pPr>
    </w:p>
    <w:p w14:paraId="5B03D505" w14:textId="77777777" w:rsidR="00AF4025" w:rsidRPr="00E7730A" w:rsidRDefault="00AF4025" w:rsidP="00AF4025">
      <w:pPr>
        <w:pStyle w:val="21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7 класс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1921"/>
        <w:gridCol w:w="1227"/>
        <w:gridCol w:w="7716"/>
      </w:tblGrid>
      <w:tr w:rsidR="00AF4025" w:rsidRPr="00AF4025" w14:paraId="395AF0CA" w14:textId="77777777" w:rsidTr="00AF4025">
        <w:trPr>
          <w:jc w:val="center"/>
        </w:trPr>
        <w:tc>
          <w:tcPr>
            <w:tcW w:w="1242" w:type="dxa"/>
          </w:tcPr>
          <w:p w14:paraId="3D10146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1921" w:type="dxa"/>
          </w:tcPr>
          <w:p w14:paraId="2CECA43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 / тема</w:t>
            </w:r>
          </w:p>
        </w:tc>
        <w:tc>
          <w:tcPr>
            <w:tcW w:w="1227" w:type="dxa"/>
          </w:tcPr>
          <w:p w14:paraId="0D64AD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7716" w:type="dxa"/>
          </w:tcPr>
          <w:p w14:paraId="6A5426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</w:tr>
      <w:tr w:rsidR="00AF4025" w:rsidRPr="00AF4025" w14:paraId="4498A624" w14:textId="77777777" w:rsidTr="00AF4025">
        <w:trPr>
          <w:jc w:val="center"/>
        </w:trPr>
        <w:tc>
          <w:tcPr>
            <w:tcW w:w="1242" w:type="dxa"/>
          </w:tcPr>
          <w:p w14:paraId="70D44A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1921" w:type="dxa"/>
          </w:tcPr>
          <w:p w14:paraId="1B3537C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1227" w:type="dxa"/>
          </w:tcPr>
          <w:p w14:paraId="63A9F2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20</w:t>
            </w:r>
          </w:p>
        </w:tc>
        <w:tc>
          <w:tcPr>
            <w:tcW w:w="7716" w:type="dxa"/>
          </w:tcPr>
          <w:p w14:paraId="09D4D26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08469D88" w14:textId="77777777" w:rsidTr="00AF4025">
        <w:trPr>
          <w:jc w:val="center"/>
        </w:trPr>
        <w:tc>
          <w:tcPr>
            <w:tcW w:w="1242" w:type="dxa"/>
          </w:tcPr>
          <w:p w14:paraId="2F2A7C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1921" w:type="dxa"/>
          </w:tcPr>
          <w:p w14:paraId="0BE6222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Человечество на Земле</w:t>
            </w:r>
          </w:p>
        </w:tc>
        <w:tc>
          <w:tcPr>
            <w:tcW w:w="1227" w:type="dxa"/>
          </w:tcPr>
          <w:p w14:paraId="16B89EF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7</w:t>
            </w:r>
          </w:p>
        </w:tc>
        <w:tc>
          <w:tcPr>
            <w:tcW w:w="7716" w:type="dxa"/>
          </w:tcPr>
          <w:p w14:paraId="43B8169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06BAF49C" w14:textId="77777777" w:rsidTr="00AF4025">
        <w:trPr>
          <w:jc w:val="center"/>
        </w:trPr>
        <w:tc>
          <w:tcPr>
            <w:tcW w:w="1242" w:type="dxa"/>
          </w:tcPr>
          <w:p w14:paraId="1816309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1921" w:type="dxa"/>
          </w:tcPr>
          <w:p w14:paraId="2653D8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1227" w:type="dxa"/>
          </w:tcPr>
          <w:p w14:paraId="79A345F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36</w:t>
            </w:r>
          </w:p>
        </w:tc>
        <w:tc>
          <w:tcPr>
            <w:tcW w:w="7716" w:type="dxa"/>
          </w:tcPr>
          <w:p w14:paraId="07C0B3B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2C5150B2" w14:textId="77777777" w:rsidTr="00AF4025">
        <w:trPr>
          <w:jc w:val="center"/>
        </w:trPr>
        <w:tc>
          <w:tcPr>
            <w:tcW w:w="1242" w:type="dxa"/>
          </w:tcPr>
          <w:p w14:paraId="4D46AD9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1921" w:type="dxa"/>
          </w:tcPr>
          <w:p w14:paraId="2B7E0DB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1227" w:type="dxa"/>
          </w:tcPr>
          <w:p w14:paraId="1DE0DE2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7716" w:type="dxa"/>
          </w:tcPr>
          <w:p w14:paraId="56B657C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230F3033" w14:textId="77777777" w:rsidTr="00AF4025">
        <w:trPr>
          <w:jc w:val="center"/>
        </w:trPr>
        <w:tc>
          <w:tcPr>
            <w:tcW w:w="1242" w:type="dxa"/>
          </w:tcPr>
          <w:p w14:paraId="46917E60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14:paraId="56AA0E2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</w:t>
            </w:r>
          </w:p>
        </w:tc>
        <w:tc>
          <w:tcPr>
            <w:tcW w:w="1227" w:type="dxa"/>
          </w:tcPr>
          <w:p w14:paraId="54EEC45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68</w:t>
            </w:r>
          </w:p>
        </w:tc>
        <w:tc>
          <w:tcPr>
            <w:tcW w:w="7716" w:type="dxa"/>
          </w:tcPr>
          <w:p w14:paraId="66F012D4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</w:tr>
    </w:tbl>
    <w:p w14:paraId="18B8DE8F" w14:textId="77777777" w:rsidR="00AF4025" w:rsidRPr="00E7730A" w:rsidRDefault="00AF4025" w:rsidP="00AF4025">
      <w:pPr>
        <w:pStyle w:val="a9"/>
        <w:ind w:left="4614" w:firstLine="0"/>
      </w:pPr>
    </w:p>
    <w:p w14:paraId="073ED91D" w14:textId="77777777" w:rsidR="00AF4025" w:rsidRPr="00E7730A" w:rsidRDefault="00AF4025" w:rsidP="00AF4025">
      <w:pPr>
        <w:pStyle w:val="21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8 класс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2062"/>
        <w:gridCol w:w="1015"/>
        <w:gridCol w:w="7752"/>
      </w:tblGrid>
      <w:tr w:rsidR="00AF4025" w:rsidRPr="00AF4025" w14:paraId="244A4ED6" w14:textId="77777777" w:rsidTr="00AF4025">
        <w:trPr>
          <w:jc w:val="center"/>
        </w:trPr>
        <w:tc>
          <w:tcPr>
            <w:tcW w:w="959" w:type="dxa"/>
          </w:tcPr>
          <w:p w14:paraId="111BD3C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2062" w:type="dxa"/>
          </w:tcPr>
          <w:p w14:paraId="739738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 / тема</w:t>
            </w:r>
          </w:p>
        </w:tc>
        <w:tc>
          <w:tcPr>
            <w:tcW w:w="1015" w:type="dxa"/>
          </w:tcPr>
          <w:p w14:paraId="0B65389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7752" w:type="dxa"/>
          </w:tcPr>
          <w:p w14:paraId="453884C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</w:tr>
      <w:tr w:rsidR="00AF4025" w:rsidRPr="00AF4025" w14:paraId="63BD9B24" w14:textId="77777777" w:rsidTr="00AF4025">
        <w:trPr>
          <w:jc w:val="center"/>
        </w:trPr>
        <w:tc>
          <w:tcPr>
            <w:tcW w:w="959" w:type="dxa"/>
          </w:tcPr>
          <w:p w14:paraId="51BF365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2062" w:type="dxa"/>
          </w:tcPr>
          <w:p w14:paraId="2F94963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1015" w:type="dxa"/>
          </w:tcPr>
          <w:p w14:paraId="725300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11</w:t>
            </w:r>
          </w:p>
        </w:tc>
        <w:tc>
          <w:tcPr>
            <w:tcW w:w="7752" w:type="dxa"/>
          </w:tcPr>
          <w:p w14:paraId="753DED1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46C93415" w14:textId="77777777" w:rsidTr="00AF4025">
        <w:trPr>
          <w:jc w:val="center"/>
        </w:trPr>
        <w:tc>
          <w:tcPr>
            <w:tcW w:w="959" w:type="dxa"/>
          </w:tcPr>
          <w:p w14:paraId="7BF5A3C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2062" w:type="dxa"/>
          </w:tcPr>
          <w:p w14:paraId="19999C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1015" w:type="dxa"/>
          </w:tcPr>
          <w:p w14:paraId="350D41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40</w:t>
            </w:r>
          </w:p>
        </w:tc>
        <w:tc>
          <w:tcPr>
            <w:tcW w:w="7752" w:type="dxa"/>
          </w:tcPr>
          <w:p w14:paraId="589AD42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5A75BD16" w14:textId="77777777" w:rsidTr="00AF4025">
        <w:trPr>
          <w:jc w:val="center"/>
        </w:trPr>
        <w:tc>
          <w:tcPr>
            <w:tcW w:w="959" w:type="dxa"/>
          </w:tcPr>
          <w:p w14:paraId="2FDFDCA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2062" w:type="dxa"/>
          </w:tcPr>
          <w:p w14:paraId="3A20B0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1015" w:type="dxa"/>
          </w:tcPr>
          <w:p w14:paraId="130E1A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11</w:t>
            </w:r>
          </w:p>
        </w:tc>
        <w:tc>
          <w:tcPr>
            <w:tcW w:w="7752" w:type="dxa"/>
          </w:tcPr>
          <w:p w14:paraId="1F09EA7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3312CACA" w14:textId="77777777" w:rsidTr="00AF4025">
        <w:trPr>
          <w:jc w:val="center"/>
        </w:trPr>
        <w:tc>
          <w:tcPr>
            <w:tcW w:w="959" w:type="dxa"/>
          </w:tcPr>
          <w:p w14:paraId="71E3E2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2062" w:type="dxa"/>
          </w:tcPr>
          <w:p w14:paraId="4E7970E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1015" w:type="dxa"/>
          </w:tcPr>
          <w:p w14:paraId="23ED66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</w:t>
            </w:r>
          </w:p>
        </w:tc>
        <w:tc>
          <w:tcPr>
            <w:tcW w:w="7752" w:type="dxa"/>
          </w:tcPr>
          <w:p w14:paraId="657E230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7C206C12" w14:textId="77777777" w:rsidTr="00AF4025">
        <w:trPr>
          <w:jc w:val="center"/>
        </w:trPr>
        <w:tc>
          <w:tcPr>
            <w:tcW w:w="959" w:type="dxa"/>
          </w:tcPr>
          <w:p w14:paraId="72FA7BE6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  <w:tc>
          <w:tcPr>
            <w:tcW w:w="2062" w:type="dxa"/>
          </w:tcPr>
          <w:p w14:paraId="0E70229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</w:t>
            </w:r>
          </w:p>
        </w:tc>
        <w:tc>
          <w:tcPr>
            <w:tcW w:w="1015" w:type="dxa"/>
          </w:tcPr>
          <w:p w14:paraId="7EEAB9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68</w:t>
            </w:r>
          </w:p>
        </w:tc>
        <w:tc>
          <w:tcPr>
            <w:tcW w:w="7752" w:type="dxa"/>
          </w:tcPr>
          <w:p w14:paraId="0DD9EB31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</w:tr>
    </w:tbl>
    <w:p w14:paraId="02DEF45D" w14:textId="77777777" w:rsidR="00AF4025" w:rsidRPr="00E7730A" w:rsidRDefault="00AF4025" w:rsidP="00AF4025">
      <w:pPr>
        <w:pStyle w:val="a9"/>
        <w:ind w:left="4614" w:firstLine="0"/>
      </w:pPr>
    </w:p>
    <w:p w14:paraId="3E515725" w14:textId="77777777" w:rsidR="00AF4025" w:rsidRPr="00E7730A" w:rsidRDefault="00AF4025" w:rsidP="00AF4025">
      <w:pPr>
        <w:pStyle w:val="21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9 класс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131"/>
        <w:gridCol w:w="1460"/>
        <w:gridCol w:w="7284"/>
      </w:tblGrid>
      <w:tr w:rsidR="00AF4025" w:rsidRPr="00AF4025" w14:paraId="1AADB873" w14:textId="77777777" w:rsidTr="00AF4025">
        <w:trPr>
          <w:jc w:val="center"/>
        </w:trPr>
        <w:tc>
          <w:tcPr>
            <w:tcW w:w="817" w:type="dxa"/>
          </w:tcPr>
          <w:p w14:paraId="51890B9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2131" w:type="dxa"/>
          </w:tcPr>
          <w:p w14:paraId="118EBF4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 / тема</w:t>
            </w:r>
          </w:p>
        </w:tc>
        <w:tc>
          <w:tcPr>
            <w:tcW w:w="1460" w:type="dxa"/>
          </w:tcPr>
          <w:p w14:paraId="2C4DDB3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7284" w:type="dxa"/>
          </w:tcPr>
          <w:p w14:paraId="41DEC8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</w:tr>
      <w:tr w:rsidR="00AF4025" w:rsidRPr="00AF4025" w14:paraId="7553678D" w14:textId="77777777" w:rsidTr="00AF4025">
        <w:trPr>
          <w:jc w:val="center"/>
        </w:trPr>
        <w:tc>
          <w:tcPr>
            <w:tcW w:w="817" w:type="dxa"/>
          </w:tcPr>
          <w:p w14:paraId="1589D4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2131" w:type="dxa"/>
          </w:tcPr>
          <w:p w14:paraId="63B622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1460" w:type="dxa"/>
          </w:tcPr>
          <w:p w14:paraId="5D64DA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28</w:t>
            </w:r>
          </w:p>
        </w:tc>
        <w:tc>
          <w:tcPr>
            <w:tcW w:w="7284" w:type="dxa"/>
          </w:tcPr>
          <w:p w14:paraId="01109C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53DA58E4" w14:textId="77777777" w:rsidTr="00AF4025">
        <w:trPr>
          <w:jc w:val="center"/>
        </w:trPr>
        <w:tc>
          <w:tcPr>
            <w:tcW w:w="817" w:type="dxa"/>
          </w:tcPr>
          <w:p w14:paraId="1BB8764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2131" w:type="dxa"/>
          </w:tcPr>
          <w:p w14:paraId="0E9D352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1460" w:type="dxa"/>
          </w:tcPr>
          <w:p w14:paraId="400D63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30</w:t>
            </w:r>
          </w:p>
        </w:tc>
        <w:tc>
          <w:tcPr>
            <w:tcW w:w="7284" w:type="dxa"/>
          </w:tcPr>
          <w:p w14:paraId="5CB982C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342553FE" w14:textId="77777777" w:rsidTr="00AF4025">
        <w:trPr>
          <w:jc w:val="center"/>
        </w:trPr>
        <w:tc>
          <w:tcPr>
            <w:tcW w:w="817" w:type="dxa"/>
          </w:tcPr>
          <w:p w14:paraId="7A910B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2131" w:type="dxa"/>
          </w:tcPr>
          <w:p w14:paraId="297EA3A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Россия в современном мире</w:t>
            </w:r>
          </w:p>
        </w:tc>
        <w:tc>
          <w:tcPr>
            <w:tcW w:w="1460" w:type="dxa"/>
          </w:tcPr>
          <w:p w14:paraId="7A59BC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7284" w:type="dxa"/>
          </w:tcPr>
          <w:p w14:paraId="5F900BE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67C41A04" w14:textId="77777777" w:rsidTr="00AF4025">
        <w:trPr>
          <w:jc w:val="center"/>
        </w:trPr>
        <w:tc>
          <w:tcPr>
            <w:tcW w:w="817" w:type="dxa"/>
          </w:tcPr>
          <w:p w14:paraId="1713FE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2131" w:type="dxa"/>
          </w:tcPr>
          <w:p w14:paraId="750A17E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1460" w:type="dxa"/>
          </w:tcPr>
          <w:p w14:paraId="1F44BF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8</w:t>
            </w:r>
          </w:p>
        </w:tc>
        <w:tc>
          <w:tcPr>
            <w:tcW w:w="7284" w:type="dxa"/>
          </w:tcPr>
          <w:p w14:paraId="2B6BF5D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 с картографическими, статистическими, текстовыми и цифровыми источниками; характеристика и сравнение объектов и процессов; практико-ориентированные задания.</w:t>
            </w:r>
          </w:p>
        </w:tc>
      </w:tr>
      <w:tr w:rsidR="00AF4025" w:rsidRPr="00AF4025" w14:paraId="73D9D3B4" w14:textId="77777777" w:rsidTr="00AF4025">
        <w:trPr>
          <w:jc w:val="center"/>
        </w:trPr>
        <w:tc>
          <w:tcPr>
            <w:tcW w:w="817" w:type="dxa"/>
          </w:tcPr>
          <w:p w14:paraId="6926F985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</w:tcPr>
          <w:p w14:paraId="173F5D0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</w:t>
            </w:r>
          </w:p>
        </w:tc>
        <w:tc>
          <w:tcPr>
            <w:tcW w:w="1460" w:type="dxa"/>
          </w:tcPr>
          <w:p w14:paraId="74DFA2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68</w:t>
            </w:r>
          </w:p>
        </w:tc>
        <w:tc>
          <w:tcPr>
            <w:tcW w:w="7284" w:type="dxa"/>
          </w:tcPr>
          <w:p w14:paraId="425FE4D0" w14:textId="77777777" w:rsidR="00AF4025" w:rsidRPr="00AF4025" w:rsidRDefault="00AF4025" w:rsidP="0088238D">
            <w:pPr>
              <w:rPr>
                <w:sz w:val="20"/>
                <w:szCs w:val="20"/>
              </w:rPr>
            </w:pPr>
          </w:p>
        </w:tc>
      </w:tr>
    </w:tbl>
    <w:p w14:paraId="069B9FEC" w14:textId="77777777" w:rsidR="00AF4025" w:rsidRPr="00E7730A" w:rsidRDefault="00AF4025" w:rsidP="00AF4025">
      <w:pPr>
        <w:pStyle w:val="a9"/>
        <w:numPr>
          <w:ilvl w:val="0"/>
          <w:numId w:val="1"/>
        </w:numPr>
      </w:pPr>
    </w:p>
    <w:p w14:paraId="1B52DA35" w14:textId="77777777" w:rsidR="00AF4025" w:rsidRPr="00E7730A" w:rsidRDefault="00AF4025" w:rsidP="00AF4025">
      <w:pPr>
        <w:pStyle w:val="a9"/>
        <w:numPr>
          <w:ilvl w:val="0"/>
          <w:numId w:val="1"/>
        </w:numPr>
      </w:pPr>
      <w:r w:rsidRPr="00E7730A">
        <w:br w:type="page"/>
      </w:r>
    </w:p>
    <w:p w14:paraId="5489E2F1" w14:textId="1EDDC850" w:rsidR="00AF4025" w:rsidRPr="00E7730A" w:rsidRDefault="00AF4025" w:rsidP="00AF4025">
      <w:pPr>
        <w:pStyle w:val="1"/>
        <w:ind w:left="357" w:firstLine="352"/>
        <w:jc w:val="center"/>
      </w:pPr>
      <w:r w:rsidRPr="00E7730A">
        <w:t>КАЛЕНДАРНО-ТЕМАТИЧЕСКОЕ ПЛАНИРОВАНИЕ</w:t>
      </w:r>
    </w:p>
    <w:p w14:paraId="48D42086" w14:textId="77777777" w:rsidR="00AF4025" w:rsidRPr="00E7730A" w:rsidRDefault="00AF4025" w:rsidP="00AF4025">
      <w:pPr>
        <w:pStyle w:val="a9"/>
        <w:ind w:left="357" w:firstLine="352"/>
        <w:jc w:val="center"/>
      </w:pPr>
      <w:r w:rsidRPr="00E7730A">
        <w:t>Даты проведения заполняются педагогом. Оценочные процедуры распределяются по календарю школы. Контрольные работы: 5–6 классы — не более 3 уроков в год; 7–9 классы — не более 6 уроков в год.</w:t>
      </w:r>
    </w:p>
    <w:p w14:paraId="0CF0A0E1" w14:textId="77777777" w:rsidR="00AF4025" w:rsidRPr="00E7730A" w:rsidRDefault="00AF4025" w:rsidP="00AF4025">
      <w:pPr>
        <w:pStyle w:val="21"/>
        <w:ind w:left="4614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5 класс — 34 часов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133"/>
        <w:gridCol w:w="2160"/>
        <w:gridCol w:w="973"/>
        <w:gridCol w:w="4865"/>
        <w:gridCol w:w="2122"/>
      </w:tblGrid>
      <w:tr w:rsidR="00AF4025" w:rsidRPr="00AF4025" w14:paraId="01BF4A48" w14:textId="77777777" w:rsidTr="00AF4025">
        <w:trPr>
          <w:jc w:val="center"/>
        </w:trPr>
        <w:tc>
          <w:tcPr>
            <w:tcW w:w="675" w:type="dxa"/>
          </w:tcPr>
          <w:p w14:paraId="065896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2133" w:type="dxa"/>
          </w:tcPr>
          <w:p w14:paraId="0F8AFB8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</w:t>
            </w:r>
          </w:p>
        </w:tc>
        <w:tc>
          <w:tcPr>
            <w:tcW w:w="2160" w:type="dxa"/>
          </w:tcPr>
          <w:p w14:paraId="61DFAD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 урока</w:t>
            </w:r>
          </w:p>
        </w:tc>
        <w:tc>
          <w:tcPr>
            <w:tcW w:w="973" w:type="dxa"/>
          </w:tcPr>
          <w:p w14:paraId="5D1E49A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4865" w:type="dxa"/>
          </w:tcPr>
          <w:p w14:paraId="6DFD9A3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  <w:tc>
          <w:tcPr>
            <w:tcW w:w="2122" w:type="dxa"/>
          </w:tcPr>
          <w:p w14:paraId="3511E9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Форма контроля</w:t>
            </w:r>
          </w:p>
        </w:tc>
      </w:tr>
      <w:tr w:rsidR="00AF4025" w:rsidRPr="00AF4025" w14:paraId="62BE8D83" w14:textId="77777777" w:rsidTr="00AF4025">
        <w:trPr>
          <w:jc w:val="center"/>
        </w:trPr>
        <w:tc>
          <w:tcPr>
            <w:tcW w:w="675" w:type="dxa"/>
          </w:tcPr>
          <w:p w14:paraId="229167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2133" w:type="dxa"/>
          </w:tcPr>
          <w:p w14:paraId="3F4ACD4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33B2D4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География как наука</w:t>
            </w:r>
          </w:p>
        </w:tc>
        <w:tc>
          <w:tcPr>
            <w:tcW w:w="973" w:type="dxa"/>
          </w:tcPr>
          <w:p w14:paraId="6E7D985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34B16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52BD63F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E41B6E5" w14:textId="77777777" w:rsidTr="00AF4025">
        <w:trPr>
          <w:jc w:val="center"/>
        </w:trPr>
        <w:tc>
          <w:tcPr>
            <w:tcW w:w="675" w:type="dxa"/>
          </w:tcPr>
          <w:p w14:paraId="4347C67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2133" w:type="dxa"/>
          </w:tcPr>
          <w:p w14:paraId="339672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2DB21CE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Методы географических исследований</w:t>
            </w:r>
          </w:p>
        </w:tc>
        <w:tc>
          <w:tcPr>
            <w:tcW w:w="973" w:type="dxa"/>
          </w:tcPr>
          <w:p w14:paraId="250B329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39A19E6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0847C34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35B5C45" w14:textId="77777777" w:rsidTr="00AF4025">
        <w:trPr>
          <w:jc w:val="center"/>
        </w:trPr>
        <w:tc>
          <w:tcPr>
            <w:tcW w:w="675" w:type="dxa"/>
          </w:tcPr>
          <w:p w14:paraId="3A1262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2133" w:type="dxa"/>
          </w:tcPr>
          <w:p w14:paraId="6E683CF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2FF780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Представления о Земле в древности</w:t>
            </w:r>
          </w:p>
        </w:tc>
        <w:tc>
          <w:tcPr>
            <w:tcW w:w="973" w:type="dxa"/>
          </w:tcPr>
          <w:p w14:paraId="4506FE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386C244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27B86F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7815785" w14:textId="77777777" w:rsidTr="00AF4025">
        <w:trPr>
          <w:jc w:val="center"/>
        </w:trPr>
        <w:tc>
          <w:tcPr>
            <w:tcW w:w="675" w:type="dxa"/>
          </w:tcPr>
          <w:p w14:paraId="22EFA88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2133" w:type="dxa"/>
          </w:tcPr>
          <w:p w14:paraId="5F20CDE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0888241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География Средневековья</w:t>
            </w:r>
          </w:p>
        </w:tc>
        <w:tc>
          <w:tcPr>
            <w:tcW w:w="973" w:type="dxa"/>
          </w:tcPr>
          <w:p w14:paraId="69DD1B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277264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10051A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3F84020" w14:textId="77777777" w:rsidTr="00AF4025">
        <w:trPr>
          <w:jc w:val="center"/>
        </w:trPr>
        <w:tc>
          <w:tcPr>
            <w:tcW w:w="675" w:type="dxa"/>
          </w:tcPr>
          <w:p w14:paraId="780754F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2133" w:type="dxa"/>
          </w:tcPr>
          <w:p w14:paraId="4C547FA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60B1C2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Великие географические открытия</w:t>
            </w:r>
          </w:p>
        </w:tc>
        <w:tc>
          <w:tcPr>
            <w:tcW w:w="973" w:type="dxa"/>
          </w:tcPr>
          <w:p w14:paraId="1E6D14E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59C8C38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06010BE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0CADEFD" w14:textId="77777777" w:rsidTr="00AF4025">
        <w:trPr>
          <w:jc w:val="center"/>
        </w:trPr>
        <w:tc>
          <w:tcPr>
            <w:tcW w:w="675" w:type="dxa"/>
          </w:tcPr>
          <w:p w14:paraId="75C0F8F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</w:t>
            </w:r>
          </w:p>
        </w:tc>
        <w:tc>
          <w:tcPr>
            <w:tcW w:w="2133" w:type="dxa"/>
          </w:tcPr>
          <w:p w14:paraId="071B36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39FE1E0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Первое кругосветное путешествие</w:t>
            </w:r>
          </w:p>
        </w:tc>
        <w:tc>
          <w:tcPr>
            <w:tcW w:w="973" w:type="dxa"/>
          </w:tcPr>
          <w:p w14:paraId="64D2E3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096A15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45CA5C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091A3FF" w14:textId="77777777" w:rsidTr="00AF4025">
        <w:trPr>
          <w:jc w:val="center"/>
        </w:trPr>
        <w:tc>
          <w:tcPr>
            <w:tcW w:w="675" w:type="dxa"/>
          </w:tcPr>
          <w:p w14:paraId="21D960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7</w:t>
            </w:r>
          </w:p>
        </w:tc>
        <w:tc>
          <w:tcPr>
            <w:tcW w:w="2133" w:type="dxa"/>
          </w:tcPr>
          <w:p w14:paraId="2B4ACC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6FA6629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Открытие Австралии и Антарктиды</w:t>
            </w:r>
          </w:p>
        </w:tc>
        <w:tc>
          <w:tcPr>
            <w:tcW w:w="973" w:type="dxa"/>
          </w:tcPr>
          <w:p w14:paraId="5D22326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03F4353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4AAA67B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9D89C60" w14:textId="77777777" w:rsidTr="00AF4025">
        <w:trPr>
          <w:jc w:val="center"/>
        </w:trPr>
        <w:tc>
          <w:tcPr>
            <w:tcW w:w="675" w:type="dxa"/>
          </w:tcPr>
          <w:p w14:paraId="7E4D60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8</w:t>
            </w:r>
          </w:p>
        </w:tc>
        <w:tc>
          <w:tcPr>
            <w:tcW w:w="2133" w:type="dxa"/>
          </w:tcPr>
          <w:p w14:paraId="796ABA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0E8469F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Российские путешественники и исследователи</w:t>
            </w:r>
          </w:p>
        </w:tc>
        <w:tc>
          <w:tcPr>
            <w:tcW w:w="973" w:type="dxa"/>
          </w:tcPr>
          <w:p w14:paraId="08E173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4C1163F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52357C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E79705D" w14:textId="77777777" w:rsidTr="00AF4025">
        <w:trPr>
          <w:jc w:val="center"/>
        </w:trPr>
        <w:tc>
          <w:tcPr>
            <w:tcW w:w="675" w:type="dxa"/>
          </w:tcPr>
          <w:p w14:paraId="25F3D90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9</w:t>
            </w:r>
          </w:p>
        </w:tc>
        <w:tc>
          <w:tcPr>
            <w:tcW w:w="2133" w:type="dxa"/>
          </w:tcPr>
          <w:p w14:paraId="16DAC12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изучение Земли</w:t>
            </w:r>
          </w:p>
        </w:tc>
        <w:tc>
          <w:tcPr>
            <w:tcW w:w="2160" w:type="dxa"/>
          </w:tcPr>
          <w:p w14:paraId="6131EC6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Современные географические исследования</w:t>
            </w:r>
          </w:p>
        </w:tc>
        <w:tc>
          <w:tcPr>
            <w:tcW w:w="973" w:type="dxa"/>
          </w:tcPr>
          <w:p w14:paraId="534744C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702718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26F62A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AD64C72" w14:textId="77777777" w:rsidTr="00AF4025">
        <w:trPr>
          <w:jc w:val="center"/>
        </w:trPr>
        <w:tc>
          <w:tcPr>
            <w:tcW w:w="675" w:type="dxa"/>
          </w:tcPr>
          <w:p w14:paraId="33D855A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10</w:t>
            </w:r>
          </w:p>
        </w:tc>
        <w:tc>
          <w:tcPr>
            <w:tcW w:w="2133" w:type="dxa"/>
          </w:tcPr>
          <w:p w14:paraId="0D5AFE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76F09F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Виды изображений земной поверхности</w:t>
            </w:r>
          </w:p>
        </w:tc>
        <w:tc>
          <w:tcPr>
            <w:tcW w:w="973" w:type="dxa"/>
          </w:tcPr>
          <w:p w14:paraId="08363A6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236B293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61189B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DD359B2" w14:textId="77777777" w:rsidTr="00AF4025">
        <w:trPr>
          <w:jc w:val="center"/>
        </w:trPr>
        <w:tc>
          <w:tcPr>
            <w:tcW w:w="675" w:type="dxa"/>
          </w:tcPr>
          <w:p w14:paraId="2A3F631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11</w:t>
            </w:r>
          </w:p>
        </w:tc>
        <w:tc>
          <w:tcPr>
            <w:tcW w:w="2133" w:type="dxa"/>
          </w:tcPr>
          <w:p w14:paraId="5CC953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32992A8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План местности. Условные знаки</w:t>
            </w:r>
          </w:p>
        </w:tc>
        <w:tc>
          <w:tcPr>
            <w:tcW w:w="973" w:type="dxa"/>
          </w:tcPr>
          <w:p w14:paraId="3900CF3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F1937F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358586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03D92FD" w14:textId="77777777" w:rsidTr="00AF4025">
        <w:trPr>
          <w:jc w:val="center"/>
        </w:trPr>
        <w:tc>
          <w:tcPr>
            <w:tcW w:w="675" w:type="dxa"/>
          </w:tcPr>
          <w:p w14:paraId="4024E07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12</w:t>
            </w:r>
          </w:p>
        </w:tc>
        <w:tc>
          <w:tcPr>
            <w:tcW w:w="2133" w:type="dxa"/>
          </w:tcPr>
          <w:p w14:paraId="61C36CF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21396EF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Масштаб</w:t>
            </w:r>
          </w:p>
        </w:tc>
        <w:tc>
          <w:tcPr>
            <w:tcW w:w="973" w:type="dxa"/>
          </w:tcPr>
          <w:p w14:paraId="3361FA8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50D3F05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6DB927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E07DCED" w14:textId="77777777" w:rsidTr="00AF4025">
        <w:trPr>
          <w:jc w:val="center"/>
        </w:trPr>
        <w:tc>
          <w:tcPr>
            <w:tcW w:w="675" w:type="dxa"/>
          </w:tcPr>
          <w:p w14:paraId="153CC7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13</w:t>
            </w:r>
          </w:p>
        </w:tc>
        <w:tc>
          <w:tcPr>
            <w:tcW w:w="2133" w:type="dxa"/>
          </w:tcPr>
          <w:p w14:paraId="57B11B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4084723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Определение расстояний по плану</w:t>
            </w:r>
          </w:p>
        </w:tc>
        <w:tc>
          <w:tcPr>
            <w:tcW w:w="973" w:type="dxa"/>
          </w:tcPr>
          <w:p w14:paraId="341FAE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3E767F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63186FF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10B0C8F" w14:textId="77777777" w:rsidTr="00AF4025">
        <w:trPr>
          <w:jc w:val="center"/>
        </w:trPr>
        <w:tc>
          <w:tcPr>
            <w:tcW w:w="675" w:type="dxa"/>
          </w:tcPr>
          <w:p w14:paraId="7EB32BF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14</w:t>
            </w:r>
          </w:p>
        </w:tc>
        <w:tc>
          <w:tcPr>
            <w:tcW w:w="2133" w:type="dxa"/>
          </w:tcPr>
          <w:p w14:paraId="3AAA81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3A3A563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Изображение рельефа. Высоты</w:t>
            </w:r>
          </w:p>
        </w:tc>
        <w:tc>
          <w:tcPr>
            <w:tcW w:w="973" w:type="dxa"/>
          </w:tcPr>
          <w:p w14:paraId="6B099BE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AAF8B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6B93BE1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96C14D0" w14:textId="77777777" w:rsidTr="00AF4025">
        <w:trPr>
          <w:jc w:val="center"/>
        </w:trPr>
        <w:tc>
          <w:tcPr>
            <w:tcW w:w="675" w:type="dxa"/>
          </w:tcPr>
          <w:p w14:paraId="0FED85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15</w:t>
            </w:r>
          </w:p>
        </w:tc>
        <w:tc>
          <w:tcPr>
            <w:tcW w:w="2133" w:type="dxa"/>
          </w:tcPr>
          <w:p w14:paraId="2630A1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32C06A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Ориентирование по плану</w:t>
            </w:r>
          </w:p>
        </w:tc>
        <w:tc>
          <w:tcPr>
            <w:tcW w:w="973" w:type="dxa"/>
          </w:tcPr>
          <w:p w14:paraId="1ABB9D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2A8BF1A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55C2218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1AEE2B6" w14:textId="77777777" w:rsidTr="00AF4025">
        <w:trPr>
          <w:jc w:val="center"/>
        </w:trPr>
        <w:tc>
          <w:tcPr>
            <w:tcW w:w="675" w:type="dxa"/>
          </w:tcPr>
          <w:p w14:paraId="3267418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16</w:t>
            </w:r>
          </w:p>
        </w:tc>
        <w:tc>
          <w:tcPr>
            <w:tcW w:w="2133" w:type="dxa"/>
          </w:tcPr>
          <w:p w14:paraId="3E49F3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3615CB3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Описание маршрута по плану</w:t>
            </w:r>
          </w:p>
        </w:tc>
        <w:tc>
          <w:tcPr>
            <w:tcW w:w="973" w:type="dxa"/>
          </w:tcPr>
          <w:p w14:paraId="7D223D5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259757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39F31C5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CE562BB" w14:textId="77777777" w:rsidTr="00AF4025">
        <w:trPr>
          <w:jc w:val="center"/>
        </w:trPr>
        <w:tc>
          <w:tcPr>
            <w:tcW w:w="675" w:type="dxa"/>
          </w:tcPr>
          <w:p w14:paraId="4D3C35D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17</w:t>
            </w:r>
          </w:p>
        </w:tc>
        <w:tc>
          <w:tcPr>
            <w:tcW w:w="2133" w:type="dxa"/>
          </w:tcPr>
          <w:p w14:paraId="19EA24C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46922F4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Глобус и географическая карта</w:t>
            </w:r>
          </w:p>
        </w:tc>
        <w:tc>
          <w:tcPr>
            <w:tcW w:w="973" w:type="dxa"/>
          </w:tcPr>
          <w:p w14:paraId="712B8A3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2E62ED6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2" w:type="dxa"/>
          </w:tcPr>
          <w:p w14:paraId="243B28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E39F8EF" w14:textId="77777777" w:rsidTr="00AF4025">
        <w:trPr>
          <w:jc w:val="center"/>
        </w:trPr>
        <w:tc>
          <w:tcPr>
            <w:tcW w:w="675" w:type="dxa"/>
          </w:tcPr>
          <w:p w14:paraId="670990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18</w:t>
            </w:r>
          </w:p>
        </w:tc>
        <w:tc>
          <w:tcPr>
            <w:tcW w:w="2133" w:type="dxa"/>
          </w:tcPr>
          <w:p w14:paraId="74FE2B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55CA7FF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Параллели и меридианы</w:t>
            </w:r>
          </w:p>
        </w:tc>
        <w:tc>
          <w:tcPr>
            <w:tcW w:w="973" w:type="dxa"/>
          </w:tcPr>
          <w:p w14:paraId="549CDA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2075BAA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5F85A3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4AB5D32" w14:textId="77777777" w:rsidTr="00AF4025">
        <w:trPr>
          <w:jc w:val="center"/>
        </w:trPr>
        <w:tc>
          <w:tcPr>
            <w:tcW w:w="675" w:type="dxa"/>
          </w:tcPr>
          <w:p w14:paraId="210FB81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19</w:t>
            </w:r>
          </w:p>
        </w:tc>
        <w:tc>
          <w:tcPr>
            <w:tcW w:w="2133" w:type="dxa"/>
          </w:tcPr>
          <w:p w14:paraId="731677A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Изображения земной поверхности</w:t>
            </w:r>
          </w:p>
        </w:tc>
        <w:tc>
          <w:tcPr>
            <w:tcW w:w="2160" w:type="dxa"/>
          </w:tcPr>
          <w:p w14:paraId="3FF993C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Географические координаты</w:t>
            </w:r>
          </w:p>
        </w:tc>
        <w:tc>
          <w:tcPr>
            <w:tcW w:w="973" w:type="dxa"/>
          </w:tcPr>
          <w:p w14:paraId="64A6AC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92E02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25212A9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97B8219" w14:textId="77777777" w:rsidTr="00AF4025">
        <w:trPr>
          <w:jc w:val="center"/>
        </w:trPr>
        <w:tc>
          <w:tcPr>
            <w:tcW w:w="675" w:type="dxa"/>
          </w:tcPr>
          <w:p w14:paraId="5D230FD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20</w:t>
            </w:r>
          </w:p>
        </w:tc>
        <w:tc>
          <w:tcPr>
            <w:tcW w:w="2133" w:type="dxa"/>
          </w:tcPr>
          <w:p w14:paraId="2523B2A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Земля — планета Солнечной системы</w:t>
            </w:r>
          </w:p>
        </w:tc>
        <w:tc>
          <w:tcPr>
            <w:tcW w:w="2160" w:type="dxa"/>
          </w:tcPr>
          <w:p w14:paraId="65897A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Земля в Солнечной системе. Форма и размеры</w:t>
            </w:r>
          </w:p>
        </w:tc>
        <w:tc>
          <w:tcPr>
            <w:tcW w:w="973" w:type="dxa"/>
          </w:tcPr>
          <w:p w14:paraId="6634EA2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1709000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4F52655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7845D5E" w14:textId="77777777" w:rsidTr="00AF4025">
        <w:trPr>
          <w:jc w:val="center"/>
        </w:trPr>
        <w:tc>
          <w:tcPr>
            <w:tcW w:w="675" w:type="dxa"/>
          </w:tcPr>
          <w:p w14:paraId="723ACE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21</w:t>
            </w:r>
          </w:p>
        </w:tc>
        <w:tc>
          <w:tcPr>
            <w:tcW w:w="2133" w:type="dxa"/>
          </w:tcPr>
          <w:p w14:paraId="550B214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Земля — планета Солнечной системы</w:t>
            </w:r>
          </w:p>
        </w:tc>
        <w:tc>
          <w:tcPr>
            <w:tcW w:w="2160" w:type="dxa"/>
          </w:tcPr>
          <w:p w14:paraId="270928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Осевое вращение Земли</w:t>
            </w:r>
          </w:p>
        </w:tc>
        <w:tc>
          <w:tcPr>
            <w:tcW w:w="973" w:type="dxa"/>
          </w:tcPr>
          <w:p w14:paraId="25737DB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5AAA8DC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5C0CE8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0E72F40" w14:textId="77777777" w:rsidTr="00AF4025">
        <w:trPr>
          <w:jc w:val="center"/>
        </w:trPr>
        <w:tc>
          <w:tcPr>
            <w:tcW w:w="675" w:type="dxa"/>
          </w:tcPr>
          <w:p w14:paraId="7BFE89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22</w:t>
            </w:r>
          </w:p>
        </w:tc>
        <w:tc>
          <w:tcPr>
            <w:tcW w:w="2133" w:type="dxa"/>
          </w:tcPr>
          <w:p w14:paraId="6EE765D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Земля — планета Солнечной системы</w:t>
            </w:r>
          </w:p>
        </w:tc>
        <w:tc>
          <w:tcPr>
            <w:tcW w:w="2160" w:type="dxa"/>
          </w:tcPr>
          <w:p w14:paraId="3E3A823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Движение Земли вокруг Солнца</w:t>
            </w:r>
          </w:p>
        </w:tc>
        <w:tc>
          <w:tcPr>
            <w:tcW w:w="973" w:type="dxa"/>
          </w:tcPr>
          <w:p w14:paraId="65A1FF6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12CFC53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47CDD5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A6BA045" w14:textId="77777777" w:rsidTr="00AF4025">
        <w:trPr>
          <w:jc w:val="center"/>
        </w:trPr>
        <w:tc>
          <w:tcPr>
            <w:tcW w:w="675" w:type="dxa"/>
          </w:tcPr>
          <w:p w14:paraId="000C6F5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23</w:t>
            </w:r>
          </w:p>
        </w:tc>
        <w:tc>
          <w:tcPr>
            <w:tcW w:w="2133" w:type="dxa"/>
          </w:tcPr>
          <w:p w14:paraId="7817FBD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Земля — планета Солнечной системы</w:t>
            </w:r>
          </w:p>
        </w:tc>
        <w:tc>
          <w:tcPr>
            <w:tcW w:w="2160" w:type="dxa"/>
          </w:tcPr>
          <w:p w14:paraId="4B25AA3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Пояса освещённости</w:t>
            </w:r>
          </w:p>
        </w:tc>
        <w:tc>
          <w:tcPr>
            <w:tcW w:w="973" w:type="dxa"/>
          </w:tcPr>
          <w:p w14:paraId="7F000D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401945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248AD93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501A735" w14:textId="77777777" w:rsidTr="00AF4025">
        <w:trPr>
          <w:jc w:val="center"/>
        </w:trPr>
        <w:tc>
          <w:tcPr>
            <w:tcW w:w="675" w:type="dxa"/>
          </w:tcPr>
          <w:p w14:paraId="6DF050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24</w:t>
            </w:r>
          </w:p>
        </w:tc>
        <w:tc>
          <w:tcPr>
            <w:tcW w:w="2133" w:type="dxa"/>
          </w:tcPr>
          <w:p w14:paraId="373FE73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Литосфера — каменная оболочка Земли</w:t>
            </w:r>
          </w:p>
        </w:tc>
        <w:tc>
          <w:tcPr>
            <w:tcW w:w="2160" w:type="dxa"/>
          </w:tcPr>
          <w:p w14:paraId="2997382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Внутреннее строение Земли</w:t>
            </w:r>
          </w:p>
        </w:tc>
        <w:tc>
          <w:tcPr>
            <w:tcW w:w="973" w:type="dxa"/>
          </w:tcPr>
          <w:p w14:paraId="2950EE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20CB4A6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31F29E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3EE4CBE" w14:textId="77777777" w:rsidTr="00AF4025">
        <w:trPr>
          <w:jc w:val="center"/>
        </w:trPr>
        <w:tc>
          <w:tcPr>
            <w:tcW w:w="675" w:type="dxa"/>
          </w:tcPr>
          <w:p w14:paraId="1B786C5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25</w:t>
            </w:r>
          </w:p>
        </w:tc>
        <w:tc>
          <w:tcPr>
            <w:tcW w:w="2133" w:type="dxa"/>
          </w:tcPr>
          <w:p w14:paraId="75E1993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Литосфера — каменная оболочка Земли</w:t>
            </w:r>
          </w:p>
        </w:tc>
        <w:tc>
          <w:tcPr>
            <w:tcW w:w="2160" w:type="dxa"/>
          </w:tcPr>
          <w:p w14:paraId="6ABF37E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Минералы и горные породы</w:t>
            </w:r>
          </w:p>
        </w:tc>
        <w:tc>
          <w:tcPr>
            <w:tcW w:w="973" w:type="dxa"/>
          </w:tcPr>
          <w:p w14:paraId="44D18FC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3685E23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4943594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A781801" w14:textId="77777777" w:rsidTr="00AF4025">
        <w:trPr>
          <w:jc w:val="center"/>
        </w:trPr>
        <w:tc>
          <w:tcPr>
            <w:tcW w:w="675" w:type="dxa"/>
          </w:tcPr>
          <w:p w14:paraId="3802DAB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26</w:t>
            </w:r>
          </w:p>
        </w:tc>
        <w:tc>
          <w:tcPr>
            <w:tcW w:w="2133" w:type="dxa"/>
          </w:tcPr>
          <w:p w14:paraId="608D28B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Литосфера — каменная оболочка Земли</w:t>
            </w:r>
          </w:p>
        </w:tc>
        <w:tc>
          <w:tcPr>
            <w:tcW w:w="2160" w:type="dxa"/>
          </w:tcPr>
          <w:p w14:paraId="2260FC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Движения земной коры. Землетрясения</w:t>
            </w:r>
          </w:p>
        </w:tc>
        <w:tc>
          <w:tcPr>
            <w:tcW w:w="973" w:type="dxa"/>
          </w:tcPr>
          <w:p w14:paraId="7DCF475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13F1EDD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433F15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698F15B" w14:textId="77777777" w:rsidTr="00AF4025">
        <w:trPr>
          <w:jc w:val="center"/>
        </w:trPr>
        <w:tc>
          <w:tcPr>
            <w:tcW w:w="675" w:type="dxa"/>
          </w:tcPr>
          <w:p w14:paraId="5C3D9E3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27</w:t>
            </w:r>
          </w:p>
        </w:tc>
        <w:tc>
          <w:tcPr>
            <w:tcW w:w="2133" w:type="dxa"/>
          </w:tcPr>
          <w:p w14:paraId="42EB017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Литосфера — каменная оболочка Земли</w:t>
            </w:r>
          </w:p>
        </w:tc>
        <w:tc>
          <w:tcPr>
            <w:tcW w:w="2160" w:type="dxa"/>
          </w:tcPr>
          <w:p w14:paraId="4CA309A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Вулканизм</w:t>
            </w:r>
          </w:p>
        </w:tc>
        <w:tc>
          <w:tcPr>
            <w:tcW w:w="973" w:type="dxa"/>
          </w:tcPr>
          <w:p w14:paraId="25B5BE4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4850B01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5A80FC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B24491D" w14:textId="77777777" w:rsidTr="00AF4025">
        <w:trPr>
          <w:jc w:val="center"/>
        </w:trPr>
        <w:tc>
          <w:tcPr>
            <w:tcW w:w="675" w:type="dxa"/>
          </w:tcPr>
          <w:p w14:paraId="547001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28</w:t>
            </w:r>
          </w:p>
        </w:tc>
        <w:tc>
          <w:tcPr>
            <w:tcW w:w="2133" w:type="dxa"/>
          </w:tcPr>
          <w:p w14:paraId="67EDFD1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Литосфера — каменная оболочка Земли</w:t>
            </w:r>
          </w:p>
        </w:tc>
        <w:tc>
          <w:tcPr>
            <w:tcW w:w="2160" w:type="dxa"/>
          </w:tcPr>
          <w:p w14:paraId="30138F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 xml:space="preserve">Внешние процессы </w:t>
            </w:r>
            <w:proofErr w:type="spellStart"/>
            <w:r w:rsidRPr="00AF4025">
              <w:rPr>
                <w:sz w:val="20"/>
                <w:szCs w:val="20"/>
              </w:rPr>
              <w:t>рельефообразования</w:t>
            </w:r>
            <w:proofErr w:type="spellEnd"/>
          </w:p>
        </w:tc>
        <w:tc>
          <w:tcPr>
            <w:tcW w:w="973" w:type="dxa"/>
          </w:tcPr>
          <w:p w14:paraId="796315C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9472E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6ABDF8B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F25CC9A" w14:textId="77777777" w:rsidTr="00AF4025">
        <w:trPr>
          <w:jc w:val="center"/>
        </w:trPr>
        <w:tc>
          <w:tcPr>
            <w:tcW w:w="675" w:type="dxa"/>
          </w:tcPr>
          <w:p w14:paraId="6A15D3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29</w:t>
            </w:r>
          </w:p>
        </w:tc>
        <w:tc>
          <w:tcPr>
            <w:tcW w:w="2133" w:type="dxa"/>
          </w:tcPr>
          <w:p w14:paraId="6258DF4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Литосфера — каменная оболочка Земли</w:t>
            </w:r>
          </w:p>
        </w:tc>
        <w:tc>
          <w:tcPr>
            <w:tcW w:w="2160" w:type="dxa"/>
          </w:tcPr>
          <w:p w14:paraId="067BB0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Горы и равнины</w:t>
            </w:r>
          </w:p>
        </w:tc>
        <w:tc>
          <w:tcPr>
            <w:tcW w:w="973" w:type="dxa"/>
          </w:tcPr>
          <w:p w14:paraId="522DAC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3D3070B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0660B4F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C00FB1D" w14:textId="77777777" w:rsidTr="00AF4025">
        <w:trPr>
          <w:jc w:val="center"/>
        </w:trPr>
        <w:tc>
          <w:tcPr>
            <w:tcW w:w="675" w:type="dxa"/>
          </w:tcPr>
          <w:p w14:paraId="5826EA6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30</w:t>
            </w:r>
          </w:p>
        </w:tc>
        <w:tc>
          <w:tcPr>
            <w:tcW w:w="2133" w:type="dxa"/>
          </w:tcPr>
          <w:p w14:paraId="67FACB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Литосфера — каменная оболочка Земли</w:t>
            </w:r>
          </w:p>
        </w:tc>
        <w:tc>
          <w:tcPr>
            <w:tcW w:w="2160" w:type="dxa"/>
          </w:tcPr>
          <w:p w14:paraId="1B6C508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Рельеф дна Мирового океана</w:t>
            </w:r>
          </w:p>
        </w:tc>
        <w:tc>
          <w:tcPr>
            <w:tcW w:w="973" w:type="dxa"/>
          </w:tcPr>
          <w:p w14:paraId="25592F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982AB2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2" w:type="dxa"/>
          </w:tcPr>
          <w:p w14:paraId="54EE1E4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F8465FA" w14:textId="77777777" w:rsidTr="00AF4025">
        <w:trPr>
          <w:jc w:val="center"/>
        </w:trPr>
        <w:tc>
          <w:tcPr>
            <w:tcW w:w="675" w:type="dxa"/>
          </w:tcPr>
          <w:p w14:paraId="2CAE66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31</w:t>
            </w:r>
          </w:p>
        </w:tc>
        <w:tc>
          <w:tcPr>
            <w:tcW w:w="2133" w:type="dxa"/>
          </w:tcPr>
          <w:p w14:paraId="39A0C8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Заключение. Сезонные изменения</w:t>
            </w:r>
          </w:p>
        </w:tc>
        <w:tc>
          <w:tcPr>
            <w:tcW w:w="2160" w:type="dxa"/>
          </w:tcPr>
          <w:p w14:paraId="683D6BB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Анализ фенологических наблюдений и наблюдений за погодой</w:t>
            </w:r>
          </w:p>
        </w:tc>
        <w:tc>
          <w:tcPr>
            <w:tcW w:w="973" w:type="dxa"/>
          </w:tcPr>
          <w:p w14:paraId="1759C0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9397A8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2" w:type="dxa"/>
          </w:tcPr>
          <w:p w14:paraId="5D1EA36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AF4025" w14:paraId="015DE742" w14:textId="77777777" w:rsidTr="00AF4025">
        <w:trPr>
          <w:jc w:val="center"/>
        </w:trPr>
        <w:tc>
          <w:tcPr>
            <w:tcW w:w="675" w:type="dxa"/>
          </w:tcPr>
          <w:p w14:paraId="3548F1E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32</w:t>
            </w:r>
          </w:p>
        </w:tc>
        <w:tc>
          <w:tcPr>
            <w:tcW w:w="2133" w:type="dxa"/>
          </w:tcPr>
          <w:p w14:paraId="4A75DD3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60" w:type="dxa"/>
          </w:tcPr>
          <w:p w14:paraId="26B4C28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курса</w:t>
            </w:r>
          </w:p>
        </w:tc>
        <w:tc>
          <w:tcPr>
            <w:tcW w:w="973" w:type="dxa"/>
          </w:tcPr>
          <w:p w14:paraId="7F97815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7248FD2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2" w:type="dxa"/>
          </w:tcPr>
          <w:p w14:paraId="7525B82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Тематический контроль</w:t>
            </w:r>
          </w:p>
        </w:tc>
      </w:tr>
      <w:tr w:rsidR="00AF4025" w:rsidRPr="00AF4025" w14:paraId="56DB52BF" w14:textId="77777777" w:rsidTr="00AF4025">
        <w:trPr>
          <w:jc w:val="center"/>
        </w:trPr>
        <w:tc>
          <w:tcPr>
            <w:tcW w:w="675" w:type="dxa"/>
          </w:tcPr>
          <w:p w14:paraId="0A7D80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33</w:t>
            </w:r>
          </w:p>
        </w:tc>
        <w:tc>
          <w:tcPr>
            <w:tcW w:w="2133" w:type="dxa"/>
          </w:tcPr>
          <w:p w14:paraId="0BA951D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60" w:type="dxa"/>
          </w:tcPr>
          <w:p w14:paraId="79B4D6D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Практикум по картографическим умениям</w:t>
            </w:r>
          </w:p>
        </w:tc>
        <w:tc>
          <w:tcPr>
            <w:tcW w:w="973" w:type="dxa"/>
          </w:tcPr>
          <w:p w14:paraId="29A2EDB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6A86E5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2" w:type="dxa"/>
          </w:tcPr>
          <w:p w14:paraId="5417373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AF4025" w14:paraId="0D2C5ADA" w14:textId="77777777" w:rsidTr="00AF4025">
        <w:trPr>
          <w:jc w:val="center"/>
        </w:trPr>
        <w:tc>
          <w:tcPr>
            <w:tcW w:w="675" w:type="dxa"/>
          </w:tcPr>
          <w:p w14:paraId="3702566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34</w:t>
            </w:r>
          </w:p>
        </w:tc>
        <w:tc>
          <w:tcPr>
            <w:tcW w:w="2133" w:type="dxa"/>
          </w:tcPr>
          <w:p w14:paraId="6FB9B8A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60" w:type="dxa"/>
          </w:tcPr>
          <w:p w14:paraId="42ED0B6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Итоговое повторение</w:t>
            </w:r>
          </w:p>
        </w:tc>
        <w:tc>
          <w:tcPr>
            <w:tcW w:w="973" w:type="dxa"/>
          </w:tcPr>
          <w:p w14:paraId="1ADC0FB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865" w:type="dxa"/>
          </w:tcPr>
          <w:p w14:paraId="0753C56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2" w:type="dxa"/>
          </w:tcPr>
          <w:p w14:paraId="33C81BA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</w:tbl>
    <w:p w14:paraId="79A60B0C" w14:textId="77777777" w:rsidR="00AF4025" w:rsidRPr="00E7730A" w:rsidRDefault="00AF4025" w:rsidP="00AF4025">
      <w:pPr>
        <w:pStyle w:val="a9"/>
        <w:ind w:left="4614" w:firstLine="0"/>
      </w:pPr>
    </w:p>
    <w:p w14:paraId="7202D1DA" w14:textId="77777777" w:rsidR="00AF4025" w:rsidRPr="00E7730A" w:rsidRDefault="00AF4025" w:rsidP="00AF4025">
      <w:pPr>
        <w:pStyle w:val="21"/>
        <w:ind w:left="4614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6 класс — 34 часов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16"/>
        <w:gridCol w:w="2145"/>
        <w:gridCol w:w="2188"/>
        <w:gridCol w:w="792"/>
        <w:gridCol w:w="4759"/>
        <w:gridCol w:w="2129"/>
      </w:tblGrid>
      <w:tr w:rsidR="00AF4025" w:rsidRPr="00E7730A" w14:paraId="3FA460FD" w14:textId="77777777" w:rsidTr="00AF4025">
        <w:trPr>
          <w:jc w:val="center"/>
        </w:trPr>
        <w:tc>
          <w:tcPr>
            <w:tcW w:w="416" w:type="dxa"/>
          </w:tcPr>
          <w:p w14:paraId="71399A3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2145" w:type="dxa"/>
          </w:tcPr>
          <w:p w14:paraId="49DD4F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</w:t>
            </w:r>
          </w:p>
        </w:tc>
        <w:tc>
          <w:tcPr>
            <w:tcW w:w="2188" w:type="dxa"/>
          </w:tcPr>
          <w:p w14:paraId="4A4750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 урока</w:t>
            </w:r>
          </w:p>
        </w:tc>
        <w:tc>
          <w:tcPr>
            <w:tcW w:w="792" w:type="dxa"/>
          </w:tcPr>
          <w:p w14:paraId="2CDFB43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4759" w:type="dxa"/>
          </w:tcPr>
          <w:p w14:paraId="1D11AEE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  <w:tc>
          <w:tcPr>
            <w:tcW w:w="2129" w:type="dxa"/>
          </w:tcPr>
          <w:p w14:paraId="4A7060C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Форма контроля</w:t>
            </w:r>
          </w:p>
        </w:tc>
      </w:tr>
      <w:tr w:rsidR="00AF4025" w:rsidRPr="00E7730A" w14:paraId="185F2873" w14:textId="77777777" w:rsidTr="00AF4025">
        <w:trPr>
          <w:jc w:val="center"/>
        </w:trPr>
        <w:tc>
          <w:tcPr>
            <w:tcW w:w="416" w:type="dxa"/>
          </w:tcPr>
          <w:p w14:paraId="2029A4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2145" w:type="dxa"/>
          </w:tcPr>
          <w:p w14:paraId="78A40C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4884A91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и мировой круговорот воды</w:t>
            </w:r>
          </w:p>
        </w:tc>
        <w:tc>
          <w:tcPr>
            <w:tcW w:w="792" w:type="dxa"/>
          </w:tcPr>
          <w:p w14:paraId="2457D1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5803E5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2887A05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23141AE7" w14:textId="77777777" w:rsidTr="00AF4025">
        <w:trPr>
          <w:jc w:val="center"/>
        </w:trPr>
        <w:tc>
          <w:tcPr>
            <w:tcW w:w="416" w:type="dxa"/>
          </w:tcPr>
          <w:p w14:paraId="159F94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2145" w:type="dxa"/>
          </w:tcPr>
          <w:p w14:paraId="260A181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6C4BA9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Исследования Мирового океана. Солёность, температура, течения</w:t>
            </w:r>
          </w:p>
        </w:tc>
        <w:tc>
          <w:tcPr>
            <w:tcW w:w="792" w:type="dxa"/>
          </w:tcPr>
          <w:p w14:paraId="2DB1E6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1CE63CF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7BC7FE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7E2F1851" w14:textId="77777777" w:rsidTr="00AF4025">
        <w:trPr>
          <w:jc w:val="center"/>
        </w:trPr>
        <w:tc>
          <w:tcPr>
            <w:tcW w:w="416" w:type="dxa"/>
          </w:tcPr>
          <w:p w14:paraId="5558E5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2145" w:type="dxa"/>
          </w:tcPr>
          <w:p w14:paraId="4E770FD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48A8CDE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Мировой океан и его части</w:t>
            </w:r>
          </w:p>
        </w:tc>
        <w:tc>
          <w:tcPr>
            <w:tcW w:w="792" w:type="dxa"/>
          </w:tcPr>
          <w:p w14:paraId="0EEF11D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048C74E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B6D3E7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76055130" w14:textId="77777777" w:rsidTr="00AF4025">
        <w:trPr>
          <w:jc w:val="center"/>
        </w:trPr>
        <w:tc>
          <w:tcPr>
            <w:tcW w:w="416" w:type="dxa"/>
          </w:tcPr>
          <w:p w14:paraId="6FC4C9F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2145" w:type="dxa"/>
          </w:tcPr>
          <w:p w14:paraId="6B841FC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46C31D0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Движения вод и стихийные явления</w:t>
            </w:r>
          </w:p>
        </w:tc>
        <w:tc>
          <w:tcPr>
            <w:tcW w:w="792" w:type="dxa"/>
          </w:tcPr>
          <w:p w14:paraId="463DA7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465873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A41689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0C370B69" w14:textId="77777777" w:rsidTr="00AF4025">
        <w:trPr>
          <w:jc w:val="center"/>
        </w:trPr>
        <w:tc>
          <w:tcPr>
            <w:tcW w:w="416" w:type="dxa"/>
          </w:tcPr>
          <w:p w14:paraId="4508946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2145" w:type="dxa"/>
          </w:tcPr>
          <w:p w14:paraId="7530FD1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736B445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Реки. Сравнение рек</w:t>
            </w:r>
          </w:p>
        </w:tc>
        <w:tc>
          <w:tcPr>
            <w:tcW w:w="792" w:type="dxa"/>
          </w:tcPr>
          <w:p w14:paraId="752A5CF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753CED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D66D7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64139A8A" w14:textId="77777777" w:rsidTr="00AF4025">
        <w:trPr>
          <w:jc w:val="center"/>
        </w:trPr>
        <w:tc>
          <w:tcPr>
            <w:tcW w:w="416" w:type="dxa"/>
          </w:tcPr>
          <w:p w14:paraId="36BD606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</w:t>
            </w:r>
          </w:p>
        </w:tc>
        <w:tc>
          <w:tcPr>
            <w:tcW w:w="2145" w:type="dxa"/>
          </w:tcPr>
          <w:p w14:paraId="1A27740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769A33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Озёра</w:t>
            </w:r>
          </w:p>
        </w:tc>
        <w:tc>
          <w:tcPr>
            <w:tcW w:w="792" w:type="dxa"/>
          </w:tcPr>
          <w:p w14:paraId="14B6162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287DBF8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B2A39B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35E25538" w14:textId="77777777" w:rsidTr="00AF4025">
        <w:trPr>
          <w:jc w:val="center"/>
        </w:trPr>
        <w:tc>
          <w:tcPr>
            <w:tcW w:w="416" w:type="dxa"/>
          </w:tcPr>
          <w:p w14:paraId="5F1C7F7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7</w:t>
            </w:r>
          </w:p>
        </w:tc>
        <w:tc>
          <w:tcPr>
            <w:tcW w:w="2145" w:type="dxa"/>
          </w:tcPr>
          <w:p w14:paraId="6351ED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5918586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Подземные воды</w:t>
            </w:r>
          </w:p>
        </w:tc>
        <w:tc>
          <w:tcPr>
            <w:tcW w:w="792" w:type="dxa"/>
          </w:tcPr>
          <w:p w14:paraId="160404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33247BE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9B2D0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4F402DBD" w14:textId="77777777" w:rsidTr="00AF4025">
        <w:trPr>
          <w:jc w:val="center"/>
        </w:trPr>
        <w:tc>
          <w:tcPr>
            <w:tcW w:w="416" w:type="dxa"/>
          </w:tcPr>
          <w:p w14:paraId="46EC195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8</w:t>
            </w:r>
          </w:p>
        </w:tc>
        <w:tc>
          <w:tcPr>
            <w:tcW w:w="2145" w:type="dxa"/>
          </w:tcPr>
          <w:p w14:paraId="6A94E9D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6DDB784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Ледники и многолетняя мерзлота</w:t>
            </w:r>
          </w:p>
        </w:tc>
        <w:tc>
          <w:tcPr>
            <w:tcW w:w="792" w:type="dxa"/>
          </w:tcPr>
          <w:p w14:paraId="17A31FB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68040E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EAAB48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34C4449B" w14:textId="77777777" w:rsidTr="00AF4025">
        <w:trPr>
          <w:jc w:val="center"/>
        </w:trPr>
        <w:tc>
          <w:tcPr>
            <w:tcW w:w="416" w:type="dxa"/>
          </w:tcPr>
          <w:p w14:paraId="6C2793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9</w:t>
            </w:r>
          </w:p>
        </w:tc>
        <w:tc>
          <w:tcPr>
            <w:tcW w:w="2145" w:type="dxa"/>
          </w:tcPr>
          <w:p w14:paraId="454FF9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Гидросфера — водная оболочка Земли</w:t>
            </w:r>
          </w:p>
        </w:tc>
        <w:tc>
          <w:tcPr>
            <w:tcW w:w="2188" w:type="dxa"/>
          </w:tcPr>
          <w:p w14:paraId="2814CE0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Человек и гидросфера</w:t>
            </w:r>
          </w:p>
        </w:tc>
        <w:tc>
          <w:tcPr>
            <w:tcW w:w="792" w:type="dxa"/>
          </w:tcPr>
          <w:p w14:paraId="41311C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142B46D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B49291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1511E520" w14:textId="77777777" w:rsidTr="00AF4025">
        <w:trPr>
          <w:jc w:val="center"/>
        </w:trPr>
        <w:tc>
          <w:tcPr>
            <w:tcW w:w="416" w:type="dxa"/>
          </w:tcPr>
          <w:p w14:paraId="6888B05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10</w:t>
            </w:r>
          </w:p>
        </w:tc>
        <w:tc>
          <w:tcPr>
            <w:tcW w:w="2145" w:type="dxa"/>
          </w:tcPr>
          <w:p w14:paraId="5EE114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7BE0377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Состав и строение атмосферы</w:t>
            </w:r>
          </w:p>
        </w:tc>
        <w:tc>
          <w:tcPr>
            <w:tcW w:w="792" w:type="dxa"/>
          </w:tcPr>
          <w:p w14:paraId="63BD33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6C7B788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7CBCB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1F9F4F03" w14:textId="77777777" w:rsidTr="00AF4025">
        <w:trPr>
          <w:jc w:val="center"/>
        </w:trPr>
        <w:tc>
          <w:tcPr>
            <w:tcW w:w="416" w:type="dxa"/>
          </w:tcPr>
          <w:p w14:paraId="6A8FC32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11</w:t>
            </w:r>
          </w:p>
        </w:tc>
        <w:tc>
          <w:tcPr>
            <w:tcW w:w="2145" w:type="dxa"/>
          </w:tcPr>
          <w:p w14:paraId="283DC6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64EC138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Температура воздуха</w:t>
            </w:r>
          </w:p>
        </w:tc>
        <w:tc>
          <w:tcPr>
            <w:tcW w:w="792" w:type="dxa"/>
          </w:tcPr>
          <w:p w14:paraId="4FB58F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035339A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2AD7775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384F33B6" w14:textId="77777777" w:rsidTr="00AF4025">
        <w:trPr>
          <w:jc w:val="center"/>
        </w:trPr>
        <w:tc>
          <w:tcPr>
            <w:tcW w:w="416" w:type="dxa"/>
          </w:tcPr>
          <w:p w14:paraId="3DA6ED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12</w:t>
            </w:r>
          </w:p>
        </w:tc>
        <w:tc>
          <w:tcPr>
            <w:tcW w:w="2145" w:type="dxa"/>
          </w:tcPr>
          <w:p w14:paraId="47FA9E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74A1B1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Суточный и годовой ход температуры</w:t>
            </w:r>
          </w:p>
        </w:tc>
        <w:tc>
          <w:tcPr>
            <w:tcW w:w="792" w:type="dxa"/>
          </w:tcPr>
          <w:p w14:paraId="7A1C09F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20B7936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D9F0A0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0B82C145" w14:textId="77777777" w:rsidTr="00AF4025">
        <w:trPr>
          <w:jc w:val="center"/>
        </w:trPr>
        <w:tc>
          <w:tcPr>
            <w:tcW w:w="416" w:type="dxa"/>
          </w:tcPr>
          <w:p w14:paraId="517F8F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13</w:t>
            </w:r>
          </w:p>
        </w:tc>
        <w:tc>
          <w:tcPr>
            <w:tcW w:w="2145" w:type="dxa"/>
          </w:tcPr>
          <w:p w14:paraId="25BC9EA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501EB40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Атмосферное давление</w:t>
            </w:r>
          </w:p>
        </w:tc>
        <w:tc>
          <w:tcPr>
            <w:tcW w:w="792" w:type="dxa"/>
          </w:tcPr>
          <w:p w14:paraId="44ED17B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56B43A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B3CAFB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090612A7" w14:textId="77777777" w:rsidTr="00AF4025">
        <w:trPr>
          <w:jc w:val="center"/>
        </w:trPr>
        <w:tc>
          <w:tcPr>
            <w:tcW w:w="416" w:type="dxa"/>
          </w:tcPr>
          <w:p w14:paraId="323D1C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14</w:t>
            </w:r>
          </w:p>
        </w:tc>
        <w:tc>
          <w:tcPr>
            <w:tcW w:w="2145" w:type="dxa"/>
          </w:tcPr>
          <w:p w14:paraId="6D8D836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68F6E56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Ветер</w:t>
            </w:r>
          </w:p>
        </w:tc>
        <w:tc>
          <w:tcPr>
            <w:tcW w:w="792" w:type="dxa"/>
          </w:tcPr>
          <w:p w14:paraId="62CC6C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5773E5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42ACA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404F58AE" w14:textId="77777777" w:rsidTr="00AF4025">
        <w:trPr>
          <w:jc w:val="center"/>
        </w:trPr>
        <w:tc>
          <w:tcPr>
            <w:tcW w:w="416" w:type="dxa"/>
          </w:tcPr>
          <w:p w14:paraId="490659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15</w:t>
            </w:r>
          </w:p>
        </w:tc>
        <w:tc>
          <w:tcPr>
            <w:tcW w:w="2145" w:type="dxa"/>
          </w:tcPr>
          <w:p w14:paraId="139E8C8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44816DF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Влажность, облака и осадки</w:t>
            </w:r>
          </w:p>
        </w:tc>
        <w:tc>
          <w:tcPr>
            <w:tcW w:w="792" w:type="dxa"/>
          </w:tcPr>
          <w:p w14:paraId="346521B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26CAE95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1662DC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34480F6F" w14:textId="77777777" w:rsidTr="00AF4025">
        <w:trPr>
          <w:jc w:val="center"/>
        </w:trPr>
        <w:tc>
          <w:tcPr>
            <w:tcW w:w="416" w:type="dxa"/>
          </w:tcPr>
          <w:p w14:paraId="3F09E07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16</w:t>
            </w:r>
          </w:p>
        </w:tc>
        <w:tc>
          <w:tcPr>
            <w:tcW w:w="2145" w:type="dxa"/>
          </w:tcPr>
          <w:p w14:paraId="78F59D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019FC1C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Погода и наблюдения за ней</w:t>
            </w:r>
          </w:p>
        </w:tc>
        <w:tc>
          <w:tcPr>
            <w:tcW w:w="792" w:type="dxa"/>
          </w:tcPr>
          <w:p w14:paraId="68D8C0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5E5D37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9" w:type="dxa"/>
          </w:tcPr>
          <w:p w14:paraId="3932A83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E7730A" w14:paraId="5F0401DA" w14:textId="77777777" w:rsidTr="00AF4025">
        <w:trPr>
          <w:jc w:val="center"/>
        </w:trPr>
        <w:tc>
          <w:tcPr>
            <w:tcW w:w="416" w:type="dxa"/>
          </w:tcPr>
          <w:p w14:paraId="4B84F6F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17</w:t>
            </w:r>
          </w:p>
        </w:tc>
        <w:tc>
          <w:tcPr>
            <w:tcW w:w="2145" w:type="dxa"/>
          </w:tcPr>
          <w:p w14:paraId="4702E27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54B75B7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Климат и климатообразующие факторы</w:t>
            </w:r>
          </w:p>
        </w:tc>
        <w:tc>
          <w:tcPr>
            <w:tcW w:w="792" w:type="dxa"/>
          </w:tcPr>
          <w:p w14:paraId="193D4C8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5FACF4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092765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3433D7C5" w14:textId="77777777" w:rsidTr="00AF4025">
        <w:trPr>
          <w:jc w:val="center"/>
        </w:trPr>
        <w:tc>
          <w:tcPr>
            <w:tcW w:w="416" w:type="dxa"/>
          </w:tcPr>
          <w:p w14:paraId="37C7F8D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18</w:t>
            </w:r>
          </w:p>
        </w:tc>
        <w:tc>
          <w:tcPr>
            <w:tcW w:w="2145" w:type="dxa"/>
          </w:tcPr>
          <w:p w14:paraId="0DA11D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78FA69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Воздушные массы, бризы и муссоны</w:t>
            </w:r>
          </w:p>
        </w:tc>
        <w:tc>
          <w:tcPr>
            <w:tcW w:w="792" w:type="dxa"/>
          </w:tcPr>
          <w:p w14:paraId="39B5EB6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1315373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2FF446E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7356B37A" w14:textId="77777777" w:rsidTr="00AF4025">
        <w:trPr>
          <w:jc w:val="center"/>
        </w:trPr>
        <w:tc>
          <w:tcPr>
            <w:tcW w:w="416" w:type="dxa"/>
          </w:tcPr>
          <w:p w14:paraId="43E966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19</w:t>
            </w:r>
          </w:p>
        </w:tc>
        <w:tc>
          <w:tcPr>
            <w:tcW w:w="2145" w:type="dxa"/>
          </w:tcPr>
          <w:p w14:paraId="6C12DB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Атмосфера — воздушная оболочка Земли</w:t>
            </w:r>
          </w:p>
        </w:tc>
        <w:tc>
          <w:tcPr>
            <w:tcW w:w="2188" w:type="dxa"/>
          </w:tcPr>
          <w:p w14:paraId="2A7F3D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Опасные атмосферные явления</w:t>
            </w:r>
          </w:p>
        </w:tc>
        <w:tc>
          <w:tcPr>
            <w:tcW w:w="792" w:type="dxa"/>
          </w:tcPr>
          <w:p w14:paraId="6E632A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6D55DC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1E811E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5465A9D9" w14:textId="77777777" w:rsidTr="00AF4025">
        <w:trPr>
          <w:jc w:val="center"/>
        </w:trPr>
        <w:tc>
          <w:tcPr>
            <w:tcW w:w="416" w:type="dxa"/>
          </w:tcPr>
          <w:p w14:paraId="6030320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20</w:t>
            </w:r>
          </w:p>
        </w:tc>
        <w:tc>
          <w:tcPr>
            <w:tcW w:w="2145" w:type="dxa"/>
          </w:tcPr>
          <w:p w14:paraId="33FB0C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Биосфера — оболочка жизни</w:t>
            </w:r>
          </w:p>
        </w:tc>
        <w:tc>
          <w:tcPr>
            <w:tcW w:w="2188" w:type="dxa"/>
          </w:tcPr>
          <w:p w14:paraId="4116D2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Биосфера: границы и состав</w:t>
            </w:r>
          </w:p>
        </w:tc>
        <w:tc>
          <w:tcPr>
            <w:tcW w:w="792" w:type="dxa"/>
          </w:tcPr>
          <w:p w14:paraId="2384733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2B44FD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0CDDA4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378A6092" w14:textId="77777777" w:rsidTr="00AF4025">
        <w:trPr>
          <w:jc w:val="center"/>
        </w:trPr>
        <w:tc>
          <w:tcPr>
            <w:tcW w:w="416" w:type="dxa"/>
          </w:tcPr>
          <w:p w14:paraId="5B31D84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21</w:t>
            </w:r>
          </w:p>
        </w:tc>
        <w:tc>
          <w:tcPr>
            <w:tcW w:w="2145" w:type="dxa"/>
          </w:tcPr>
          <w:p w14:paraId="2242EB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Биосфера — оболочка жизни</w:t>
            </w:r>
          </w:p>
        </w:tc>
        <w:tc>
          <w:tcPr>
            <w:tcW w:w="2188" w:type="dxa"/>
          </w:tcPr>
          <w:p w14:paraId="7C54EAD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Растительный и животный мир</w:t>
            </w:r>
          </w:p>
        </w:tc>
        <w:tc>
          <w:tcPr>
            <w:tcW w:w="792" w:type="dxa"/>
          </w:tcPr>
          <w:p w14:paraId="60C295B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23F69CA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6E52A6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608DE22C" w14:textId="77777777" w:rsidTr="00AF4025">
        <w:trPr>
          <w:jc w:val="center"/>
        </w:trPr>
        <w:tc>
          <w:tcPr>
            <w:tcW w:w="416" w:type="dxa"/>
          </w:tcPr>
          <w:p w14:paraId="52A7A55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22</w:t>
            </w:r>
          </w:p>
        </w:tc>
        <w:tc>
          <w:tcPr>
            <w:tcW w:w="2145" w:type="dxa"/>
          </w:tcPr>
          <w:p w14:paraId="047FE9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Биосфера — оболочка жизни</w:t>
            </w:r>
          </w:p>
        </w:tc>
        <w:tc>
          <w:tcPr>
            <w:tcW w:w="2188" w:type="dxa"/>
          </w:tcPr>
          <w:p w14:paraId="3A262D3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Жизнь в Мировом океане</w:t>
            </w:r>
          </w:p>
        </w:tc>
        <w:tc>
          <w:tcPr>
            <w:tcW w:w="792" w:type="dxa"/>
          </w:tcPr>
          <w:p w14:paraId="65A1E66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0F100F0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61E2A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24086A58" w14:textId="77777777" w:rsidTr="00AF4025">
        <w:trPr>
          <w:jc w:val="center"/>
        </w:trPr>
        <w:tc>
          <w:tcPr>
            <w:tcW w:w="416" w:type="dxa"/>
          </w:tcPr>
          <w:p w14:paraId="3E2A8F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23</w:t>
            </w:r>
          </w:p>
        </w:tc>
        <w:tc>
          <w:tcPr>
            <w:tcW w:w="2145" w:type="dxa"/>
          </w:tcPr>
          <w:p w14:paraId="01D2A8D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Биосфера — оболочка жизни</w:t>
            </w:r>
          </w:p>
        </w:tc>
        <w:tc>
          <w:tcPr>
            <w:tcW w:w="2188" w:type="dxa"/>
          </w:tcPr>
          <w:p w14:paraId="09A4CB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Человек как часть биосферы</w:t>
            </w:r>
          </w:p>
        </w:tc>
        <w:tc>
          <w:tcPr>
            <w:tcW w:w="792" w:type="dxa"/>
          </w:tcPr>
          <w:p w14:paraId="120F78D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769C82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D4388F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37EE3895" w14:textId="77777777" w:rsidTr="00AF4025">
        <w:trPr>
          <w:jc w:val="center"/>
        </w:trPr>
        <w:tc>
          <w:tcPr>
            <w:tcW w:w="416" w:type="dxa"/>
          </w:tcPr>
          <w:p w14:paraId="71E4683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24</w:t>
            </w:r>
          </w:p>
        </w:tc>
        <w:tc>
          <w:tcPr>
            <w:tcW w:w="2145" w:type="dxa"/>
          </w:tcPr>
          <w:p w14:paraId="627EF34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Биосфера — оболочка жизни</w:t>
            </w:r>
          </w:p>
        </w:tc>
        <w:tc>
          <w:tcPr>
            <w:tcW w:w="2188" w:type="dxa"/>
          </w:tcPr>
          <w:p w14:paraId="3B48AB6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Приспособления организмов к среде</w:t>
            </w:r>
          </w:p>
        </w:tc>
        <w:tc>
          <w:tcPr>
            <w:tcW w:w="792" w:type="dxa"/>
          </w:tcPr>
          <w:p w14:paraId="6DE4BE3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7B6189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7DD93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20F11540" w14:textId="77777777" w:rsidTr="00AF4025">
        <w:trPr>
          <w:jc w:val="center"/>
        </w:trPr>
        <w:tc>
          <w:tcPr>
            <w:tcW w:w="416" w:type="dxa"/>
          </w:tcPr>
          <w:p w14:paraId="48FD71E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25</w:t>
            </w:r>
          </w:p>
        </w:tc>
        <w:tc>
          <w:tcPr>
            <w:tcW w:w="2145" w:type="dxa"/>
          </w:tcPr>
          <w:p w14:paraId="3E06EF6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Географическая оболочка</w:t>
            </w:r>
          </w:p>
        </w:tc>
        <w:tc>
          <w:tcPr>
            <w:tcW w:w="2188" w:type="dxa"/>
          </w:tcPr>
          <w:p w14:paraId="2B1BF9E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Взаимосвязь оболочек Земли</w:t>
            </w:r>
          </w:p>
        </w:tc>
        <w:tc>
          <w:tcPr>
            <w:tcW w:w="792" w:type="dxa"/>
          </w:tcPr>
          <w:p w14:paraId="6B4EA31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42D3FF4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9F510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27D49DDA" w14:textId="77777777" w:rsidTr="00AF4025">
        <w:trPr>
          <w:jc w:val="center"/>
        </w:trPr>
        <w:tc>
          <w:tcPr>
            <w:tcW w:w="416" w:type="dxa"/>
          </w:tcPr>
          <w:p w14:paraId="5BC903C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26</w:t>
            </w:r>
          </w:p>
        </w:tc>
        <w:tc>
          <w:tcPr>
            <w:tcW w:w="2145" w:type="dxa"/>
          </w:tcPr>
          <w:p w14:paraId="49A2C6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Географическая оболочка</w:t>
            </w:r>
          </w:p>
        </w:tc>
        <w:tc>
          <w:tcPr>
            <w:tcW w:w="2188" w:type="dxa"/>
          </w:tcPr>
          <w:p w14:paraId="04AEBAD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Природные комплексы своей местности</w:t>
            </w:r>
          </w:p>
        </w:tc>
        <w:tc>
          <w:tcPr>
            <w:tcW w:w="792" w:type="dxa"/>
          </w:tcPr>
          <w:p w14:paraId="3E41B7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7A22A4F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E20AD2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79B6B00F" w14:textId="77777777" w:rsidTr="00AF4025">
        <w:trPr>
          <w:jc w:val="center"/>
        </w:trPr>
        <w:tc>
          <w:tcPr>
            <w:tcW w:w="416" w:type="dxa"/>
          </w:tcPr>
          <w:p w14:paraId="22B883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27</w:t>
            </w:r>
          </w:p>
        </w:tc>
        <w:tc>
          <w:tcPr>
            <w:tcW w:w="2145" w:type="dxa"/>
          </w:tcPr>
          <w:p w14:paraId="1B9593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Географическая оболочка</w:t>
            </w:r>
          </w:p>
        </w:tc>
        <w:tc>
          <w:tcPr>
            <w:tcW w:w="2188" w:type="dxa"/>
          </w:tcPr>
          <w:p w14:paraId="5440FA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Круговороты веществ</w:t>
            </w:r>
          </w:p>
        </w:tc>
        <w:tc>
          <w:tcPr>
            <w:tcW w:w="792" w:type="dxa"/>
          </w:tcPr>
          <w:p w14:paraId="5BD58CF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2A8E6C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4EAF2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494DE228" w14:textId="77777777" w:rsidTr="00AF4025">
        <w:trPr>
          <w:jc w:val="center"/>
        </w:trPr>
        <w:tc>
          <w:tcPr>
            <w:tcW w:w="416" w:type="dxa"/>
          </w:tcPr>
          <w:p w14:paraId="708D38C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28</w:t>
            </w:r>
          </w:p>
        </w:tc>
        <w:tc>
          <w:tcPr>
            <w:tcW w:w="2145" w:type="dxa"/>
          </w:tcPr>
          <w:p w14:paraId="74C89BA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Географическая оболочка</w:t>
            </w:r>
          </w:p>
        </w:tc>
        <w:tc>
          <w:tcPr>
            <w:tcW w:w="2188" w:type="dxa"/>
          </w:tcPr>
          <w:p w14:paraId="4F0798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Почва: строение и плодородие</w:t>
            </w:r>
          </w:p>
        </w:tc>
        <w:tc>
          <w:tcPr>
            <w:tcW w:w="792" w:type="dxa"/>
          </w:tcPr>
          <w:p w14:paraId="717624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5C60A4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02812AA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197BF3E4" w14:textId="77777777" w:rsidTr="00AF4025">
        <w:trPr>
          <w:jc w:val="center"/>
        </w:trPr>
        <w:tc>
          <w:tcPr>
            <w:tcW w:w="416" w:type="dxa"/>
          </w:tcPr>
          <w:p w14:paraId="4BE9EE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29</w:t>
            </w:r>
          </w:p>
        </w:tc>
        <w:tc>
          <w:tcPr>
            <w:tcW w:w="2145" w:type="dxa"/>
          </w:tcPr>
          <w:p w14:paraId="6879FE6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Географическая оболочка</w:t>
            </w:r>
          </w:p>
        </w:tc>
        <w:tc>
          <w:tcPr>
            <w:tcW w:w="2188" w:type="dxa"/>
          </w:tcPr>
          <w:p w14:paraId="2B2121B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Охрана природы и Всемирное наследие</w:t>
            </w:r>
          </w:p>
        </w:tc>
        <w:tc>
          <w:tcPr>
            <w:tcW w:w="792" w:type="dxa"/>
          </w:tcPr>
          <w:p w14:paraId="311725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600F05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B548F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6859E76E" w14:textId="77777777" w:rsidTr="00AF4025">
        <w:trPr>
          <w:jc w:val="center"/>
        </w:trPr>
        <w:tc>
          <w:tcPr>
            <w:tcW w:w="416" w:type="dxa"/>
          </w:tcPr>
          <w:p w14:paraId="434843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30</w:t>
            </w:r>
          </w:p>
        </w:tc>
        <w:tc>
          <w:tcPr>
            <w:tcW w:w="2145" w:type="dxa"/>
          </w:tcPr>
          <w:p w14:paraId="4660BE3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88" w:type="dxa"/>
          </w:tcPr>
          <w:p w14:paraId="086F308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по гидросфере</w:t>
            </w:r>
          </w:p>
        </w:tc>
        <w:tc>
          <w:tcPr>
            <w:tcW w:w="792" w:type="dxa"/>
          </w:tcPr>
          <w:p w14:paraId="2CA4B8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465463E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2E8A680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Тематический контроль</w:t>
            </w:r>
          </w:p>
        </w:tc>
      </w:tr>
      <w:tr w:rsidR="00AF4025" w:rsidRPr="00E7730A" w14:paraId="53467135" w14:textId="77777777" w:rsidTr="00AF4025">
        <w:trPr>
          <w:jc w:val="center"/>
        </w:trPr>
        <w:tc>
          <w:tcPr>
            <w:tcW w:w="416" w:type="dxa"/>
          </w:tcPr>
          <w:p w14:paraId="5C1047F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31</w:t>
            </w:r>
          </w:p>
        </w:tc>
        <w:tc>
          <w:tcPr>
            <w:tcW w:w="2145" w:type="dxa"/>
          </w:tcPr>
          <w:p w14:paraId="77A6BD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88" w:type="dxa"/>
          </w:tcPr>
          <w:p w14:paraId="52C97C5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по атмосфере</w:t>
            </w:r>
          </w:p>
        </w:tc>
        <w:tc>
          <w:tcPr>
            <w:tcW w:w="792" w:type="dxa"/>
          </w:tcPr>
          <w:p w14:paraId="16B3BB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081F54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34F3FF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E7730A" w14:paraId="30EC6B13" w14:textId="77777777" w:rsidTr="00AF4025">
        <w:trPr>
          <w:jc w:val="center"/>
        </w:trPr>
        <w:tc>
          <w:tcPr>
            <w:tcW w:w="416" w:type="dxa"/>
          </w:tcPr>
          <w:p w14:paraId="5071ECD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32</w:t>
            </w:r>
          </w:p>
        </w:tc>
        <w:tc>
          <w:tcPr>
            <w:tcW w:w="2145" w:type="dxa"/>
          </w:tcPr>
          <w:p w14:paraId="3D981E9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88" w:type="dxa"/>
          </w:tcPr>
          <w:p w14:paraId="0FD983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по биосфере</w:t>
            </w:r>
          </w:p>
        </w:tc>
        <w:tc>
          <w:tcPr>
            <w:tcW w:w="792" w:type="dxa"/>
          </w:tcPr>
          <w:p w14:paraId="2693FC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16406B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406908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Тематический контроль</w:t>
            </w:r>
          </w:p>
        </w:tc>
      </w:tr>
      <w:tr w:rsidR="00AF4025" w:rsidRPr="00E7730A" w14:paraId="10910022" w14:textId="77777777" w:rsidTr="00AF4025">
        <w:trPr>
          <w:jc w:val="center"/>
        </w:trPr>
        <w:tc>
          <w:tcPr>
            <w:tcW w:w="416" w:type="dxa"/>
          </w:tcPr>
          <w:p w14:paraId="78D4918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33</w:t>
            </w:r>
          </w:p>
        </w:tc>
        <w:tc>
          <w:tcPr>
            <w:tcW w:w="2145" w:type="dxa"/>
          </w:tcPr>
          <w:p w14:paraId="0DDF581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88" w:type="dxa"/>
          </w:tcPr>
          <w:p w14:paraId="4C4303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Практикум по картам и метеоданным</w:t>
            </w:r>
          </w:p>
        </w:tc>
        <w:tc>
          <w:tcPr>
            <w:tcW w:w="792" w:type="dxa"/>
          </w:tcPr>
          <w:p w14:paraId="41E873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0DA6A0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9" w:type="dxa"/>
          </w:tcPr>
          <w:p w14:paraId="4C6BF16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E7730A" w14:paraId="1B5DF7F4" w14:textId="77777777" w:rsidTr="00AF4025">
        <w:trPr>
          <w:jc w:val="center"/>
        </w:trPr>
        <w:tc>
          <w:tcPr>
            <w:tcW w:w="416" w:type="dxa"/>
          </w:tcPr>
          <w:p w14:paraId="25BECBA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34</w:t>
            </w:r>
          </w:p>
        </w:tc>
        <w:tc>
          <w:tcPr>
            <w:tcW w:w="2145" w:type="dxa"/>
          </w:tcPr>
          <w:p w14:paraId="239895F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88" w:type="dxa"/>
          </w:tcPr>
          <w:p w14:paraId="2FBD46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Итоговое повторение</w:t>
            </w:r>
          </w:p>
        </w:tc>
        <w:tc>
          <w:tcPr>
            <w:tcW w:w="792" w:type="dxa"/>
          </w:tcPr>
          <w:p w14:paraId="0B48365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59" w:type="dxa"/>
          </w:tcPr>
          <w:p w14:paraId="6C5954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39F9D2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</w:tbl>
    <w:p w14:paraId="7EFE0927" w14:textId="77777777" w:rsidR="00AF4025" w:rsidRPr="00E7730A" w:rsidRDefault="00AF4025" w:rsidP="00AF4025">
      <w:pPr>
        <w:pStyle w:val="a9"/>
        <w:ind w:left="4614" w:firstLine="0"/>
      </w:pPr>
    </w:p>
    <w:p w14:paraId="72B2223D" w14:textId="77777777" w:rsidR="00AF4025" w:rsidRPr="00E7730A" w:rsidRDefault="00AF4025" w:rsidP="00AF4025">
      <w:pPr>
        <w:pStyle w:val="21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7 класс — 68 часов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149"/>
        <w:gridCol w:w="2158"/>
        <w:gridCol w:w="756"/>
        <w:gridCol w:w="4704"/>
        <w:gridCol w:w="2132"/>
      </w:tblGrid>
      <w:tr w:rsidR="00AF4025" w:rsidRPr="00AF4025" w14:paraId="3A897E2F" w14:textId="77777777" w:rsidTr="00AF4025">
        <w:trPr>
          <w:jc w:val="center"/>
        </w:trPr>
        <w:tc>
          <w:tcPr>
            <w:tcW w:w="817" w:type="dxa"/>
          </w:tcPr>
          <w:p w14:paraId="36D86EC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2149" w:type="dxa"/>
          </w:tcPr>
          <w:p w14:paraId="281EA2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</w:t>
            </w:r>
          </w:p>
        </w:tc>
        <w:tc>
          <w:tcPr>
            <w:tcW w:w="2158" w:type="dxa"/>
          </w:tcPr>
          <w:p w14:paraId="3A4A43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 урока</w:t>
            </w:r>
          </w:p>
        </w:tc>
        <w:tc>
          <w:tcPr>
            <w:tcW w:w="756" w:type="dxa"/>
          </w:tcPr>
          <w:p w14:paraId="4E0C9B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4704" w:type="dxa"/>
          </w:tcPr>
          <w:p w14:paraId="54A8371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  <w:tc>
          <w:tcPr>
            <w:tcW w:w="2132" w:type="dxa"/>
          </w:tcPr>
          <w:p w14:paraId="5455B7E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Форма контроля</w:t>
            </w:r>
          </w:p>
        </w:tc>
      </w:tr>
      <w:tr w:rsidR="00AF4025" w:rsidRPr="00AF4025" w14:paraId="60D9DD86" w14:textId="77777777" w:rsidTr="00AF4025">
        <w:trPr>
          <w:jc w:val="center"/>
        </w:trPr>
        <w:tc>
          <w:tcPr>
            <w:tcW w:w="817" w:type="dxa"/>
          </w:tcPr>
          <w:p w14:paraId="47BAABF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2149" w:type="dxa"/>
          </w:tcPr>
          <w:p w14:paraId="5F63E2D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16034B1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Географическая оболочка</w:t>
            </w:r>
          </w:p>
        </w:tc>
        <w:tc>
          <w:tcPr>
            <w:tcW w:w="756" w:type="dxa"/>
          </w:tcPr>
          <w:p w14:paraId="1763C5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6989C4E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553B05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86A18C8" w14:textId="77777777" w:rsidTr="00AF4025">
        <w:trPr>
          <w:jc w:val="center"/>
        </w:trPr>
        <w:tc>
          <w:tcPr>
            <w:tcW w:w="817" w:type="dxa"/>
          </w:tcPr>
          <w:p w14:paraId="211442C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2149" w:type="dxa"/>
          </w:tcPr>
          <w:p w14:paraId="2151E7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5E2E60E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Широтная зональность и высотная поясность</w:t>
            </w:r>
          </w:p>
        </w:tc>
        <w:tc>
          <w:tcPr>
            <w:tcW w:w="756" w:type="dxa"/>
          </w:tcPr>
          <w:p w14:paraId="3448379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18A56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32A3B1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B58D5E4" w14:textId="77777777" w:rsidTr="00AF4025">
        <w:trPr>
          <w:jc w:val="center"/>
        </w:trPr>
        <w:tc>
          <w:tcPr>
            <w:tcW w:w="817" w:type="dxa"/>
          </w:tcPr>
          <w:p w14:paraId="79458CB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2149" w:type="dxa"/>
          </w:tcPr>
          <w:p w14:paraId="7C3537E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20AF765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История Земли</w:t>
            </w:r>
          </w:p>
        </w:tc>
        <w:tc>
          <w:tcPr>
            <w:tcW w:w="756" w:type="dxa"/>
          </w:tcPr>
          <w:p w14:paraId="065A8E3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B0F96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0006B1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8B54EDF" w14:textId="77777777" w:rsidTr="00AF4025">
        <w:trPr>
          <w:jc w:val="center"/>
        </w:trPr>
        <w:tc>
          <w:tcPr>
            <w:tcW w:w="817" w:type="dxa"/>
          </w:tcPr>
          <w:p w14:paraId="0A1244C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2149" w:type="dxa"/>
          </w:tcPr>
          <w:p w14:paraId="79E53B9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6A2B09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Литосферные плиты</w:t>
            </w:r>
          </w:p>
        </w:tc>
        <w:tc>
          <w:tcPr>
            <w:tcW w:w="756" w:type="dxa"/>
          </w:tcPr>
          <w:p w14:paraId="100A47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555890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D77C02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DA0F333" w14:textId="77777777" w:rsidTr="00AF4025">
        <w:trPr>
          <w:jc w:val="center"/>
        </w:trPr>
        <w:tc>
          <w:tcPr>
            <w:tcW w:w="817" w:type="dxa"/>
          </w:tcPr>
          <w:p w14:paraId="0E9FBB4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2149" w:type="dxa"/>
          </w:tcPr>
          <w:p w14:paraId="20E116D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76372EB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Материки, океаны и части света</w:t>
            </w:r>
          </w:p>
        </w:tc>
        <w:tc>
          <w:tcPr>
            <w:tcW w:w="756" w:type="dxa"/>
          </w:tcPr>
          <w:p w14:paraId="3E0739A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363BB78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BFC733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0C44B97" w14:textId="77777777" w:rsidTr="00AF4025">
        <w:trPr>
          <w:jc w:val="center"/>
        </w:trPr>
        <w:tc>
          <w:tcPr>
            <w:tcW w:w="817" w:type="dxa"/>
          </w:tcPr>
          <w:p w14:paraId="429E9D5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</w:t>
            </w:r>
          </w:p>
        </w:tc>
        <w:tc>
          <w:tcPr>
            <w:tcW w:w="2149" w:type="dxa"/>
          </w:tcPr>
          <w:p w14:paraId="5A077DE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6C75081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Сейсмические пояса</w:t>
            </w:r>
          </w:p>
        </w:tc>
        <w:tc>
          <w:tcPr>
            <w:tcW w:w="756" w:type="dxa"/>
          </w:tcPr>
          <w:p w14:paraId="60C33A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3C9B03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1E3E4B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AAD445D" w14:textId="77777777" w:rsidTr="00AF4025">
        <w:trPr>
          <w:jc w:val="center"/>
        </w:trPr>
        <w:tc>
          <w:tcPr>
            <w:tcW w:w="817" w:type="dxa"/>
          </w:tcPr>
          <w:p w14:paraId="05948B3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7</w:t>
            </w:r>
          </w:p>
        </w:tc>
        <w:tc>
          <w:tcPr>
            <w:tcW w:w="2149" w:type="dxa"/>
          </w:tcPr>
          <w:p w14:paraId="2EAE838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77F85AE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Современный рельеф</w:t>
            </w:r>
          </w:p>
        </w:tc>
        <w:tc>
          <w:tcPr>
            <w:tcW w:w="756" w:type="dxa"/>
          </w:tcPr>
          <w:p w14:paraId="0DC4BC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F807BE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0F1E1AF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C1E97CF" w14:textId="77777777" w:rsidTr="00AF4025">
        <w:trPr>
          <w:jc w:val="center"/>
        </w:trPr>
        <w:tc>
          <w:tcPr>
            <w:tcW w:w="817" w:type="dxa"/>
          </w:tcPr>
          <w:p w14:paraId="34245D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8</w:t>
            </w:r>
          </w:p>
        </w:tc>
        <w:tc>
          <w:tcPr>
            <w:tcW w:w="2149" w:type="dxa"/>
          </w:tcPr>
          <w:p w14:paraId="7225EC2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33E1464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Полезные ископаемые</w:t>
            </w:r>
          </w:p>
        </w:tc>
        <w:tc>
          <w:tcPr>
            <w:tcW w:w="756" w:type="dxa"/>
          </w:tcPr>
          <w:p w14:paraId="6452990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FC50C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5574501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612FD02" w14:textId="77777777" w:rsidTr="00AF4025">
        <w:trPr>
          <w:jc w:val="center"/>
        </w:trPr>
        <w:tc>
          <w:tcPr>
            <w:tcW w:w="817" w:type="dxa"/>
          </w:tcPr>
          <w:p w14:paraId="1CB2D77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9</w:t>
            </w:r>
          </w:p>
        </w:tc>
        <w:tc>
          <w:tcPr>
            <w:tcW w:w="2149" w:type="dxa"/>
          </w:tcPr>
          <w:p w14:paraId="140190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1B108FC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по литосфере</w:t>
            </w:r>
          </w:p>
        </w:tc>
        <w:tc>
          <w:tcPr>
            <w:tcW w:w="756" w:type="dxa"/>
          </w:tcPr>
          <w:p w14:paraId="6567CD7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A42D6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513A3E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93C2524" w14:textId="77777777" w:rsidTr="00AF4025">
        <w:trPr>
          <w:jc w:val="center"/>
        </w:trPr>
        <w:tc>
          <w:tcPr>
            <w:tcW w:w="817" w:type="dxa"/>
          </w:tcPr>
          <w:p w14:paraId="1180FB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10</w:t>
            </w:r>
          </w:p>
        </w:tc>
        <w:tc>
          <w:tcPr>
            <w:tcW w:w="2149" w:type="dxa"/>
          </w:tcPr>
          <w:p w14:paraId="1C3402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124CBA5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Распределение температуры</w:t>
            </w:r>
          </w:p>
        </w:tc>
        <w:tc>
          <w:tcPr>
            <w:tcW w:w="756" w:type="dxa"/>
          </w:tcPr>
          <w:p w14:paraId="2495EA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26515E1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1A9306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377A2BA" w14:textId="77777777" w:rsidTr="00AF4025">
        <w:trPr>
          <w:jc w:val="center"/>
        </w:trPr>
        <w:tc>
          <w:tcPr>
            <w:tcW w:w="817" w:type="dxa"/>
          </w:tcPr>
          <w:p w14:paraId="0369A36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11</w:t>
            </w:r>
          </w:p>
        </w:tc>
        <w:tc>
          <w:tcPr>
            <w:tcW w:w="2149" w:type="dxa"/>
          </w:tcPr>
          <w:p w14:paraId="06AE91A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721617A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Осадки и атмосферное давление</w:t>
            </w:r>
          </w:p>
        </w:tc>
        <w:tc>
          <w:tcPr>
            <w:tcW w:w="756" w:type="dxa"/>
          </w:tcPr>
          <w:p w14:paraId="5495F1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757FC0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56BA0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174EB46" w14:textId="77777777" w:rsidTr="00AF4025">
        <w:trPr>
          <w:jc w:val="center"/>
        </w:trPr>
        <w:tc>
          <w:tcPr>
            <w:tcW w:w="817" w:type="dxa"/>
          </w:tcPr>
          <w:p w14:paraId="7FAA9E5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12</w:t>
            </w:r>
          </w:p>
        </w:tc>
        <w:tc>
          <w:tcPr>
            <w:tcW w:w="2149" w:type="dxa"/>
          </w:tcPr>
          <w:p w14:paraId="4F89A1E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6E1633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Воздушные массы и ветры</w:t>
            </w:r>
          </w:p>
        </w:tc>
        <w:tc>
          <w:tcPr>
            <w:tcW w:w="756" w:type="dxa"/>
          </w:tcPr>
          <w:p w14:paraId="64BCE2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3D40BA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773D71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6CCB8DB" w14:textId="77777777" w:rsidTr="00AF4025">
        <w:trPr>
          <w:jc w:val="center"/>
        </w:trPr>
        <w:tc>
          <w:tcPr>
            <w:tcW w:w="817" w:type="dxa"/>
          </w:tcPr>
          <w:p w14:paraId="0D72AE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13</w:t>
            </w:r>
          </w:p>
        </w:tc>
        <w:tc>
          <w:tcPr>
            <w:tcW w:w="2149" w:type="dxa"/>
          </w:tcPr>
          <w:p w14:paraId="039F341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0D9CFF5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Климатические пояса</w:t>
            </w:r>
          </w:p>
        </w:tc>
        <w:tc>
          <w:tcPr>
            <w:tcW w:w="756" w:type="dxa"/>
          </w:tcPr>
          <w:p w14:paraId="5AFB6E1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ABA39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552A738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8384B22" w14:textId="77777777" w:rsidTr="00AF4025">
        <w:trPr>
          <w:jc w:val="center"/>
        </w:trPr>
        <w:tc>
          <w:tcPr>
            <w:tcW w:w="817" w:type="dxa"/>
          </w:tcPr>
          <w:p w14:paraId="06DC928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14</w:t>
            </w:r>
          </w:p>
        </w:tc>
        <w:tc>
          <w:tcPr>
            <w:tcW w:w="2149" w:type="dxa"/>
          </w:tcPr>
          <w:p w14:paraId="56EE57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10A393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Климатические карты</w:t>
            </w:r>
          </w:p>
        </w:tc>
        <w:tc>
          <w:tcPr>
            <w:tcW w:w="756" w:type="dxa"/>
          </w:tcPr>
          <w:p w14:paraId="6E6CC5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DE38F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32" w:type="dxa"/>
          </w:tcPr>
          <w:p w14:paraId="7E054D9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625B743" w14:textId="77777777" w:rsidTr="00AF4025">
        <w:trPr>
          <w:jc w:val="center"/>
        </w:trPr>
        <w:tc>
          <w:tcPr>
            <w:tcW w:w="817" w:type="dxa"/>
          </w:tcPr>
          <w:p w14:paraId="12A71AF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15</w:t>
            </w:r>
          </w:p>
        </w:tc>
        <w:tc>
          <w:tcPr>
            <w:tcW w:w="2149" w:type="dxa"/>
          </w:tcPr>
          <w:p w14:paraId="2FC13C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23497FD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Климат и жизнь людей</w:t>
            </w:r>
          </w:p>
        </w:tc>
        <w:tc>
          <w:tcPr>
            <w:tcW w:w="756" w:type="dxa"/>
          </w:tcPr>
          <w:p w14:paraId="55B96D5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5A4521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BEEDC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45EB07A" w14:textId="77777777" w:rsidTr="00AF4025">
        <w:trPr>
          <w:jc w:val="center"/>
        </w:trPr>
        <w:tc>
          <w:tcPr>
            <w:tcW w:w="817" w:type="dxa"/>
          </w:tcPr>
          <w:p w14:paraId="7FF472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16</w:t>
            </w:r>
          </w:p>
        </w:tc>
        <w:tc>
          <w:tcPr>
            <w:tcW w:w="2149" w:type="dxa"/>
          </w:tcPr>
          <w:p w14:paraId="5FD1386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786DB82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Мировой океан</w:t>
            </w:r>
          </w:p>
        </w:tc>
        <w:tc>
          <w:tcPr>
            <w:tcW w:w="756" w:type="dxa"/>
          </w:tcPr>
          <w:p w14:paraId="243FCB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3E5E76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8EACFE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5AB75FC" w14:textId="77777777" w:rsidTr="00AF4025">
        <w:trPr>
          <w:jc w:val="center"/>
        </w:trPr>
        <w:tc>
          <w:tcPr>
            <w:tcW w:w="817" w:type="dxa"/>
          </w:tcPr>
          <w:p w14:paraId="7FA516F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17</w:t>
            </w:r>
          </w:p>
        </w:tc>
        <w:tc>
          <w:tcPr>
            <w:tcW w:w="2149" w:type="dxa"/>
          </w:tcPr>
          <w:p w14:paraId="7B6E784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58098D3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Океанические течения</w:t>
            </w:r>
          </w:p>
        </w:tc>
        <w:tc>
          <w:tcPr>
            <w:tcW w:w="756" w:type="dxa"/>
          </w:tcPr>
          <w:p w14:paraId="017B6B3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6CC2C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11D1A54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4618D86" w14:textId="77777777" w:rsidTr="00AF4025">
        <w:trPr>
          <w:jc w:val="center"/>
        </w:trPr>
        <w:tc>
          <w:tcPr>
            <w:tcW w:w="817" w:type="dxa"/>
          </w:tcPr>
          <w:p w14:paraId="5DDA1B8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18</w:t>
            </w:r>
          </w:p>
        </w:tc>
        <w:tc>
          <w:tcPr>
            <w:tcW w:w="2149" w:type="dxa"/>
          </w:tcPr>
          <w:p w14:paraId="135F52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4AEEC7C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Органический мир</w:t>
            </w:r>
          </w:p>
        </w:tc>
        <w:tc>
          <w:tcPr>
            <w:tcW w:w="756" w:type="dxa"/>
          </w:tcPr>
          <w:p w14:paraId="457243D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BA0FA8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79B6DC3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50EA119" w14:textId="77777777" w:rsidTr="00AF4025">
        <w:trPr>
          <w:jc w:val="center"/>
        </w:trPr>
        <w:tc>
          <w:tcPr>
            <w:tcW w:w="817" w:type="dxa"/>
          </w:tcPr>
          <w:p w14:paraId="6D7F2C5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19</w:t>
            </w:r>
          </w:p>
        </w:tc>
        <w:tc>
          <w:tcPr>
            <w:tcW w:w="2149" w:type="dxa"/>
          </w:tcPr>
          <w:p w14:paraId="42D3E2B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55AD3E7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Внутренние воды</w:t>
            </w:r>
          </w:p>
        </w:tc>
        <w:tc>
          <w:tcPr>
            <w:tcW w:w="756" w:type="dxa"/>
          </w:tcPr>
          <w:p w14:paraId="7241B5E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DECC0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5EA891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3CA9ED5" w14:textId="77777777" w:rsidTr="00AF4025">
        <w:trPr>
          <w:jc w:val="center"/>
        </w:trPr>
        <w:tc>
          <w:tcPr>
            <w:tcW w:w="817" w:type="dxa"/>
          </w:tcPr>
          <w:p w14:paraId="7D471AA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20</w:t>
            </w:r>
          </w:p>
        </w:tc>
        <w:tc>
          <w:tcPr>
            <w:tcW w:w="2149" w:type="dxa"/>
          </w:tcPr>
          <w:p w14:paraId="2BD5E8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Главные закономерности природы Земли</w:t>
            </w:r>
          </w:p>
        </w:tc>
        <w:tc>
          <w:tcPr>
            <w:tcW w:w="2158" w:type="dxa"/>
          </w:tcPr>
          <w:p w14:paraId="483C0E5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закономерностей природы</w:t>
            </w:r>
          </w:p>
        </w:tc>
        <w:tc>
          <w:tcPr>
            <w:tcW w:w="756" w:type="dxa"/>
          </w:tcPr>
          <w:p w14:paraId="42FFA5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648A928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332357C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Тематический контроль</w:t>
            </w:r>
          </w:p>
        </w:tc>
      </w:tr>
      <w:tr w:rsidR="00AF4025" w:rsidRPr="00AF4025" w14:paraId="2805B237" w14:textId="77777777" w:rsidTr="00AF4025">
        <w:trPr>
          <w:jc w:val="center"/>
        </w:trPr>
        <w:tc>
          <w:tcPr>
            <w:tcW w:w="817" w:type="dxa"/>
          </w:tcPr>
          <w:p w14:paraId="5F3BFB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21</w:t>
            </w:r>
          </w:p>
        </w:tc>
        <w:tc>
          <w:tcPr>
            <w:tcW w:w="2149" w:type="dxa"/>
          </w:tcPr>
          <w:p w14:paraId="1B2327C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Человечество на Земле</w:t>
            </w:r>
          </w:p>
        </w:tc>
        <w:tc>
          <w:tcPr>
            <w:tcW w:w="2158" w:type="dxa"/>
          </w:tcPr>
          <w:p w14:paraId="2EBA19D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Заселение Земли и численность населения</w:t>
            </w:r>
          </w:p>
        </w:tc>
        <w:tc>
          <w:tcPr>
            <w:tcW w:w="756" w:type="dxa"/>
          </w:tcPr>
          <w:p w14:paraId="347D51E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6BCB34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5035D3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1932292" w14:textId="77777777" w:rsidTr="00AF4025">
        <w:trPr>
          <w:jc w:val="center"/>
        </w:trPr>
        <w:tc>
          <w:tcPr>
            <w:tcW w:w="817" w:type="dxa"/>
          </w:tcPr>
          <w:p w14:paraId="7D92B4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22</w:t>
            </w:r>
          </w:p>
        </w:tc>
        <w:tc>
          <w:tcPr>
            <w:tcW w:w="2149" w:type="dxa"/>
          </w:tcPr>
          <w:p w14:paraId="00117EC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Человечество на Земле</w:t>
            </w:r>
          </w:p>
        </w:tc>
        <w:tc>
          <w:tcPr>
            <w:tcW w:w="2158" w:type="dxa"/>
          </w:tcPr>
          <w:p w14:paraId="3A38A90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Динамика и плотность населения</w:t>
            </w:r>
          </w:p>
        </w:tc>
        <w:tc>
          <w:tcPr>
            <w:tcW w:w="756" w:type="dxa"/>
          </w:tcPr>
          <w:p w14:paraId="2AB92F2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D521E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726F4E8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31BEBF9" w14:textId="77777777" w:rsidTr="00AF4025">
        <w:trPr>
          <w:jc w:val="center"/>
        </w:trPr>
        <w:tc>
          <w:tcPr>
            <w:tcW w:w="817" w:type="dxa"/>
          </w:tcPr>
          <w:p w14:paraId="34A22C0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23</w:t>
            </w:r>
          </w:p>
        </w:tc>
        <w:tc>
          <w:tcPr>
            <w:tcW w:w="2149" w:type="dxa"/>
          </w:tcPr>
          <w:p w14:paraId="4C80057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Человечество на Земле</w:t>
            </w:r>
          </w:p>
        </w:tc>
        <w:tc>
          <w:tcPr>
            <w:tcW w:w="2158" w:type="dxa"/>
          </w:tcPr>
          <w:p w14:paraId="665DDE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Городское и сельское население</w:t>
            </w:r>
          </w:p>
        </w:tc>
        <w:tc>
          <w:tcPr>
            <w:tcW w:w="756" w:type="dxa"/>
          </w:tcPr>
          <w:p w14:paraId="3A373A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3D1D66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541B476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85A54A4" w14:textId="77777777" w:rsidTr="00AF4025">
        <w:trPr>
          <w:jc w:val="center"/>
        </w:trPr>
        <w:tc>
          <w:tcPr>
            <w:tcW w:w="817" w:type="dxa"/>
          </w:tcPr>
          <w:p w14:paraId="2138875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24</w:t>
            </w:r>
          </w:p>
        </w:tc>
        <w:tc>
          <w:tcPr>
            <w:tcW w:w="2149" w:type="dxa"/>
          </w:tcPr>
          <w:p w14:paraId="10AD3D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Человечество на Земле</w:t>
            </w:r>
          </w:p>
        </w:tc>
        <w:tc>
          <w:tcPr>
            <w:tcW w:w="2158" w:type="dxa"/>
          </w:tcPr>
          <w:p w14:paraId="6122B46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Народы и языки</w:t>
            </w:r>
          </w:p>
        </w:tc>
        <w:tc>
          <w:tcPr>
            <w:tcW w:w="756" w:type="dxa"/>
          </w:tcPr>
          <w:p w14:paraId="0B6F24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1E41A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6CC14C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604616A" w14:textId="77777777" w:rsidTr="00AF4025">
        <w:trPr>
          <w:jc w:val="center"/>
        </w:trPr>
        <w:tc>
          <w:tcPr>
            <w:tcW w:w="817" w:type="dxa"/>
          </w:tcPr>
          <w:p w14:paraId="7C6DE67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25</w:t>
            </w:r>
          </w:p>
        </w:tc>
        <w:tc>
          <w:tcPr>
            <w:tcW w:w="2149" w:type="dxa"/>
          </w:tcPr>
          <w:p w14:paraId="1F2FBA6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Человечество на Земле</w:t>
            </w:r>
          </w:p>
        </w:tc>
        <w:tc>
          <w:tcPr>
            <w:tcW w:w="2158" w:type="dxa"/>
          </w:tcPr>
          <w:p w14:paraId="050FB4D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Религии мира</w:t>
            </w:r>
          </w:p>
        </w:tc>
        <w:tc>
          <w:tcPr>
            <w:tcW w:w="756" w:type="dxa"/>
          </w:tcPr>
          <w:p w14:paraId="4699CD1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55DA02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3D6E0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48D7EDA" w14:textId="77777777" w:rsidTr="00AF4025">
        <w:trPr>
          <w:jc w:val="center"/>
        </w:trPr>
        <w:tc>
          <w:tcPr>
            <w:tcW w:w="817" w:type="dxa"/>
          </w:tcPr>
          <w:p w14:paraId="7119D23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26</w:t>
            </w:r>
          </w:p>
        </w:tc>
        <w:tc>
          <w:tcPr>
            <w:tcW w:w="2149" w:type="dxa"/>
          </w:tcPr>
          <w:p w14:paraId="06A3208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Человечество на Земле</w:t>
            </w:r>
          </w:p>
        </w:tc>
        <w:tc>
          <w:tcPr>
            <w:tcW w:w="2158" w:type="dxa"/>
          </w:tcPr>
          <w:p w14:paraId="3B231DD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Хозяйственная деятельность</w:t>
            </w:r>
          </w:p>
        </w:tc>
        <w:tc>
          <w:tcPr>
            <w:tcW w:w="756" w:type="dxa"/>
          </w:tcPr>
          <w:p w14:paraId="4D3C18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58488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187EBB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6367396" w14:textId="77777777" w:rsidTr="00AF4025">
        <w:trPr>
          <w:jc w:val="center"/>
        </w:trPr>
        <w:tc>
          <w:tcPr>
            <w:tcW w:w="817" w:type="dxa"/>
          </w:tcPr>
          <w:p w14:paraId="43481AE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27</w:t>
            </w:r>
          </w:p>
        </w:tc>
        <w:tc>
          <w:tcPr>
            <w:tcW w:w="2149" w:type="dxa"/>
          </w:tcPr>
          <w:p w14:paraId="403DFC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Человечество на Земле</w:t>
            </w:r>
          </w:p>
        </w:tc>
        <w:tc>
          <w:tcPr>
            <w:tcW w:w="2158" w:type="dxa"/>
          </w:tcPr>
          <w:p w14:paraId="251E8E2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Страны и культурно-исторические регионы</w:t>
            </w:r>
          </w:p>
        </w:tc>
        <w:tc>
          <w:tcPr>
            <w:tcW w:w="756" w:type="dxa"/>
          </w:tcPr>
          <w:p w14:paraId="203F98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2CE15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770E3E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F630A0F" w14:textId="77777777" w:rsidTr="00AF4025">
        <w:trPr>
          <w:jc w:val="center"/>
        </w:trPr>
        <w:tc>
          <w:tcPr>
            <w:tcW w:w="817" w:type="dxa"/>
          </w:tcPr>
          <w:p w14:paraId="51FD22D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28</w:t>
            </w:r>
          </w:p>
        </w:tc>
        <w:tc>
          <w:tcPr>
            <w:tcW w:w="2149" w:type="dxa"/>
          </w:tcPr>
          <w:p w14:paraId="772DD09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33A920A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Африка: положение и исследования</w:t>
            </w:r>
          </w:p>
        </w:tc>
        <w:tc>
          <w:tcPr>
            <w:tcW w:w="756" w:type="dxa"/>
          </w:tcPr>
          <w:p w14:paraId="7A5780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9EDD2D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03BF3B3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E65CD65" w14:textId="77777777" w:rsidTr="00AF4025">
        <w:trPr>
          <w:jc w:val="center"/>
        </w:trPr>
        <w:tc>
          <w:tcPr>
            <w:tcW w:w="817" w:type="dxa"/>
          </w:tcPr>
          <w:p w14:paraId="2585B3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29</w:t>
            </w:r>
          </w:p>
        </w:tc>
        <w:tc>
          <w:tcPr>
            <w:tcW w:w="2149" w:type="dxa"/>
          </w:tcPr>
          <w:p w14:paraId="1546C4E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56FBA13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Африка: рельеф</w:t>
            </w:r>
          </w:p>
        </w:tc>
        <w:tc>
          <w:tcPr>
            <w:tcW w:w="756" w:type="dxa"/>
          </w:tcPr>
          <w:p w14:paraId="0E656F2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6466551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4DBC5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2261189" w14:textId="77777777" w:rsidTr="00AF4025">
        <w:trPr>
          <w:jc w:val="center"/>
        </w:trPr>
        <w:tc>
          <w:tcPr>
            <w:tcW w:w="817" w:type="dxa"/>
          </w:tcPr>
          <w:p w14:paraId="228588C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30</w:t>
            </w:r>
          </w:p>
        </w:tc>
        <w:tc>
          <w:tcPr>
            <w:tcW w:w="2149" w:type="dxa"/>
          </w:tcPr>
          <w:p w14:paraId="77DD72D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058B8A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Африка: климат</w:t>
            </w:r>
          </w:p>
        </w:tc>
        <w:tc>
          <w:tcPr>
            <w:tcW w:w="756" w:type="dxa"/>
          </w:tcPr>
          <w:p w14:paraId="554F4B8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E10F04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ADFA2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0430A00" w14:textId="77777777" w:rsidTr="00AF4025">
        <w:trPr>
          <w:jc w:val="center"/>
        </w:trPr>
        <w:tc>
          <w:tcPr>
            <w:tcW w:w="817" w:type="dxa"/>
          </w:tcPr>
          <w:p w14:paraId="197BA6D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31</w:t>
            </w:r>
          </w:p>
        </w:tc>
        <w:tc>
          <w:tcPr>
            <w:tcW w:w="2149" w:type="dxa"/>
          </w:tcPr>
          <w:p w14:paraId="37BB4A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2714184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Африка: внутренние воды</w:t>
            </w:r>
          </w:p>
        </w:tc>
        <w:tc>
          <w:tcPr>
            <w:tcW w:w="756" w:type="dxa"/>
          </w:tcPr>
          <w:p w14:paraId="48F35F6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3BA02B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0AA8AD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855A501" w14:textId="77777777" w:rsidTr="00AF4025">
        <w:trPr>
          <w:jc w:val="center"/>
        </w:trPr>
        <w:tc>
          <w:tcPr>
            <w:tcW w:w="817" w:type="dxa"/>
          </w:tcPr>
          <w:p w14:paraId="46E35E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32</w:t>
            </w:r>
          </w:p>
        </w:tc>
        <w:tc>
          <w:tcPr>
            <w:tcW w:w="2149" w:type="dxa"/>
          </w:tcPr>
          <w:p w14:paraId="1BABEB7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2D755E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Африка: природные зоны</w:t>
            </w:r>
          </w:p>
        </w:tc>
        <w:tc>
          <w:tcPr>
            <w:tcW w:w="756" w:type="dxa"/>
          </w:tcPr>
          <w:p w14:paraId="0AB8CF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6EF6219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73730BB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959D5BE" w14:textId="77777777" w:rsidTr="00AF4025">
        <w:trPr>
          <w:jc w:val="center"/>
        </w:trPr>
        <w:tc>
          <w:tcPr>
            <w:tcW w:w="817" w:type="dxa"/>
          </w:tcPr>
          <w:p w14:paraId="18A7E1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33</w:t>
            </w:r>
          </w:p>
        </w:tc>
        <w:tc>
          <w:tcPr>
            <w:tcW w:w="2149" w:type="dxa"/>
          </w:tcPr>
          <w:p w14:paraId="7B8464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2113DF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Африка: население и страны</w:t>
            </w:r>
          </w:p>
        </w:tc>
        <w:tc>
          <w:tcPr>
            <w:tcW w:w="756" w:type="dxa"/>
          </w:tcPr>
          <w:p w14:paraId="1274173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AAC52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0FD3D2B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D8CD4DF" w14:textId="77777777" w:rsidTr="00AF4025">
        <w:trPr>
          <w:jc w:val="center"/>
        </w:trPr>
        <w:tc>
          <w:tcPr>
            <w:tcW w:w="817" w:type="dxa"/>
          </w:tcPr>
          <w:p w14:paraId="6669BA6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34</w:t>
            </w:r>
          </w:p>
        </w:tc>
        <w:tc>
          <w:tcPr>
            <w:tcW w:w="2149" w:type="dxa"/>
          </w:tcPr>
          <w:p w14:paraId="01200BB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456DEA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Австралия: положение и рельеф</w:t>
            </w:r>
          </w:p>
        </w:tc>
        <w:tc>
          <w:tcPr>
            <w:tcW w:w="756" w:type="dxa"/>
          </w:tcPr>
          <w:p w14:paraId="24D8A8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26C74DB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6FC4D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E70D4AA" w14:textId="77777777" w:rsidTr="00AF4025">
        <w:trPr>
          <w:jc w:val="center"/>
        </w:trPr>
        <w:tc>
          <w:tcPr>
            <w:tcW w:w="817" w:type="dxa"/>
          </w:tcPr>
          <w:p w14:paraId="0ECF2A4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35</w:t>
            </w:r>
          </w:p>
        </w:tc>
        <w:tc>
          <w:tcPr>
            <w:tcW w:w="2149" w:type="dxa"/>
          </w:tcPr>
          <w:p w14:paraId="3C95D9A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5BCAEEA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Австралия: климат и воды</w:t>
            </w:r>
          </w:p>
        </w:tc>
        <w:tc>
          <w:tcPr>
            <w:tcW w:w="756" w:type="dxa"/>
          </w:tcPr>
          <w:p w14:paraId="133225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5C7402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7F3DCF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47A13F3" w14:textId="77777777" w:rsidTr="00AF4025">
        <w:trPr>
          <w:jc w:val="center"/>
        </w:trPr>
        <w:tc>
          <w:tcPr>
            <w:tcW w:w="817" w:type="dxa"/>
          </w:tcPr>
          <w:p w14:paraId="099B480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36</w:t>
            </w:r>
          </w:p>
        </w:tc>
        <w:tc>
          <w:tcPr>
            <w:tcW w:w="2149" w:type="dxa"/>
          </w:tcPr>
          <w:p w14:paraId="252675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4F693F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Австралия: природные зоны</w:t>
            </w:r>
          </w:p>
        </w:tc>
        <w:tc>
          <w:tcPr>
            <w:tcW w:w="756" w:type="dxa"/>
          </w:tcPr>
          <w:p w14:paraId="13BF4F6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2D5664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6680D1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F9E552B" w14:textId="77777777" w:rsidTr="00AF4025">
        <w:trPr>
          <w:jc w:val="center"/>
        </w:trPr>
        <w:tc>
          <w:tcPr>
            <w:tcW w:w="817" w:type="dxa"/>
          </w:tcPr>
          <w:p w14:paraId="3A5C3D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37</w:t>
            </w:r>
          </w:p>
        </w:tc>
        <w:tc>
          <w:tcPr>
            <w:tcW w:w="2149" w:type="dxa"/>
          </w:tcPr>
          <w:p w14:paraId="7FB7CF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49A0225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Австралия и Океания: население</w:t>
            </w:r>
          </w:p>
        </w:tc>
        <w:tc>
          <w:tcPr>
            <w:tcW w:w="756" w:type="dxa"/>
          </w:tcPr>
          <w:p w14:paraId="1F51358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98017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121522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8532B00" w14:textId="77777777" w:rsidTr="00AF4025">
        <w:trPr>
          <w:jc w:val="center"/>
        </w:trPr>
        <w:tc>
          <w:tcPr>
            <w:tcW w:w="817" w:type="dxa"/>
          </w:tcPr>
          <w:p w14:paraId="683613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38</w:t>
            </w:r>
          </w:p>
        </w:tc>
        <w:tc>
          <w:tcPr>
            <w:tcW w:w="2149" w:type="dxa"/>
          </w:tcPr>
          <w:p w14:paraId="7D86086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19FC5A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Южная Америка: положение</w:t>
            </w:r>
          </w:p>
        </w:tc>
        <w:tc>
          <w:tcPr>
            <w:tcW w:w="756" w:type="dxa"/>
          </w:tcPr>
          <w:p w14:paraId="012C15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33AA2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B8000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543BBFA" w14:textId="77777777" w:rsidTr="00AF4025">
        <w:trPr>
          <w:jc w:val="center"/>
        </w:trPr>
        <w:tc>
          <w:tcPr>
            <w:tcW w:w="817" w:type="dxa"/>
          </w:tcPr>
          <w:p w14:paraId="59A591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39</w:t>
            </w:r>
          </w:p>
        </w:tc>
        <w:tc>
          <w:tcPr>
            <w:tcW w:w="2149" w:type="dxa"/>
          </w:tcPr>
          <w:p w14:paraId="3FC2B79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2C0B010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Южная Америка: рельеф</w:t>
            </w:r>
          </w:p>
        </w:tc>
        <w:tc>
          <w:tcPr>
            <w:tcW w:w="756" w:type="dxa"/>
          </w:tcPr>
          <w:p w14:paraId="3D33B1E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33CB98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4BA5EB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8EC3E05" w14:textId="77777777" w:rsidTr="00AF4025">
        <w:trPr>
          <w:jc w:val="center"/>
        </w:trPr>
        <w:tc>
          <w:tcPr>
            <w:tcW w:w="817" w:type="dxa"/>
          </w:tcPr>
          <w:p w14:paraId="028F460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40</w:t>
            </w:r>
          </w:p>
        </w:tc>
        <w:tc>
          <w:tcPr>
            <w:tcW w:w="2149" w:type="dxa"/>
          </w:tcPr>
          <w:p w14:paraId="4D7E5D1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03C5764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Южная Америка: климат</w:t>
            </w:r>
          </w:p>
        </w:tc>
        <w:tc>
          <w:tcPr>
            <w:tcW w:w="756" w:type="dxa"/>
          </w:tcPr>
          <w:p w14:paraId="49573A2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325E415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4FD33F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374F410" w14:textId="77777777" w:rsidTr="00AF4025">
        <w:trPr>
          <w:jc w:val="center"/>
        </w:trPr>
        <w:tc>
          <w:tcPr>
            <w:tcW w:w="817" w:type="dxa"/>
          </w:tcPr>
          <w:p w14:paraId="6A13EE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41</w:t>
            </w:r>
          </w:p>
        </w:tc>
        <w:tc>
          <w:tcPr>
            <w:tcW w:w="2149" w:type="dxa"/>
          </w:tcPr>
          <w:p w14:paraId="19BD16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0602BF1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Южная Америка: воды</w:t>
            </w:r>
          </w:p>
        </w:tc>
        <w:tc>
          <w:tcPr>
            <w:tcW w:w="756" w:type="dxa"/>
          </w:tcPr>
          <w:p w14:paraId="3268D5A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ADA3A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0FA3C8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635FF6C" w14:textId="77777777" w:rsidTr="00AF4025">
        <w:trPr>
          <w:jc w:val="center"/>
        </w:trPr>
        <w:tc>
          <w:tcPr>
            <w:tcW w:w="817" w:type="dxa"/>
          </w:tcPr>
          <w:p w14:paraId="48C3FC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42</w:t>
            </w:r>
          </w:p>
        </w:tc>
        <w:tc>
          <w:tcPr>
            <w:tcW w:w="2149" w:type="dxa"/>
          </w:tcPr>
          <w:p w14:paraId="21C164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132BBD7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Южная Америка: природные зоны</w:t>
            </w:r>
          </w:p>
        </w:tc>
        <w:tc>
          <w:tcPr>
            <w:tcW w:w="756" w:type="dxa"/>
          </w:tcPr>
          <w:p w14:paraId="1010C9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6F1258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DD1A55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FADF772" w14:textId="77777777" w:rsidTr="00AF4025">
        <w:trPr>
          <w:jc w:val="center"/>
        </w:trPr>
        <w:tc>
          <w:tcPr>
            <w:tcW w:w="817" w:type="dxa"/>
          </w:tcPr>
          <w:p w14:paraId="2094A8E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43</w:t>
            </w:r>
          </w:p>
        </w:tc>
        <w:tc>
          <w:tcPr>
            <w:tcW w:w="2149" w:type="dxa"/>
          </w:tcPr>
          <w:p w14:paraId="02216C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57394F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Южная Америка: население и страны</w:t>
            </w:r>
          </w:p>
        </w:tc>
        <w:tc>
          <w:tcPr>
            <w:tcW w:w="756" w:type="dxa"/>
          </w:tcPr>
          <w:p w14:paraId="4CA747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86D30B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1FF2B4D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480E267" w14:textId="77777777" w:rsidTr="00AF4025">
        <w:trPr>
          <w:jc w:val="center"/>
        </w:trPr>
        <w:tc>
          <w:tcPr>
            <w:tcW w:w="817" w:type="dxa"/>
          </w:tcPr>
          <w:p w14:paraId="6FFA972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44</w:t>
            </w:r>
          </w:p>
        </w:tc>
        <w:tc>
          <w:tcPr>
            <w:tcW w:w="2149" w:type="dxa"/>
          </w:tcPr>
          <w:p w14:paraId="7B8552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44B1BCD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Антарктида: положение и исследования</w:t>
            </w:r>
          </w:p>
        </w:tc>
        <w:tc>
          <w:tcPr>
            <w:tcW w:w="756" w:type="dxa"/>
          </w:tcPr>
          <w:p w14:paraId="71A753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3B2C37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A5764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C141870" w14:textId="77777777" w:rsidTr="00AF4025">
        <w:trPr>
          <w:jc w:val="center"/>
        </w:trPr>
        <w:tc>
          <w:tcPr>
            <w:tcW w:w="817" w:type="dxa"/>
          </w:tcPr>
          <w:p w14:paraId="6F7A6C6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45</w:t>
            </w:r>
          </w:p>
        </w:tc>
        <w:tc>
          <w:tcPr>
            <w:tcW w:w="2149" w:type="dxa"/>
          </w:tcPr>
          <w:p w14:paraId="469D5CD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1E00AC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Антарктида: природа</w:t>
            </w:r>
          </w:p>
        </w:tc>
        <w:tc>
          <w:tcPr>
            <w:tcW w:w="756" w:type="dxa"/>
          </w:tcPr>
          <w:p w14:paraId="1AE0F4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315889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C2633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DDF137C" w14:textId="77777777" w:rsidTr="00AF4025">
        <w:trPr>
          <w:jc w:val="center"/>
        </w:trPr>
        <w:tc>
          <w:tcPr>
            <w:tcW w:w="817" w:type="dxa"/>
          </w:tcPr>
          <w:p w14:paraId="69FA64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46</w:t>
            </w:r>
          </w:p>
        </w:tc>
        <w:tc>
          <w:tcPr>
            <w:tcW w:w="2149" w:type="dxa"/>
          </w:tcPr>
          <w:p w14:paraId="45E56DE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0DB611A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Сравнение южных материков</w:t>
            </w:r>
          </w:p>
        </w:tc>
        <w:tc>
          <w:tcPr>
            <w:tcW w:w="756" w:type="dxa"/>
          </w:tcPr>
          <w:p w14:paraId="1CD0329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A31E5E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74CE1D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937D762" w14:textId="77777777" w:rsidTr="00AF4025">
        <w:trPr>
          <w:jc w:val="center"/>
        </w:trPr>
        <w:tc>
          <w:tcPr>
            <w:tcW w:w="817" w:type="dxa"/>
          </w:tcPr>
          <w:p w14:paraId="01FB4D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47</w:t>
            </w:r>
          </w:p>
        </w:tc>
        <w:tc>
          <w:tcPr>
            <w:tcW w:w="2149" w:type="dxa"/>
          </w:tcPr>
          <w:p w14:paraId="20C786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217BC4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Северная Америка: положение</w:t>
            </w:r>
          </w:p>
        </w:tc>
        <w:tc>
          <w:tcPr>
            <w:tcW w:w="756" w:type="dxa"/>
          </w:tcPr>
          <w:p w14:paraId="241B601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942F4C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8B551A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F90B31C" w14:textId="77777777" w:rsidTr="00AF4025">
        <w:trPr>
          <w:jc w:val="center"/>
        </w:trPr>
        <w:tc>
          <w:tcPr>
            <w:tcW w:w="817" w:type="dxa"/>
          </w:tcPr>
          <w:p w14:paraId="2E4EA0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48</w:t>
            </w:r>
          </w:p>
        </w:tc>
        <w:tc>
          <w:tcPr>
            <w:tcW w:w="2149" w:type="dxa"/>
          </w:tcPr>
          <w:p w14:paraId="19693BD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7529569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Северная Америка: рельеф</w:t>
            </w:r>
          </w:p>
        </w:tc>
        <w:tc>
          <w:tcPr>
            <w:tcW w:w="756" w:type="dxa"/>
          </w:tcPr>
          <w:p w14:paraId="4DEC7EA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4C3C0B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4C5ADA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AA47756" w14:textId="77777777" w:rsidTr="00AF4025">
        <w:trPr>
          <w:jc w:val="center"/>
        </w:trPr>
        <w:tc>
          <w:tcPr>
            <w:tcW w:w="817" w:type="dxa"/>
          </w:tcPr>
          <w:p w14:paraId="0D33FFF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49</w:t>
            </w:r>
          </w:p>
        </w:tc>
        <w:tc>
          <w:tcPr>
            <w:tcW w:w="2149" w:type="dxa"/>
          </w:tcPr>
          <w:p w14:paraId="1EF00C9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7A20A0F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Северная Америка: климат</w:t>
            </w:r>
          </w:p>
        </w:tc>
        <w:tc>
          <w:tcPr>
            <w:tcW w:w="756" w:type="dxa"/>
          </w:tcPr>
          <w:p w14:paraId="50CD5F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1C859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E2120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DCB682E" w14:textId="77777777" w:rsidTr="00AF4025">
        <w:trPr>
          <w:jc w:val="center"/>
        </w:trPr>
        <w:tc>
          <w:tcPr>
            <w:tcW w:w="817" w:type="dxa"/>
          </w:tcPr>
          <w:p w14:paraId="6282C32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50</w:t>
            </w:r>
          </w:p>
        </w:tc>
        <w:tc>
          <w:tcPr>
            <w:tcW w:w="2149" w:type="dxa"/>
          </w:tcPr>
          <w:p w14:paraId="4D86AA9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424BCF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Северная Америка: воды</w:t>
            </w:r>
          </w:p>
        </w:tc>
        <w:tc>
          <w:tcPr>
            <w:tcW w:w="756" w:type="dxa"/>
          </w:tcPr>
          <w:p w14:paraId="71664C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C9F58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080C889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0B84C18" w14:textId="77777777" w:rsidTr="00AF4025">
        <w:trPr>
          <w:jc w:val="center"/>
        </w:trPr>
        <w:tc>
          <w:tcPr>
            <w:tcW w:w="817" w:type="dxa"/>
          </w:tcPr>
          <w:p w14:paraId="6F687E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51</w:t>
            </w:r>
          </w:p>
        </w:tc>
        <w:tc>
          <w:tcPr>
            <w:tcW w:w="2149" w:type="dxa"/>
          </w:tcPr>
          <w:p w14:paraId="16C82ED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18BA9E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Северная Америка: природные зоны</w:t>
            </w:r>
          </w:p>
        </w:tc>
        <w:tc>
          <w:tcPr>
            <w:tcW w:w="756" w:type="dxa"/>
          </w:tcPr>
          <w:p w14:paraId="4A60EE3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39EDA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003A780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08FAA39" w14:textId="77777777" w:rsidTr="00AF4025">
        <w:trPr>
          <w:jc w:val="center"/>
        </w:trPr>
        <w:tc>
          <w:tcPr>
            <w:tcW w:w="817" w:type="dxa"/>
          </w:tcPr>
          <w:p w14:paraId="394BF7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52</w:t>
            </w:r>
          </w:p>
        </w:tc>
        <w:tc>
          <w:tcPr>
            <w:tcW w:w="2149" w:type="dxa"/>
          </w:tcPr>
          <w:p w14:paraId="3267BD3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50D2071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Северная Америка: население и страны</w:t>
            </w:r>
          </w:p>
        </w:tc>
        <w:tc>
          <w:tcPr>
            <w:tcW w:w="756" w:type="dxa"/>
          </w:tcPr>
          <w:p w14:paraId="24662A9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7E7B94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608690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9C3C38C" w14:textId="77777777" w:rsidTr="00AF4025">
        <w:trPr>
          <w:jc w:val="center"/>
        </w:trPr>
        <w:tc>
          <w:tcPr>
            <w:tcW w:w="817" w:type="dxa"/>
          </w:tcPr>
          <w:p w14:paraId="628227B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53</w:t>
            </w:r>
          </w:p>
        </w:tc>
        <w:tc>
          <w:tcPr>
            <w:tcW w:w="2149" w:type="dxa"/>
          </w:tcPr>
          <w:p w14:paraId="363B98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2754CB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Евразия: положение и исследования</w:t>
            </w:r>
          </w:p>
        </w:tc>
        <w:tc>
          <w:tcPr>
            <w:tcW w:w="756" w:type="dxa"/>
          </w:tcPr>
          <w:p w14:paraId="7AFE5F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BA590E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9B4A33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FED32A9" w14:textId="77777777" w:rsidTr="00AF4025">
        <w:trPr>
          <w:jc w:val="center"/>
        </w:trPr>
        <w:tc>
          <w:tcPr>
            <w:tcW w:w="817" w:type="dxa"/>
          </w:tcPr>
          <w:p w14:paraId="1631CF7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54</w:t>
            </w:r>
          </w:p>
        </w:tc>
        <w:tc>
          <w:tcPr>
            <w:tcW w:w="2149" w:type="dxa"/>
          </w:tcPr>
          <w:p w14:paraId="0FEFE60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0157D1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Евразия: рельеф</w:t>
            </w:r>
          </w:p>
        </w:tc>
        <w:tc>
          <w:tcPr>
            <w:tcW w:w="756" w:type="dxa"/>
          </w:tcPr>
          <w:p w14:paraId="2103DE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2C87CBD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70A413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41B6A44" w14:textId="77777777" w:rsidTr="00AF4025">
        <w:trPr>
          <w:jc w:val="center"/>
        </w:trPr>
        <w:tc>
          <w:tcPr>
            <w:tcW w:w="817" w:type="dxa"/>
          </w:tcPr>
          <w:p w14:paraId="49BD7C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55</w:t>
            </w:r>
          </w:p>
        </w:tc>
        <w:tc>
          <w:tcPr>
            <w:tcW w:w="2149" w:type="dxa"/>
          </w:tcPr>
          <w:p w14:paraId="0562CA1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39EF7E2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Евразия: климат</w:t>
            </w:r>
          </w:p>
        </w:tc>
        <w:tc>
          <w:tcPr>
            <w:tcW w:w="756" w:type="dxa"/>
          </w:tcPr>
          <w:p w14:paraId="33C7F8B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99E183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113E0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BA5BF58" w14:textId="77777777" w:rsidTr="00AF4025">
        <w:trPr>
          <w:jc w:val="center"/>
        </w:trPr>
        <w:tc>
          <w:tcPr>
            <w:tcW w:w="817" w:type="dxa"/>
          </w:tcPr>
          <w:p w14:paraId="3AC8881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56</w:t>
            </w:r>
          </w:p>
        </w:tc>
        <w:tc>
          <w:tcPr>
            <w:tcW w:w="2149" w:type="dxa"/>
          </w:tcPr>
          <w:p w14:paraId="3A1AE9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35881D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Евразия: внутренние воды</w:t>
            </w:r>
          </w:p>
        </w:tc>
        <w:tc>
          <w:tcPr>
            <w:tcW w:w="756" w:type="dxa"/>
          </w:tcPr>
          <w:p w14:paraId="41DF165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2669566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3224BA3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796D716" w14:textId="77777777" w:rsidTr="00AF4025">
        <w:trPr>
          <w:jc w:val="center"/>
        </w:trPr>
        <w:tc>
          <w:tcPr>
            <w:tcW w:w="817" w:type="dxa"/>
          </w:tcPr>
          <w:p w14:paraId="30AA79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57</w:t>
            </w:r>
          </w:p>
        </w:tc>
        <w:tc>
          <w:tcPr>
            <w:tcW w:w="2149" w:type="dxa"/>
          </w:tcPr>
          <w:p w14:paraId="170E5C8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1CFF5D7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Евразия: природные зоны</w:t>
            </w:r>
          </w:p>
        </w:tc>
        <w:tc>
          <w:tcPr>
            <w:tcW w:w="756" w:type="dxa"/>
          </w:tcPr>
          <w:p w14:paraId="0BB246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14FF78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03D7EB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07B06CB" w14:textId="77777777" w:rsidTr="00AF4025">
        <w:trPr>
          <w:jc w:val="center"/>
        </w:trPr>
        <w:tc>
          <w:tcPr>
            <w:tcW w:w="817" w:type="dxa"/>
          </w:tcPr>
          <w:p w14:paraId="30C625A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58</w:t>
            </w:r>
          </w:p>
        </w:tc>
        <w:tc>
          <w:tcPr>
            <w:tcW w:w="2149" w:type="dxa"/>
          </w:tcPr>
          <w:p w14:paraId="3C9E8BF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296D8EC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Евразия: население</w:t>
            </w:r>
          </w:p>
        </w:tc>
        <w:tc>
          <w:tcPr>
            <w:tcW w:w="756" w:type="dxa"/>
          </w:tcPr>
          <w:p w14:paraId="6B0C2E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D538CA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194787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75F75C9" w14:textId="77777777" w:rsidTr="00AF4025">
        <w:trPr>
          <w:jc w:val="center"/>
        </w:trPr>
        <w:tc>
          <w:tcPr>
            <w:tcW w:w="817" w:type="dxa"/>
          </w:tcPr>
          <w:p w14:paraId="2AC069C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59</w:t>
            </w:r>
          </w:p>
        </w:tc>
        <w:tc>
          <w:tcPr>
            <w:tcW w:w="2149" w:type="dxa"/>
          </w:tcPr>
          <w:p w14:paraId="32A684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3926DBF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Страны Европы</w:t>
            </w:r>
          </w:p>
        </w:tc>
        <w:tc>
          <w:tcPr>
            <w:tcW w:w="756" w:type="dxa"/>
          </w:tcPr>
          <w:p w14:paraId="22D1A2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F65D0D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008E22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9855D86" w14:textId="77777777" w:rsidTr="00AF4025">
        <w:trPr>
          <w:jc w:val="center"/>
        </w:trPr>
        <w:tc>
          <w:tcPr>
            <w:tcW w:w="817" w:type="dxa"/>
          </w:tcPr>
          <w:p w14:paraId="14366E3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60</w:t>
            </w:r>
          </w:p>
        </w:tc>
        <w:tc>
          <w:tcPr>
            <w:tcW w:w="2149" w:type="dxa"/>
          </w:tcPr>
          <w:p w14:paraId="073032A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5F1389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Страны Азии</w:t>
            </w:r>
          </w:p>
        </w:tc>
        <w:tc>
          <w:tcPr>
            <w:tcW w:w="756" w:type="dxa"/>
          </w:tcPr>
          <w:p w14:paraId="0B90ED7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51F2E91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6EE5D32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076FCA9" w14:textId="77777777" w:rsidTr="00AF4025">
        <w:trPr>
          <w:jc w:val="center"/>
        </w:trPr>
        <w:tc>
          <w:tcPr>
            <w:tcW w:w="817" w:type="dxa"/>
          </w:tcPr>
          <w:p w14:paraId="5C61A4D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61</w:t>
            </w:r>
          </w:p>
        </w:tc>
        <w:tc>
          <w:tcPr>
            <w:tcW w:w="2149" w:type="dxa"/>
          </w:tcPr>
          <w:p w14:paraId="28FE923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493AF2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Природные ресурсы</w:t>
            </w:r>
          </w:p>
        </w:tc>
        <w:tc>
          <w:tcPr>
            <w:tcW w:w="756" w:type="dxa"/>
          </w:tcPr>
          <w:p w14:paraId="7581D1F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06066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5D5900C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572317E" w14:textId="77777777" w:rsidTr="00AF4025">
        <w:trPr>
          <w:jc w:val="center"/>
        </w:trPr>
        <w:tc>
          <w:tcPr>
            <w:tcW w:w="817" w:type="dxa"/>
          </w:tcPr>
          <w:p w14:paraId="4FC7D55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62</w:t>
            </w:r>
          </w:p>
        </w:tc>
        <w:tc>
          <w:tcPr>
            <w:tcW w:w="2149" w:type="dxa"/>
          </w:tcPr>
          <w:p w14:paraId="404FF3F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564F65F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Изменение природы человеком</w:t>
            </w:r>
          </w:p>
        </w:tc>
        <w:tc>
          <w:tcPr>
            <w:tcW w:w="756" w:type="dxa"/>
          </w:tcPr>
          <w:p w14:paraId="3F0835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3905280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15DE83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27BBA39" w14:textId="77777777" w:rsidTr="00AF4025">
        <w:trPr>
          <w:jc w:val="center"/>
        </w:trPr>
        <w:tc>
          <w:tcPr>
            <w:tcW w:w="817" w:type="dxa"/>
          </w:tcPr>
          <w:p w14:paraId="78E1815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63</w:t>
            </w:r>
          </w:p>
        </w:tc>
        <w:tc>
          <w:tcPr>
            <w:tcW w:w="2149" w:type="dxa"/>
          </w:tcPr>
          <w:p w14:paraId="7E2BED4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Материки и страны</w:t>
            </w:r>
          </w:p>
        </w:tc>
        <w:tc>
          <w:tcPr>
            <w:tcW w:w="2158" w:type="dxa"/>
          </w:tcPr>
          <w:p w14:paraId="763999D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Глобальные экологические проблемы</w:t>
            </w:r>
          </w:p>
        </w:tc>
        <w:tc>
          <w:tcPr>
            <w:tcW w:w="756" w:type="dxa"/>
          </w:tcPr>
          <w:p w14:paraId="1ACF0AF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3E3B0E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32" w:type="dxa"/>
          </w:tcPr>
          <w:p w14:paraId="2106FA6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FBED251" w14:textId="77777777" w:rsidTr="00AF4025">
        <w:trPr>
          <w:jc w:val="center"/>
        </w:trPr>
        <w:tc>
          <w:tcPr>
            <w:tcW w:w="817" w:type="dxa"/>
          </w:tcPr>
          <w:p w14:paraId="4FA3EF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64</w:t>
            </w:r>
          </w:p>
        </w:tc>
        <w:tc>
          <w:tcPr>
            <w:tcW w:w="2149" w:type="dxa"/>
          </w:tcPr>
          <w:p w14:paraId="5F1C77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58" w:type="dxa"/>
          </w:tcPr>
          <w:p w14:paraId="6215F3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Сравнение материков</w:t>
            </w:r>
          </w:p>
        </w:tc>
        <w:tc>
          <w:tcPr>
            <w:tcW w:w="756" w:type="dxa"/>
          </w:tcPr>
          <w:p w14:paraId="7F2BB8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4B5078D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32" w:type="dxa"/>
          </w:tcPr>
          <w:p w14:paraId="693867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4F90DAE" w14:textId="77777777" w:rsidTr="00AF4025">
        <w:trPr>
          <w:jc w:val="center"/>
        </w:trPr>
        <w:tc>
          <w:tcPr>
            <w:tcW w:w="817" w:type="dxa"/>
          </w:tcPr>
          <w:p w14:paraId="36974A7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65</w:t>
            </w:r>
          </w:p>
        </w:tc>
        <w:tc>
          <w:tcPr>
            <w:tcW w:w="2149" w:type="dxa"/>
          </w:tcPr>
          <w:p w14:paraId="651167D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58" w:type="dxa"/>
          </w:tcPr>
          <w:p w14:paraId="67C87E9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Характеристика страны</w:t>
            </w:r>
          </w:p>
        </w:tc>
        <w:tc>
          <w:tcPr>
            <w:tcW w:w="756" w:type="dxa"/>
          </w:tcPr>
          <w:p w14:paraId="11AC38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706061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32" w:type="dxa"/>
          </w:tcPr>
          <w:p w14:paraId="5D241BE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0144093" w14:textId="77777777" w:rsidTr="00AF4025">
        <w:trPr>
          <w:jc w:val="center"/>
        </w:trPr>
        <w:tc>
          <w:tcPr>
            <w:tcW w:w="817" w:type="dxa"/>
          </w:tcPr>
          <w:p w14:paraId="018E8F8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66</w:t>
            </w:r>
          </w:p>
        </w:tc>
        <w:tc>
          <w:tcPr>
            <w:tcW w:w="2149" w:type="dxa"/>
          </w:tcPr>
          <w:p w14:paraId="5523D9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58" w:type="dxa"/>
          </w:tcPr>
          <w:p w14:paraId="5B5504F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Практикум по населению мира</w:t>
            </w:r>
          </w:p>
        </w:tc>
        <w:tc>
          <w:tcPr>
            <w:tcW w:w="756" w:type="dxa"/>
          </w:tcPr>
          <w:p w14:paraId="67AD604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153AC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32" w:type="dxa"/>
          </w:tcPr>
          <w:p w14:paraId="020BD97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AF4025" w14:paraId="4A22761A" w14:textId="77777777" w:rsidTr="00AF4025">
        <w:trPr>
          <w:jc w:val="center"/>
        </w:trPr>
        <w:tc>
          <w:tcPr>
            <w:tcW w:w="817" w:type="dxa"/>
          </w:tcPr>
          <w:p w14:paraId="33FE1B4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67</w:t>
            </w:r>
          </w:p>
        </w:tc>
        <w:tc>
          <w:tcPr>
            <w:tcW w:w="2149" w:type="dxa"/>
          </w:tcPr>
          <w:p w14:paraId="3669937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58" w:type="dxa"/>
          </w:tcPr>
          <w:p w14:paraId="0B4A1A5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Итоговое повторение</w:t>
            </w:r>
          </w:p>
        </w:tc>
        <w:tc>
          <w:tcPr>
            <w:tcW w:w="756" w:type="dxa"/>
          </w:tcPr>
          <w:p w14:paraId="34E034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18545A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32" w:type="dxa"/>
          </w:tcPr>
          <w:p w14:paraId="771C10A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1DD9EAE" w14:textId="77777777" w:rsidTr="00AF4025">
        <w:trPr>
          <w:jc w:val="center"/>
        </w:trPr>
        <w:tc>
          <w:tcPr>
            <w:tcW w:w="817" w:type="dxa"/>
          </w:tcPr>
          <w:p w14:paraId="2719A8E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68</w:t>
            </w:r>
          </w:p>
        </w:tc>
        <w:tc>
          <w:tcPr>
            <w:tcW w:w="2149" w:type="dxa"/>
          </w:tcPr>
          <w:p w14:paraId="1E7157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58" w:type="dxa"/>
          </w:tcPr>
          <w:p w14:paraId="7D290D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Итоговое обобщение</w:t>
            </w:r>
          </w:p>
        </w:tc>
        <w:tc>
          <w:tcPr>
            <w:tcW w:w="756" w:type="dxa"/>
          </w:tcPr>
          <w:p w14:paraId="2AEDE5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4704" w:type="dxa"/>
          </w:tcPr>
          <w:p w14:paraId="03887C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32" w:type="dxa"/>
          </w:tcPr>
          <w:p w14:paraId="261F8FF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Тематический контроль</w:t>
            </w:r>
          </w:p>
        </w:tc>
      </w:tr>
    </w:tbl>
    <w:p w14:paraId="6E1D415D" w14:textId="77777777" w:rsidR="00AF4025" w:rsidRPr="00E7730A" w:rsidRDefault="00AF4025" w:rsidP="00AF4025">
      <w:pPr>
        <w:pStyle w:val="a9"/>
        <w:ind w:left="4614" w:firstLine="0"/>
      </w:pPr>
    </w:p>
    <w:p w14:paraId="736189EA" w14:textId="77777777" w:rsidR="00AF4025" w:rsidRPr="00E7730A" w:rsidRDefault="00AF4025" w:rsidP="00AF4025">
      <w:pPr>
        <w:pStyle w:val="21"/>
        <w:ind w:left="4614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8 класс — 68 часов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146"/>
        <w:gridCol w:w="2192"/>
        <w:gridCol w:w="943"/>
        <w:gridCol w:w="5088"/>
        <w:gridCol w:w="2128"/>
      </w:tblGrid>
      <w:tr w:rsidR="00AF4025" w:rsidRPr="00AF4025" w14:paraId="6DA94E1A" w14:textId="77777777" w:rsidTr="00AF4025">
        <w:trPr>
          <w:jc w:val="center"/>
        </w:trPr>
        <w:tc>
          <w:tcPr>
            <w:tcW w:w="675" w:type="dxa"/>
          </w:tcPr>
          <w:p w14:paraId="7FF4BD0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2146" w:type="dxa"/>
          </w:tcPr>
          <w:p w14:paraId="6B04D2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</w:t>
            </w:r>
          </w:p>
        </w:tc>
        <w:tc>
          <w:tcPr>
            <w:tcW w:w="2192" w:type="dxa"/>
          </w:tcPr>
          <w:p w14:paraId="33187FF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 урока</w:t>
            </w:r>
          </w:p>
        </w:tc>
        <w:tc>
          <w:tcPr>
            <w:tcW w:w="943" w:type="dxa"/>
          </w:tcPr>
          <w:p w14:paraId="4DF1A0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5088" w:type="dxa"/>
          </w:tcPr>
          <w:p w14:paraId="49A1D8C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  <w:tc>
          <w:tcPr>
            <w:tcW w:w="2128" w:type="dxa"/>
          </w:tcPr>
          <w:p w14:paraId="6105ADE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Форма контроля</w:t>
            </w:r>
          </w:p>
        </w:tc>
      </w:tr>
      <w:tr w:rsidR="00AF4025" w:rsidRPr="00AF4025" w14:paraId="124B3F67" w14:textId="77777777" w:rsidTr="00AF4025">
        <w:trPr>
          <w:jc w:val="center"/>
        </w:trPr>
        <w:tc>
          <w:tcPr>
            <w:tcW w:w="675" w:type="dxa"/>
          </w:tcPr>
          <w:p w14:paraId="1326204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2146" w:type="dxa"/>
          </w:tcPr>
          <w:p w14:paraId="38B1F05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1D5DB5D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Освоение России в XI–XVI вв.</w:t>
            </w:r>
          </w:p>
        </w:tc>
        <w:tc>
          <w:tcPr>
            <w:tcW w:w="943" w:type="dxa"/>
          </w:tcPr>
          <w:p w14:paraId="2F168F9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F9059F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2FD75F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F3D3A6C" w14:textId="77777777" w:rsidTr="00AF4025">
        <w:trPr>
          <w:jc w:val="center"/>
        </w:trPr>
        <w:tc>
          <w:tcPr>
            <w:tcW w:w="675" w:type="dxa"/>
          </w:tcPr>
          <w:p w14:paraId="6BCC0D8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2146" w:type="dxa"/>
          </w:tcPr>
          <w:p w14:paraId="0E3026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68486F8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Расширение территории в XVI–XIX вв.</w:t>
            </w:r>
          </w:p>
        </w:tc>
        <w:tc>
          <w:tcPr>
            <w:tcW w:w="943" w:type="dxa"/>
          </w:tcPr>
          <w:p w14:paraId="3DEB35C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37A114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7CF63E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3AACC25" w14:textId="77777777" w:rsidTr="00AF4025">
        <w:trPr>
          <w:jc w:val="center"/>
        </w:trPr>
        <w:tc>
          <w:tcPr>
            <w:tcW w:w="675" w:type="dxa"/>
          </w:tcPr>
          <w:p w14:paraId="5AF720B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2146" w:type="dxa"/>
          </w:tcPr>
          <w:p w14:paraId="55AE0F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11A3DB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Изменение границ в XX–XXI вв.</w:t>
            </w:r>
          </w:p>
        </w:tc>
        <w:tc>
          <w:tcPr>
            <w:tcW w:w="943" w:type="dxa"/>
          </w:tcPr>
          <w:p w14:paraId="562C1A2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74F526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7BE193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0E77999" w14:textId="77777777" w:rsidTr="00AF4025">
        <w:trPr>
          <w:jc w:val="center"/>
        </w:trPr>
        <w:tc>
          <w:tcPr>
            <w:tcW w:w="675" w:type="dxa"/>
          </w:tcPr>
          <w:p w14:paraId="6A666F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2146" w:type="dxa"/>
          </w:tcPr>
          <w:p w14:paraId="76E276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68F0A9A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Изменение границ по историческим картам</w:t>
            </w:r>
          </w:p>
        </w:tc>
        <w:tc>
          <w:tcPr>
            <w:tcW w:w="943" w:type="dxa"/>
          </w:tcPr>
          <w:p w14:paraId="73A9A35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4DEB3BF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8" w:type="dxa"/>
          </w:tcPr>
          <w:p w14:paraId="5468F9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25CCF2B" w14:textId="77777777" w:rsidTr="00AF4025">
        <w:trPr>
          <w:jc w:val="center"/>
        </w:trPr>
        <w:tc>
          <w:tcPr>
            <w:tcW w:w="675" w:type="dxa"/>
          </w:tcPr>
          <w:p w14:paraId="1B309D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2146" w:type="dxa"/>
          </w:tcPr>
          <w:p w14:paraId="331BE2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4FBC38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Государственная территория и граница</w:t>
            </w:r>
          </w:p>
        </w:tc>
        <w:tc>
          <w:tcPr>
            <w:tcW w:w="943" w:type="dxa"/>
          </w:tcPr>
          <w:p w14:paraId="02D4866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E33D23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15144A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78B7C01" w14:textId="77777777" w:rsidTr="00AF4025">
        <w:trPr>
          <w:jc w:val="center"/>
        </w:trPr>
        <w:tc>
          <w:tcPr>
            <w:tcW w:w="675" w:type="dxa"/>
          </w:tcPr>
          <w:p w14:paraId="5D8471D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</w:t>
            </w:r>
          </w:p>
        </w:tc>
        <w:tc>
          <w:tcPr>
            <w:tcW w:w="2146" w:type="dxa"/>
          </w:tcPr>
          <w:p w14:paraId="3D115C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5E0D77E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положение и крайние точки</w:t>
            </w:r>
          </w:p>
        </w:tc>
        <w:tc>
          <w:tcPr>
            <w:tcW w:w="943" w:type="dxa"/>
          </w:tcPr>
          <w:p w14:paraId="45BD41D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893B1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24FBC7F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05FD736" w14:textId="77777777" w:rsidTr="00AF4025">
        <w:trPr>
          <w:jc w:val="center"/>
        </w:trPr>
        <w:tc>
          <w:tcPr>
            <w:tcW w:w="675" w:type="dxa"/>
          </w:tcPr>
          <w:p w14:paraId="4D210E9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7</w:t>
            </w:r>
          </w:p>
        </w:tc>
        <w:tc>
          <w:tcPr>
            <w:tcW w:w="2146" w:type="dxa"/>
          </w:tcPr>
          <w:p w14:paraId="0839F46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3262C2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Моря России</w:t>
            </w:r>
          </w:p>
        </w:tc>
        <w:tc>
          <w:tcPr>
            <w:tcW w:w="943" w:type="dxa"/>
          </w:tcPr>
          <w:p w14:paraId="11C11F1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8D31CF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160ACE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FE117D8" w14:textId="77777777" w:rsidTr="00AF4025">
        <w:trPr>
          <w:jc w:val="center"/>
        </w:trPr>
        <w:tc>
          <w:tcPr>
            <w:tcW w:w="675" w:type="dxa"/>
          </w:tcPr>
          <w:p w14:paraId="67D00AA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8</w:t>
            </w:r>
          </w:p>
        </w:tc>
        <w:tc>
          <w:tcPr>
            <w:tcW w:w="2146" w:type="dxa"/>
          </w:tcPr>
          <w:p w14:paraId="3335B9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2F11C85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Часовые зоны</w:t>
            </w:r>
          </w:p>
        </w:tc>
        <w:tc>
          <w:tcPr>
            <w:tcW w:w="943" w:type="dxa"/>
          </w:tcPr>
          <w:p w14:paraId="58405D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83D5C5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250D23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F470D59" w14:textId="77777777" w:rsidTr="00AF4025">
        <w:trPr>
          <w:jc w:val="center"/>
        </w:trPr>
        <w:tc>
          <w:tcPr>
            <w:tcW w:w="675" w:type="dxa"/>
          </w:tcPr>
          <w:p w14:paraId="795CC6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9</w:t>
            </w:r>
          </w:p>
        </w:tc>
        <w:tc>
          <w:tcPr>
            <w:tcW w:w="2146" w:type="dxa"/>
          </w:tcPr>
          <w:p w14:paraId="7745B6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4875FD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Административно-территориальное устройство</w:t>
            </w:r>
          </w:p>
        </w:tc>
        <w:tc>
          <w:tcPr>
            <w:tcW w:w="943" w:type="dxa"/>
          </w:tcPr>
          <w:p w14:paraId="718FA97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F65C3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6DF7BA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5ED6DD9" w14:textId="77777777" w:rsidTr="00AF4025">
        <w:trPr>
          <w:jc w:val="center"/>
        </w:trPr>
        <w:tc>
          <w:tcPr>
            <w:tcW w:w="675" w:type="dxa"/>
          </w:tcPr>
          <w:p w14:paraId="33D7B62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10</w:t>
            </w:r>
          </w:p>
        </w:tc>
        <w:tc>
          <w:tcPr>
            <w:tcW w:w="2146" w:type="dxa"/>
          </w:tcPr>
          <w:p w14:paraId="757386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6C046C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Федеральные округа и субъекты РФ</w:t>
            </w:r>
          </w:p>
        </w:tc>
        <w:tc>
          <w:tcPr>
            <w:tcW w:w="943" w:type="dxa"/>
          </w:tcPr>
          <w:p w14:paraId="00D1CF6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C0D756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7B5E07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BFCF87E" w14:textId="77777777" w:rsidTr="00AF4025">
        <w:trPr>
          <w:jc w:val="center"/>
        </w:trPr>
        <w:tc>
          <w:tcPr>
            <w:tcW w:w="675" w:type="dxa"/>
          </w:tcPr>
          <w:p w14:paraId="709BE22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11</w:t>
            </w:r>
          </w:p>
        </w:tc>
        <w:tc>
          <w:tcPr>
            <w:tcW w:w="2146" w:type="dxa"/>
          </w:tcPr>
          <w:p w14:paraId="2740584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пространство России</w:t>
            </w:r>
          </w:p>
        </w:tc>
        <w:tc>
          <w:tcPr>
            <w:tcW w:w="2192" w:type="dxa"/>
          </w:tcPr>
          <w:p w14:paraId="6A87485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Районирование России</w:t>
            </w:r>
          </w:p>
        </w:tc>
        <w:tc>
          <w:tcPr>
            <w:tcW w:w="943" w:type="dxa"/>
          </w:tcPr>
          <w:p w14:paraId="62F067A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BC4AD1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0331DD4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4668524" w14:textId="77777777" w:rsidTr="00AF4025">
        <w:trPr>
          <w:jc w:val="center"/>
        </w:trPr>
        <w:tc>
          <w:tcPr>
            <w:tcW w:w="675" w:type="dxa"/>
          </w:tcPr>
          <w:p w14:paraId="72D5DE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12</w:t>
            </w:r>
          </w:p>
        </w:tc>
        <w:tc>
          <w:tcPr>
            <w:tcW w:w="2146" w:type="dxa"/>
          </w:tcPr>
          <w:p w14:paraId="11D04C7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7F113DE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Природные условия и ресурсы</w:t>
            </w:r>
          </w:p>
        </w:tc>
        <w:tc>
          <w:tcPr>
            <w:tcW w:w="943" w:type="dxa"/>
          </w:tcPr>
          <w:p w14:paraId="538193C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D0E00E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0D452A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9D227CD" w14:textId="77777777" w:rsidTr="00AF4025">
        <w:trPr>
          <w:jc w:val="center"/>
        </w:trPr>
        <w:tc>
          <w:tcPr>
            <w:tcW w:w="675" w:type="dxa"/>
          </w:tcPr>
          <w:p w14:paraId="5C0E80E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13</w:t>
            </w:r>
          </w:p>
        </w:tc>
        <w:tc>
          <w:tcPr>
            <w:tcW w:w="2146" w:type="dxa"/>
          </w:tcPr>
          <w:p w14:paraId="337515E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2DD651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Природно-ресурсный капитал</w:t>
            </w:r>
          </w:p>
        </w:tc>
        <w:tc>
          <w:tcPr>
            <w:tcW w:w="943" w:type="dxa"/>
          </w:tcPr>
          <w:p w14:paraId="11F7FAA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715718C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55D804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A59F00E" w14:textId="77777777" w:rsidTr="00AF4025">
        <w:trPr>
          <w:jc w:val="center"/>
        </w:trPr>
        <w:tc>
          <w:tcPr>
            <w:tcW w:w="675" w:type="dxa"/>
          </w:tcPr>
          <w:p w14:paraId="6E4DDB6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14</w:t>
            </w:r>
          </w:p>
        </w:tc>
        <w:tc>
          <w:tcPr>
            <w:tcW w:w="2146" w:type="dxa"/>
          </w:tcPr>
          <w:p w14:paraId="3BE803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4EE488B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Геологическое строение</w:t>
            </w:r>
          </w:p>
        </w:tc>
        <w:tc>
          <w:tcPr>
            <w:tcW w:w="943" w:type="dxa"/>
          </w:tcPr>
          <w:p w14:paraId="305E5F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F893F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F5008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3DF7C39" w14:textId="77777777" w:rsidTr="00AF4025">
        <w:trPr>
          <w:jc w:val="center"/>
        </w:trPr>
        <w:tc>
          <w:tcPr>
            <w:tcW w:w="675" w:type="dxa"/>
          </w:tcPr>
          <w:p w14:paraId="275B2E9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15</w:t>
            </w:r>
          </w:p>
        </w:tc>
        <w:tc>
          <w:tcPr>
            <w:tcW w:w="2146" w:type="dxa"/>
          </w:tcPr>
          <w:p w14:paraId="70181B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67E778E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Тектонические структуры</w:t>
            </w:r>
          </w:p>
        </w:tc>
        <w:tc>
          <w:tcPr>
            <w:tcW w:w="943" w:type="dxa"/>
          </w:tcPr>
          <w:p w14:paraId="3615F1F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2EF4A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10E85B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84ECDDE" w14:textId="77777777" w:rsidTr="00AF4025">
        <w:trPr>
          <w:jc w:val="center"/>
        </w:trPr>
        <w:tc>
          <w:tcPr>
            <w:tcW w:w="675" w:type="dxa"/>
          </w:tcPr>
          <w:p w14:paraId="0FAD772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16</w:t>
            </w:r>
          </w:p>
        </w:tc>
        <w:tc>
          <w:tcPr>
            <w:tcW w:w="2146" w:type="dxa"/>
          </w:tcPr>
          <w:p w14:paraId="0CC071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4DC1AD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Рельеф России</w:t>
            </w:r>
          </w:p>
        </w:tc>
        <w:tc>
          <w:tcPr>
            <w:tcW w:w="943" w:type="dxa"/>
          </w:tcPr>
          <w:p w14:paraId="1A1D602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73FF8D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2DE2F6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7A07113" w14:textId="77777777" w:rsidTr="00AF4025">
        <w:trPr>
          <w:jc w:val="center"/>
        </w:trPr>
        <w:tc>
          <w:tcPr>
            <w:tcW w:w="675" w:type="dxa"/>
          </w:tcPr>
          <w:p w14:paraId="723C7E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17</w:t>
            </w:r>
          </w:p>
        </w:tc>
        <w:tc>
          <w:tcPr>
            <w:tcW w:w="2146" w:type="dxa"/>
          </w:tcPr>
          <w:p w14:paraId="15D213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373073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Полезные ископаемые</w:t>
            </w:r>
          </w:p>
        </w:tc>
        <w:tc>
          <w:tcPr>
            <w:tcW w:w="943" w:type="dxa"/>
          </w:tcPr>
          <w:p w14:paraId="58CA95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ED4CC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74A3DB3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CD15A9E" w14:textId="77777777" w:rsidTr="00AF4025">
        <w:trPr>
          <w:jc w:val="center"/>
        </w:trPr>
        <w:tc>
          <w:tcPr>
            <w:tcW w:w="675" w:type="dxa"/>
          </w:tcPr>
          <w:p w14:paraId="111EDD5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18</w:t>
            </w:r>
          </w:p>
        </w:tc>
        <w:tc>
          <w:tcPr>
            <w:tcW w:w="2146" w:type="dxa"/>
          </w:tcPr>
          <w:p w14:paraId="681E1A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65EFC1D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Рельефообразующие процессы</w:t>
            </w:r>
          </w:p>
        </w:tc>
        <w:tc>
          <w:tcPr>
            <w:tcW w:w="943" w:type="dxa"/>
          </w:tcPr>
          <w:p w14:paraId="39ED2A6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5A80999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12903BF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EE4257C" w14:textId="77777777" w:rsidTr="00AF4025">
        <w:trPr>
          <w:jc w:val="center"/>
        </w:trPr>
        <w:tc>
          <w:tcPr>
            <w:tcW w:w="675" w:type="dxa"/>
          </w:tcPr>
          <w:p w14:paraId="668E3D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19</w:t>
            </w:r>
          </w:p>
        </w:tc>
        <w:tc>
          <w:tcPr>
            <w:tcW w:w="2146" w:type="dxa"/>
          </w:tcPr>
          <w:p w14:paraId="79C9443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394B9F3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Опасные процессы литосферы</w:t>
            </w:r>
          </w:p>
        </w:tc>
        <w:tc>
          <w:tcPr>
            <w:tcW w:w="943" w:type="dxa"/>
          </w:tcPr>
          <w:p w14:paraId="2526FC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3A37C5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11E512B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931D2C1" w14:textId="77777777" w:rsidTr="00AF4025">
        <w:trPr>
          <w:jc w:val="center"/>
        </w:trPr>
        <w:tc>
          <w:tcPr>
            <w:tcW w:w="675" w:type="dxa"/>
          </w:tcPr>
          <w:p w14:paraId="117F037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20</w:t>
            </w:r>
          </w:p>
        </w:tc>
        <w:tc>
          <w:tcPr>
            <w:tcW w:w="2146" w:type="dxa"/>
          </w:tcPr>
          <w:p w14:paraId="50B53B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53C626E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Климатообразующие факторы</w:t>
            </w:r>
          </w:p>
        </w:tc>
        <w:tc>
          <w:tcPr>
            <w:tcW w:w="943" w:type="dxa"/>
          </w:tcPr>
          <w:p w14:paraId="73CF972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7DE5A8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6E85C17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E0DCF82" w14:textId="77777777" w:rsidTr="00AF4025">
        <w:trPr>
          <w:jc w:val="center"/>
        </w:trPr>
        <w:tc>
          <w:tcPr>
            <w:tcW w:w="675" w:type="dxa"/>
          </w:tcPr>
          <w:p w14:paraId="076F1FC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21</w:t>
            </w:r>
          </w:p>
        </w:tc>
        <w:tc>
          <w:tcPr>
            <w:tcW w:w="2146" w:type="dxa"/>
          </w:tcPr>
          <w:p w14:paraId="4D225A2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39EA3E2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Солнечная радиация</w:t>
            </w:r>
          </w:p>
        </w:tc>
        <w:tc>
          <w:tcPr>
            <w:tcW w:w="943" w:type="dxa"/>
          </w:tcPr>
          <w:p w14:paraId="6A5E19E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715A42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447BDE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2B0E039" w14:textId="77777777" w:rsidTr="00AF4025">
        <w:trPr>
          <w:jc w:val="center"/>
        </w:trPr>
        <w:tc>
          <w:tcPr>
            <w:tcW w:w="675" w:type="dxa"/>
          </w:tcPr>
          <w:p w14:paraId="12DE6E1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22</w:t>
            </w:r>
          </w:p>
        </w:tc>
        <w:tc>
          <w:tcPr>
            <w:tcW w:w="2146" w:type="dxa"/>
          </w:tcPr>
          <w:p w14:paraId="7A3152B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513F67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Циркуляция атмосферы</w:t>
            </w:r>
          </w:p>
        </w:tc>
        <w:tc>
          <w:tcPr>
            <w:tcW w:w="943" w:type="dxa"/>
          </w:tcPr>
          <w:p w14:paraId="086575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7620E4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47CA8BF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8FD6A90" w14:textId="77777777" w:rsidTr="00AF4025">
        <w:trPr>
          <w:jc w:val="center"/>
        </w:trPr>
        <w:tc>
          <w:tcPr>
            <w:tcW w:w="675" w:type="dxa"/>
          </w:tcPr>
          <w:p w14:paraId="7696B9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23</w:t>
            </w:r>
          </w:p>
        </w:tc>
        <w:tc>
          <w:tcPr>
            <w:tcW w:w="2146" w:type="dxa"/>
          </w:tcPr>
          <w:p w14:paraId="0F47345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39AEF1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Температуры воздуха</w:t>
            </w:r>
          </w:p>
        </w:tc>
        <w:tc>
          <w:tcPr>
            <w:tcW w:w="943" w:type="dxa"/>
          </w:tcPr>
          <w:p w14:paraId="0777633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A24CB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409D0E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FA7A956" w14:textId="77777777" w:rsidTr="00AF4025">
        <w:trPr>
          <w:jc w:val="center"/>
        </w:trPr>
        <w:tc>
          <w:tcPr>
            <w:tcW w:w="675" w:type="dxa"/>
          </w:tcPr>
          <w:p w14:paraId="6CEDE9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24</w:t>
            </w:r>
          </w:p>
        </w:tc>
        <w:tc>
          <w:tcPr>
            <w:tcW w:w="2146" w:type="dxa"/>
          </w:tcPr>
          <w:p w14:paraId="7E25E53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0ED780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Атмосферные осадки</w:t>
            </w:r>
          </w:p>
        </w:tc>
        <w:tc>
          <w:tcPr>
            <w:tcW w:w="943" w:type="dxa"/>
          </w:tcPr>
          <w:p w14:paraId="7C60925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1FDABAB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2539F7C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A339B24" w14:textId="77777777" w:rsidTr="00AF4025">
        <w:trPr>
          <w:jc w:val="center"/>
        </w:trPr>
        <w:tc>
          <w:tcPr>
            <w:tcW w:w="675" w:type="dxa"/>
          </w:tcPr>
          <w:p w14:paraId="4E181A5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25</w:t>
            </w:r>
          </w:p>
        </w:tc>
        <w:tc>
          <w:tcPr>
            <w:tcW w:w="2146" w:type="dxa"/>
          </w:tcPr>
          <w:p w14:paraId="0DB83E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704735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Климатические пояса и типы климата</w:t>
            </w:r>
          </w:p>
        </w:tc>
        <w:tc>
          <w:tcPr>
            <w:tcW w:w="943" w:type="dxa"/>
          </w:tcPr>
          <w:p w14:paraId="76E1091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227EDE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40DEE3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EC09126" w14:textId="77777777" w:rsidTr="00AF4025">
        <w:trPr>
          <w:jc w:val="center"/>
        </w:trPr>
        <w:tc>
          <w:tcPr>
            <w:tcW w:w="675" w:type="dxa"/>
          </w:tcPr>
          <w:p w14:paraId="08D39E0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26</w:t>
            </w:r>
          </w:p>
        </w:tc>
        <w:tc>
          <w:tcPr>
            <w:tcW w:w="2146" w:type="dxa"/>
          </w:tcPr>
          <w:p w14:paraId="396246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0A2D67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proofErr w:type="spellStart"/>
            <w:r w:rsidRPr="00AF4025">
              <w:rPr>
                <w:sz w:val="20"/>
                <w:szCs w:val="20"/>
              </w:rPr>
              <w:t>Климатограммы</w:t>
            </w:r>
            <w:proofErr w:type="spellEnd"/>
          </w:p>
        </w:tc>
        <w:tc>
          <w:tcPr>
            <w:tcW w:w="943" w:type="dxa"/>
          </w:tcPr>
          <w:p w14:paraId="0AF6F4C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F1998E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40B1C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393CDD8" w14:textId="77777777" w:rsidTr="00AF4025">
        <w:trPr>
          <w:jc w:val="center"/>
        </w:trPr>
        <w:tc>
          <w:tcPr>
            <w:tcW w:w="675" w:type="dxa"/>
          </w:tcPr>
          <w:p w14:paraId="3C8D4BC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27</w:t>
            </w:r>
          </w:p>
        </w:tc>
        <w:tc>
          <w:tcPr>
            <w:tcW w:w="2146" w:type="dxa"/>
          </w:tcPr>
          <w:p w14:paraId="139FE2C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77CC11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Опасные климатические явления</w:t>
            </w:r>
          </w:p>
        </w:tc>
        <w:tc>
          <w:tcPr>
            <w:tcW w:w="943" w:type="dxa"/>
          </w:tcPr>
          <w:p w14:paraId="6ABFF6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15917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1F9C58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027E8A3" w14:textId="77777777" w:rsidTr="00AF4025">
        <w:trPr>
          <w:jc w:val="center"/>
        </w:trPr>
        <w:tc>
          <w:tcPr>
            <w:tcW w:w="675" w:type="dxa"/>
          </w:tcPr>
          <w:p w14:paraId="384CB3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28</w:t>
            </w:r>
          </w:p>
        </w:tc>
        <w:tc>
          <w:tcPr>
            <w:tcW w:w="2146" w:type="dxa"/>
          </w:tcPr>
          <w:p w14:paraId="719CB0F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233E273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Агроклиматические ресурсы</w:t>
            </w:r>
          </w:p>
        </w:tc>
        <w:tc>
          <w:tcPr>
            <w:tcW w:w="943" w:type="dxa"/>
          </w:tcPr>
          <w:p w14:paraId="2272111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D07539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6D1F6BD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3EFA64E" w14:textId="77777777" w:rsidTr="00AF4025">
        <w:trPr>
          <w:jc w:val="center"/>
        </w:trPr>
        <w:tc>
          <w:tcPr>
            <w:tcW w:w="675" w:type="dxa"/>
          </w:tcPr>
          <w:p w14:paraId="4614B72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29</w:t>
            </w:r>
          </w:p>
        </w:tc>
        <w:tc>
          <w:tcPr>
            <w:tcW w:w="2146" w:type="dxa"/>
          </w:tcPr>
          <w:p w14:paraId="23C2B8B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003540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Внутренние воды</w:t>
            </w:r>
          </w:p>
        </w:tc>
        <w:tc>
          <w:tcPr>
            <w:tcW w:w="943" w:type="dxa"/>
          </w:tcPr>
          <w:p w14:paraId="15E9672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62671F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7BEE3D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D078C15" w14:textId="77777777" w:rsidTr="00AF4025">
        <w:trPr>
          <w:jc w:val="center"/>
        </w:trPr>
        <w:tc>
          <w:tcPr>
            <w:tcW w:w="675" w:type="dxa"/>
          </w:tcPr>
          <w:p w14:paraId="3BCBB13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30</w:t>
            </w:r>
          </w:p>
        </w:tc>
        <w:tc>
          <w:tcPr>
            <w:tcW w:w="2146" w:type="dxa"/>
          </w:tcPr>
          <w:p w14:paraId="105A4B4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73066A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Питание и режим рек</w:t>
            </w:r>
          </w:p>
        </w:tc>
        <w:tc>
          <w:tcPr>
            <w:tcW w:w="943" w:type="dxa"/>
          </w:tcPr>
          <w:p w14:paraId="581FB30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53246E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7B23B5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D4FECE4" w14:textId="77777777" w:rsidTr="00AF4025">
        <w:trPr>
          <w:jc w:val="center"/>
        </w:trPr>
        <w:tc>
          <w:tcPr>
            <w:tcW w:w="675" w:type="dxa"/>
          </w:tcPr>
          <w:p w14:paraId="2595E9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31</w:t>
            </w:r>
          </w:p>
        </w:tc>
        <w:tc>
          <w:tcPr>
            <w:tcW w:w="2146" w:type="dxa"/>
          </w:tcPr>
          <w:p w14:paraId="0339438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46DFC0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Крупнейшие реки</w:t>
            </w:r>
          </w:p>
        </w:tc>
        <w:tc>
          <w:tcPr>
            <w:tcW w:w="943" w:type="dxa"/>
          </w:tcPr>
          <w:p w14:paraId="10FAD5C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1E7B1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099C0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34F2C21" w14:textId="77777777" w:rsidTr="00AF4025">
        <w:trPr>
          <w:jc w:val="center"/>
        </w:trPr>
        <w:tc>
          <w:tcPr>
            <w:tcW w:w="675" w:type="dxa"/>
          </w:tcPr>
          <w:p w14:paraId="5E3FCF9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32</w:t>
            </w:r>
          </w:p>
        </w:tc>
        <w:tc>
          <w:tcPr>
            <w:tcW w:w="2146" w:type="dxa"/>
          </w:tcPr>
          <w:p w14:paraId="510B380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3672626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Озёра и болота</w:t>
            </w:r>
          </w:p>
        </w:tc>
        <w:tc>
          <w:tcPr>
            <w:tcW w:w="943" w:type="dxa"/>
          </w:tcPr>
          <w:p w14:paraId="5D34EF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52CCD1B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1696E9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FD96E6A" w14:textId="77777777" w:rsidTr="00AF4025">
        <w:trPr>
          <w:jc w:val="center"/>
        </w:trPr>
        <w:tc>
          <w:tcPr>
            <w:tcW w:w="675" w:type="dxa"/>
          </w:tcPr>
          <w:p w14:paraId="1F5CD9B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33</w:t>
            </w:r>
          </w:p>
        </w:tc>
        <w:tc>
          <w:tcPr>
            <w:tcW w:w="2146" w:type="dxa"/>
          </w:tcPr>
          <w:p w14:paraId="4819E2C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241DD23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Подземные воды</w:t>
            </w:r>
          </w:p>
        </w:tc>
        <w:tc>
          <w:tcPr>
            <w:tcW w:w="943" w:type="dxa"/>
          </w:tcPr>
          <w:p w14:paraId="2715A3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422CF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46911AE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D6527E0" w14:textId="77777777" w:rsidTr="00AF4025">
        <w:trPr>
          <w:jc w:val="center"/>
        </w:trPr>
        <w:tc>
          <w:tcPr>
            <w:tcW w:w="675" w:type="dxa"/>
          </w:tcPr>
          <w:p w14:paraId="536DDA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34</w:t>
            </w:r>
          </w:p>
        </w:tc>
        <w:tc>
          <w:tcPr>
            <w:tcW w:w="2146" w:type="dxa"/>
          </w:tcPr>
          <w:p w14:paraId="3861ACF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1635550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Ледники и мерзлота</w:t>
            </w:r>
          </w:p>
        </w:tc>
        <w:tc>
          <w:tcPr>
            <w:tcW w:w="943" w:type="dxa"/>
          </w:tcPr>
          <w:p w14:paraId="170AAF9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FFF6F2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558EF1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0D664C9" w14:textId="77777777" w:rsidTr="00AF4025">
        <w:trPr>
          <w:jc w:val="center"/>
        </w:trPr>
        <w:tc>
          <w:tcPr>
            <w:tcW w:w="675" w:type="dxa"/>
          </w:tcPr>
          <w:p w14:paraId="3CB79E1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35</w:t>
            </w:r>
          </w:p>
        </w:tc>
        <w:tc>
          <w:tcPr>
            <w:tcW w:w="2146" w:type="dxa"/>
          </w:tcPr>
          <w:p w14:paraId="6B38601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6CCA879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Водные ресурсы</w:t>
            </w:r>
          </w:p>
        </w:tc>
        <w:tc>
          <w:tcPr>
            <w:tcW w:w="943" w:type="dxa"/>
          </w:tcPr>
          <w:p w14:paraId="30C008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520428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04858EC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D2EBB6A" w14:textId="77777777" w:rsidTr="00AF4025">
        <w:trPr>
          <w:jc w:val="center"/>
        </w:trPr>
        <w:tc>
          <w:tcPr>
            <w:tcW w:w="675" w:type="dxa"/>
          </w:tcPr>
          <w:p w14:paraId="7BE542F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36</w:t>
            </w:r>
          </w:p>
        </w:tc>
        <w:tc>
          <w:tcPr>
            <w:tcW w:w="2146" w:type="dxa"/>
          </w:tcPr>
          <w:p w14:paraId="2546F6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2E71B83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Почвы и почвообразование</w:t>
            </w:r>
          </w:p>
        </w:tc>
        <w:tc>
          <w:tcPr>
            <w:tcW w:w="943" w:type="dxa"/>
          </w:tcPr>
          <w:p w14:paraId="5BB400D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39259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407BCD6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B26DDC9" w14:textId="77777777" w:rsidTr="00AF4025">
        <w:trPr>
          <w:jc w:val="center"/>
        </w:trPr>
        <w:tc>
          <w:tcPr>
            <w:tcW w:w="675" w:type="dxa"/>
          </w:tcPr>
          <w:p w14:paraId="14D8BDC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37</w:t>
            </w:r>
          </w:p>
        </w:tc>
        <w:tc>
          <w:tcPr>
            <w:tcW w:w="2146" w:type="dxa"/>
          </w:tcPr>
          <w:p w14:paraId="59F5673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36848B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Типы почв</w:t>
            </w:r>
          </w:p>
        </w:tc>
        <w:tc>
          <w:tcPr>
            <w:tcW w:w="943" w:type="dxa"/>
          </w:tcPr>
          <w:p w14:paraId="15F62E3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057F6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698A3D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9BCD799" w14:textId="77777777" w:rsidTr="00AF4025">
        <w:trPr>
          <w:jc w:val="center"/>
        </w:trPr>
        <w:tc>
          <w:tcPr>
            <w:tcW w:w="675" w:type="dxa"/>
          </w:tcPr>
          <w:p w14:paraId="1D1771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38</w:t>
            </w:r>
          </w:p>
        </w:tc>
        <w:tc>
          <w:tcPr>
            <w:tcW w:w="2146" w:type="dxa"/>
          </w:tcPr>
          <w:p w14:paraId="277613E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77E6488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Охрана почв</w:t>
            </w:r>
          </w:p>
        </w:tc>
        <w:tc>
          <w:tcPr>
            <w:tcW w:w="943" w:type="dxa"/>
          </w:tcPr>
          <w:p w14:paraId="587850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1AB753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0614790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85A11C8" w14:textId="77777777" w:rsidTr="00AF4025">
        <w:trPr>
          <w:jc w:val="center"/>
        </w:trPr>
        <w:tc>
          <w:tcPr>
            <w:tcW w:w="675" w:type="dxa"/>
          </w:tcPr>
          <w:p w14:paraId="1CA7D2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39</w:t>
            </w:r>
          </w:p>
        </w:tc>
        <w:tc>
          <w:tcPr>
            <w:tcW w:w="2146" w:type="dxa"/>
          </w:tcPr>
          <w:p w14:paraId="6D4A761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5CA032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Растительный мир</w:t>
            </w:r>
          </w:p>
        </w:tc>
        <w:tc>
          <w:tcPr>
            <w:tcW w:w="943" w:type="dxa"/>
          </w:tcPr>
          <w:p w14:paraId="08C33D3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450FD14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0ADB6A8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F8E1CD9" w14:textId="77777777" w:rsidTr="00AF4025">
        <w:trPr>
          <w:jc w:val="center"/>
        </w:trPr>
        <w:tc>
          <w:tcPr>
            <w:tcW w:w="675" w:type="dxa"/>
          </w:tcPr>
          <w:p w14:paraId="32690BB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40</w:t>
            </w:r>
          </w:p>
        </w:tc>
        <w:tc>
          <w:tcPr>
            <w:tcW w:w="2146" w:type="dxa"/>
          </w:tcPr>
          <w:p w14:paraId="02F307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408216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Животный мир</w:t>
            </w:r>
          </w:p>
        </w:tc>
        <w:tc>
          <w:tcPr>
            <w:tcW w:w="943" w:type="dxa"/>
          </w:tcPr>
          <w:p w14:paraId="59A655E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5D3AD6E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554825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D245D7C" w14:textId="77777777" w:rsidTr="00AF4025">
        <w:trPr>
          <w:jc w:val="center"/>
        </w:trPr>
        <w:tc>
          <w:tcPr>
            <w:tcW w:w="675" w:type="dxa"/>
          </w:tcPr>
          <w:p w14:paraId="79F58C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41</w:t>
            </w:r>
          </w:p>
        </w:tc>
        <w:tc>
          <w:tcPr>
            <w:tcW w:w="2146" w:type="dxa"/>
          </w:tcPr>
          <w:p w14:paraId="5C1AB70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07ED577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Биологические ресурсы</w:t>
            </w:r>
          </w:p>
        </w:tc>
        <w:tc>
          <w:tcPr>
            <w:tcW w:w="943" w:type="dxa"/>
          </w:tcPr>
          <w:p w14:paraId="3740959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43B6BDC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49A8C6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0467639" w14:textId="77777777" w:rsidTr="00AF4025">
        <w:trPr>
          <w:jc w:val="center"/>
        </w:trPr>
        <w:tc>
          <w:tcPr>
            <w:tcW w:w="675" w:type="dxa"/>
          </w:tcPr>
          <w:p w14:paraId="1723260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42</w:t>
            </w:r>
          </w:p>
        </w:tc>
        <w:tc>
          <w:tcPr>
            <w:tcW w:w="2146" w:type="dxa"/>
          </w:tcPr>
          <w:p w14:paraId="3A77AF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1CA4932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Арктические пустыни и тундра</w:t>
            </w:r>
          </w:p>
        </w:tc>
        <w:tc>
          <w:tcPr>
            <w:tcW w:w="943" w:type="dxa"/>
          </w:tcPr>
          <w:p w14:paraId="70AD1A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BE90A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7639327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B2C0927" w14:textId="77777777" w:rsidTr="00AF4025">
        <w:trPr>
          <w:jc w:val="center"/>
        </w:trPr>
        <w:tc>
          <w:tcPr>
            <w:tcW w:w="675" w:type="dxa"/>
          </w:tcPr>
          <w:p w14:paraId="7A321E8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43</w:t>
            </w:r>
          </w:p>
        </w:tc>
        <w:tc>
          <w:tcPr>
            <w:tcW w:w="2146" w:type="dxa"/>
          </w:tcPr>
          <w:p w14:paraId="6FC924B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129333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Тайга</w:t>
            </w:r>
          </w:p>
        </w:tc>
        <w:tc>
          <w:tcPr>
            <w:tcW w:w="943" w:type="dxa"/>
          </w:tcPr>
          <w:p w14:paraId="342A16C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4DB798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175964B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D6811A6" w14:textId="77777777" w:rsidTr="00AF4025">
        <w:trPr>
          <w:jc w:val="center"/>
        </w:trPr>
        <w:tc>
          <w:tcPr>
            <w:tcW w:w="675" w:type="dxa"/>
          </w:tcPr>
          <w:p w14:paraId="4367FCC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44</w:t>
            </w:r>
          </w:p>
        </w:tc>
        <w:tc>
          <w:tcPr>
            <w:tcW w:w="2146" w:type="dxa"/>
          </w:tcPr>
          <w:p w14:paraId="07592F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037DD1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Смешанные и широколиственные леса</w:t>
            </w:r>
          </w:p>
        </w:tc>
        <w:tc>
          <w:tcPr>
            <w:tcW w:w="943" w:type="dxa"/>
          </w:tcPr>
          <w:p w14:paraId="0CC8BE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C378C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4A1F39A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397496C" w14:textId="77777777" w:rsidTr="00AF4025">
        <w:trPr>
          <w:jc w:val="center"/>
        </w:trPr>
        <w:tc>
          <w:tcPr>
            <w:tcW w:w="675" w:type="dxa"/>
          </w:tcPr>
          <w:p w14:paraId="7C79EB1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45</w:t>
            </w:r>
          </w:p>
        </w:tc>
        <w:tc>
          <w:tcPr>
            <w:tcW w:w="2146" w:type="dxa"/>
          </w:tcPr>
          <w:p w14:paraId="6C3DA14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1360463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Лесостепи и степи</w:t>
            </w:r>
          </w:p>
        </w:tc>
        <w:tc>
          <w:tcPr>
            <w:tcW w:w="943" w:type="dxa"/>
          </w:tcPr>
          <w:p w14:paraId="6F7222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88FC73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0EDAB2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32CCFE4" w14:textId="77777777" w:rsidTr="00AF4025">
        <w:trPr>
          <w:jc w:val="center"/>
        </w:trPr>
        <w:tc>
          <w:tcPr>
            <w:tcW w:w="675" w:type="dxa"/>
          </w:tcPr>
          <w:p w14:paraId="3DE8918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46</w:t>
            </w:r>
          </w:p>
        </w:tc>
        <w:tc>
          <w:tcPr>
            <w:tcW w:w="2146" w:type="dxa"/>
          </w:tcPr>
          <w:p w14:paraId="1E237A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522427C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Полупустыни, пустыни, субтропики</w:t>
            </w:r>
          </w:p>
        </w:tc>
        <w:tc>
          <w:tcPr>
            <w:tcW w:w="943" w:type="dxa"/>
          </w:tcPr>
          <w:p w14:paraId="5016434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0120A43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C4776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57C3C9C" w14:textId="77777777" w:rsidTr="00AF4025">
        <w:trPr>
          <w:jc w:val="center"/>
        </w:trPr>
        <w:tc>
          <w:tcPr>
            <w:tcW w:w="675" w:type="dxa"/>
          </w:tcPr>
          <w:p w14:paraId="29303D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47</w:t>
            </w:r>
          </w:p>
        </w:tc>
        <w:tc>
          <w:tcPr>
            <w:tcW w:w="2146" w:type="dxa"/>
          </w:tcPr>
          <w:p w14:paraId="3AAC031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73FF86E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Высотная поясность</w:t>
            </w:r>
          </w:p>
        </w:tc>
        <w:tc>
          <w:tcPr>
            <w:tcW w:w="943" w:type="dxa"/>
          </w:tcPr>
          <w:p w14:paraId="2CE869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B16A70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F138C2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AAAE5B1" w14:textId="77777777" w:rsidTr="00AF4025">
        <w:trPr>
          <w:jc w:val="center"/>
        </w:trPr>
        <w:tc>
          <w:tcPr>
            <w:tcW w:w="675" w:type="dxa"/>
          </w:tcPr>
          <w:p w14:paraId="1A2E0CF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48</w:t>
            </w:r>
          </w:p>
        </w:tc>
        <w:tc>
          <w:tcPr>
            <w:tcW w:w="2146" w:type="dxa"/>
          </w:tcPr>
          <w:p w14:paraId="73B3D62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552AF35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Крупные природные районы</w:t>
            </w:r>
          </w:p>
        </w:tc>
        <w:tc>
          <w:tcPr>
            <w:tcW w:w="943" w:type="dxa"/>
          </w:tcPr>
          <w:p w14:paraId="6BC5A5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18718E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76B144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9393959" w14:textId="77777777" w:rsidTr="00AF4025">
        <w:trPr>
          <w:jc w:val="center"/>
        </w:trPr>
        <w:tc>
          <w:tcPr>
            <w:tcW w:w="675" w:type="dxa"/>
          </w:tcPr>
          <w:p w14:paraId="593A7AB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49</w:t>
            </w:r>
          </w:p>
        </w:tc>
        <w:tc>
          <w:tcPr>
            <w:tcW w:w="2146" w:type="dxa"/>
          </w:tcPr>
          <w:p w14:paraId="33836A6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539668D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ООПТ России</w:t>
            </w:r>
          </w:p>
        </w:tc>
        <w:tc>
          <w:tcPr>
            <w:tcW w:w="943" w:type="dxa"/>
          </w:tcPr>
          <w:p w14:paraId="4C4084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22EBDC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6329E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A4824CD" w14:textId="77777777" w:rsidTr="00AF4025">
        <w:trPr>
          <w:jc w:val="center"/>
        </w:trPr>
        <w:tc>
          <w:tcPr>
            <w:tcW w:w="675" w:type="dxa"/>
          </w:tcPr>
          <w:p w14:paraId="535A068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50</w:t>
            </w:r>
          </w:p>
        </w:tc>
        <w:tc>
          <w:tcPr>
            <w:tcW w:w="2146" w:type="dxa"/>
          </w:tcPr>
          <w:p w14:paraId="3FB8C1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2DD509C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Экологические проблемы</w:t>
            </w:r>
          </w:p>
        </w:tc>
        <w:tc>
          <w:tcPr>
            <w:tcW w:w="943" w:type="dxa"/>
          </w:tcPr>
          <w:p w14:paraId="60E47F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9037AD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58BBC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C247EAA" w14:textId="77777777" w:rsidTr="00AF4025">
        <w:trPr>
          <w:jc w:val="center"/>
        </w:trPr>
        <w:tc>
          <w:tcPr>
            <w:tcW w:w="675" w:type="dxa"/>
          </w:tcPr>
          <w:p w14:paraId="0CB8793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51</w:t>
            </w:r>
          </w:p>
        </w:tc>
        <w:tc>
          <w:tcPr>
            <w:tcW w:w="2146" w:type="dxa"/>
          </w:tcPr>
          <w:p w14:paraId="1C0EAA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Природа России</w:t>
            </w:r>
          </w:p>
        </w:tc>
        <w:tc>
          <w:tcPr>
            <w:tcW w:w="2192" w:type="dxa"/>
          </w:tcPr>
          <w:p w14:paraId="79B32F8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природы России</w:t>
            </w:r>
          </w:p>
        </w:tc>
        <w:tc>
          <w:tcPr>
            <w:tcW w:w="943" w:type="dxa"/>
          </w:tcPr>
          <w:p w14:paraId="6A32611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9C3D2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85D172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4CE5B25" w14:textId="77777777" w:rsidTr="00AF4025">
        <w:trPr>
          <w:jc w:val="center"/>
        </w:trPr>
        <w:tc>
          <w:tcPr>
            <w:tcW w:w="675" w:type="dxa"/>
          </w:tcPr>
          <w:p w14:paraId="7F1C292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52</w:t>
            </w:r>
          </w:p>
        </w:tc>
        <w:tc>
          <w:tcPr>
            <w:tcW w:w="2146" w:type="dxa"/>
          </w:tcPr>
          <w:p w14:paraId="7664B95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1127A46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Численность населения</w:t>
            </w:r>
          </w:p>
        </w:tc>
        <w:tc>
          <w:tcPr>
            <w:tcW w:w="943" w:type="dxa"/>
          </w:tcPr>
          <w:p w14:paraId="38DB2D9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4B7074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341F6A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9CA9FEE" w14:textId="77777777" w:rsidTr="00AF4025">
        <w:trPr>
          <w:jc w:val="center"/>
        </w:trPr>
        <w:tc>
          <w:tcPr>
            <w:tcW w:w="675" w:type="dxa"/>
          </w:tcPr>
          <w:p w14:paraId="0B8B6ED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53</w:t>
            </w:r>
          </w:p>
        </w:tc>
        <w:tc>
          <w:tcPr>
            <w:tcW w:w="2146" w:type="dxa"/>
          </w:tcPr>
          <w:p w14:paraId="7F26E9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12CFCF6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Естественное движение</w:t>
            </w:r>
          </w:p>
        </w:tc>
        <w:tc>
          <w:tcPr>
            <w:tcW w:w="943" w:type="dxa"/>
          </w:tcPr>
          <w:p w14:paraId="4953E2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219CB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22A267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275A6A2" w14:textId="77777777" w:rsidTr="00AF4025">
        <w:trPr>
          <w:jc w:val="center"/>
        </w:trPr>
        <w:tc>
          <w:tcPr>
            <w:tcW w:w="675" w:type="dxa"/>
          </w:tcPr>
          <w:p w14:paraId="0D661E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54</w:t>
            </w:r>
          </w:p>
        </w:tc>
        <w:tc>
          <w:tcPr>
            <w:tcW w:w="2146" w:type="dxa"/>
          </w:tcPr>
          <w:p w14:paraId="21AB8D2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4D51F2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Миграции</w:t>
            </w:r>
          </w:p>
        </w:tc>
        <w:tc>
          <w:tcPr>
            <w:tcW w:w="943" w:type="dxa"/>
          </w:tcPr>
          <w:p w14:paraId="5BE109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339FF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430A13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9705BFF" w14:textId="77777777" w:rsidTr="00AF4025">
        <w:trPr>
          <w:jc w:val="center"/>
        </w:trPr>
        <w:tc>
          <w:tcPr>
            <w:tcW w:w="675" w:type="dxa"/>
          </w:tcPr>
          <w:p w14:paraId="66865C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55</w:t>
            </w:r>
          </w:p>
        </w:tc>
        <w:tc>
          <w:tcPr>
            <w:tcW w:w="2146" w:type="dxa"/>
          </w:tcPr>
          <w:p w14:paraId="4B886E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4BF28DF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Размещение и плотность</w:t>
            </w:r>
          </w:p>
        </w:tc>
        <w:tc>
          <w:tcPr>
            <w:tcW w:w="943" w:type="dxa"/>
          </w:tcPr>
          <w:p w14:paraId="333CFA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456D40B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0B579A1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F3B2A5B" w14:textId="77777777" w:rsidTr="00AF4025">
        <w:trPr>
          <w:jc w:val="center"/>
        </w:trPr>
        <w:tc>
          <w:tcPr>
            <w:tcW w:w="675" w:type="dxa"/>
          </w:tcPr>
          <w:p w14:paraId="26861B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56</w:t>
            </w:r>
          </w:p>
        </w:tc>
        <w:tc>
          <w:tcPr>
            <w:tcW w:w="2146" w:type="dxa"/>
          </w:tcPr>
          <w:p w14:paraId="01E863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4B327AE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Городское и сельское население</w:t>
            </w:r>
          </w:p>
        </w:tc>
        <w:tc>
          <w:tcPr>
            <w:tcW w:w="943" w:type="dxa"/>
          </w:tcPr>
          <w:p w14:paraId="6AA21F4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895CC9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5D69DB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7A8C112" w14:textId="77777777" w:rsidTr="00AF4025">
        <w:trPr>
          <w:jc w:val="center"/>
        </w:trPr>
        <w:tc>
          <w:tcPr>
            <w:tcW w:w="675" w:type="dxa"/>
          </w:tcPr>
          <w:p w14:paraId="6BD4B0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57</w:t>
            </w:r>
          </w:p>
        </w:tc>
        <w:tc>
          <w:tcPr>
            <w:tcW w:w="2146" w:type="dxa"/>
          </w:tcPr>
          <w:p w14:paraId="597608B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2038C1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Урбанизация и агломерации</w:t>
            </w:r>
          </w:p>
        </w:tc>
        <w:tc>
          <w:tcPr>
            <w:tcW w:w="943" w:type="dxa"/>
          </w:tcPr>
          <w:p w14:paraId="3C53CE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761360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60706B9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EA7D780" w14:textId="77777777" w:rsidTr="00AF4025">
        <w:trPr>
          <w:jc w:val="center"/>
        </w:trPr>
        <w:tc>
          <w:tcPr>
            <w:tcW w:w="675" w:type="dxa"/>
          </w:tcPr>
          <w:p w14:paraId="1003A0D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58</w:t>
            </w:r>
          </w:p>
        </w:tc>
        <w:tc>
          <w:tcPr>
            <w:tcW w:w="2146" w:type="dxa"/>
          </w:tcPr>
          <w:p w14:paraId="763E0E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45C4FF8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Народы России</w:t>
            </w:r>
          </w:p>
        </w:tc>
        <w:tc>
          <w:tcPr>
            <w:tcW w:w="943" w:type="dxa"/>
          </w:tcPr>
          <w:p w14:paraId="318A9B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D7A95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52CD9E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61C0700" w14:textId="77777777" w:rsidTr="00AF4025">
        <w:trPr>
          <w:jc w:val="center"/>
        </w:trPr>
        <w:tc>
          <w:tcPr>
            <w:tcW w:w="675" w:type="dxa"/>
          </w:tcPr>
          <w:p w14:paraId="2803106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59</w:t>
            </w:r>
          </w:p>
        </w:tc>
        <w:tc>
          <w:tcPr>
            <w:tcW w:w="2146" w:type="dxa"/>
          </w:tcPr>
          <w:p w14:paraId="1898530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26B4E0D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Языки и религии</w:t>
            </w:r>
          </w:p>
        </w:tc>
        <w:tc>
          <w:tcPr>
            <w:tcW w:w="943" w:type="dxa"/>
          </w:tcPr>
          <w:p w14:paraId="0422A10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F87515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4549713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CC4B82C" w14:textId="77777777" w:rsidTr="00AF4025">
        <w:trPr>
          <w:jc w:val="center"/>
        </w:trPr>
        <w:tc>
          <w:tcPr>
            <w:tcW w:w="675" w:type="dxa"/>
          </w:tcPr>
          <w:p w14:paraId="7C454B4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60</w:t>
            </w:r>
          </w:p>
        </w:tc>
        <w:tc>
          <w:tcPr>
            <w:tcW w:w="2146" w:type="dxa"/>
          </w:tcPr>
          <w:p w14:paraId="096629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2F61680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Половозрастная структура</w:t>
            </w:r>
          </w:p>
        </w:tc>
        <w:tc>
          <w:tcPr>
            <w:tcW w:w="943" w:type="dxa"/>
          </w:tcPr>
          <w:p w14:paraId="46E1368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48F5AC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13DF65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3B1379C" w14:textId="77777777" w:rsidTr="00AF4025">
        <w:trPr>
          <w:jc w:val="center"/>
        </w:trPr>
        <w:tc>
          <w:tcPr>
            <w:tcW w:w="675" w:type="dxa"/>
          </w:tcPr>
          <w:p w14:paraId="41DA3EB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61</w:t>
            </w:r>
          </w:p>
        </w:tc>
        <w:tc>
          <w:tcPr>
            <w:tcW w:w="2146" w:type="dxa"/>
          </w:tcPr>
          <w:p w14:paraId="6CA588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257112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Человеческий капитал и трудовые ресурсы</w:t>
            </w:r>
          </w:p>
        </w:tc>
        <w:tc>
          <w:tcPr>
            <w:tcW w:w="943" w:type="dxa"/>
          </w:tcPr>
          <w:p w14:paraId="7DE826C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4E24D63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763AFD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2CF11FF" w14:textId="77777777" w:rsidTr="00AF4025">
        <w:trPr>
          <w:jc w:val="center"/>
        </w:trPr>
        <w:tc>
          <w:tcPr>
            <w:tcW w:w="675" w:type="dxa"/>
          </w:tcPr>
          <w:p w14:paraId="70AF62B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62</w:t>
            </w:r>
          </w:p>
        </w:tc>
        <w:tc>
          <w:tcPr>
            <w:tcW w:w="2146" w:type="dxa"/>
          </w:tcPr>
          <w:p w14:paraId="136A066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Население России</w:t>
            </w:r>
          </w:p>
        </w:tc>
        <w:tc>
          <w:tcPr>
            <w:tcW w:w="2192" w:type="dxa"/>
          </w:tcPr>
          <w:p w14:paraId="6585739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населения России</w:t>
            </w:r>
          </w:p>
        </w:tc>
        <w:tc>
          <w:tcPr>
            <w:tcW w:w="943" w:type="dxa"/>
          </w:tcPr>
          <w:p w14:paraId="4BB13D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98109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8" w:type="dxa"/>
          </w:tcPr>
          <w:p w14:paraId="16544A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Тематический контроль</w:t>
            </w:r>
          </w:p>
        </w:tc>
      </w:tr>
      <w:tr w:rsidR="00AF4025" w:rsidRPr="00AF4025" w14:paraId="02D5B360" w14:textId="77777777" w:rsidTr="00AF4025">
        <w:trPr>
          <w:jc w:val="center"/>
        </w:trPr>
        <w:tc>
          <w:tcPr>
            <w:tcW w:w="675" w:type="dxa"/>
          </w:tcPr>
          <w:p w14:paraId="0CF255E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63</w:t>
            </w:r>
          </w:p>
        </w:tc>
        <w:tc>
          <w:tcPr>
            <w:tcW w:w="2146" w:type="dxa"/>
          </w:tcPr>
          <w:p w14:paraId="47D658E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92" w:type="dxa"/>
          </w:tcPr>
          <w:p w14:paraId="051D9BE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Практикум по географическому положению</w:t>
            </w:r>
          </w:p>
        </w:tc>
        <w:tc>
          <w:tcPr>
            <w:tcW w:w="943" w:type="dxa"/>
          </w:tcPr>
          <w:p w14:paraId="5BF24AF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793327C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8" w:type="dxa"/>
          </w:tcPr>
          <w:p w14:paraId="3A8A81D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AF4025" w14:paraId="09F9DA87" w14:textId="77777777" w:rsidTr="00AF4025">
        <w:trPr>
          <w:jc w:val="center"/>
        </w:trPr>
        <w:tc>
          <w:tcPr>
            <w:tcW w:w="675" w:type="dxa"/>
          </w:tcPr>
          <w:p w14:paraId="5B4F170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64</w:t>
            </w:r>
          </w:p>
        </w:tc>
        <w:tc>
          <w:tcPr>
            <w:tcW w:w="2146" w:type="dxa"/>
          </w:tcPr>
          <w:p w14:paraId="043462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92" w:type="dxa"/>
          </w:tcPr>
          <w:p w14:paraId="68A962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Практикум по ресурсам</w:t>
            </w:r>
          </w:p>
        </w:tc>
        <w:tc>
          <w:tcPr>
            <w:tcW w:w="943" w:type="dxa"/>
          </w:tcPr>
          <w:p w14:paraId="453D45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5AA4CC9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8" w:type="dxa"/>
          </w:tcPr>
          <w:p w14:paraId="7F4A736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AF4025" w14:paraId="1D0027B9" w14:textId="77777777" w:rsidTr="00AF4025">
        <w:trPr>
          <w:jc w:val="center"/>
        </w:trPr>
        <w:tc>
          <w:tcPr>
            <w:tcW w:w="675" w:type="dxa"/>
          </w:tcPr>
          <w:p w14:paraId="5141326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65</w:t>
            </w:r>
          </w:p>
        </w:tc>
        <w:tc>
          <w:tcPr>
            <w:tcW w:w="2146" w:type="dxa"/>
          </w:tcPr>
          <w:p w14:paraId="4D3861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92" w:type="dxa"/>
          </w:tcPr>
          <w:p w14:paraId="06F122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Практикум по климату и водам</w:t>
            </w:r>
          </w:p>
        </w:tc>
        <w:tc>
          <w:tcPr>
            <w:tcW w:w="943" w:type="dxa"/>
          </w:tcPr>
          <w:p w14:paraId="6BB8A6A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25DE6F7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8" w:type="dxa"/>
          </w:tcPr>
          <w:p w14:paraId="616732E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AF4025" w14:paraId="139298F7" w14:textId="77777777" w:rsidTr="00AF4025">
        <w:trPr>
          <w:jc w:val="center"/>
        </w:trPr>
        <w:tc>
          <w:tcPr>
            <w:tcW w:w="675" w:type="dxa"/>
          </w:tcPr>
          <w:p w14:paraId="2A009A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66</w:t>
            </w:r>
          </w:p>
        </w:tc>
        <w:tc>
          <w:tcPr>
            <w:tcW w:w="2146" w:type="dxa"/>
          </w:tcPr>
          <w:p w14:paraId="7426C1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92" w:type="dxa"/>
          </w:tcPr>
          <w:p w14:paraId="0DEC7EA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Практикум по природным зонам</w:t>
            </w:r>
          </w:p>
        </w:tc>
        <w:tc>
          <w:tcPr>
            <w:tcW w:w="943" w:type="dxa"/>
          </w:tcPr>
          <w:p w14:paraId="44C440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7F9107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8" w:type="dxa"/>
          </w:tcPr>
          <w:p w14:paraId="68FA59B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AF4025" w14:paraId="193BB3F1" w14:textId="77777777" w:rsidTr="00AF4025">
        <w:trPr>
          <w:jc w:val="center"/>
        </w:trPr>
        <w:tc>
          <w:tcPr>
            <w:tcW w:w="675" w:type="dxa"/>
          </w:tcPr>
          <w:p w14:paraId="7A02F6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67</w:t>
            </w:r>
          </w:p>
        </w:tc>
        <w:tc>
          <w:tcPr>
            <w:tcW w:w="2146" w:type="dxa"/>
          </w:tcPr>
          <w:p w14:paraId="5EBC291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92" w:type="dxa"/>
          </w:tcPr>
          <w:p w14:paraId="738271B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Практикум по демографии</w:t>
            </w:r>
          </w:p>
        </w:tc>
        <w:tc>
          <w:tcPr>
            <w:tcW w:w="943" w:type="dxa"/>
          </w:tcPr>
          <w:p w14:paraId="6E52339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62919F6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8" w:type="dxa"/>
          </w:tcPr>
          <w:p w14:paraId="079C851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Практическая работа</w:t>
            </w:r>
          </w:p>
        </w:tc>
      </w:tr>
      <w:tr w:rsidR="00AF4025" w:rsidRPr="00AF4025" w14:paraId="4608C0D4" w14:textId="77777777" w:rsidTr="00AF4025">
        <w:trPr>
          <w:jc w:val="center"/>
        </w:trPr>
        <w:tc>
          <w:tcPr>
            <w:tcW w:w="675" w:type="dxa"/>
          </w:tcPr>
          <w:p w14:paraId="2272DB1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68</w:t>
            </w:r>
          </w:p>
        </w:tc>
        <w:tc>
          <w:tcPr>
            <w:tcW w:w="2146" w:type="dxa"/>
          </w:tcPr>
          <w:p w14:paraId="2B4C30E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192" w:type="dxa"/>
          </w:tcPr>
          <w:p w14:paraId="24FD4AE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Итоговое повторение</w:t>
            </w:r>
          </w:p>
        </w:tc>
        <w:tc>
          <w:tcPr>
            <w:tcW w:w="943" w:type="dxa"/>
          </w:tcPr>
          <w:p w14:paraId="242EC40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14:paraId="3123FB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8" w:type="dxa"/>
          </w:tcPr>
          <w:p w14:paraId="4C75CE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</w:tbl>
    <w:p w14:paraId="58DA5689" w14:textId="77777777" w:rsidR="00AF4025" w:rsidRPr="00E7730A" w:rsidRDefault="00AF4025" w:rsidP="00AF4025">
      <w:pPr>
        <w:pStyle w:val="a9"/>
        <w:ind w:left="4614" w:firstLine="0"/>
      </w:pPr>
    </w:p>
    <w:p w14:paraId="4B36B796" w14:textId="77777777" w:rsidR="00AF4025" w:rsidRPr="00E7730A" w:rsidRDefault="00AF4025" w:rsidP="00AF4025">
      <w:pPr>
        <w:pStyle w:val="21"/>
        <w:ind w:left="4254"/>
        <w:rPr>
          <w:rFonts w:ascii="Times New Roman" w:hAnsi="Times New Roman" w:cs="Times New Roman"/>
          <w:color w:val="auto"/>
        </w:rPr>
      </w:pPr>
      <w:r w:rsidRPr="00E7730A">
        <w:rPr>
          <w:rFonts w:ascii="Times New Roman" w:hAnsi="Times New Roman" w:cs="Times New Roman"/>
          <w:color w:val="auto"/>
        </w:rPr>
        <w:t>9 класс — 68 часов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121"/>
        <w:gridCol w:w="2209"/>
        <w:gridCol w:w="1020"/>
        <w:gridCol w:w="5834"/>
        <w:gridCol w:w="2129"/>
      </w:tblGrid>
      <w:tr w:rsidR="00AF4025" w:rsidRPr="00AF4025" w14:paraId="2AB8551E" w14:textId="77777777" w:rsidTr="00AF4025">
        <w:trPr>
          <w:jc w:val="center"/>
        </w:trPr>
        <w:tc>
          <w:tcPr>
            <w:tcW w:w="817" w:type="dxa"/>
          </w:tcPr>
          <w:p w14:paraId="0D2DCBF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№</w:t>
            </w:r>
          </w:p>
        </w:tc>
        <w:tc>
          <w:tcPr>
            <w:tcW w:w="2121" w:type="dxa"/>
          </w:tcPr>
          <w:p w14:paraId="30F6675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Раздел</w:t>
            </w:r>
          </w:p>
        </w:tc>
        <w:tc>
          <w:tcPr>
            <w:tcW w:w="2209" w:type="dxa"/>
          </w:tcPr>
          <w:p w14:paraId="77E87A8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 урока</w:t>
            </w:r>
          </w:p>
        </w:tc>
        <w:tc>
          <w:tcPr>
            <w:tcW w:w="1020" w:type="dxa"/>
          </w:tcPr>
          <w:p w14:paraId="2CB1972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Часы</w:t>
            </w:r>
          </w:p>
        </w:tc>
        <w:tc>
          <w:tcPr>
            <w:tcW w:w="5834" w:type="dxa"/>
          </w:tcPr>
          <w:p w14:paraId="33FFEA9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Основные виды деятельности</w:t>
            </w:r>
          </w:p>
        </w:tc>
        <w:tc>
          <w:tcPr>
            <w:tcW w:w="2129" w:type="dxa"/>
          </w:tcPr>
          <w:p w14:paraId="7BD66F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Форма контроля</w:t>
            </w:r>
          </w:p>
        </w:tc>
      </w:tr>
      <w:tr w:rsidR="00AF4025" w:rsidRPr="00AF4025" w14:paraId="39E68F6A" w14:textId="77777777" w:rsidTr="00AF4025">
        <w:trPr>
          <w:jc w:val="center"/>
        </w:trPr>
        <w:tc>
          <w:tcPr>
            <w:tcW w:w="817" w:type="dxa"/>
          </w:tcPr>
          <w:p w14:paraId="7CA6334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2121" w:type="dxa"/>
          </w:tcPr>
          <w:p w14:paraId="0F0AA4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2653D8A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Структура хозяйства России</w:t>
            </w:r>
          </w:p>
        </w:tc>
        <w:tc>
          <w:tcPr>
            <w:tcW w:w="1020" w:type="dxa"/>
          </w:tcPr>
          <w:p w14:paraId="79AC12D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595C234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EC1BB1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11AB753" w14:textId="77777777" w:rsidTr="00AF4025">
        <w:trPr>
          <w:jc w:val="center"/>
        </w:trPr>
        <w:tc>
          <w:tcPr>
            <w:tcW w:w="817" w:type="dxa"/>
          </w:tcPr>
          <w:p w14:paraId="5D18A9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14:paraId="1639E47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45FDBCB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Экономико-географическое положение России</w:t>
            </w:r>
          </w:p>
        </w:tc>
        <w:tc>
          <w:tcPr>
            <w:tcW w:w="1020" w:type="dxa"/>
          </w:tcPr>
          <w:p w14:paraId="323E518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BCADB6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050923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CAE9527" w14:textId="77777777" w:rsidTr="00AF4025">
        <w:trPr>
          <w:jc w:val="center"/>
        </w:trPr>
        <w:tc>
          <w:tcPr>
            <w:tcW w:w="817" w:type="dxa"/>
          </w:tcPr>
          <w:p w14:paraId="18F79C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</w:t>
            </w:r>
          </w:p>
        </w:tc>
        <w:tc>
          <w:tcPr>
            <w:tcW w:w="2121" w:type="dxa"/>
          </w:tcPr>
          <w:p w14:paraId="6E2E7C6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08684FE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Факторы производства и размещения</w:t>
            </w:r>
          </w:p>
        </w:tc>
        <w:tc>
          <w:tcPr>
            <w:tcW w:w="1020" w:type="dxa"/>
          </w:tcPr>
          <w:p w14:paraId="24CDC60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533D3F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0576C2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938BCA6" w14:textId="77777777" w:rsidTr="00AF4025">
        <w:trPr>
          <w:jc w:val="center"/>
        </w:trPr>
        <w:tc>
          <w:tcPr>
            <w:tcW w:w="817" w:type="dxa"/>
          </w:tcPr>
          <w:p w14:paraId="109CC05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</w:t>
            </w:r>
          </w:p>
        </w:tc>
        <w:tc>
          <w:tcPr>
            <w:tcW w:w="2121" w:type="dxa"/>
          </w:tcPr>
          <w:p w14:paraId="688C059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5EBFB4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общей характеристики хозяйства</w:t>
            </w:r>
          </w:p>
        </w:tc>
        <w:tc>
          <w:tcPr>
            <w:tcW w:w="1020" w:type="dxa"/>
          </w:tcPr>
          <w:p w14:paraId="7B82E8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810E67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B65B24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Тематический контроль</w:t>
            </w:r>
          </w:p>
        </w:tc>
      </w:tr>
      <w:tr w:rsidR="00AF4025" w:rsidRPr="00AF4025" w14:paraId="0C09253A" w14:textId="77777777" w:rsidTr="00AF4025">
        <w:trPr>
          <w:jc w:val="center"/>
        </w:trPr>
        <w:tc>
          <w:tcPr>
            <w:tcW w:w="817" w:type="dxa"/>
          </w:tcPr>
          <w:p w14:paraId="20AA05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</w:t>
            </w:r>
          </w:p>
        </w:tc>
        <w:tc>
          <w:tcPr>
            <w:tcW w:w="2121" w:type="dxa"/>
          </w:tcPr>
          <w:p w14:paraId="35952CC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36E450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ТЭК. Угольная промышленность</w:t>
            </w:r>
          </w:p>
        </w:tc>
        <w:tc>
          <w:tcPr>
            <w:tcW w:w="1020" w:type="dxa"/>
          </w:tcPr>
          <w:p w14:paraId="6FEB2FA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2C91461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C3B6B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45EA5D6" w14:textId="77777777" w:rsidTr="00AF4025">
        <w:trPr>
          <w:jc w:val="center"/>
        </w:trPr>
        <w:tc>
          <w:tcPr>
            <w:tcW w:w="817" w:type="dxa"/>
          </w:tcPr>
          <w:p w14:paraId="55E5CEC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</w:t>
            </w:r>
          </w:p>
        </w:tc>
        <w:tc>
          <w:tcPr>
            <w:tcW w:w="2121" w:type="dxa"/>
          </w:tcPr>
          <w:p w14:paraId="6C3B792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40A459A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Нефтяная промышленность</w:t>
            </w:r>
          </w:p>
        </w:tc>
        <w:tc>
          <w:tcPr>
            <w:tcW w:w="1020" w:type="dxa"/>
          </w:tcPr>
          <w:p w14:paraId="7C0F95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CDA22A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7705C1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A1C3F63" w14:textId="77777777" w:rsidTr="00AF4025">
        <w:trPr>
          <w:jc w:val="center"/>
        </w:trPr>
        <w:tc>
          <w:tcPr>
            <w:tcW w:w="817" w:type="dxa"/>
          </w:tcPr>
          <w:p w14:paraId="3E0CB4D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7</w:t>
            </w:r>
          </w:p>
        </w:tc>
        <w:tc>
          <w:tcPr>
            <w:tcW w:w="2121" w:type="dxa"/>
          </w:tcPr>
          <w:p w14:paraId="088396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3B2B84D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Газовая промышленность</w:t>
            </w:r>
          </w:p>
        </w:tc>
        <w:tc>
          <w:tcPr>
            <w:tcW w:w="1020" w:type="dxa"/>
          </w:tcPr>
          <w:p w14:paraId="0F92E7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1B675C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FD1128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BE55DD8" w14:textId="77777777" w:rsidTr="00AF4025">
        <w:trPr>
          <w:jc w:val="center"/>
        </w:trPr>
        <w:tc>
          <w:tcPr>
            <w:tcW w:w="817" w:type="dxa"/>
          </w:tcPr>
          <w:p w14:paraId="18B8754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8</w:t>
            </w:r>
          </w:p>
        </w:tc>
        <w:tc>
          <w:tcPr>
            <w:tcW w:w="2121" w:type="dxa"/>
          </w:tcPr>
          <w:p w14:paraId="77782D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5874ED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Электроэнергетика</w:t>
            </w:r>
          </w:p>
        </w:tc>
        <w:tc>
          <w:tcPr>
            <w:tcW w:w="1020" w:type="dxa"/>
          </w:tcPr>
          <w:p w14:paraId="18CF99D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F4C73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2F296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C8A3ECA" w14:textId="77777777" w:rsidTr="00AF4025">
        <w:trPr>
          <w:jc w:val="center"/>
        </w:trPr>
        <w:tc>
          <w:tcPr>
            <w:tcW w:w="817" w:type="dxa"/>
          </w:tcPr>
          <w:p w14:paraId="694DE86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9</w:t>
            </w:r>
          </w:p>
        </w:tc>
        <w:tc>
          <w:tcPr>
            <w:tcW w:w="2121" w:type="dxa"/>
          </w:tcPr>
          <w:p w14:paraId="6CDAB04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1CAA93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Чёрная металлургия</w:t>
            </w:r>
          </w:p>
        </w:tc>
        <w:tc>
          <w:tcPr>
            <w:tcW w:w="1020" w:type="dxa"/>
          </w:tcPr>
          <w:p w14:paraId="56DDF6E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C55BA8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FE2D41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81DD017" w14:textId="77777777" w:rsidTr="00AF4025">
        <w:trPr>
          <w:jc w:val="center"/>
        </w:trPr>
        <w:tc>
          <w:tcPr>
            <w:tcW w:w="817" w:type="dxa"/>
          </w:tcPr>
          <w:p w14:paraId="2E977D2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10</w:t>
            </w:r>
          </w:p>
        </w:tc>
        <w:tc>
          <w:tcPr>
            <w:tcW w:w="2121" w:type="dxa"/>
          </w:tcPr>
          <w:p w14:paraId="04A872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4D40101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Цветная металлургия</w:t>
            </w:r>
          </w:p>
        </w:tc>
        <w:tc>
          <w:tcPr>
            <w:tcW w:w="1020" w:type="dxa"/>
          </w:tcPr>
          <w:p w14:paraId="2DB7613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F1A0A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51DF3D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C6D81AB" w14:textId="77777777" w:rsidTr="00AF4025">
        <w:trPr>
          <w:jc w:val="center"/>
        </w:trPr>
        <w:tc>
          <w:tcPr>
            <w:tcW w:w="817" w:type="dxa"/>
          </w:tcPr>
          <w:p w14:paraId="0AC4F17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11</w:t>
            </w:r>
          </w:p>
        </w:tc>
        <w:tc>
          <w:tcPr>
            <w:tcW w:w="2121" w:type="dxa"/>
          </w:tcPr>
          <w:p w14:paraId="4070971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3A61D31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Машиностроение</w:t>
            </w:r>
          </w:p>
        </w:tc>
        <w:tc>
          <w:tcPr>
            <w:tcW w:w="1020" w:type="dxa"/>
          </w:tcPr>
          <w:p w14:paraId="55EB92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49531E5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4BEC0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165D4BC9" w14:textId="77777777" w:rsidTr="00AF4025">
        <w:trPr>
          <w:jc w:val="center"/>
        </w:trPr>
        <w:tc>
          <w:tcPr>
            <w:tcW w:w="817" w:type="dxa"/>
          </w:tcPr>
          <w:p w14:paraId="70145E7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12</w:t>
            </w:r>
          </w:p>
        </w:tc>
        <w:tc>
          <w:tcPr>
            <w:tcW w:w="2121" w:type="dxa"/>
          </w:tcPr>
          <w:p w14:paraId="587860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1D0BCF3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География машиностроения</w:t>
            </w:r>
          </w:p>
        </w:tc>
        <w:tc>
          <w:tcPr>
            <w:tcW w:w="1020" w:type="dxa"/>
          </w:tcPr>
          <w:p w14:paraId="691A326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2D0D3C3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FCBE1C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7A8B9D2" w14:textId="77777777" w:rsidTr="00AF4025">
        <w:trPr>
          <w:jc w:val="center"/>
        </w:trPr>
        <w:tc>
          <w:tcPr>
            <w:tcW w:w="817" w:type="dxa"/>
          </w:tcPr>
          <w:p w14:paraId="1431292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13</w:t>
            </w:r>
          </w:p>
        </w:tc>
        <w:tc>
          <w:tcPr>
            <w:tcW w:w="2121" w:type="dxa"/>
          </w:tcPr>
          <w:p w14:paraId="3D055DF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11F1C20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Химическая промышленность</w:t>
            </w:r>
          </w:p>
        </w:tc>
        <w:tc>
          <w:tcPr>
            <w:tcW w:w="1020" w:type="dxa"/>
          </w:tcPr>
          <w:p w14:paraId="02ADCB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05788F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92F02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7610A1D" w14:textId="77777777" w:rsidTr="00AF4025">
        <w:trPr>
          <w:jc w:val="center"/>
        </w:trPr>
        <w:tc>
          <w:tcPr>
            <w:tcW w:w="817" w:type="dxa"/>
          </w:tcPr>
          <w:p w14:paraId="4EED91D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14</w:t>
            </w:r>
          </w:p>
        </w:tc>
        <w:tc>
          <w:tcPr>
            <w:tcW w:w="2121" w:type="dxa"/>
          </w:tcPr>
          <w:p w14:paraId="0B00DC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3B0B29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Лесной комплекс</w:t>
            </w:r>
          </w:p>
        </w:tc>
        <w:tc>
          <w:tcPr>
            <w:tcW w:w="1020" w:type="dxa"/>
          </w:tcPr>
          <w:p w14:paraId="3636743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216356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090BAA2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A8A12CE" w14:textId="77777777" w:rsidTr="00AF4025">
        <w:trPr>
          <w:jc w:val="center"/>
        </w:trPr>
        <w:tc>
          <w:tcPr>
            <w:tcW w:w="817" w:type="dxa"/>
          </w:tcPr>
          <w:p w14:paraId="10CDF5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15</w:t>
            </w:r>
          </w:p>
        </w:tc>
        <w:tc>
          <w:tcPr>
            <w:tcW w:w="2121" w:type="dxa"/>
          </w:tcPr>
          <w:p w14:paraId="48471F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6B9AC23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АПК</w:t>
            </w:r>
          </w:p>
        </w:tc>
        <w:tc>
          <w:tcPr>
            <w:tcW w:w="1020" w:type="dxa"/>
          </w:tcPr>
          <w:p w14:paraId="2B1AEA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42A2A42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47FAD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8E13ADF" w14:textId="77777777" w:rsidTr="00AF4025">
        <w:trPr>
          <w:jc w:val="center"/>
        </w:trPr>
        <w:tc>
          <w:tcPr>
            <w:tcW w:w="817" w:type="dxa"/>
          </w:tcPr>
          <w:p w14:paraId="6E001D4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16</w:t>
            </w:r>
          </w:p>
        </w:tc>
        <w:tc>
          <w:tcPr>
            <w:tcW w:w="2121" w:type="dxa"/>
          </w:tcPr>
          <w:p w14:paraId="1570590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1215385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Растениеводство</w:t>
            </w:r>
          </w:p>
        </w:tc>
        <w:tc>
          <w:tcPr>
            <w:tcW w:w="1020" w:type="dxa"/>
          </w:tcPr>
          <w:p w14:paraId="531F3BA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040F5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071EA10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940E3E6" w14:textId="77777777" w:rsidTr="00AF4025">
        <w:trPr>
          <w:jc w:val="center"/>
        </w:trPr>
        <w:tc>
          <w:tcPr>
            <w:tcW w:w="817" w:type="dxa"/>
          </w:tcPr>
          <w:p w14:paraId="739C7E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17</w:t>
            </w:r>
          </w:p>
        </w:tc>
        <w:tc>
          <w:tcPr>
            <w:tcW w:w="2121" w:type="dxa"/>
          </w:tcPr>
          <w:p w14:paraId="55A4B6E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2B0A227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Животноводство</w:t>
            </w:r>
          </w:p>
        </w:tc>
        <w:tc>
          <w:tcPr>
            <w:tcW w:w="1020" w:type="dxa"/>
          </w:tcPr>
          <w:p w14:paraId="3ED9524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2362A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317152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9E1771F" w14:textId="77777777" w:rsidTr="00AF4025">
        <w:trPr>
          <w:jc w:val="center"/>
        </w:trPr>
        <w:tc>
          <w:tcPr>
            <w:tcW w:w="817" w:type="dxa"/>
          </w:tcPr>
          <w:p w14:paraId="7973EA4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18</w:t>
            </w:r>
          </w:p>
        </w:tc>
        <w:tc>
          <w:tcPr>
            <w:tcW w:w="2121" w:type="dxa"/>
          </w:tcPr>
          <w:p w14:paraId="6EEEE1E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5D5D6BE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Пищевая промышленность</w:t>
            </w:r>
          </w:p>
        </w:tc>
        <w:tc>
          <w:tcPr>
            <w:tcW w:w="1020" w:type="dxa"/>
          </w:tcPr>
          <w:p w14:paraId="6401690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252782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7C9D28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D9C4DB7" w14:textId="77777777" w:rsidTr="00AF4025">
        <w:trPr>
          <w:jc w:val="center"/>
        </w:trPr>
        <w:tc>
          <w:tcPr>
            <w:tcW w:w="817" w:type="dxa"/>
          </w:tcPr>
          <w:p w14:paraId="29A383C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19</w:t>
            </w:r>
          </w:p>
        </w:tc>
        <w:tc>
          <w:tcPr>
            <w:tcW w:w="2121" w:type="dxa"/>
          </w:tcPr>
          <w:p w14:paraId="010346E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75C2FA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Лёгкая промышленность</w:t>
            </w:r>
          </w:p>
        </w:tc>
        <w:tc>
          <w:tcPr>
            <w:tcW w:w="1020" w:type="dxa"/>
          </w:tcPr>
          <w:p w14:paraId="54130B1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99DD1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66867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0052894" w14:textId="77777777" w:rsidTr="00AF4025">
        <w:trPr>
          <w:jc w:val="center"/>
        </w:trPr>
        <w:tc>
          <w:tcPr>
            <w:tcW w:w="817" w:type="dxa"/>
          </w:tcPr>
          <w:p w14:paraId="205E59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20</w:t>
            </w:r>
          </w:p>
        </w:tc>
        <w:tc>
          <w:tcPr>
            <w:tcW w:w="2121" w:type="dxa"/>
          </w:tcPr>
          <w:p w14:paraId="5E9E11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710973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Транспортный комплекс</w:t>
            </w:r>
          </w:p>
        </w:tc>
        <w:tc>
          <w:tcPr>
            <w:tcW w:w="1020" w:type="dxa"/>
          </w:tcPr>
          <w:p w14:paraId="12AE991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4F32C21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94BFC6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BB117A5" w14:textId="77777777" w:rsidTr="00AF4025">
        <w:trPr>
          <w:jc w:val="center"/>
        </w:trPr>
        <w:tc>
          <w:tcPr>
            <w:tcW w:w="817" w:type="dxa"/>
          </w:tcPr>
          <w:p w14:paraId="60F2788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21</w:t>
            </w:r>
          </w:p>
        </w:tc>
        <w:tc>
          <w:tcPr>
            <w:tcW w:w="2121" w:type="dxa"/>
          </w:tcPr>
          <w:p w14:paraId="5106A6D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073A641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Железнодорожный и автомобильный транспорт</w:t>
            </w:r>
          </w:p>
        </w:tc>
        <w:tc>
          <w:tcPr>
            <w:tcW w:w="1020" w:type="dxa"/>
          </w:tcPr>
          <w:p w14:paraId="661F6B4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5E6251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CD831D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00F1DAB" w14:textId="77777777" w:rsidTr="00AF4025">
        <w:trPr>
          <w:jc w:val="center"/>
        </w:trPr>
        <w:tc>
          <w:tcPr>
            <w:tcW w:w="817" w:type="dxa"/>
          </w:tcPr>
          <w:p w14:paraId="63E4FF7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22</w:t>
            </w:r>
          </w:p>
        </w:tc>
        <w:tc>
          <w:tcPr>
            <w:tcW w:w="2121" w:type="dxa"/>
          </w:tcPr>
          <w:p w14:paraId="632A437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676BED8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Водный и воздушный транспорт</w:t>
            </w:r>
          </w:p>
        </w:tc>
        <w:tc>
          <w:tcPr>
            <w:tcW w:w="1020" w:type="dxa"/>
          </w:tcPr>
          <w:p w14:paraId="328402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D6953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CAC2C4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7BD7721" w14:textId="77777777" w:rsidTr="00AF4025">
        <w:trPr>
          <w:jc w:val="center"/>
        </w:trPr>
        <w:tc>
          <w:tcPr>
            <w:tcW w:w="817" w:type="dxa"/>
          </w:tcPr>
          <w:p w14:paraId="5EF1DD1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23</w:t>
            </w:r>
          </w:p>
        </w:tc>
        <w:tc>
          <w:tcPr>
            <w:tcW w:w="2121" w:type="dxa"/>
          </w:tcPr>
          <w:p w14:paraId="7FBCCA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08ABA8E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1020" w:type="dxa"/>
          </w:tcPr>
          <w:p w14:paraId="3C7A6C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FA5E20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9DD37A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9DC0F90" w14:textId="77777777" w:rsidTr="00AF4025">
        <w:trPr>
          <w:jc w:val="center"/>
        </w:trPr>
        <w:tc>
          <w:tcPr>
            <w:tcW w:w="817" w:type="dxa"/>
          </w:tcPr>
          <w:p w14:paraId="2A9003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24</w:t>
            </w:r>
          </w:p>
        </w:tc>
        <w:tc>
          <w:tcPr>
            <w:tcW w:w="2121" w:type="dxa"/>
          </w:tcPr>
          <w:p w14:paraId="71D5EB0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36A628A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Связь и ИТ</w:t>
            </w:r>
          </w:p>
        </w:tc>
        <w:tc>
          <w:tcPr>
            <w:tcW w:w="1020" w:type="dxa"/>
          </w:tcPr>
          <w:p w14:paraId="1F73A3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25FF4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263B28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96E869C" w14:textId="77777777" w:rsidTr="00AF4025">
        <w:trPr>
          <w:jc w:val="center"/>
        </w:trPr>
        <w:tc>
          <w:tcPr>
            <w:tcW w:w="817" w:type="dxa"/>
          </w:tcPr>
          <w:p w14:paraId="1A4DF3A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25</w:t>
            </w:r>
          </w:p>
        </w:tc>
        <w:tc>
          <w:tcPr>
            <w:tcW w:w="2121" w:type="dxa"/>
          </w:tcPr>
          <w:p w14:paraId="3B8966E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213D4A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Сфера услуг</w:t>
            </w:r>
          </w:p>
        </w:tc>
        <w:tc>
          <w:tcPr>
            <w:tcW w:w="1020" w:type="dxa"/>
          </w:tcPr>
          <w:p w14:paraId="475F7B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50F9CA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2FA980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DE8DA49" w14:textId="77777777" w:rsidTr="00AF4025">
        <w:trPr>
          <w:jc w:val="center"/>
        </w:trPr>
        <w:tc>
          <w:tcPr>
            <w:tcW w:w="817" w:type="dxa"/>
          </w:tcPr>
          <w:p w14:paraId="302EFE0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26</w:t>
            </w:r>
          </w:p>
        </w:tc>
        <w:tc>
          <w:tcPr>
            <w:tcW w:w="2121" w:type="dxa"/>
          </w:tcPr>
          <w:p w14:paraId="15D3B6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75FF89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Территориальные различия хозяйства</w:t>
            </w:r>
          </w:p>
        </w:tc>
        <w:tc>
          <w:tcPr>
            <w:tcW w:w="1020" w:type="dxa"/>
          </w:tcPr>
          <w:p w14:paraId="6745085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5E5E49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23B4C4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F2F7B1B" w14:textId="77777777" w:rsidTr="00AF4025">
        <w:trPr>
          <w:jc w:val="center"/>
        </w:trPr>
        <w:tc>
          <w:tcPr>
            <w:tcW w:w="817" w:type="dxa"/>
          </w:tcPr>
          <w:p w14:paraId="590AFE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27</w:t>
            </w:r>
          </w:p>
        </w:tc>
        <w:tc>
          <w:tcPr>
            <w:tcW w:w="2121" w:type="dxa"/>
          </w:tcPr>
          <w:p w14:paraId="15C523F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47028A7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и окружающая среда</w:t>
            </w:r>
          </w:p>
        </w:tc>
        <w:tc>
          <w:tcPr>
            <w:tcW w:w="1020" w:type="dxa"/>
          </w:tcPr>
          <w:p w14:paraId="47878E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6698AA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09F96BE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AA1A7F4" w14:textId="77777777" w:rsidTr="00AF4025">
        <w:trPr>
          <w:jc w:val="center"/>
        </w:trPr>
        <w:tc>
          <w:tcPr>
            <w:tcW w:w="817" w:type="dxa"/>
          </w:tcPr>
          <w:p w14:paraId="5B92A56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28</w:t>
            </w:r>
          </w:p>
        </w:tc>
        <w:tc>
          <w:tcPr>
            <w:tcW w:w="2121" w:type="dxa"/>
          </w:tcPr>
          <w:p w14:paraId="23E1591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Хозяйство России</w:t>
            </w:r>
          </w:p>
        </w:tc>
        <w:tc>
          <w:tcPr>
            <w:tcW w:w="2209" w:type="dxa"/>
          </w:tcPr>
          <w:p w14:paraId="172358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Обобщение хозяйства России</w:t>
            </w:r>
          </w:p>
        </w:tc>
        <w:tc>
          <w:tcPr>
            <w:tcW w:w="1020" w:type="dxa"/>
          </w:tcPr>
          <w:p w14:paraId="420A6A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2497371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828DD1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Тематический контроль</w:t>
            </w:r>
          </w:p>
        </w:tc>
      </w:tr>
      <w:tr w:rsidR="00AF4025" w:rsidRPr="00AF4025" w14:paraId="671DF3D9" w14:textId="77777777" w:rsidTr="00AF4025">
        <w:trPr>
          <w:jc w:val="center"/>
        </w:trPr>
        <w:tc>
          <w:tcPr>
            <w:tcW w:w="817" w:type="dxa"/>
          </w:tcPr>
          <w:p w14:paraId="16B5107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29</w:t>
            </w:r>
          </w:p>
        </w:tc>
        <w:tc>
          <w:tcPr>
            <w:tcW w:w="2121" w:type="dxa"/>
          </w:tcPr>
          <w:p w14:paraId="3B454A0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6C3582C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Географическое районирование</w:t>
            </w:r>
          </w:p>
        </w:tc>
        <w:tc>
          <w:tcPr>
            <w:tcW w:w="1020" w:type="dxa"/>
          </w:tcPr>
          <w:p w14:paraId="5BE6C16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E96F7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0A0890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FD3103E" w14:textId="77777777" w:rsidTr="00AF4025">
        <w:trPr>
          <w:jc w:val="center"/>
        </w:trPr>
        <w:tc>
          <w:tcPr>
            <w:tcW w:w="817" w:type="dxa"/>
          </w:tcPr>
          <w:p w14:paraId="0320C1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30</w:t>
            </w:r>
          </w:p>
        </w:tc>
        <w:tc>
          <w:tcPr>
            <w:tcW w:w="2121" w:type="dxa"/>
          </w:tcPr>
          <w:p w14:paraId="1AB398C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76F950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Западный и Восточный макрорегионы</w:t>
            </w:r>
          </w:p>
        </w:tc>
        <w:tc>
          <w:tcPr>
            <w:tcW w:w="1020" w:type="dxa"/>
          </w:tcPr>
          <w:p w14:paraId="55801AC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2E90E07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070140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7680D42" w14:textId="77777777" w:rsidTr="00AF4025">
        <w:trPr>
          <w:jc w:val="center"/>
        </w:trPr>
        <w:tc>
          <w:tcPr>
            <w:tcW w:w="817" w:type="dxa"/>
          </w:tcPr>
          <w:p w14:paraId="4F22E1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31</w:t>
            </w:r>
          </w:p>
        </w:tc>
        <w:tc>
          <w:tcPr>
            <w:tcW w:w="2121" w:type="dxa"/>
          </w:tcPr>
          <w:p w14:paraId="0836C5C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384EAA3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Центральная Россия: положение и ресурсы</w:t>
            </w:r>
          </w:p>
        </w:tc>
        <w:tc>
          <w:tcPr>
            <w:tcW w:w="1020" w:type="dxa"/>
          </w:tcPr>
          <w:p w14:paraId="3CE556B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453CE76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C8524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3FB56A1" w14:textId="77777777" w:rsidTr="00AF4025">
        <w:trPr>
          <w:jc w:val="center"/>
        </w:trPr>
        <w:tc>
          <w:tcPr>
            <w:tcW w:w="817" w:type="dxa"/>
          </w:tcPr>
          <w:p w14:paraId="1DD1817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32</w:t>
            </w:r>
          </w:p>
        </w:tc>
        <w:tc>
          <w:tcPr>
            <w:tcW w:w="2121" w:type="dxa"/>
          </w:tcPr>
          <w:p w14:paraId="09602F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4A00E0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Центральная Россия: население и хозяйство</w:t>
            </w:r>
          </w:p>
        </w:tc>
        <w:tc>
          <w:tcPr>
            <w:tcW w:w="1020" w:type="dxa"/>
          </w:tcPr>
          <w:p w14:paraId="1EAF527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46FBDC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74F8D3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0F44114" w14:textId="77777777" w:rsidTr="00AF4025">
        <w:trPr>
          <w:jc w:val="center"/>
        </w:trPr>
        <w:tc>
          <w:tcPr>
            <w:tcW w:w="817" w:type="dxa"/>
          </w:tcPr>
          <w:p w14:paraId="0C374D2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33</w:t>
            </w:r>
          </w:p>
        </w:tc>
        <w:tc>
          <w:tcPr>
            <w:tcW w:w="2121" w:type="dxa"/>
          </w:tcPr>
          <w:p w14:paraId="4097DC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1CEBA84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Москва и столичный регион</w:t>
            </w:r>
          </w:p>
        </w:tc>
        <w:tc>
          <w:tcPr>
            <w:tcW w:w="1020" w:type="dxa"/>
          </w:tcPr>
          <w:p w14:paraId="17A4778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B89481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C9E4A2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23E5399" w14:textId="77777777" w:rsidTr="00AF4025">
        <w:trPr>
          <w:jc w:val="center"/>
        </w:trPr>
        <w:tc>
          <w:tcPr>
            <w:tcW w:w="817" w:type="dxa"/>
          </w:tcPr>
          <w:p w14:paraId="357149F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34</w:t>
            </w:r>
          </w:p>
        </w:tc>
        <w:tc>
          <w:tcPr>
            <w:tcW w:w="2121" w:type="dxa"/>
          </w:tcPr>
          <w:p w14:paraId="562FA7A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7D3FA0E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Центрально-Чернозёмный район</w:t>
            </w:r>
          </w:p>
        </w:tc>
        <w:tc>
          <w:tcPr>
            <w:tcW w:w="1020" w:type="dxa"/>
          </w:tcPr>
          <w:p w14:paraId="0D0DE6E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9605CA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0D01F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34B666B" w14:textId="77777777" w:rsidTr="00AF4025">
        <w:trPr>
          <w:jc w:val="center"/>
        </w:trPr>
        <w:tc>
          <w:tcPr>
            <w:tcW w:w="817" w:type="dxa"/>
          </w:tcPr>
          <w:p w14:paraId="1C19F4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35</w:t>
            </w:r>
          </w:p>
        </w:tc>
        <w:tc>
          <w:tcPr>
            <w:tcW w:w="2121" w:type="dxa"/>
          </w:tcPr>
          <w:p w14:paraId="2AB6ED1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46B1EB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Волго-Вятский район</w:t>
            </w:r>
          </w:p>
        </w:tc>
        <w:tc>
          <w:tcPr>
            <w:tcW w:w="1020" w:type="dxa"/>
          </w:tcPr>
          <w:p w14:paraId="329F131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BAD58E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438DB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491BB6D" w14:textId="77777777" w:rsidTr="00AF4025">
        <w:trPr>
          <w:jc w:val="center"/>
        </w:trPr>
        <w:tc>
          <w:tcPr>
            <w:tcW w:w="817" w:type="dxa"/>
          </w:tcPr>
          <w:p w14:paraId="2EA50EF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36</w:t>
            </w:r>
          </w:p>
        </w:tc>
        <w:tc>
          <w:tcPr>
            <w:tcW w:w="2121" w:type="dxa"/>
          </w:tcPr>
          <w:p w14:paraId="0D3C93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67F7E5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Северо-Запад: положение и ресурсы</w:t>
            </w:r>
          </w:p>
        </w:tc>
        <w:tc>
          <w:tcPr>
            <w:tcW w:w="1020" w:type="dxa"/>
          </w:tcPr>
          <w:p w14:paraId="2C2B1AF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CB63E9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68AE31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D13BD0B" w14:textId="77777777" w:rsidTr="00AF4025">
        <w:trPr>
          <w:jc w:val="center"/>
        </w:trPr>
        <w:tc>
          <w:tcPr>
            <w:tcW w:w="817" w:type="dxa"/>
          </w:tcPr>
          <w:p w14:paraId="65D00A2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37</w:t>
            </w:r>
          </w:p>
        </w:tc>
        <w:tc>
          <w:tcPr>
            <w:tcW w:w="2121" w:type="dxa"/>
          </w:tcPr>
          <w:p w14:paraId="7921836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15BB0A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Северо-Запад: население и хозяйство</w:t>
            </w:r>
          </w:p>
        </w:tc>
        <w:tc>
          <w:tcPr>
            <w:tcW w:w="1020" w:type="dxa"/>
          </w:tcPr>
          <w:p w14:paraId="438C6CF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D3DFAE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DCE62D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3BE7051" w14:textId="77777777" w:rsidTr="00AF4025">
        <w:trPr>
          <w:jc w:val="center"/>
        </w:trPr>
        <w:tc>
          <w:tcPr>
            <w:tcW w:w="817" w:type="dxa"/>
          </w:tcPr>
          <w:p w14:paraId="6948155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38</w:t>
            </w:r>
          </w:p>
        </w:tc>
        <w:tc>
          <w:tcPr>
            <w:tcW w:w="2121" w:type="dxa"/>
          </w:tcPr>
          <w:p w14:paraId="0D68240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6F3B87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Санкт-Петербург</w:t>
            </w:r>
          </w:p>
        </w:tc>
        <w:tc>
          <w:tcPr>
            <w:tcW w:w="1020" w:type="dxa"/>
          </w:tcPr>
          <w:p w14:paraId="59CEBF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B9531C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5A41D9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E6FA1B2" w14:textId="77777777" w:rsidTr="00AF4025">
        <w:trPr>
          <w:jc w:val="center"/>
        </w:trPr>
        <w:tc>
          <w:tcPr>
            <w:tcW w:w="817" w:type="dxa"/>
          </w:tcPr>
          <w:p w14:paraId="4BE7AA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39</w:t>
            </w:r>
          </w:p>
        </w:tc>
        <w:tc>
          <w:tcPr>
            <w:tcW w:w="2121" w:type="dxa"/>
          </w:tcPr>
          <w:p w14:paraId="117620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7BD56BD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Европейский Север: природа и ресурсы</w:t>
            </w:r>
          </w:p>
        </w:tc>
        <w:tc>
          <w:tcPr>
            <w:tcW w:w="1020" w:type="dxa"/>
          </w:tcPr>
          <w:p w14:paraId="4597956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34BC9D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D8C12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2CF2A89" w14:textId="77777777" w:rsidTr="00AF4025">
        <w:trPr>
          <w:jc w:val="center"/>
        </w:trPr>
        <w:tc>
          <w:tcPr>
            <w:tcW w:w="817" w:type="dxa"/>
          </w:tcPr>
          <w:p w14:paraId="2B9AF74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40</w:t>
            </w:r>
          </w:p>
        </w:tc>
        <w:tc>
          <w:tcPr>
            <w:tcW w:w="2121" w:type="dxa"/>
          </w:tcPr>
          <w:p w14:paraId="730DB29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6F8A1D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Европейский Север: население и хозяйство</w:t>
            </w:r>
          </w:p>
        </w:tc>
        <w:tc>
          <w:tcPr>
            <w:tcW w:w="1020" w:type="dxa"/>
          </w:tcPr>
          <w:p w14:paraId="20AD043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2887B0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89209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7EC8C8A" w14:textId="77777777" w:rsidTr="00AF4025">
        <w:trPr>
          <w:jc w:val="center"/>
        </w:trPr>
        <w:tc>
          <w:tcPr>
            <w:tcW w:w="817" w:type="dxa"/>
          </w:tcPr>
          <w:p w14:paraId="109FBC9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41</w:t>
            </w:r>
          </w:p>
        </w:tc>
        <w:tc>
          <w:tcPr>
            <w:tcW w:w="2121" w:type="dxa"/>
          </w:tcPr>
          <w:p w14:paraId="5B119E4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4DF1EBF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Европейский Юг: природа и ресурсы</w:t>
            </w:r>
          </w:p>
        </w:tc>
        <w:tc>
          <w:tcPr>
            <w:tcW w:w="1020" w:type="dxa"/>
          </w:tcPr>
          <w:p w14:paraId="54F5A12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E34CAE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A5A04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EAFDF21" w14:textId="77777777" w:rsidTr="00AF4025">
        <w:trPr>
          <w:jc w:val="center"/>
        </w:trPr>
        <w:tc>
          <w:tcPr>
            <w:tcW w:w="817" w:type="dxa"/>
          </w:tcPr>
          <w:p w14:paraId="78D87D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42</w:t>
            </w:r>
          </w:p>
        </w:tc>
        <w:tc>
          <w:tcPr>
            <w:tcW w:w="2121" w:type="dxa"/>
          </w:tcPr>
          <w:p w14:paraId="24658C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66C2688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Европейский Юг: население и хозяйство</w:t>
            </w:r>
          </w:p>
        </w:tc>
        <w:tc>
          <w:tcPr>
            <w:tcW w:w="1020" w:type="dxa"/>
          </w:tcPr>
          <w:p w14:paraId="4B304DB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72172E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9425F4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2B4C944" w14:textId="77777777" w:rsidTr="00AF4025">
        <w:trPr>
          <w:jc w:val="center"/>
        </w:trPr>
        <w:tc>
          <w:tcPr>
            <w:tcW w:w="817" w:type="dxa"/>
          </w:tcPr>
          <w:p w14:paraId="6C0FD7E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43</w:t>
            </w:r>
          </w:p>
        </w:tc>
        <w:tc>
          <w:tcPr>
            <w:tcW w:w="2121" w:type="dxa"/>
          </w:tcPr>
          <w:p w14:paraId="36DA54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70D9DA5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Поволжье: положение и ресурсы</w:t>
            </w:r>
          </w:p>
        </w:tc>
        <w:tc>
          <w:tcPr>
            <w:tcW w:w="1020" w:type="dxa"/>
          </w:tcPr>
          <w:p w14:paraId="709A147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21029E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2124EC9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AE50833" w14:textId="77777777" w:rsidTr="00AF4025">
        <w:trPr>
          <w:jc w:val="center"/>
        </w:trPr>
        <w:tc>
          <w:tcPr>
            <w:tcW w:w="817" w:type="dxa"/>
          </w:tcPr>
          <w:p w14:paraId="2C9A20B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44</w:t>
            </w:r>
          </w:p>
        </w:tc>
        <w:tc>
          <w:tcPr>
            <w:tcW w:w="2121" w:type="dxa"/>
          </w:tcPr>
          <w:p w14:paraId="2FE55B8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0CF618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Поволжье: население и хозяйство</w:t>
            </w:r>
          </w:p>
        </w:tc>
        <w:tc>
          <w:tcPr>
            <w:tcW w:w="1020" w:type="dxa"/>
          </w:tcPr>
          <w:p w14:paraId="5828DF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31C93A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A5A46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B20813C" w14:textId="77777777" w:rsidTr="00AF4025">
        <w:trPr>
          <w:jc w:val="center"/>
        </w:trPr>
        <w:tc>
          <w:tcPr>
            <w:tcW w:w="817" w:type="dxa"/>
          </w:tcPr>
          <w:p w14:paraId="7F7862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45</w:t>
            </w:r>
          </w:p>
        </w:tc>
        <w:tc>
          <w:tcPr>
            <w:tcW w:w="2121" w:type="dxa"/>
          </w:tcPr>
          <w:p w14:paraId="48695C6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0D0B3A5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Урал: ресурсы</w:t>
            </w:r>
          </w:p>
        </w:tc>
        <w:tc>
          <w:tcPr>
            <w:tcW w:w="1020" w:type="dxa"/>
          </w:tcPr>
          <w:p w14:paraId="02C990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9CB358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53D0BE0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6017436" w14:textId="77777777" w:rsidTr="00AF4025">
        <w:trPr>
          <w:jc w:val="center"/>
        </w:trPr>
        <w:tc>
          <w:tcPr>
            <w:tcW w:w="817" w:type="dxa"/>
          </w:tcPr>
          <w:p w14:paraId="790A894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46</w:t>
            </w:r>
          </w:p>
        </w:tc>
        <w:tc>
          <w:tcPr>
            <w:tcW w:w="2121" w:type="dxa"/>
          </w:tcPr>
          <w:p w14:paraId="24404DC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51F4393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Урал: население и хозяйство</w:t>
            </w:r>
          </w:p>
        </w:tc>
        <w:tc>
          <w:tcPr>
            <w:tcW w:w="1020" w:type="dxa"/>
          </w:tcPr>
          <w:p w14:paraId="2144954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5F1EAC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36B9E14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23154E8" w14:textId="77777777" w:rsidTr="00AF4025">
        <w:trPr>
          <w:jc w:val="center"/>
        </w:trPr>
        <w:tc>
          <w:tcPr>
            <w:tcW w:w="817" w:type="dxa"/>
          </w:tcPr>
          <w:p w14:paraId="00D3EA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47</w:t>
            </w:r>
          </w:p>
        </w:tc>
        <w:tc>
          <w:tcPr>
            <w:tcW w:w="2121" w:type="dxa"/>
          </w:tcPr>
          <w:p w14:paraId="5CCA85E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6080B1E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Западная Сибирь: природа и ресурсы</w:t>
            </w:r>
          </w:p>
        </w:tc>
        <w:tc>
          <w:tcPr>
            <w:tcW w:w="1020" w:type="dxa"/>
          </w:tcPr>
          <w:p w14:paraId="443705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DCD6F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D2DF7A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8C05B91" w14:textId="77777777" w:rsidTr="00AF4025">
        <w:trPr>
          <w:jc w:val="center"/>
        </w:trPr>
        <w:tc>
          <w:tcPr>
            <w:tcW w:w="817" w:type="dxa"/>
          </w:tcPr>
          <w:p w14:paraId="4993208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48</w:t>
            </w:r>
          </w:p>
        </w:tc>
        <w:tc>
          <w:tcPr>
            <w:tcW w:w="2121" w:type="dxa"/>
          </w:tcPr>
          <w:p w14:paraId="2C5473A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3EE58A8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Западная Сибирь: население и хозяйство</w:t>
            </w:r>
          </w:p>
        </w:tc>
        <w:tc>
          <w:tcPr>
            <w:tcW w:w="1020" w:type="dxa"/>
          </w:tcPr>
          <w:p w14:paraId="06FF89F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45BF84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274FD2A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009E095" w14:textId="77777777" w:rsidTr="00AF4025">
        <w:trPr>
          <w:jc w:val="center"/>
        </w:trPr>
        <w:tc>
          <w:tcPr>
            <w:tcW w:w="817" w:type="dxa"/>
          </w:tcPr>
          <w:p w14:paraId="7685882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49</w:t>
            </w:r>
          </w:p>
        </w:tc>
        <w:tc>
          <w:tcPr>
            <w:tcW w:w="2121" w:type="dxa"/>
          </w:tcPr>
          <w:p w14:paraId="7BC59FD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6791697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Восточная Сибирь: природа и ресурсы</w:t>
            </w:r>
          </w:p>
        </w:tc>
        <w:tc>
          <w:tcPr>
            <w:tcW w:w="1020" w:type="dxa"/>
          </w:tcPr>
          <w:p w14:paraId="5089131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5AF21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AA69B7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8268B74" w14:textId="77777777" w:rsidTr="00AF4025">
        <w:trPr>
          <w:jc w:val="center"/>
        </w:trPr>
        <w:tc>
          <w:tcPr>
            <w:tcW w:w="817" w:type="dxa"/>
          </w:tcPr>
          <w:p w14:paraId="15F9594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50</w:t>
            </w:r>
          </w:p>
        </w:tc>
        <w:tc>
          <w:tcPr>
            <w:tcW w:w="2121" w:type="dxa"/>
          </w:tcPr>
          <w:p w14:paraId="19E36F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4540611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Восточная Сибирь: население и хозяйство</w:t>
            </w:r>
          </w:p>
        </w:tc>
        <w:tc>
          <w:tcPr>
            <w:tcW w:w="1020" w:type="dxa"/>
          </w:tcPr>
          <w:p w14:paraId="51DA635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4221745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878295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3860864" w14:textId="77777777" w:rsidTr="00AF4025">
        <w:trPr>
          <w:jc w:val="center"/>
        </w:trPr>
        <w:tc>
          <w:tcPr>
            <w:tcW w:w="817" w:type="dxa"/>
          </w:tcPr>
          <w:p w14:paraId="29C0D7D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51</w:t>
            </w:r>
          </w:p>
        </w:tc>
        <w:tc>
          <w:tcPr>
            <w:tcW w:w="2121" w:type="dxa"/>
          </w:tcPr>
          <w:p w14:paraId="6624AF1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285CEAD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Дальний Восток: положение и природа</w:t>
            </w:r>
          </w:p>
        </w:tc>
        <w:tc>
          <w:tcPr>
            <w:tcW w:w="1020" w:type="dxa"/>
          </w:tcPr>
          <w:p w14:paraId="0FAA989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EABD7A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17E025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A756292" w14:textId="77777777" w:rsidTr="00AF4025">
        <w:trPr>
          <w:jc w:val="center"/>
        </w:trPr>
        <w:tc>
          <w:tcPr>
            <w:tcW w:w="817" w:type="dxa"/>
          </w:tcPr>
          <w:p w14:paraId="57FCBC7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52</w:t>
            </w:r>
          </w:p>
        </w:tc>
        <w:tc>
          <w:tcPr>
            <w:tcW w:w="2121" w:type="dxa"/>
          </w:tcPr>
          <w:p w14:paraId="15D62C4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546D18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Дальний Восток: ресурсы и население</w:t>
            </w:r>
          </w:p>
        </w:tc>
        <w:tc>
          <w:tcPr>
            <w:tcW w:w="1020" w:type="dxa"/>
          </w:tcPr>
          <w:p w14:paraId="784455C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09B835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90993F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3027911" w14:textId="77777777" w:rsidTr="00AF4025">
        <w:trPr>
          <w:jc w:val="center"/>
        </w:trPr>
        <w:tc>
          <w:tcPr>
            <w:tcW w:w="817" w:type="dxa"/>
          </w:tcPr>
          <w:p w14:paraId="14536A0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53</w:t>
            </w:r>
          </w:p>
        </w:tc>
        <w:tc>
          <w:tcPr>
            <w:tcW w:w="2121" w:type="dxa"/>
          </w:tcPr>
          <w:p w14:paraId="5F16A8F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035BF3B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Дальний Восток: хозяйство</w:t>
            </w:r>
          </w:p>
        </w:tc>
        <w:tc>
          <w:tcPr>
            <w:tcW w:w="1020" w:type="dxa"/>
          </w:tcPr>
          <w:p w14:paraId="79A1052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1505F7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36A78F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6B17553" w14:textId="77777777" w:rsidTr="00AF4025">
        <w:trPr>
          <w:jc w:val="center"/>
        </w:trPr>
        <w:tc>
          <w:tcPr>
            <w:tcW w:w="817" w:type="dxa"/>
          </w:tcPr>
          <w:p w14:paraId="20EB711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54</w:t>
            </w:r>
          </w:p>
        </w:tc>
        <w:tc>
          <w:tcPr>
            <w:tcW w:w="2121" w:type="dxa"/>
          </w:tcPr>
          <w:p w14:paraId="035F73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7FF0FCC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Сравнение регионов Запада</w:t>
            </w:r>
          </w:p>
        </w:tc>
        <w:tc>
          <w:tcPr>
            <w:tcW w:w="1020" w:type="dxa"/>
          </w:tcPr>
          <w:p w14:paraId="5B1D8E7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7F066E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CA820F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9E5D4D9" w14:textId="77777777" w:rsidTr="00AF4025">
        <w:trPr>
          <w:jc w:val="center"/>
        </w:trPr>
        <w:tc>
          <w:tcPr>
            <w:tcW w:w="817" w:type="dxa"/>
          </w:tcPr>
          <w:p w14:paraId="70EEE78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55</w:t>
            </w:r>
          </w:p>
        </w:tc>
        <w:tc>
          <w:tcPr>
            <w:tcW w:w="2121" w:type="dxa"/>
          </w:tcPr>
          <w:p w14:paraId="183572A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557D0CB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Сравнение регионов Востока</w:t>
            </w:r>
          </w:p>
        </w:tc>
        <w:tc>
          <w:tcPr>
            <w:tcW w:w="1020" w:type="dxa"/>
          </w:tcPr>
          <w:p w14:paraId="395DDF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615B2B8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01A24DB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0956F325" w14:textId="77777777" w:rsidTr="00AF4025">
        <w:trPr>
          <w:jc w:val="center"/>
        </w:trPr>
        <w:tc>
          <w:tcPr>
            <w:tcW w:w="817" w:type="dxa"/>
          </w:tcPr>
          <w:p w14:paraId="01238AC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56</w:t>
            </w:r>
          </w:p>
        </w:tc>
        <w:tc>
          <w:tcPr>
            <w:tcW w:w="2121" w:type="dxa"/>
          </w:tcPr>
          <w:p w14:paraId="4B8F0D1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49F70D2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Человеческий капитал регионов</w:t>
            </w:r>
          </w:p>
        </w:tc>
        <w:tc>
          <w:tcPr>
            <w:tcW w:w="1020" w:type="dxa"/>
          </w:tcPr>
          <w:p w14:paraId="25C104B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8DD94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6789693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58FDAEC" w14:textId="77777777" w:rsidTr="00AF4025">
        <w:trPr>
          <w:jc w:val="center"/>
        </w:trPr>
        <w:tc>
          <w:tcPr>
            <w:tcW w:w="817" w:type="dxa"/>
          </w:tcPr>
          <w:p w14:paraId="67BA86F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57</w:t>
            </w:r>
          </w:p>
        </w:tc>
        <w:tc>
          <w:tcPr>
            <w:tcW w:w="2121" w:type="dxa"/>
          </w:tcPr>
          <w:p w14:paraId="79D8983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0554FBD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Промышленные кластеры</w:t>
            </w:r>
          </w:p>
        </w:tc>
        <w:tc>
          <w:tcPr>
            <w:tcW w:w="1020" w:type="dxa"/>
          </w:tcPr>
          <w:p w14:paraId="284ED4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32BD79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3FA962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3FDCC761" w14:textId="77777777" w:rsidTr="00AF4025">
        <w:trPr>
          <w:jc w:val="center"/>
        </w:trPr>
        <w:tc>
          <w:tcPr>
            <w:tcW w:w="817" w:type="dxa"/>
          </w:tcPr>
          <w:p w14:paraId="1ACE63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58</w:t>
            </w:r>
          </w:p>
        </w:tc>
        <w:tc>
          <w:tcPr>
            <w:tcW w:w="2121" w:type="dxa"/>
          </w:tcPr>
          <w:p w14:paraId="7ABDC93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Регионы России</w:t>
            </w:r>
          </w:p>
        </w:tc>
        <w:tc>
          <w:tcPr>
            <w:tcW w:w="2209" w:type="dxa"/>
          </w:tcPr>
          <w:p w14:paraId="5DDC65B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Программы регионального развития</w:t>
            </w:r>
          </w:p>
        </w:tc>
        <w:tc>
          <w:tcPr>
            <w:tcW w:w="1020" w:type="dxa"/>
          </w:tcPr>
          <w:p w14:paraId="6B36321B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192D2AD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74D1962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CE6941E" w14:textId="77777777" w:rsidTr="00AF4025">
        <w:trPr>
          <w:jc w:val="center"/>
        </w:trPr>
        <w:tc>
          <w:tcPr>
            <w:tcW w:w="817" w:type="dxa"/>
          </w:tcPr>
          <w:p w14:paraId="13D9A25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59</w:t>
            </w:r>
          </w:p>
        </w:tc>
        <w:tc>
          <w:tcPr>
            <w:tcW w:w="2121" w:type="dxa"/>
          </w:tcPr>
          <w:p w14:paraId="1F34BB3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Россия в современном мире</w:t>
            </w:r>
          </w:p>
        </w:tc>
        <w:tc>
          <w:tcPr>
            <w:tcW w:w="2209" w:type="dxa"/>
          </w:tcPr>
          <w:p w14:paraId="45000DB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Россия в международном разделении труда</w:t>
            </w:r>
          </w:p>
        </w:tc>
        <w:tc>
          <w:tcPr>
            <w:tcW w:w="1020" w:type="dxa"/>
          </w:tcPr>
          <w:p w14:paraId="2E1C122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5F1641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1899C53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24080A29" w14:textId="77777777" w:rsidTr="00AF4025">
        <w:trPr>
          <w:jc w:val="center"/>
        </w:trPr>
        <w:tc>
          <w:tcPr>
            <w:tcW w:w="817" w:type="dxa"/>
          </w:tcPr>
          <w:p w14:paraId="14CD30B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60</w:t>
            </w:r>
          </w:p>
        </w:tc>
        <w:tc>
          <w:tcPr>
            <w:tcW w:w="2121" w:type="dxa"/>
          </w:tcPr>
          <w:p w14:paraId="1ED3CDCE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Россия в современном мире</w:t>
            </w:r>
          </w:p>
        </w:tc>
        <w:tc>
          <w:tcPr>
            <w:tcW w:w="2209" w:type="dxa"/>
          </w:tcPr>
          <w:p w14:paraId="3E8B171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Место и роль России в мире. Всемирное наследие</w:t>
            </w:r>
          </w:p>
        </w:tc>
        <w:tc>
          <w:tcPr>
            <w:tcW w:w="1020" w:type="dxa"/>
          </w:tcPr>
          <w:p w14:paraId="7901196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A396F8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Характеризовать и сравнивать географические объекты и процессы; анализировать источники; устанавливать причинно-следственные связи.</w:t>
            </w:r>
          </w:p>
        </w:tc>
        <w:tc>
          <w:tcPr>
            <w:tcW w:w="2129" w:type="dxa"/>
          </w:tcPr>
          <w:p w14:paraId="4878242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032EA01" w14:textId="77777777" w:rsidTr="00AF4025">
        <w:trPr>
          <w:jc w:val="center"/>
        </w:trPr>
        <w:tc>
          <w:tcPr>
            <w:tcW w:w="817" w:type="dxa"/>
          </w:tcPr>
          <w:p w14:paraId="637A9BB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61</w:t>
            </w:r>
          </w:p>
        </w:tc>
        <w:tc>
          <w:tcPr>
            <w:tcW w:w="2121" w:type="dxa"/>
          </w:tcPr>
          <w:p w14:paraId="71B486A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209" w:type="dxa"/>
          </w:tcPr>
          <w:p w14:paraId="359DD5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Факторы размещения предприятий</w:t>
            </w:r>
          </w:p>
        </w:tc>
        <w:tc>
          <w:tcPr>
            <w:tcW w:w="1020" w:type="dxa"/>
          </w:tcPr>
          <w:p w14:paraId="032041D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78A8E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697E241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A36A044" w14:textId="77777777" w:rsidTr="00AF4025">
        <w:trPr>
          <w:jc w:val="center"/>
        </w:trPr>
        <w:tc>
          <w:tcPr>
            <w:tcW w:w="817" w:type="dxa"/>
          </w:tcPr>
          <w:p w14:paraId="7C47F74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62</w:t>
            </w:r>
          </w:p>
        </w:tc>
        <w:tc>
          <w:tcPr>
            <w:tcW w:w="2121" w:type="dxa"/>
          </w:tcPr>
          <w:p w14:paraId="6FE5A97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209" w:type="dxa"/>
          </w:tcPr>
          <w:p w14:paraId="58A247A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Отраслевые карты хозяйства</w:t>
            </w:r>
          </w:p>
        </w:tc>
        <w:tc>
          <w:tcPr>
            <w:tcW w:w="1020" w:type="dxa"/>
          </w:tcPr>
          <w:p w14:paraId="64A4291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8C9132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Работать с картами, таблицами, графиками и иными источниками; выполнять практическое задание; формулировать вывод.</w:t>
            </w:r>
          </w:p>
        </w:tc>
        <w:tc>
          <w:tcPr>
            <w:tcW w:w="2129" w:type="dxa"/>
          </w:tcPr>
          <w:p w14:paraId="24F070B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9D5E55A" w14:textId="77777777" w:rsidTr="00AF4025">
        <w:trPr>
          <w:jc w:val="center"/>
        </w:trPr>
        <w:tc>
          <w:tcPr>
            <w:tcW w:w="817" w:type="dxa"/>
          </w:tcPr>
          <w:p w14:paraId="4CAF3B8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63</w:t>
            </w:r>
          </w:p>
        </w:tc>
        <w:tc>
          <w:tcPr>
            <w:tcW w:w="2121" w:type="dxa"/>
          </w:tcPr>
          <w:p w14:paraId="798C6A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209" w:type="dxa"/>
          </w:tcPr>
          <w:p w14:paraId="1AEA783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Комплексная характеристика региона</w:t>
            </w:r>
          </w:p>
        </w:tc>
        <w:tc>
          <w:tcPr>
            <w:tcW w:w="1020" w:type="dxa"/>
          </w:tcPr>
          <w:p w14:paraId="3011C65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34F2EFF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66EBBF7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69E66DB6" w14:textId="77777777" w:rsidTr="00AF4025">
        <w:trPr>
          <w:jc w:val="center"/>
        </w:trPr>
        <w:tc>
          <w:tcPr>
            <w:tcW w:w="817" w:type="dxa"/>
          </w:tcPr>
          <w:p w14:paraId="2DCC920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64</w:t>
            </w:r>
          </w:p>
        </w:tc>
        <w:tc>
          <w:tcPr>
            <w:tcW w:w="2121" w:type="dxa"/>
          </w:tcPr>
          <w:p w14:paraId="1C0AD25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209" w:type="dxa"/>
          </w:tcPr>
          <w:p w14:paraId="6634052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Сравнение регионов</w:t>
            </w:r>
          </w:p>
        </w:tc>
        <w:tc>
          <w:tcPr>
            <w:tcW w:w="1020" w:type="dxa"/>
          </w:tcPr>
          <w:p w14:paraId="74B5C5A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C6CDC3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7748A1C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70163027" w14:textId="77777777" w:rsidTr="00AF4025">
        <w:trPr>
          <w:jc w:val="center"/>
        </w:trPr>
        <w:tc>
          <w:tcPr>
            <w:tcW w:w="817" w:type="dxa"/>
          </w:tcPr>
          <w:p w14:paraId="480BDF3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65</w:t>
            </w:r>
          </w:p>
        </w:tc>
        <w:tc>
          <w:tcPr>
            <w:tcW w:w="2121" w:type="dxa"/>
          </w:tcPr>
          <w:p w14:paraId="0A803E98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209" w:type="dxa"/>
          </w:tcPr>
          <w:p w14:paraId="74EE045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Внешнеэкономические связи</w:t>
            </w:r>
          </w:p>
        </w:tc>
        <w:tc>
          <w:tcPr>
            <w:tcW w:w="1020" w:type="dxa"/>
          </w:tcPr>
          <w:p w14:paraId="6A2A57F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57EC7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1BB288E3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5EF340C3" w14:textId="77777777" w:rsidTr="00AF4025">
        <w:trPr>
          <w:jc w:val="center"/>
        </w:trPr>
        <w:tc>
          <w:tcPr>
            <w:tcW w:w="817" w:type="dxa"/>
          </w:tcPr>
          <w:p w14:paraId="1E422C5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66</w:t>
            </w:r>
          </w:p>
        </w:tc>
        <w:tc>
          <w:tcPr>
            <w:tcW w:w="2121" w:type="dxa"/>
          </w:tcPr>
          <w:p w14:paraId="6BAC26A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209" w:type="dxa"/>
          </w:tcPr>
          <w:p w14:paraId="4652AF3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Подготовка к итоговой работе</w:t>
            </w:r>
          </w:p>
        </w:tc>
        <w:tc>
          <w:tcPr>
            <w:tcW w:w="1020" w:type="dxa"/>
          </w:tcPr>
          <w:p w14:paraId="6D191B82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77414974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1EABD177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  <w:tr w:rsidR="00AF4025" w:rsidRPr="00AF4025" w14:paraId="4F47FC9D" w14:textId="77777777" w:rsidTr="00AF4025">
        <w:trPr>
          <w:jc w:val="center"/>
        </w:trPr>
        <w:tc>
          <w:tcPr>
            <w:tcW w:w="817" w:type="dxa"/>
          </w:tcPr>
          <w:p w14:paraId="35086F0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67</w:t>
            </w:r>
          </w:p>
        </w:tc>
        <w:tc>
          <w:tcPr>
            <w:tcW w:w="2121" w:type="dxa"/>
          </w:tcPr>
          <w:p w14:paraId="1F973E00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209" w:type="dxa"/>
          </w:tcPr>
          <w:p w14:paraId="0832482A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Итоговая работа</w:t>
            </w:r>
          </w:p>
        </w:tc>
        <w:tc>
          <w:tcPr>
            <w:tcW w:w="1020" w:type="dxa"/>
          </w:tcPr>
          <w:p w14:paraId="0C0735A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0BA1D23D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5A0B12B9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Итоговая контрольная работа</w:t>
            </w:r>
          </w:p>
        </w:tc>
      </w:tr>
      <w:tr w:rsidR="00AF4025" w:rsidRPr="00AF4025" w14:paraId="771EF951" w14:textId="77777777" w:rsidTr="00AF4025">
        <w:trPr>
          <w:jc w:val="center"/>
        </w:trPr>
        <w:tc>
          <w:tcPr>
            <w:tcW w:w="817" w:type="dxa"/>
          </w:tcPr>
          <w:p w14:paraId="17B2E396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68</w:t>
            </w:r>
          </w:p>
        </w:tc>
        <w:tc>
          <w:tcPr>
            <w:tcW w:w="2121" w:type="dxa"/>
          </w:tcPr>
          <w:p w14:paraId="44D1AF1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Резерв</w:t>
            </w:r>
          </w:p>
        </w:tc>
        <w:tc>
          <w:tcPr>
            <w:tcW w:w="2209" w:type="dxa"/>
          </w:tcPr>
          <w:p w14:paraId="3B369E4F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Итоговое повторение</w:t>
            </w:r>
          </w:p>
        </w:tc>
        <w:tc>
          <w:tcPr>
            <w:tcW w:w="1020" w:type="dxa"/>
          </w:tcPr>
          <w:p w14:paraId="396402D5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14:paraId="4CCD7FD1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Систематизировать знания; применять изученные способы действий; устранять выявленные затруднения.</w:t>
            </w:r>
          </w:p>
        </w:tc>
        <w:tc>
          <w:tcPr>
            <w:tcW w:w="2129" w:type="dxa"/>
          </w:tcPr>
          <w:p w14:paraId="02AD57FC" w14:textId="77777777" w:rsidR="00AF4025" w:rsidRPr="00AF4025" w:rsidRDefault="00AF4025" w:rsidP="0088238D">
            <w:pPr>
              <w:rPr>
                <w:sz w:val="20"/>
                <w:szCs w:val="20"/>
              </w:rPr>
            </w:pPr>
            <w:r w:rsidRPr="00AF4025">
              <w:rPr>
                <w:sz w:val="20"/>
                <w:szCs w:val="20"/>
              </w:rPr>
              <w:t>Текущий контроль</w:t>
            </w:r>
          </w:p>
        </w:tc>
      </w:tr>
    </w:tbl>
    <w:p w14:paraId="7A4F855E" w14:textId="77777777" w:rsidR="00AF4025" w:rsidRPr="00E7730A" w:rsidRDefault="00AF4025" w:rsidP="00AF4025">
      <w:pPr>
        <w:pStyle w:val="a9"/>
        <w:numPr>
          <w:ilvl w:val="0"/>
          <w:numId w:val="1"/>
        </w:numPr>
      </w:pPr>
    </w:p>
    <w:p w14:paraId="2928C8D8" w14:textId="77777777" w:rsidR="00584715" w:rsidRPr="00AF4025" w:rsidRDefault="00584715">
      <w:pPr>
        <w:pStyle w:val="a5"/>
        <w:ind w:left="0" w:firstLine="0"/>
        <w:rPr>
          <w:b/>
        </w:rPr>
      </w:pPr>
    </w:p>
    <w:sectPr w:rsidR="00584715" w:rsidRPr="00AF4025" w:rsidSect="00A8318E">
      <w:type w:val="continuous"/>
      <w:pgSz w:w="16840" w:h="11910" w:orient="landscape"/>
      <w:pgMar w:top="992" w:right="1100" w:bottom="709" w:left="1202" w:header="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CD110" w14:textId="77777777" w:rsidR="00980934" w:rsidRDefault="00980934">
      <w:r>
        <w:separator/>
      </w:r>
    </w:p>
  </w:endnote>
  <w:endnote w:type="continuationSeparator" w:id="0">
    <w:p w14:paraId="014C1DDC" w14:textId="77777777" w:rsidR="00980934" w:rsidRDefault="00980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45E5A" w14:textId="77777777" w:rsidR="00980934" w:rsidRDefault="00980934">
      <w:r>
        <w:separator/>
      </w:r>
    </w:p>
  </w:footnote>
  <w:footnote w:type="continuationSeparator" w:id="0">
    <w:p w14:paraId="771CCF15" w14:textId="77777777" w:rsidR="00980934" w:rsidRDefault="00980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E75C63"/>
    <w:multiLevelType w:val="multilevel"/>
    <w:tmpl w:val="F6E8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EF4F8C"/>
    <w:multiLevelType w:val="multilevel"/>
    <w:tmpl w:val="C74E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830ED7"/>
    <w:multiLevelType w:val="multilevel"/>
    <w:tmpl w:val="11F0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1C7B03"/>
    <w:multiLevelType w:val="multilevel"/>
    <w:tmpl w:val="EE98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BA34C5"/>
    <w:multiLevelType w:val="multilevel"/>
    <w:tmpl w:val="308E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4D2B0C"/>
    <w:multiLevelType w:val="multilevel"/>
    <w:tmpl w:val="6AE6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793265"/>
    <w:multiLevelType w:val="multilevel"/>
    <w:tmpl w:val="0EFA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D90F2E"/>
    <w:multiLevelType w:val="multilevel"/>
    <w:tmpl w:val="2690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E01F06"/>
    <w:multiLevelType w:val="multilevel"/>
    <w:tmpl w:val="C2B2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F62B0B"/>
    <w:multiLevelType w:val="multilevel"/>
    <w:tmpl w:val="E60C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83529B"/>
    <w:multiLevelType w:val="multilevel"/>
    <w:tmpl w:val="B714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175A0E"/>
    <w:multiLevelType w:val="multilevel"/>
    <w:tmpl w:val="08FA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3D1078"/>
    <w:multiLevelType w:val="multilevel"/>
    <w:tmpl w:val="E234A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1504E2"/>
    <w:multiLevelType w:val="multilevel"/>
    <w:tmpl w:val="0CDA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A93FAC"/>
    <w:multiLevelType w:val="multilevel"/>
    <w:tmpl w:val="D3DE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0476BC"/>
    <w:multiLevelType w:val="hybridMultilevel"/>
    <w:tmpl w:val="FD1CC62C"/>
    <w:lvl w:ilvl="0" w:tplc="E1262438">
      <w:start w:val="1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334" w:hanging="360"/>
      </w:pPr>
    </w:lvl>
    <w:lvl w:ilvl="2" w:tplc="0C0A001B" w:tentative="1">
      <w:start w:val="1"/>
      <w:numFmt w:val="lowerRoman"/>
      <w:lvlText w:val="%3."/>
      <w:lvlJc w:val="right"/>
      <w:pPr>
        <w:ind w:left="6054" w:hanging="180"/>
      </w:pPr>
    </w:lvl>
    <w:lvl w:ilvl="3" w:tplc="0C0A000F" w:tentative="1">
      <w:start w:val="1"/>
      <w:numFmt w:val="decimal"/>
      <w:lvlText w:val="%4."/>
      <w:lvlJc w:val="left"/>
      <w:pPr>
        <w:ind w:left="6774" w:hanging="360"/>
      </w:pPr>
    </w:lvl>
    <w:lvl w:ilvl="4" w:tplc="0C0A0019" w:tentative="1">
      <w:start w:val="1"/>
      <w:numFmt w:val="lowerLetter"/>
      <w:lvlText w:val="%5."/>
      <w:lvlJc w:val="left"/>
      <w:pPr>
        <w:ind w:left="7494" w:hanging="360"/>
      </w:pPr>
    </w:lvl>
    <w:lvl w:ilvl="5" w:tplc="0C0A001B" w:tentative="1">
      <w:start w:val="1"/>
      <w:numFmt w:val="lowerRoman"/>
      <w:lvlText w:val="%6."/>
      <w:lvlJc w:val="right"/>
      <w:pPr>
        <w:ind w:left="8214" w:hanging="180"/>
      </w:pPr>
    </w:lvl>
    <w:lvl w:ilvl="6" w:tplc="0C0A000F" w:tentative="1">
      <w:start w:val="1"/>
      <w:numFmt w:val="decimal"/>
      <w:lvlText w:val="%7."/>
      <w:lvlJc w:val="left"/>
      <w:pPr>
        <w:ind w:left="8934" w:hanging="360"/>
      </w:pPr>
    </w:lvl>
    <w:lvl w:ilvl="7" w:tplc="0C0A0019" w:tentative="1">
      <w:start w:val="1"/>
      <w:numFmt w:val="lowerLetter"/>
      <w:lvlText w:val="%8."/>
      <w:lvlJc w:val="left"/>
      <w:pPr>
        <w:ind w:left="9654" w:hanging="360"/>
      </w:pPr>
    </w:lvl>
    <w:lvl w:ilvl="8" w:tplc="0C0A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22" w15:restartNumberingAfterBreak="0">
    <w:nsid w:val="571F7DB0"/>
    <w:multiLevelType w:val="multilevel"/>
    <w:tmpl w:val="4B22C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B92DD8"/>
    <w:multiLevelType w:val="multilevel"/>
    <w:tmpl w:val="D4E2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C50AA2"/>
    <w:multiLevelType w:val="multilevel"/>
    <w:tmpl w:val="27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B011F0"/>
    <w:multiLevelType w:val="multilevel"/>
    <w:tmpl w:val="ACE2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A52DA3"/>
    <w:multiLevelType w:val="multilevel"/>
    <w:tmpl w:val="1C8A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C67FE5"/>
    <w:multiLevelType w:val="multilevel"/>
    <w:tmpl w:val="99EE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177E6E"/>
    <w:multiLevelType w:val="multilevel"/>
    <w:tmpl w:val="2DAC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390D6C"/>
    <w:multiLevelType w:val="multilevel"/>
    <w:tmpl w:val="4E58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491934"/>
    <w:multiLevelType w:val="multilevel"/>
    <w:tmpl w:val="36E4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1A027C"/>
    <w:multiLevelType w:val="multilevel"/>
    <w:tmpl w:val="FCD2A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905095">
    <w:abstractNumId w:val="21"/>
  </w:num>
  <w:num w:numId="2" w16cid:durableId="6837834">
    <w:abstractNumId w:val="30"/>
  </w:num>
  <w:num w:numId="3" w16cid:durableId="2006859665">
    <w:abstractNumId w:val="16"/>
  </w:num>
  <w:num w:numId="4" w16cid:durableId="798688962">
    <w:abstractNumId w:val="5"/>
  </w:num>
  <w:num w:numId="5" w16cid:durableId="1527594940">
    <w:abstractNumId w:val="3"/>
  </w:num>
  <w:num w:numId="6" w16cid:durableId="351952410">
    <w:abstractNumId w:val="2"/>
  </w:num>
  <w:num w:numId="7" w16cid:durableId="400950420">
    <w:abstractNumId w:val="4"/>
  </w:num>
  <w:num w:numId="8" w16cid:durableId="1443109882">
    <w:abstractNumId w:val="1"/>
  </w:num>
  <w:num w:numId="9" w16cid:durableId="1399092710">
    <w:abstractNumId w:val="0"/>
  </w:num>
  <w:num w:numId="10" w16cid:durableId="1107191346">
    <w:abstractNumId w:val="11"/>
  </w:num>
  <w:num w:numId="11" w16cid:durableId="1077821587">
    <w:abstractNumId w:val="22"/>
  </w:num>
  <w:num w:numId="12" w16cid:durableId="460998527">
    <w:abstractNumId w:val="29"/>
  </w:num>
  <w:num w:numId="13" w16cid:durableId="1300769652">
    <w:abstractNumId w:val="7"/>
  </w:num>
  <w:num w:numId="14" w16cid:durableId="1016418025">
    <w:abstractNumId w:val="20"/>
  </w:num>
  <w:num w:numId="15" w16cid:durableId="711425809">
    <w:abstractNumId w:val="13"/>
  </w:num>
  <w:num w:numId="16" w16cid:durableId="1100222100">
    <w:abstractNumId w:val="12"/>
  </w:num>
  <w:num w:numId="17" w16cid:durableId="46222563">
    <w:abstractNumId w:val="27"/>
  </w:num>
  <w:num w:numId="18" w16cid:durableId="1814062058">
    <w:abstractNumId w:val="26"/>
  </w:num>
  <w:num w:numId="19" w16cid:durableId="416679602">
    <w:abstractNumId w:val="28"/>
  </w:num>
  <w:num w:numId="20" w16cid:durableId="1067410953">
    <w:abstractNumId w:val="8"/>
  </w:num>
  <w:num w:numId="21" w16cid:durableId="1465075366">
    <w:abstractNumId w:val="15"/>
  </w:num>
  <w:num w:numId="22" w16cid:durableId="2084060913">
    <w:abstractNumId w:val="9"/>
  </w:num>
  <w:num w:numId="23" w16cid:durableId="1560361245">
    <w:abstractNumId w:val="31"/>
  </w:num>
  <w:num w:numId="24" w16cid:durableId="1124615248">
    <w:abstractNumId w:val="25"/>
  </w:num>
  <w:num w:numId="25" w16cid:durableId="2109541247">
    <w:abstractNumId w:val="6"/>
  </w:num>
  <w:num w:numId="26" w16cid:durableId="373388173">
    <w:abstractNumId w:val="18"/>
  </w:num>
  <w:num w:numId="27" w16cid:durableId="1050766254">
    <w:abstractNumId w:val="17"/>
  </w:num>
  <w:num w:numId="28" w16cid:durableId="453254773">
    <w:abstractNumId w:val="19"/>
  </w:num>
  <w:num w:numId="29" w16cid:durableId="565334598">
    <w:abstractNumId w:val="14"/>
  </w:num>
  <w:num w:numId="30" w16cid:durableId="1822383919">
    <w:abstractNumId w:val="10"/>
  </w:num>
  <w:num w:numId="31" w16cid:durableId="1802528803">
    <w:abstractNumId w:val="24"/>
  </w:num>
  <w:num w:numId="32" w16cid:durableId="1322391966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4715"/>
    <w:rsid w:val="00034AB6"/>
    <w:rsid w:val="00063B3C"/>
    <w:rsid w:val="00083334"/>
    <w:rsid w:val="00480651"/>
    <w:rsid w:val="004A04BD"/>
    <w:rsid w:val="004C7FA5"/>
    <w:rsid w:val="004F2482"/>
    <w:rsid w:val="00584715"/>
    <w:rsid w:val="006075AF"/>
    <w:rsid w:val="006167AE"/>
    <w:rsid w:val="006B0901"/>
    <w:rsid w:val="007E7621"/>
    <w:rsid w:val="00980934"/>
    <w:rsid w:val="00A8318E"/>
    <w:rsid w:val="00AA3410"/>
    <w:rsid w:val="00AF4025"/>
    <w:rsid w:val="00B12EE3"/>
    <w:rsid w:val="00B9658A"/>
    <w:rsid w:val="00C35C27"/>
    <w:rsid w:val="00DD6A31"/>
    <w:rsid w:val="00E6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EBF12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ind w:left="849"/>
      <w:outlineLvl w:val="0"/>
    </w:pPr>
    <w:rPr>
      <w:b/>
      <w:bCs/>
      <w:sz w:val="24"/>
      <w:szCs w:val="24"/>
    </w:rPr>
  </w:style>
  <w:style w:type="paragraph" w:styleId="21">
    <w:name w:val="heading 2"/>
    <w:basedOn w:val="a1"/>
    <w:next w:val="a1"/>
    <w:link w:val="22"/>
    <w:uiPriority w:val="9"/>
    <w:unhideWhenUsed/>
    <w:qFormat/>
    <w:rsid w:val="00E66E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B12E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8318E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8318E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8318E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8318E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8318E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8318E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140" w:firstLine="708"/>
    </w:pPr>
    <w:rPr>
      <w:sz w:val="24"/>
      <w:szCs w:val="24"/>
    </w:rPr>
  </w:style>
  <w:style w:type="paragraph" w:styleId="a7">
    <w:name w:val="Title"/>
    <w:basedOn w:val="a1"/>
    <w:link w:val="a8"/>
    <w:uiPriority w:val="10"/>
    <w:qFormat/>
    <w:pPr>
      <w:spacing w:before="72"/>
      <w:ind w:left="2500"/>
    </w:pPr>
    <w:rPr>
      <w:b/>
      <w:bCs/>
      <w:sz w:val="28"/>
      <w:szCs w:val="28"/>
    </w:rPr>
  </w:style>
  <w:style w:type="paragraph" w:styleId="a9">
    <w:name w:val="List Paragraph"/>
    <w:basedOn w:val="a1"/>
    <w:uiPriority w:val="34"/>
    <w:qFormat/>
    <w:pPr>
      <w:ind w:left="140" w:firstLine="708"/>
    </w:pPr>
  </w:style>
  <w:style w:type="paragraph" w:customStyle="1" w:styleId="TableParagraph">
    <w:name w:val="Table Paragraph"/>
    <w:basedOn w:val="a1"/>
    <w:uiPriority w:val="1"/>
    <w:qFormat/>
    <w:pPr>
      <w:ind w:left="107"/>
    </w:pPr>
  </w:style>
  <w:style w:type="paragraph" w:customStyle="1" w:styleId="pdq2pgselectionanchorcontainer">
    <w:name w:val="pdq2pg_selectionanchorcontainer"/>
    <w:basedOn w:val="a1"/>
    <w:rsid w:val="00AA341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a">
    <w:name w:val="Strong"/>
    <w:basedOn w:val="a2"/>
    <w:uiPriority w:val="22"/>
    <w:qFormat/>
    <w:rsid w:val="00AA3410"/>
    <w:rPr>
      <w:b/>
      <w:bCs/>
    </w:rPr>
  </w:style>
  <w:style w:type="paragraph" w:styleId="ab">
    <w:name w:val="Normal (Web)"/>
    <w:basedOn w:val="a1"/>
    <w:uiPriority w:val="99"/>
    <w:semiHidden/>
    <w:unhideWhenUsed/>
    <w:rsid w:val="00AA341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22">
    <w:name w:val="Заголовок 2 Знак"/>
    <w:basedOn w:val="a2"/>
    <w:link w:val="21"/>
    <w:uiPriority w:val="9"/>
    <w:rsid w:val="00E66E3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c">
    <w:name w:val="Table Grid"/>
    <w:basedOn w:val="a3"/>
    <w:uiPriority w:val="59"/>
    <w:rsid w:val="004C7FA5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1"/>
    <w:link w:val="ae"/>
    <w:uiPriority w:val="99"/>
    <w:unhideWhenUsed/>
    <w:rsid w:val="00B12EE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2"/>
    <w:link w:val="ad"/>
    <w:uiPriority w:val="99"/>
    <w:rsid w:val="00B12EE3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1"/>
    <w:link w:val="af0"/>
    <w:uiPriority w:val="99"/>
    <w:unhideWhenUsed/>
    <w:rsid w:val="00B12EE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2"/>
    <w:link w:val="af"/>
    <w:uiPriority w:val="99"/>
    <w:rsid w:val="00B12EE3"/>
    <w:rPr>
      <w:rFonts w:ascii="Times New Roman" w:eastAsia="Times New Roman" w:hAnsi="Times New Roman" w:cs="Times New Roman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B12E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2"/>
    <w:link w:val="4"/>
    <w:uiPriority w:val="9"/>
    <w:semiHidden/>
    <w:rsid w:val="00A8318E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character" w:customStyle="1" w:styleId="50">
    <w:name w:val="Заголовок 5 Знак"/>
    <w:basedOn w:val="a2"/>
    <w:link w:val="5"/>
    <w:uiPriority w:val="9"/>
    <w:semiHidden/>
    <w:rsid w:val="00A8318E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60">
    <w:name w:val="Заголовок 6 Знак"/>
    <w:basedOn w:val="a2"/>
    <w:link w:val="6"/>
    <w:uiPriority w:val="9"/>
    <w:semiHidden/>
    <w:rsid w:val="00A8318E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70">
    <w:name w:val="Заголовок 7 Знак"/>
    <w:basedOn w:val="a2"/>
    <w:link w:val="7"/>
    <w:uiPriority w:val="9"/>
    <w:semiHidden/>
    <w:rsid w:val="00A8318E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80">
    <w:name w:val="Заголовок 8 Знак"/>
    <w:basedOn w:val="a2"/>
    <w:link w:val="8"/>
    <w:uiPriority w:val="9"/>
    <w:semiHidden/>
    <w:rsid w:val="00A8318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A831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Заголовок 1 Знак"/>
    <w:basedOn w:val="a2"/>
    <w:link w:val="1"/>
    <w:uiPriority w:val="9"/>
    <w:rsid w:val="00A8318E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1">
    <w:name w:val="No Spacing"/>
    <w:uiPriority w:val="1"/>
    <w:qFormat/>
    <w:rsid w:val="00A8318E"/>
    <w:pPr>
      <w:widowControl/>
      <w:autoSpaceDE/>
      <w:autoSpaceDN/>
    </w:pPr>
    <w:rPr>
      <w:rFonts w:eastAsiaTheme="minorEastAsia"/>
    </w:rPr>
  </w:style>
  <w:style w:type="character" w:customStyle="1" w:styleId="a8">
    <w:name w:val="Заголовок Знак"/>
    <w:basedOn w:val="a2"/>
    <w:link w:val="a7"/>
    <w:uiPriority w:val="10"/>
    <w:rsid w:val="00A831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f2">
    <w:name w:val="Subtitle"/>
    <w:basedOn w:val="a1"/>
    <w:next w:val="a1"/>
    <w:link w:val="af3"/>
    <w:uiPriority w:val="11"/>
    <w:qFormat/>
    <w:rsid w:val="00A8318E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3">
    <w:name w:val="Подзаголовок Знак"/>
    <w:basedOn w:val="a2"/>
    <w:link w:val="af2"/>
    <w:uiPriority w:val="11"/>
    <w:rsid w:val="00A831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A8318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A8318E"/>
    <w:pPr>
      <w:widowControl/>
      <w:autoSpaceDE/>
      <w:autoSpaceDN/>
      <w:spacing w:after="120" w:line="480" w:lineRule="auto"/>
    </w:pPr>
    <w:rPr>
      <w:rFonts w:eastAsiaTheme="minorEastAsia" w:cstheme="minorBidi"/>
      <w:sz w:val="18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A8318E"/>
    <w:rPr>
      <w:rFonts w:ascii="Times New Roman" w:eastAsiaTheme="minorEastAsia" w:hAnsi="Times New Roman"/>
      <w:sz w:val="18"/>
    </w:rPr>
  </w:style>
  <w:style w:type="paragraph" w:styleId="33">
    <w:name w:val="Body Text 3"/>
    <w:basedOn w:val="a1"/>
    <w:link w:val="34"/>
    <w:uiPriority w:val="99"/>
    <w:unhideWhenUsed/>
    <w:rsid w:val="00A8318E"/>
    <w:pPr>
      <w:widowControl/>
      <w:autoSpaceDE/>
      <w:autoSpaceDN/>
      <w:spacing w:after="120" w:line="276" w:lineRule="auto"/>
    </w:pPr>
    <w:rPr>
      <w:rFonts w:eastAsiaTheme="minorEastAsia"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A8318E"/>
    <w:rPr>
      <w:rFonts w:ascii="Times New Roman" w:eastAsiaTheme="minorEastAsia" w:hAnsi="Times New Roman"/>
      <w:sz w:val="16"/>
      <w:szCs w:val="16"/>
    </w:rPr>
  </w:style>
  <w:style w:type="paragraph" w:styleId="af4">
    <w:name w:val="List"/>
    <w:basedOn w:val="a1"/>
    <w:uiPriority w:val="99"/>
    <w:unhideWhenUsed/>
    <w:rsid w:val="00A8318E"/>
    <w:pPr>
      <w:widowControl/>
      <w:autoSpaceDE/>
      <w:autoSpaceDN/>
      <w:spacing w:after="200" w:line="276" w:lineRule="auto"/>
      <w:ind w:left="360" w:hanging="360"/>
      <w:contextualSpacing/>
    </w:pPr>
    <w:rPr>
      <w:rFonts w:eastAsiaTheme="minorEastAsia" w:cstheme="minorBidi"/>
      <w:sz w:val="18"/>
      <w:lang w:val="en-US"/>
    </w:rPr>
  </w:style>
  <w:style w:type="paragraph" w:styleId="25">
    <w:name w:val="List 2"/>
    <w:basedOn w:val="a1"/>
    <w:uiPriority w:val="99"/>
    <w:unhideWhenUsed/>
    <w:rsid w:val="00A8318E"/>
    <w:pPr>
      <w:widowControl/>
      <w:autoSpaceDE/>
      <w:autoSpaceDN/>
      <w:spacing w:after="200" w:line="276" w:lineRule="auto"/>
      <w:ind w:left="720" w:hanging="360"/>
      <w:contextualSpacing/>
    </w:pPr>
    <w:rPr>
      <w:rFonts w:eastAsiaTheme="minorEastAsia" w:cstheme="minorBidi"/>
      <w:sz w:val="18"/>
      <w:lang w:val="en-US"/>
    </w:rPr>
  </w:style>
  <w:style w:type="paragraph" w:styleId="35">
    <w:name w:val="List 3"/>
    <w:basedOn w:val="a1"/>
    <w:uiPriority w:val="99"/>
    <w:unhideWhenUsed/>
    <w:rsid w:val="00A8318E"/>
    <w:pPr>
      <w:widowControl/>
      <w:autoSpaceDE/>
      <w:autoSpaceDN/>
      <w:spacing w:after="200" w:line="276" w:lineRule="auto"/>
      <w:ind w:left="1080" w:hanging="360"/>
      <w:contextualSpacing/>
    </w:pPr>
    <w:rPr>
      <w:rFonts w:eastAsiaTheme="minorEastAsia" w:cstheme="minorBidi"/>
      <w:sz w:val="18"/>
      <w:lang w:val="en-US"/>
    </w:rPr>
  </w:style>
  <w:style w:type="paragraph" w:styleId="a0">
    <w:name w:val="List Bullet"/>
    <w:basedOn w:val="a1"/>
    <w:uiPriority w:val="99"/>
    <w:unhideWhenUsed/>
    <w:rsid w:val="00A8318E"/>
    <w:pPr>
      <w:widowControl/>
      <w:numPr>
        <w:numId w:val="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20">
    <w:name w:val="List Bullet 2"/>
    <w:basedOn w:val="a1"/>
    <w:uiPriority w:val="99"/>
    <w:unhideWhenUsed/>
    <w:rsid w:val="00A8318E"/>
    <w:pPr>
      <w:widowControl/>
      <w:numPr>
        <w:numId w:val="5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30">
    <w:name w:val="List Bullet 3"/>
    <w:basedOn w:val="a1"/>
    <w:uiPriority w:val="99"/>
    <w:unhideWhenUsed/>
    <w:rsid w:val="00A8318E"/>
    <w:pPr>
      <w:widowControl/>
      <w:numPr>
        <w:numId w:val="6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a">
    <w:name w:val="List Number"/>
    <w:basedOn w:val="a1"/>
    <w:uiPriority w:val="99"/>
    <w:unhideWhenUsed/>
    <w:rsid w:val="00A8318E"/>
    <w:pPr>
      <w:widowControl/>
      <w:numPr>
        <w:numId w:val="7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2">
    <w:name w:val="List Number 2"/>
    <w:basedOn w:val="a1"/>
    <w:uiPriority w:val="99"/>
    <w:unhideWhenUsed/>
    <w:rsid w:val="00A8318E"/>
    <w:pPr>
      <w:widowControl/>
      <w:numPr>
        <w:numId w:val="8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3">
    <w:name w:val="List Number 3"/>
    <w:basedOn w:val="a1"/>
    <w:uiPriority w:val="99"/>
    <w:unhideWhenUsed/>
    <w:rsid w:val="00A8318E"/>
    <w:pPr>
      <w:widowControl/>
      <w:numPr>
        <w:numId w:val="9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af5">
    <w:name w:val="List Continue"/>
    <w:basedOn w:val="a1"/>
    <w:uiPriority w:val="99"/>
    <w:unhideWhenUsed/>
    <w:rsid w:val="00A8318E"/>
    <w:pPr>
      <w:widowControl/>
      <w:autoSpaceDE/>
      <w:autoSpaceDN/>
      <w:spacing w:after="120" w:line="276" w:lineRule="auto"/>
      <w:ind w:left="360"/>
      <w:contextualSpacing/>
    </w:pPr>
    <w:rPr>
      <w:rFonts w:eastAsiaTheme="minorEastAsia" w:cstheme="minorBidi"/>
      <w:sz w:val="18"/>
      <w:lang w:val="en-US"/>
    </w:rPr>
  </w:style>
  <w:style w:type="paragraph" w:styleId="26">
    <w:name w:val="List Continue 2"/>
    <w:basedOn w:val="a1"/>
    <w:uiPriority w:val="99"/>
    <w:unhideWhenUsed/>
    <w:rsid w:val="00A8318E"/>
    <w:pPr>
      <w:widowControl/>
      <w:autoSpaceDE/>
      <w:autoSpaceDN/>
      <w:spacing w:after="120" w:line="276" w:lineRule="auto"/>
      <w:ind w:left="720"/>
      <w:contextualSpacing/>
    </w:pPr>
    <w:rPr>
      <w:rFonts w:eastAsiaTheme="minorEastAsia" w:cstheme="minorBidi"/>
      <w:sz w:val="18"/>
      <w:lang w:val="en-US"/>
    </w:rPr>
  </w:style>
  <w:style w:type="paragraph" w:styleId="36">
    <w:name w:val="List Continue 3"/>
    <w:basedOn w:val="a1"/>
    <w:uiPriority w:val="99"/>
    <w:unhideWhenUsed/>
    <w:rsid w:val="00A8318E"/>
    <w:pPr>
      <w:widowControl/>
      <w:autoSpaceDE/>
      <w:autoSpaceDN/>
      <w:spacing w:after="120" w:line="276" w:lineRule="auto"/>
      <w:ind w:left="1080"/>
      <w:contextualSpacing/>
    </w:pPr>
    <w:rPr>
      <w:rFonts w:eastAsiaTheme="minorEastAsia" w:cstheme="minorBidi"/>
      <w:sz w:val="18"/>
      <w:lang w:val="en-US"/>
    </w:rPr>
  </w:style>
  <w:style w:type="paragraph" w:styleId="af6">
    <w:name w:val="macro"/>
    <w:link w:val="af7"/>
    <w:uiPriority w:val="99"/>
    <w:unhideWhenUsed/>
    <w:rsid w:val="00A8318E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7">
    <w:name w:val="Текст макроса Знак"/>
    <w:basedOn w:val="a2"/>
    <w:link w:val="af6"/>
    <w:uiPriority w:val="99"/>
    <w:rsid w:val="00A8318E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A8318E"/>
    <w:pPr>
      <w:widowControl/>
      <w:autoSpaceDE/>
      <w:autoSpaceDN/>
      <w:spacing w:after="200" w:line="276" w:lineRule="auto"/>
    </w:pPr>
    <w:rPr>
      <w:rFonts w:eastAsiaTheme="minorEastAsia" w:cstheme="minorBidi"/>
      <w:i/>
      <w:iCs/>
      <w:color w:val="000000" w:themeColor="text1"/>
      <w:sz w:val="18"/>
      <w:lang w:val="en-US"/>
    </w:rPr>
  </w:style>
  <w:style w:type="character" w:customStyle="1" w:styleId="28">
    <w:name w:val="Цитата 2 Знак"/>
    <w:basedOn w:val="a2"/>
    <w:link w:val="27"/>
    <w:uiPriority w:val="29"/>
    <w:rsid w:val="00A8318E"/>
    <w:rPr>
      <w:rFonts w:ascii="Times New Roman" w:eastAsiaTheme="minorEastAsia" w:hAnsi="Times New Roman"/>
      <w:i/>
      <w:iCs/>
      <w:color w:val="000000" w:themeColor="text1"/>
      <w:sz w:val="18"/>
    </w:rPr>
  </w:style>
  <w:style w:type="paragraph" w:styleId="af8">
    <w:name w:val="caption"/>
    <w:basedOn w:val="a1"/>
    <w:next w:val="a1"/>
    <w:uiPriority w:val="35"/>
    <w:semiHidden/>
    <w:unhideWhenUsed/>
    <w:qFormat/>
    <w:rsid w:val="00A8318E"/>
    <w:pPr>
      <w:widowControl/>
      <w:autoSpaceDE/>
      <w:autoSpaceDN/>
      <w:spacing w:after="200"/>
    </w:pPr>
    <w:rPr>
      <w:rFonts w:eastAsiaTheme="minorEastAsia" w:cstheme="minorBidi"/>
      <w:b/>
      <w:bCs/>
      <w:color w:val="4F81BD" w:themeColor="accent1"/>
      <w:sz w:val="18"/>
      <w:szCs w:val="18"/>
      <w:lang w:val="en-US"/>
    </w:rPr>
  </w:style>
  <w:style w:type="character" w:styleId="af9">
    <w:name w:val="Emphasis"/>
    <w:basedOn w:val="a2"/>
    <w:uiPriority w:val="20"/>
    <w:qFormat/>
    <w:rsid w:val="00A8318E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A8318E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eastAsiaTheme="minorEastAsia" w:cstheme="minorBidi"/>
      <w:b/>
      <w:bCs/>
      <w:i/>
      <w:iCs/>
      <w:color w:val="4F81BD" w:themeColor="accent1"/>
      <w:sz w:val="18"/>
      <w:lang w:val="en-US"/>
    </w:rPr>
  </w:style>
  <w:style w:type="character" w:customStyle="1" w:styleId="afb">
    <w:name w:val="Выделенная цитата Знак"/>
    <w:basedOn w:val="a2"/>
    <w:link w:val="afa"/>
    <w:uiPriority w:val="30"/>
    <w:rsid w:val="00A8318E"/>
    <w:rPr>
      <w:rFonts w:ascii="Times New Roman" w:eastAsiaTheme="minorEastAsia" w:hAnsi="Times New Roman"/>
      <w:b/>
      <w:bCs/>
      <w:i/>
      <w:iCs/>
      <w:color w:val="4F81BD" w:themeColor="accent1"/>
      <w:sz w:val="18"/>
    </w:rPr>
  </w:style>
  <w:style w:type="character" w:styleId="afc">
    <w:name w:val="Subtle Emphasis"/>
    <w:basedOn w:val="a2"/>
    <w:uiPriority w:val="19"/>
    <w:qFormat/>
    <w:rsid w:val="00A8318E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A8318E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A8318E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A8318E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A8318E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A8318E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6"/>
      <w:szCs w:val="28"/>
      <w:lang w:val="en-US"/>
    </w:rPr>
  </w:style>
  <w:style w:type="table" w:styleId="aff2">
    <w:name w:val="Light Shading"/>
    <w:basedOn w:val="a3"/>
    <w:uiPriority w:val="60"/>
    <w:rsid w:val="00A8318E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A8318E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A8318E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A8318E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A8318E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A8318E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A8318E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A8318E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A8318E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A8318E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A8318E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A8318E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A8318E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A8318E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A8318E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A8318E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A8318E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31490-D422-4844-A511-425EB2925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46</Pages>
  <Words>12822</Words>
  <Characters>95016</Characters>
  <Application>Microsoft Office Word</Application>
  <DocSecurity>0</DocSecurity>
  <Lines>4318</Lines>
  <Paragraphs>2630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ГЫу</dc:creator>
  <cp:lastModifiedBy>Анна Ерахтина</cp:lastModifiedBy>
  <cp:revision>5</cp:revision>
  <dcterms:created xsi:type="dcterms:W3CDTF">2026-07-16T09:33:00Z</dcterms:created>
  <dcterms:modified xsi:type="dcterms:W3CDTF">2026-09-24T13:55:00Z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