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643EF8" w14:textId="77777777" w:rsidR="008724AA" w:rsidRDefault="00000000">
      <w:pPr>
        <w:pStyle w:val="1"/>
        <w:spacing w:before="72"/>
        <w:ind w:firstLine="0"/>
        <w:jc w:val="center"/>
      </w:pPr>
      <w:r>
        <w:rPr>
          <w:w w:val="105"/>
        </w:rPr>
        <w:t>Рабочая</w:t>
      </w:r>
      <w:r>
        <w:rPr>
          <w:spacing w:val="3"/>
          <w:w w:val="105"/>
        </w:rPr>
        <w:t xml:space="preserve"> </w:t>
      </w:r>
      <w:r>
        <w:rPr>
          <w:w w:val="105"/>
        </w:rPr>
        <w:t>программа</w:t>
      </w:r>
      <w:r>
        <w:rPr>
          <w:spacing w:val="8"/>
          <w:w w:val="105"/>
        </w:rPr>
        <w:t xml:space="preserve"> </w:t>
      </w:r>
      <w:r>
        <w:rPr>
          <w:w w:val="105"/>
        </w:rPr>
        <w:t>«Алгебра»</w:t>
      </w:r>
      <w:r>
        <w:rPr>
          <w:spacing w:val="7"/>
          <w:w w:val="105"/>
        </w:rPr>
        <w:t xml:space="preserve"> </w:t>
      </w:r>
      <w:r>
        <w:rPr>
          <w:w w:val="105"/>
        </w:rPr>
        <w:t>(7-9</w:t>
      </w:r>
      <w:r>
        <w:rPr>
          <w:spacing w:val="5"/>
          <w:w w:val="105"/>
        </w:rPr>
        <w:t xml:space="preserve"> </w:t>
      </w:r>
      <w:r>
        <w:rPr>
          <w:spacing w:val="-2"/>
          <w:w w:val="105"/>
        </w:rPr>
        <w:t>классы)</w:t>
      </w:r>
    </w:p>
    <w:p w14:paraId="4DD05EB3" w14:textId="0D81F286" w:rsidR="008724AA" w:rsidRPr="00A57966" w:rsidRDefault="00000000">
      <w:pPr>
        <w:pStyle w:val="a7"/>
        <w:numPr>
          <w:ilvl w:val="0"/>
          <w:numId w:val="4"/>
        </w:numPr>
        <w:tabs>
          <w:tab w:val="left" w:pos="709"/>
        </w:tabs>
        <w:ind w:left="0" w:firstLine="709"/>
        <w:jc w:val="center"/>
        <w:rPr>
          <w:b/>
          <w:sz w:val="24"/>
          <w:szCs w:val="24"/>
        </w:rPr>
      </w:pPr>
      <w:r w:rsidRPr="00A57966">
        <w:rPr>
          <w:b/>
          <w:spacing w:val="-2"/>
          <w:sz w:val="24"/>
          <w:szCs w:val="24"/>
        </w:rPr>
        <w:t>ПОЯСНИТЕЛЬНАЯ</w:t>
      </w:r>
      <w:r w:rsidRPr="00A57966">
        <w:rPr>
          <w:b/>
          <w:spacing w:val="7"/>
          <w:sz w:val="24"/>
          <w:szCs w:val="24"/>
        </w:rPr>
        <w:t xml:space="preserve"> </w:t>
      </w:r>
      <w:r w:rsidRPr="00A57966">
        <w:rPr>
          <w:b/>
          <w:spacing w:val="-2"/>
          <w:sz w:val="24"/>
          <w:szCs w:val="24"/>
        </w:rPr>
        <w:t>ЗАПИСКА</w:t>
      </w:r>
    </w:p>
    <w:p w14:paraId="3E15BE5A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Рабочая программа учебного курса «Алгебра» для 7–9 классов разработана в соответствии с требованиями Федерального государственного образовательного стандарта основного общего образования и Федеральной образовательной программы основного общего образования.</w:t>
      </w:r>
    </w:p>
    <w:p w14:paraId="63345557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Нормативно-правовую основу рабочей программы составляют:</w:t>
      </w:r>
    </w:p>
    <w:p w14:paraId="69BAD1DB" w14:textId="77777777" w:rsidR="0070660E" w:rsidRPr="00A57966" w:rsidRDefault="0070660E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Федеральный закон от 29 декабря 2012 г. № 273-ФЗ «Об образовании в Российской Федерации» (в действующей редакции); </w:t>
      </w:r>
    </w:p>
    <w:p w14:paraId="3F11A3F0" w14:textId="77777777" w:rsidR="0070660E" w:rsidRPr="00A57966" w:rsidRDefault="0070660E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Федеральный государственный образовательный стандарт основного общего образования, утвержденный приказом Министерства просвещения Российской Федерации от 31 мая 2021 г. № 287 (в действующей редакции); </w:t>
      </w:r>
    </w:p>
    <w:p w14:paraId="54D27A2B" w14:textId="77777777" w:rsidR="00AD47F6" w:rsidRPr="00AD47F6" w:rsidRDefault="00AD47F6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es-ES"/>
        </w:rPr>
      </w:pPr>
      <w:r>
        <w:t>Федеральная образовательная программа основного общего образования, утвержденная приказом Министерства просвещения Российской Федерации от 18 мая 2023 г. № 370 (с изменениями и дополнениями);</w:t>
      </w:r>
    </w:p>
    <w:p w14:paraId="609E361F" w14:textId="08C0503A" w:rsidR="0070660E" w:rsidRPr="00A57966" w:rsidRDefault="0070660E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федеральная рабочая программа по учебному предмету «Математика» в части учебного курса «Алгебра»; </w:t>
      </w:r>
    </w:p>
    <w:p w14:paraId="308F24D2" w14:textId="77777777" w:rsidR="0070660E" w:rsidRPr="00A57966" w:rsidRDefault="0070660E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Федеральный перечень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утвержденный приказом Министерства просвещения Российской Федерации от 26 июня 2025 г. № 495 (в действующей редакции); </w:t>
      </w:r>
    </w:p>
    <w:p w14:paraId="7E8452CB" w14:textId="77777777" w:rsidR="0070660E" w:rsidRPr="00A57966" w:rsidRDefault="0070660E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основная образовательная программа основного общего образования ООО «Образовательный центр </w:t>
      </w:r>
      <w:proofErr w:type="spellStart"/>
      <w:r w:rsidRPr="00A57966">
        <w:rPr>
          <w:sz w:val="24"/>
          <w:szCs w:val="24"/>
          <w:lang w:eastAsia="es-ES"/>
        </w:rPr>
        <w:t>Кристофор</w:t>
      </w:r>
      <w:proofErr w:type="spellEnd"/>
      <w:r w:rsidRPr="00A57966">
        <w:rPr>
          <w:sz w:val="24"/>
          <w:szCs w:val="24"/>
          <w:lang w:eastAsia="es-ES"/>
        </w:rPr>
        <w:t xml:space="preserve"> Колумб»; </w:t>
      </w:r>
    </w:p>
    <w:p w14:paraId="35693307" w14:textId="77777777" w:rsidR="0070660E" w:rsidRPr="00A57966" w:rsidRDefault="0070660E">
      <w:pPr>
        <w:widowControl/>
        <w:numPr>
          <w:ilvl w:val="0"/>
          <w:numId w:val="1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учебный план основного общего образования ООО «Образовательный центр </w:t>
      </w:r>
      <w:proofErr w:type="spellStart"/>
      <w:r w:rsidRPr="00A57966">
        <w:rPr>
          <w:sz w:val="24"/>
          <w:szCs w:val="24"/>
          <w:lang w:eastAsia="es-ES"/>
        </w:rPr>
        <w:t>Кристофор</w:t>
      </w:r>
      <w:proofErr w:type="spellEnd"/>
      <w:r w:rsidRPr="00A57966">
        <w:rPr>
          <w:sz w:val="24"/>
          <w:szCs w:val="24"/>
          <w:lang w:eastAsia="es-ES"/>
        </w:rPr>
        <w:t xml:space="preserve"> Колумб». </w:t>
      </w:r>
    </w:p>
    <w:p w14:paraId="1FD761FF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Рабочая программа определяет содержание учебного курса «Алгебра» в 7–9 классах, планируемые личностные, метапредметные и предметные результаты его освоения, содержание обучения по годам, тематическое планирование с указанием количества академических часов, отводимых на освоение каждой темы, и основные виды учебной деятельности обучающихся.</w:t>
      </w:r>
    </w:p>
    <w:p w14:paraId="24D72DEF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Учебный курс «Алгебра» входит в предметную область «Математика и информатика» и является одним из основных компонентов математического образования на уровне основного общего образования.</w:t>
      </w:r>
    </w:p>
    <w:p w14:paraId="6E09E970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Изучение алгебры направлено на формирование у обучающихся математической культуры, развитие логического, алгоритмического, абстрактного и критического мышления, овладение математическим языком и методами математического моделирования, а также формирование способности применять математические знания и способы действий при решении учебных, практических и жизненных задач.</w:t>
      </w:r>
    </w:p>
    <w:p w14:paraId="0D4D4FB2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Основными целями изучения учебного курса «Алгебра» являются:</w:t>
      </w:r>
    </w:p>
    <w:p w14:paraId="69F7299E" w14:textId="77777777" w:rsidR="0070660E" w:rsidRPr="00A57966" w:rsidRDefault="0070660E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формирование центральных математических понятий и системы алгебраических знаний и умений, необходимых для продолжения математического образования; </w:t>
      </w:r>
    </w:p>
    <w:p w14:paraId="4A0476F4" w14:textId="77777777" w:rsidR="0070660E" w:rsidRPr="00A57966" w:rsidRDefault="0070660E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развитие логического, алгоритмического, абстрактного и критического мышления обучающихся; </w:t>
      </w:r>
    </w:p>
    <w:p w14:paraId="28543F57" w14:textId="77777777" w:rsidR="0070660E" w:rsidRPr="00A57966" w:rsidRDefault="0070660E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формирование математического языка и культуры математической речи; </w:t>
      </w:r>
    </w:p>
    <w:p w14:paraId="430EB822" w14:textId="77777777" w:rsidR="0070660E" w:rsidRPr="00A57966" w:rsidRDefault="0070660E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освоение способов преобразования алгебраических выражений, решения уравнений, неравенств и их систем, исследования функциональных зависимостей; </w:t>
      </w:r>
    </w:p>
    <w:p w14:paraId="26BACDCA" w14:textId="77777777" w:rsidR="0070660E" w:rsidRPr="00A57966" w:rsidRDefault="0070660E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формирование представлений о математическом моделировании как способе описания и исследования процессов и явлений окружающего мира; </w:t>
      </w:r>
    </w:p>
    <w:p w14:paraId="67758543" w14:textId="77777777" w:rsidR="0070660E" w:rsidRPr="00A57966" w:rsidRDefault="0070660E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развитие способности применять математические знания при решении учебных, практико-ориентированных и межпредметных задач; </w:t>
      </w:r>
    </w:p>
    <w:p w14:paraId="2286551A" w14:textId="77777777" w:rsidR="0070660E" w:rsidRPr="00A57966" w:rsidRDefault="0070660E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формирование функциональной и математической грамотности обучающихся; </w:t>
      </w:r>
    </w:p>
    <w:p w14:paraId="167B804B" w14:textId="77777777" w:rsidR="0070660E" w:rsidRPr="00A57966" w:rsidRDefault="0070660E">
      <w:pPr>
        <w:widowControl/>
        <w:numPr>
          <w:ilvl w:val="0"/>
          <w:numId w:val="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lastRenderedPageBreak/>
        <w:t xml:space="preserve">создание основы для дальнейшего изучения математики на уровне среднего общего образования и освоения естественно-научных, технических и иных учебных дисциплин. </w:t>
      </w:r>
    </w:p>
    <w:p w14:paraId="1AF5796B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В процессе освоения курса обучающиеся овладевают математическим языком и символикой, учатся анализировать условия задач, устанавливать причинно-следственные связи, выдвигать и обосновывать предположения, выбирать рациональные способы решения, осуществлять самоконтроль и оценивать полученные результаты.</w:t>
      </w:r>
    </w:p>
    <w:p w14:paraId="563FABE0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Практическая направленность курса обеспечивается включением задач, связанных с реальными жизненными ситуациями, процентными вычислениями, пропорциональными зависимостями, финансовой грамотностью, интерпретацией графической и табличной информации, построением и исследованием математических моделей.</w:t>
      </w:r>
    </w:p>
    <w:p w14:paraId="63B19E71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Особое внимание уделяется осознанному усвоению математических понятий, пониманию взаимосвязей между ними, освоению алгоритмов и рациональных способов решения задач, развитию навыков доказательного рассуждения и способности применять полученные знания в новых учебных и практических ситуациях.</w:t>
      </w:r>
    </w:p>
    <w:p w14:paraId="30184EBC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Изучение истории возникновения и развития алгебраических понятий, методов и математической символики способствует формированию представления о математике как части мировой культуры, пониманию роли отечественных и зарубежных ученых в развитии математической науки.</w:t>
      </w:r>
    </w:p>
    <w:p w14:paraId="2F915B8A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Реализация рабочей программы осуществляется в единстве урочной деятельности, самостоятельной работы обучающихся, практико-ориентированных заданий, учебно-исследовательской и проектной деятельности в соответствии с основной образовательной программой основного общего образования Центра.</w:t>
      </w:r>
    </w:p>
    <w:p w14:paraId="23492569" w14:textId="77777777" w:rsidR="008724AA" w:rsidRPr="00A57966" w:rsidRDefault="008724AA" w:rsidP="00A57966">
      <w:pPr>
        <w:pStyle w:val="a5"/>
        <w:ind w:left="0" w:firstLine="709"/>
      </w:pPr>
    </w:p>
    <w:p w14:paraId="1260343A" w14:textId="67F40F18" w:rsidR="0070660E" w:rsidRPr="00A57966" w:rsidRDefault="0070660E">
      <w:pPr>
        <w:pStyle w:val="21"/>
        <w:numPr>
          <w:ilvl w:val="0"/>
          <w:numId w:val="4"/>
        </w:numPr>
        <w:ind w:left="0" w:firstLine="709"/>
        <w:jc w:val="center"/>
      </w:pPr>
      <w:r w:rsidRPr="00A57966">
        <w:t>ОБЩАЯ ХАРАКТЕРИСТИКА УЧЕБНОГО КУРСА «АЛГЕБРА» В 7–9 КЛАССАХ</w:t>
      </w:r>
    </w:p>
    <w:p w14:paraId="0FC04EC5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lang w:val="ru-RU"/>
        </w:rPr>
        <w:t>Учебный курс «Алгебра» является составной частью учебного предмета «Математика» предметной области «Математика и информатика» и занимает важное место в системе математического образования обучающихся на уровне основного общего образования.</w:t>
      </w:r>
    </w:p>
    <w:p w14:paraId="5F9A89CC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lang w:val="ru-RU"/>
        </w:rPr>
        <w:t>Содержание учебного курса «Алгебра» направлено на формирование математической грамотности обучающихся, развитие логического, алгоритмического, абстрактного и критического мышления, овладение математическим языком и методами математического моделирования, необходимыми для продолжения образования, изучения других учебных предметов и решения практических задач.</w:t>
      </w:r>
    </w:p>
    <w:p w14:paraId="46A533B8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lang w:val="ru-RU"/>
        </w:rPr>
        <w:t xml:space="preserve">Содержание курса в 7–9 классах включает следующие основные содержательные направления: </w:t>
      </w:r>
      <w:r w:rsidRPr="00A57966">
        <w:rPr>
          <w:rStyle w:val="a9"/>
          <w:lang w:val="ru-RU"/>
        </w:rPr>
        <w:t>«Числа и вычисления», «Алгебраические выражения», «Уравнения и неравенства», «Функции», «Числовые последовательности и прогрессии»</w:t>
      </w:r>
      <w:r w:rsidRPr="00A57966">
        <w:rPr>
          <w:lang w:val="ru-RU"/>
        </w:rPr>
        <w:t>.</w:t>
      </w:r>
    </w:p>
    <w:p w14:paraId="4ABE072A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rStyle w:val="a9"/>
          <w:lang w:val="ru-RU"/>
        </w:rPr>
        <w:t>Числа и вычисления.</w:t>
      </w:r>
      <w:r w:rsidRPr="00A57966">
        <w:rPr>
          <w:lang w:val="ru-RU"/>
        </w:rPr>
        <w:br/>
        <w:t>Изучение данного содержательного направления обеспечивает развитие и систематизацию представлений обучающихся о числах и вычислениях. В процессе обучения расширяются представления о рациональных и иррациональных числах, формируется понятие действительного числа, совершенствуются вычислительные навыки, умения выполнять приближённые вычисления, оценивать и проверять полученные результаты, применять рациональные способы вычислений.</w:t>
      </w:r>
    </w:p>
    <w:p w14:paraId="7725B09E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rStyle w:val="a9"/>
          <w:lang w:val="ru-RU"/>
        </w:rPr>
        <w:t>Алгебраические выражения.</w:t>
      </w:r>
      <w:r w:rsidRPr="00A57966">
        <w:rPr>
          <w:lang w:val="ru-RU"/>
        </w:rPr>
        <w:br/>
        <w:t>Содержание данного направления обеспечивает формирование представлений о математическом языке как универсальном средстве описания количественных отношений и зависимостей. Обучающиеся овладевают способами преобразования алгебраических выражений, действиями с одночленами, многочленами и рациональными выражениями, применением свойств степеней, формул сокращённого умножения и тождественных преобразований. Полученные знания используются при решении математических и практико-ориентированных задач.</w:t>
      </w:r>
    </w:p>
    <w:p w14:paraId="7BF59FD8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rStyle w:val="a9"/>
          <w:lang w:val="ru-RU"/>
        </w:rPr>
        <w:t>Уравнения и неравенства.</w:t>
      </w:r>
      <w:r w:rsidRPr="00A57966">
        <w:rPr>
          <w:lang w:val="ru-RU"/>
        </w:rPr>
        <w:br/>
        <w:t>Изучение уравнений, систем уравнений, неравенств и их систем направлено на формирование у обучающихся способов решения математических задач и построения математических моделей реальных ситуаций. Обучающиеся осваивают различные методы решения уравнений и неравенств, учатся анализировать условия задачи, выбирать рациональный способ решения, проверять и интерпретировать полученные результаты.</w:t>
      </w:r>
    </w:p>
    <w:p w14:paraId="19022AD1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rStyle w:val="a9"/>
          <w:lang w:val="ru-RU"/>
        </w:rPr>
        <w:t>Функции.</w:t>
      </w:r>
      <w:r w:rsidRPr="00A57966">
        <w:rPr>
          <w:lang w:val="ru-RU"/>
        </w:rPr>
        <w:br/>
        <w:t>Изучение функций обеспечивает формирование представлений о функциональной зависимости как одном из основных способов математического описания процессов и явлений. Обучающиеся знакомятся с различными способами задания функций, учатся строить и исследовать графики, устанавливать зависимости между величинами, анализировать свойства функций и использовать функционально-графические представления при решении учебных и практических задач.</w:t>
      </w:r>
    </w:p>
    <w:p w14:paraId="03314575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rStyle w:val="a9"/>
          <w:lang w:val="ru-RU"/>
        </w:rPr>
        <w:t>Числовые последовательности и прогрессии.</w:t>
      </w:r>
      <w:r w:rsidRPr="00A57966">
        <w:rPr>
          <w:lang w:val="ru-RU"/>
        </w:rPr>
        <w:br/>
        <w:t>Изучение числовых последовательностей направлено на формирование представлений о способах описания закономерностей изменения величин. Обучающиеся знакомятся со способами задания последовательностей, арифметической и геометрической прогрессиями, их свойствами и формулами, учатся применять полученные знания при решении математических и практико-ориентированных задач.</w:t>
      </w:r>
    </w:p>
    <w:p w14:paraId="14424F75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lang w:val="ru-RU"/>
        </w:rPr>
        <w:t>В процессе освоения всех содержательных направлений курса особое внимание уделяется развитию математической речи, логического и доказательного мышления, формированию навыков анализа, сравнения, обобщения и моделирования, выбору рациональных способов решения задач, осуществлению самоконтроля и оценке полученных результатов.</w:t>
      </w:r>
    </w:p>
    <w:p w14:paraId="4EEEE697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lang w:val="ru-RU"/>
        </w:rPr>
        <w:t>Практическая направленность курса реализуется посредством решения текстовых и практико-ориентированных задач, применения математических моделей, работы с формулами, таблицами и графиками, использования математических знаний для описания и исследования процессов и явлений окружающего мира.</w:t>
      </w:r>
    </w:p>
    <w:p w14:paraId="3E110A58" w14:textId="77777777" w:rsidR="0070660E" w:rsidRPr="00A57966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lang w:val="ru-RU"/>
        </w:rPr>
        <w:t>Изучение алгебры обеспечивает межпредметные связи с геометрией, физикой, химией, информатикой и другими учебными предметами, способствует формированию функциональной грамотности обучающихся и создаёт основу для дальнейшего изучения математики на уровне среднего общего образования.</w:t>
      </w:r>
    </w:p>
    <w:p w14:paraId="2EC6A37E" w14:textId="77777777" w:rsidR="0070660E" w:rsidRDefault="0070660E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  <w:r w:rsidRPr="00A57966">
        <w:rPr>
          <w:lang w:val="ru-RU"/>
        </w:rPr>
        <w:t>В содержание курса органично включаются сведения из истории математики, позволяющие сформировать представление о развитии математических идей, понятий и методов, вкладе отечественных и зарубежных учёных в развитие математической науки и значении математики для развития общества, науки и техники.</w:t>
      </w:r>
    </w:p>
    <w:p w14:paraId="2FC994BB" w14:textId="77777777" w:rsidR="00A57966" w:rsidRPr="00A57966" w:rsidRDefault="00A57966" w:rsidP="00A57966">
      <w:pPr>
        <w:pStyle w:val="a8"/>
        <w:spacing w:before="0" w:beforeAutospacing="0" w:after="0" w:afterAutospacing="0"/>
        <w:ind w:firstLine="709"/>
        <w:rPr>
          <w:lang w:val="ru-RU"/>
        </w:rPr>
      </w:pPr>
    </w:p>
    <w:p w14:paraId="08071297" w14:textId="1D84E90A" w:rsidR="0070660E" w:rsidRPr="00A57966" w:rsidRDefault="0070660E">
      <w:pPr>
        <w:pStyle w:val="a7"/>
        <w:widowControl/>
        <w:numPr>
          <w:ilvl w:val="0"/>
          <w:numId w:val="4"/>
        </w:numPr>
        <w:autoSpaceDE/>
        <w:autoSpaceDN/>
        <w:ind w:left="0" w:firstLine="709"/>
        <w:jc w:val="center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МЕСТО УЧЕБНОГО КУРСА «АЛГЕБРА» В УЧЕБНОМ ПЛАНЕ</w:t>
      </w:r>
    </w:p>
    <w:p w14:paraId="1260EE72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Учебный курс «Алгебра» входит в предметную область </w:t>
      </w:r>
      <w:r w:rsidRPr="00A57966">
        <w:rPr>
          <w:b/>
          <w:bCs/>
          <w:sz w:val="24"/>
          <w:szCs w:val="24"/>
          <w:lang w:eastAsia="es-ES"/>
        </w:rPr>
        <w:t>«Математика и информатика»</w:t>
      </w:r>
      <w:r w:rsidRPr="00A57966">
        <w:rPr>
          <w:sz w:val="24"/>
          <w:szCs w:val="24"/>
          <w:lang w:eastAsia="es-ES"/>
        </w:rPr>
        <w:t xml:space="preserve"> и является составной частью учебного предмета «Математика» на уровне основного общего образования.</w:t>
      </w:r>
    </w:p>
    <w:p w14:paraId="2BA838BF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В соответствии с учебным планом основного общего образования ООО «Образовательный центр </w:t>
      </w:r>
      <w:proofErr w:type="spellStart"/>
      <w:r w:rsidRPr="00A57966">
        <w:rPr>
          <w:sz w:val="24"/>
          <w:szCs w:val="24"/>
          <w:lang w:eastAsia="es-ES"/>
        </w:rPr>
        <w:t>Кристофор</w:t>
      </w:r>
      <w:proofErr w:type="spellEnd"/>
      <w:r w:rsidRPr="00A57966">
        <w:rPr>
          <w:sz w:val="24"/>
          <w:szCs w:val="24"/>
          <w:lang w:eastAsia="es-ES"/>
        </w:rPr>
        <w:t xml:space="preserve"> Колумб» на изучение учебного курса «Алгебра» в 7–9 классах отводится:</w:t>
      </w:r>
    </w:p>
    <w:p w14:paraId="6F95CD1A" w14:textId="77777777" w:rsidR="0070660E" w:rsidRPr="00A57966" w:rsidRDefault="0070660E">
      <w:pPr>
        <w:widowControl/>
        <w:numPr>
          <w:ilvl w:val="0"/>
          <w:numId w:val="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7 класс — 3 часа в неделю, 102 часа в год;</w:t>
      </w:r>
      <w:r w:rsidRPr="00A57966">
        <w:rPr>
          <w:sz w:val="24"/>
          <w:szCs w:val="24"/>
          <w:lang w:eastAsia="es-ES"/>
        </w:rPr>
        <w:t xml:space="preserve"> </w:t>
      </w:r>
    </w:p>
    <w:p w14:paraId="60EA56DA" w14:textId="77777777" w:rsidR="0070660E" w:rsidRPr="00A57966" w:rsidRDefault="0070660E">
      <w:pPr>
        <w:widowControl/>
        <w:numPr>
          <w:ilvl w:val="0"/>
          <w:numId w:val="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8 класс — 3 часа в неделю, 102 часа в год;</w:t>
      </w:r>
      <w:r w:rsidRPr="00A57966">
        <w:rPr>
          <w:sz w:val="24"/>
          <w:szCs w:val="24"/>
          <w:lang w:eastAsia="es-ES"/>
        </w:rPr>
        <w:t xml:space="preserve"> </w:t>
      </w:r>
    </w:p>
    <w:p w14:paraId="1912E581" w14:textId="77777777" w:rsidR="0070660E" w:rsidRPr="00A57966" w:rsidRDefault="0070660E">
      <w:pPr>
        <w:widowControl/>
        <w:numPr>
          <w:ilvl w:val="0"/>
          <w:numId w:val="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9 класс — 3 часа в неделю, 102 часа в год.</w:t>
      </w:r>
      <w:r w:rsidRPr="00A57966">
        <w:rPr>
          <w:sz w:val="24"/>
          <w:szCs w:val="24"/>
          <w:lang w:eastAsia="es-ES"/>
        </w:rPr>
        <w:t xml:space="preserve"> </w:t>
      </w:r>
    </w:p>
    <w:p w14:paraId="04FB4675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Общий объём учебного времени, отводимого на освоение учебного курса «Алгебра» в 7–9 классах, составляет </w:t>
      </w:r>
      <w:r w:rsidRPr="00A57966">
        <w:rPr>
          <w:b/>
          <w:bCs/>
          <w:sz w:val="24"/>
          <w:szCs w:val="24"/>
          <w:lang w:eastAsia="es-ES"/>
        </w:rPr>
        <w:t>306 часов</w:t>
      </w:r>
      <w:r w:rsidRPr="00A57966">
        <w:rPr>
          <w:sz w:val="24"/>
          <w:szCs w:val="24"/>
          <w:lang w:eastAsia="es-ES"/>
        </w:rPr>
        <w:t>.</w:t>
      </w:r>
    </w:p>
    <w:p w14:paraId="36CA99A5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Продолжительность учебного года в 7–9 классах составляет </w:t>
      </w:r>
      <w:r w:rsidRPr="00A57966">
        <w:rPr>
          <w:b/>
          <w:bCs/>
          <w:sz w:val="24"/>
          <w:szCs w:val="24"/>
          <w:lang w:eastAsia="es-ES"/>
        </w:rPr>
        <w:t>34 учебные недели</w:t>
      </w:r>
      <w:r w:rsidRPr="00A57966">
        <w:rPr>
          <w:sz w:val="24"/>
          <w:szCs w:val="24"/>
          <w:lang w:eastAsia="es-ES"/>
        </w:rPr>
        <w:t>. Объём учебной нагрузки по курсу определяется учебным планом Центра и реализуется в пределах установленной максимально допустимой недельной нагрузки обучающихся.</w:t>
      </w:r>
    </w:p>
    <w:p w14:paraId="1575300D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Учебный курс «Алгебра» изучается во взаимосвязи с другими компонентами математического образования — учебными курсами </w:t>
      </w:r>
      <w:r w:rsidRPr="00A57966">
        <w:rPr>
          <w:b/>
          <w:bCs/>
          <w:sz w:val="24"/>
          <w:szCs w:val="24"/>
          <w:lang w:eastAsia="es-ES"/>
        </w:rPr>
        <w:t>«Геометрия» и «Вероятность и статистика»</w:t>
      </w:r>
      <w:r w:rsidRPr="00A57966">
        <w:rPr>
          <w:sz w:val="24"/>
          <w:szCs w:val="24"/>
          <w:lang w:eastAsia="es-ES"/>
        </w:rPr>
        <w:t>, которые представлены в учебном плане как самостоятельные учебные курсы. Освоение алгебры обеспечивает математическую подготовку, необходимую для дальнейшего изучения математики на уровне среднего общего образования, а также для освоения учебных предметов естественно-научной и технологической направленности.</w:t>
      </w:r>
    </w:p>
    <w:p w14:paraId="70130497" w14:textId="77777777" w:rsidR="008724AA" w:rsidRPr="00A57966" w:rsidRDefault="008724AA" w:rsidP="00A57966">
      <w:pPr>
        <w:pStyle w:val="a5"/>
        <w:ind w:left="0" w:firstLine="709"/>
      </w:pPr>
    </w:p>
    <w:p w14:paraId="45E8B44A" w14:textId="77777777" w:rsidR="0070660E" w:rsidRPr="00A57966" w:rsidRDefault="0070660E" w:rsidP="00A57966">
      <w:pPr>
        <w:widowControl/>
        <w:autoSpaceDE/>
        <w:autoSpaceDN/>
        <w:ind w:firstLine="709"/>
        <w:jc w:val="center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4. ПЛАНИРУЕМЫЕ РЕЗУЛЬТАТЫ ОСВОЕНИЯ УЧЕБНОГО КУРСА «АЛГЕБРА» В 7–9 КЛАССАХ</w:t>
      </w:r>
    </w:p>
    <w:p w14:paraId="0B595EB1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Освоение учебного курса «Алгебра» на уровне основного общего образования направлено на достижение обучающимися личностных, метапредметных и предметных результатов в соответствии с требованиями ФГОС ООО, ФОП ООО и основной образовательной программы основного общего образования ООО «Образовательный центр </w:t>
      </w:r>
      <w:proofErr w:type="spellStart"/>
      <w:r w:rsidRPr="00A57966">
        <w:rPr>
          <w:sz w:val="24"/>
          <w:szCs w:val="24"/>
          <w:lang w:eastAsia="es-ES"/>
        </w:rPr>
        <w:t>Кристофор</w:t>
      </w:r>
      <w:proofErr w:type="spellEnd"/>
      <w:r w:rsidRPr="00A57966">
        <w:rPr>
          <w:sz w:val="24"/>
          <w:szCs w:val="24"/>
          <w:lang w:eastAsia="es-ES"/>
        </w:rPr>
        <w:t xml:space="preserve"> Колумб».</w:t>
      </w:r>
    </w:p>
    <w:p w14:paraId="7E925DAD" w14:textId="77777777" w:rsidR="0070660E" w:rsidRPr="00A57966" w:rsidRDefault="0070660E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4.1. Личностные результаты</w:t>
      </w:r>
    </w:p>
    <w:p w14:paraId="5020AA96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Личностные результаты освоения учебного курса «Алгебра» достигаются в единстве учебной и воспитательной деятельности и отражают готовность обучающихся руководствоваться системой позитивных ценностных ориентаций и расширение опыта деятельности на её основе.</w:t>
      </w:r>
    </w:p>
    <w:p w14:paraId="103D1656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b/>
          <w:bCs/>
          <w:sz w:val="24"/>
          <w:szCs w:val="24"/>
          <w:lang w:val="es-ES" w:eastAsia="es-ES"/>
        </w:rPr>
        <w:t>Гражданское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>:</w:t>
      </w:r>
    </w:p>
    <w:p w14:paraId="128E8C8E" w14:textId="77777777" w:rsidR="0070660E" w:rsidRPr="00A57966" w:rsidRDefault="0070660E">
      <w:pPr>
        <w:widowControl/>
        <w:numPr>
          <w:ilvl w:val="0"/>
          <w:numId w:val="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готовность к выполнению обязанностей гражданина и реализации его прав, уважение прав, свобод и законных интересов других людей; </w:t>
      </w:r>
    </w:p>
    <w:p w14:paraId="01B2D69E" w14:textId="77777777" w:rsidR="0070660E" w:rsidRPr="00A57966" w:rsidRDefault="0070660E">
      <w:pPr>
        <w:widowControl/>
        <w:numPr>
          <w:ilvl w:val="0"/>
          <w:numId w:val="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готовность к совместной деятельности, взаимопониманию и взаимопомощи; </w:t>
      </w:r>
    </w:p>
    <w:p w14:paraId="44E01343" w14:textId="77777777" w:rsidR="0070660E" w:rsidRPr="00A57966" w:rsidRDefault="0070660E">
      <w:pPr>
        <w:widowControl/>
        <w:numPr>
          <w:ilvl w:val="0"/>
          <w:numId w:val="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ответственное отношение к результатам индивидуальной и совместной учебной деятельности. </w:t>
      </w:r>
    </w:p>
    <w:p w14:paraId="634FBD18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b/>
          <w:bCs/>
          <w:sz w:val="24"/>
          <w:szCs w:val="24"/>
          <w:lang w:val="es-ES" w:eastAsia="es-ES"/>
        </w:rPr>
        <w:t>Патриотическое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>:</w:t>
      </w:r>
    </w:p>
    <w:p w14:paraId="051624B4" w14:textId="77777777" w:rsidR="0070660E" w:rsidRPr="00A57966" w:rsidRDefault="0070660E">
      <w:pPr>
        <w:widowControl/>
        <w:numPr>
          <w:ilvl w:val="0"/>
          <w:numId w:val="6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проявление интереса к достижениям отечественной науки и понимание вклада российских учёных в развитие математики; </w:t>
      </w:r>
    </w:p>
    <w:p w14:paraId="3D8ABED8" w14:textId="77777777" w:rsidR="0070660E" w:rsidRPr="00A57966" w:rsidRDefault="0070660E">
      <w:pPr>
        <w:widowControl/>
        <w:numPr>
          <w:ilvl w:val="0"/>
          <w:numId w:val="6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ценностное отношение к достижениям России в науке, технологиях и образовании. </w:t>
      </w:r>
    </w:p>
    <w:p w14:paraId="0EC839D1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b/>
          <w:bCs/>
          <w:sz w:val="24"/>
          <w:szCs w:val="24"/>
          <w:lang w:val="es-ES" w:eastAsia="es-ES"/>
        </w:rPr>
        <w:t>Духовно-нравственное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>:</w:t>
      </w:r>
    </w:p>
    <w:p w14:paraId="325EB622" w14:textId="77777777" w:rsidR="0070660E" w:rsidRPr="00A57966" w:rsidRDefault="0070660E">
      <w:pPr>
        <w:widowControl/>
        <w:numPr>
          <w:ilvl w:val="0"/>
          <w:numId w:val="7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ориентация на моральные нормы при осуществлении индивидуальной и совместной учебной деятельности; </w:t>
      </w:r>
    </w:p>
    <w:p w14:paraId="767DFA75" w14:textId="77777777" w:rsidR="0070660E" w:rsidRPr="00A57966" w:rsidRDefault="0070660E">
      <w:pPr>
        <w:widowControl/>
        <w:numPr>
          <w:ilvl w:val="0"/>
          <w:numId w:val="7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готовность оценивать собственное поведение и поступки; </w:t>
      </w:r>
    </w:p>
    <w:p w14:paraId="59FE5EFA" w14:textId="77777777" w:rsidR="0070660E" w:rsidRPr="00A57966" w:rsidRDefault="0070660E">
      <w:pPr>
        <w:widowControl/>
        <w:numPr>
          <w:ilvl w:val="0"/>
          <w:numId w:val="7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развитие ответственности, добросовестности и уважительного отношения к другим участникам образовательных отношений. </w:t>
      </w:r>
    </w:p>
    <w:p w14:paraId="0E8E7C0F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b/>
          <w:bCs/>
          <w:sz w:val="24"/>
          <w:szCs w:val="24"/>
          <w:lang w:val="es-ES" w:eastAsia="es-ES"/>
        </w:rPr>
        <w:t>Эстетическое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>:</w:t>
      </w:r>
    </w:p>
    <w:p w14:paraId="0B39F9C2" w14:textId="77777777" w:rsidR="0070660E" w:rsidRPr="00A57966" w:rsidRDefault="0070660E">
      <w:pPr>
        <w:widowControl/>
        <w:numPr>
          <w:ilvl w:val="0"/>
          <w:numId w:val="8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понимание роли математических закономерностей, форм, отношений и зависимостей в познании окружающего мира; </w:t>
      </w:r>
    </w:p>
    <w:p w14:paraId="4A2F44B1" w14:textId="77777777" w:rsidR="0070660E" w:rsidRPr="00A57966" w:rsidRDefault="0070660E">
      <w:pPr>
        <w:widowControl/>
        <w:numPr>
          <w:ilvl w:val="0"/>
          <w:numId w:val="8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восприятие математики как части мировой культуры и интеллектуального наследия человечества. </w:t>
      </w:r>
    </w:p>
    <w:p w14:paraId="126B2381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Физическое воспитание, формирование культуры здоровья и эмоционального благополучия:</w:t>
      </w:r>
    </w:p>
    <w:p w14:paraId="333DC03D" w14:textId="77777777" w:rsidR="0070660E" w:rsidRPr="00A57966" w:rsidRDefault="0070660E">
      <w:pPr>
        <w:widowControl/>
        <w:numPr>
          <w:ilvl w:val="0"/>
          <w:numId w:val="9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ответственное отношение к своему здоровью и соблюдение правил безопасной организации учебной деятельности; </w:t>
      </w:r>
    </w:p>
    <w:p w14:paraId="6304BCB9" w14:textId="77777777" w:rsidR="0070660E" w:rsidRPr="00A57966" w:rsidRDefault="0070660E">
      <w:pPr>
        <w:widowControl/>
        <w:numPr>
          <w:ilvl w:val="0"/>
          <w:numId w:val="9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способность адаптироваться к изменяющимся условиям учебной деятельности; </w:t>
      </w:r>
    </w:p>
    <w:p w14:paraId="47C8F9DF" w14:textId="77777777" w:rsidR="0070660E" w:rsidRPr="00A57966" w:rsidRDefault="0070660E">
      <w:pPr>
        <w:widowControl/>
        <w:numPr>
          <w:ilvl w:val="0"/>
          <w:numId w:val="9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сформированность навыков рефлексии, самоконтроля и признания права на ошибку. </w:t>
      </w:r>
    </w:p>
    <w:p w14:paraId="0426B2BD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b/>
          <w:bCs/>
          <w:sz w:val="24"/>
          <w:szCs w:val="24"/>
          <w:lang w:val="es-ES" w:eastAsia="es-ES"/>
        </w:rPr>
        <w:t>Трудовое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>:</w:t>
      </w:r>
    </w:p>
    <w:p w14:paraId="5BA39E27" w14:textId="77777777" w:rsidR="0070660E" w:rsidRPr="00A57966" w:rsidRDefault="0070660E">
      <w:pPr>
        <w:widowControl/>
        <w:numPr>
          <w:ilvl w:val="0"/>
          <w:numId w:val="10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установка на активное участие в решении практических задач; </w:t>
      </w:r>
    </w:p>
    <w:p w14:paraId="2EF71F6D" w14:textId="77777777" w:rsidR="0070660E" w:rsidRPr="00A57966" w:rsidRDefault="0070660E">
      <w:pPr>
        <w:widowControl/>
        <w:numPr>
          <w:ilvl w:val="0"/>
          <w:numId w:val="10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осознание значения математического образования для дальнейшего обучения и профессиональной деятельности; </w:t>
      </w:r>
    </w:p>
    <w:p w14:paraId="597D6998" w14:textId="77777777" w:rsidR="0070660E" w:rsidRPr="00A57966" w:rsidRDefault="0070660E">
      <w:pPr>
        <w:widowControl/>
        <w:numPr>
          <w:ilvl w:val="0"/>
          <w:numId w:val="10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уважение к интеллектуальному труду и его результатам; </w:t>
      </w:r>
    </w:p>
    <w:p w14:paraId="3B48D39F" w14:textId="77777777" w:rsidR="0070660E" w:rsidRPr="00A57966" w:rsidRDefault="0070660E">
      <w:pPr>
        <w:widowControl/>
        <w:numPr>
          <w:ilvl w:val="0"/>
          <w:numId w:val="10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готовность к осознанному выбору дальнейшей образовательной траектории. </w:t>
      </w:r>
    </w:p>
    <w:p w14:paraId="73EB47B6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b/>
          <w:bCs/>
          <w:sz w:val="24"/>
          <w:szCs w:val="24"/>
          <w:lang w:val="es-ES" w:eastAsia="es-ES"/>
        </w:rPr>
        <w:t>Экологическое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b/>
          <w:bCs/>
          <w:sz w:val="24"/>
          <w:szCs w:val="24"/>
          <w:lang w:val="es-ES" w:eastAsia="es-ES"/>
        </w:rPr>
        <w:t>воспитание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>:</w:t>
      </w:r>
    </w:p>
    <w:p w14:paraId="242AFFDD" w14:textId="77777777" w:rsidR="0070660E" w:rsidRPr="00A57966" w:rsidRDefault="0070660E">
      <w:pPr>
        <w:widowControl/>
        <w:numPr>
          <w:ilvl w:val="0"/>
          <w:numId w:val="11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готовность применять математические знания для анализа процессов и явлений окружающей среды; </w:t>
      </w:r>
    </w:p>
    <w:p w14:paraId="20A686BF" w14:textId="77777777" w:rsidR="0070660E" w:rsidRPr="00A57966" w:rsidRDefault="0070660E">
      <w:pPr>
        <w:widowControl/>
        <w:numPr>
          <w:ilvl w:val="0"/>
          <w:numId w:val="11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развитие способности использовать математические модели при рассмотрении практических задач экологической направленности. </w:t>
      </w:r>
    </w:p>
    <w:p w14:paraId="2F8C0F7A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b/>
          <w:bCs/>
          <w:sz w:val="24"/>
          <w:szCs w:val="24"/>
          <w:lang w:val="es-ES" w:eastAsia="es-ES"/>
        </w:rPr>
        <w:t>Ценности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b/>
          <w:bCs/>
          <w:sz w:val="24"/>
          <w:szCs w:val="24"/>
          <w:lang w:val="es-ES" w:eastAsia="es-ES"/>
        </w:rPr>
        <w:t>научного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b/>
          <w:bCs/>
          <w:sz w:val="24"/>
          <w:szCs w:val="24"/>
          <w:lang w:val="es-ES" w:eastAsia="es-ES"/>
        </w:rPr>
        <w:t>познания</w:t>
      </w:r>
      <w:proofErr w:type="spellEnd"/>
      <w:r w:rsidRPr="00A57966">
        <w:rPr>
          <w:b/>
          <w:bCs/>
          <w:sz w:val="24"/>
          <w:szCs w:val="24"/>
          <w:lang w:val="es-ES" w:eastAsia="es-ES"/>
        </w:rPr>
        <w:t>:</w:t>
      </w:r>
    </w:p>
    <w:p w14:paraId="2B3A76BD" w14:textId="77777777" w:rsidR="0070660E" w:rsidRPr="00A57966" w:rsidRDefault="0070660E">
      <w:pPr>
        <w:widowControl/>
        <w:numPr>
          <w:ilvl w:val="0"/>
          <w:numId w:val="1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ориентация на современную систему научных представлений о закономерностях развития природы и общества; </w:t>
      </w:r>
    </w:p>
    <w:p w14:paraId="7CEA0C12" w14:textId="77777777" w:rsidR="0070660E" w:rsidRPr="00A57966" w:rsidRDefault="0070660E">
      <w:pPr>
        <w:widowControl/>
        <w:numPr>
          <w:ilvl w:val="0"/>
          <w:numId w:val="1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понимание роли математики как средства научного познания; </w:t>
      </w:r>
    </w:p>
    <w:p w14:paraId="39DDFF75" w14:textId="77777777" w:rsidR="0070660E" w:rsidRPr="00A57966" w:rsidRDefault="0070660E">
      <w:pPr>
        <w:widowControl/>
        <w:numPr>
          <w:ilvl w:val="0"/>
          <w:numId w:val="1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развитие познавательных интересов, активности, инициативности и самостоятельности; </w:t>
      </w:r>
    </w:p>
    <w:p w14:paraId="149DFB28" w14:textId="77777777" w:rsidR="0070660E" w:rsidRPr="00A57966" w:rsidRDefault="0070660E">
      <w:pPr>
        <w:widowControl/>
        <w:numPr>
          <w:ilvl w:val="0"/>
          <w:numId w:val="1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овладение основными навыками исследовательской деятельности; </w:t>
      </w:r>
    </w:p>
    <w:p w14:paraId="0BB8E43C" w14:textId="77777777" w:rsidR="0070660E" w:rsidRPr="00A57966" w:rsidRDefault="0070660E">
      <w:pPr>
        <w:widowControl/>
        <w:numPr>
          <w:ilvl w:val="0"/>
          <w:numId w:val="12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развитие логического, алгоритмического, критического и творческого мышления. </w:t>
      </w:r>
    </w:p>
    <w:p w14:paraId="786D7ABD" w14:textId="77777777" w:rsidR="0070660E" w:rsidRPr="00A57966" w:rsidRDefault="0070660E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4.2. Метапредметные результаты</w:t>
      </w:r>
    </w:p>
    <w:p w14:paraId="1B0AA95C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В результате освоения учебного курса «Алгебра» у обучающихся формируются познавательные, коммуникативные и регулятивные универсальные учебные действия.</w:t>
      </w:r>
    </w:p>
    <w:p w14:paraId="030FFC47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Познавательные универсальные учебные действия</w:t>
      </w:r>
    </w:p>
    <w:p w14:paraId="174DD8B5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Обучающийся сможет:</w:t>
      </w:r>
    </w:p>
    <w:p w14:paraId="207F51FA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выявлять и характеризовать существенные признаки математических объектов, понятий и зависимостей; </w:t>
      </w:r>
    </w:p>
    <w:p w14:paraId="4F78B378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устанавливать основания для сравнения, классификации и обобщения математических объектов; </w:t>
      </w:r>
    </w:p>
    <w:p w14:paraId="6489DFA7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sz w:val="24"/>
          <w:szCs w:val="24"/>
          <w:lang w:val="es-ES" w:eastAsia="es-ES"/>
        </w:rPr>
        <w:t>выявлять</w:t>
      </w:r>
      <w:proofErr w:type="spellEnd"/>
      <w:r w:rsidRPr="00A57966">
        <w:rPr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sz w:val="24"/>
          <w:szCs w:val="24"/>
          <w:lang w:val="es-ES" w:eastAsia="es-ES"/>
        </w:rPr>
        <w:t>закономерности</w:t>
      </w:r>
      <w:proofErr w:type="spellEnd"/>
      <w:r w:rsidRPr="00A57966">
        <w:rPr>
          <w:sz w:val="24"/>
          <w:szCs w:val="24"/>
          <w:lang w:val="es-ES" w:eastAsia="es-ES"/>
        </w:rPr>
        <w:t xml:space="preserve"> и </w:t>
      </w:r>
      <w:proofErr w:type="spellStart"/>
      <w:r w:rsidRPr="00A57966">
        <w:rPr>
          <w:sz w:val="24"/>
          <w:szCs w:val="24"/>
          <w:lang w:val="es-ES" w:eastAsia="es-ES"/>
        </w:rPr>
        <w:t>противоречия</w:t>
      </w:r>
      <w:proofErr w:type="spellEnd"/>
      <w:r w:rsidRPr="00A57966">
        <w:rPr>
          <w:sz w:val="24"/>
          <w:szCs w:val="24"/>
          <w:lang w:val="es-ES" w:eastAsia="es-ES"/>
        </w:rPr>
        <w:t xml:space="preserve">; </w:t>
      </w:r>
    </w:p>
    <w:p w14:paraId="1855FA70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sz w:val="24"/>
          <w:szCs w:val="24"/>
          <w:lang w:val="es-ES" w:eastAsia="es-ES"/>
        </w:rPr>
        <w:t>устанавливать</w:t>
      </w:r>
      <w:proofErr w:type="spellEnd"/>
      <w:r w:rsidRPr="00A57966">
        <w:rPr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sz w:val="24"/>
          <w:szCs w:val="24"/>
          <w:lang w:val="es-ES" w:eastAsia="es-ES"/>
        </w:rPr>
        <w:t>причинно-следственные</w:t>
      </w:r>
      <w:proofErr w:type="spellEnd"/>
      <w:r w:rsidRPr="00A57966">
        <w:rPr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sz w:val="24"/>
          <w:szCs w:val="24"/>
          <w:lang w:val="es-ES" w:eastAsia="es-ES"/>
        </w:rPr>
        <w:t>связи</w:t>
      </w:r>
      <w:proofErr w:type="spellEnd"/>
      <w:r w:rsidRPr="00A57966">
        <w:rPr>
          <w:sz w:val="24"/>
          <w:szCs w:val="24"/>
          <w:lang w:val="es-ES" w:eastAsia="es-ES"/>
        </w:rPr>
        <w:t xml:space="preserve">; </w:t>
      </w:r>
    </w:p>
    <w:p w14:paraId="35755C53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выбирать способ решения учебной задачи с учётом имеющихся условий и ресурсов; </w:t>
      </w:r>
    </w:p>
    <w:p w14:paraId="7263BA7C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самостоятельно формулировать обобщения и выводы; </w:t>
      </w:r>
    </w:p>
    <w:p w14:paraId="76F61B2F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использовать вопросы как инструмент познания; </w:t>
      </w:r>
    </w:p>
    <w:p w14:paraId="5A7DC8E4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выдвигать и проверять математические гипотезы; </w:t>
      </w:r>
    </w:p>
    <w:p w14:paraId="2690C58C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sz w:val="24"/>
          <w:szCs w:val="24"/>
          <w:lang w:val="es-ES" w:eastAsia="es-ES"/>
        </w:rPr>
        <w:t>проводить</w:t>
      </w:r>
      <w:proofErr w:type="spellEnd"/>
      <w:r w:rsidRPr="00A57966">
        <w:rPr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sz w:val="24"/>
          <w:szCs w:val="24"/>
          <w:lang w:val="es-ES" w:eastAsia="es-ES"/>
        </w:rPr>
        <w:t>несложные</w:t>
      </w:r>
      <w:proofErr w:type="spellEnd"/>
      <w:r w:rsidRPr="00A57966">
        <w:rPr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sz w:val="24"/>
          <w:szCs w:val="24"/>
          <w:lang w:val="es-ES" w:eastAsia="es-ES"/>
        </w:rPr>
        <w:t>исследования</w:t>
      </w:r>
      <w:proofErr w:type="spellEnd"/>
      <w:r w:rsidRPr="00A57966">
        <w:rPr>
          <w:sz w:val="24"/>
          <w:szCs w:val="24"/>
          <w:lang w:val="es-ES" w:eastAsia="es-ES"/>
        </w:rPr>
        <w:t xml:space="preserve">; </w:t>
      </w:r>
    </w:p>
    <w:p w14:paraId="1AF742DC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применять математическое моделирование при решении учебных и практических задач; </w:t>
      </w:r>
    </w:p>
    <w:p w14:paraId="1ACCB1D7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осуществлять поиск, отбор, анализ, систематизацию и интерпретацию информации; </w:t>
      </w:r>
    </w:p>
    <w:p w14:paraId="39CF3642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представлять информацию с использованием математических выражений, формул, таблиц, схем и графиков; </w:t>
      </w:r>
    </w:p>
    <w:p w14:paraId="5D6161CF" w14:textId="77777777" w:rsidR="0070660E" w:rsidRPr="00A57966" w:rsidRDefault="0070660E">
      <w:pPr>
        <w:widowControl/>
        <w:numPr>
          <w:ilvl w:val="0"/>
          <w:numId w:val="13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оценивать достоверность и достаточность информации. </w:t>
      </w:r>
    </w:p>
    <w:p w14:paraId="7BF22840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Коммуникативные универсальные учебные действия</w:t>
      </w:r>
    </w:p>
    <w:p w14:paraId="13FF083A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Обучающийся сможет:</w:t>
      </w:r>
    </w:p>
    <w:p w14:paraId="39EB5EFB" w14:textId="77777777" w:rsidR="0070660E" w:rsidRPr="00A57966" w:rsidRDefault="0070660E">
      <w:pPr>
        <w:widowControl/>
        <w:numPr>
          <w:ilvl w:val="0"/>
          <w:numId w:val="14"/>
        </w:numPr>
        <w:autoSpaceDE/>
        <w:autoSpaceDN/>
        <w:ind w:left="0"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sz w:val="24"/>
          <w:szCs w:val="24"/>
          <w:lang w:val="es-ES" w:eastAsia="es-ES"/>
        </w:rPr>
        <w:t>воспринимать</w:t>
      </w:r>
      <w:proofErr w:type="spellEnd"/>
      <w:r w:rsidRPr="00A57966">
        <w:rPr>
          <w:sz w:val="24"/>
          <w:szCs w:val="24"/>
          <w:lang w:val="es-ES" w:eastAsia="es-ES"/>
        </w:rPr>
        <w:t xml:space="preserve"> и </w:t>
      </w:r>
      <w:proofErr w:type="spellStart"/>
      <w:r w:rsidRPr="00A57966">
        <w:rPr>
          <w:sz w:val="24"/>
          <w:szCs w:val="24"/>
          <w:lang w:val="es-ES" w:eastAsia="es-ES"/>
        </w:rPr>
        <w:t>формулировать</w:t>
      </w:r>
      <w:proofErr w:type="spellEnd"/>
      <w:r w:rsidRPr="00A57966">
        <w:rPr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sz w:val="24"/>
          <w:szCs w:val="24"/>
          <w:lang w:val="es-ES" w:eastAsia="es-ES"/>
        </w:rPr>
        <w:t>суждения</w:t>
      </w:r>
      <w:proofErr w:type="spellEnd"/>
      <w:r w:rsidRPr="00A57966">
        <w:rPr>
          <w:sz w:val="24"/>
          <w:szCs w:val="24"/>
          <w:lang w:val="es-ES" w:eastAsia="es-ES"/>
        </w:rPr>
        <w:t xml:space="preserve">; </w:t>
      </w:r>
    </w:p>
    <w:p w14:paraId="15A788B8" w14:textId="77777777" w:rsidR="0070660E" w:rsidRPr="00A57966" w:rsidRDefault="0070660E">
      <w:pPr>
        <w:widowControl/>
        <w:numPr>
          <w:ilvl w:val="0"/>
          <w:numId w:val="14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выражать и аргументировать свою точку зрения при решении математических задач; </w:t>
      </w:r>
    </w:p>
    <w:p w14:paraId="5734C3E6" w14:textId="77777777" w:rsidR="0070660E" w:rsidRPr="00A57966" w:rsidRDefault="0070660E">
      <w:pPr>
        <w:widowControl/>
        <w:numPr>
          <w:ilvl w:val="0"/>
          <w:numId w:val="14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использовать математическую терминологию и символику в устной и письменной речи; </w:t>
      </w:r>
    </w:p>
    <w:p w14:paraId="1E4C2C38" w14:textId="77777777" w:rsidR="0070660E" w:rsidRPr="00A57966" w:rsidRDefault="0070660E">
      <w:pPr>
        <w:widowControl/>
        <w:numPr>
          <w:ilvl w:val="0"/>
          <w:numId w:val="14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представлять ход и результаты решения задачи; </w:t>
      </w:r>
    </w:p>
    <w:p w14:paraId="6B4915C4" w14:textId="77777777" w:rsidR="0070660E" w:rsidRPr="00A57966" w:rsidRDefault="0070660E">
      <w:pPr>
        <w:widowControl/>
        <w:numPr>
          <w:ilvl w:val="0"/>
          <w:numId w:val="14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участвовать в обсуждении различных способов решения; </w:t>
      </w:r>
    </w:p>
    <w:p w14:paraId="6DD4ED99" w14:textId="77777777" w:rsidR="0070660E" w:rsidRPr="00A57966" w:rsidRDefault="0070660E">
      <w:pPr>
        <w:widowControl/>
        <w:numPr>
          <w:ilvl w:val="0"/>
          <w:numId w:val="14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осуществлять индивидуальную и совместную учебную деятельность; </w:t>
      </w:r>
    </w:p>
    <w:p w14:paraId="1CABE7EB" w14:textId="77777777" w:rsidR="0070660E" w:rsidRPr="00A57966" w:rsidRDefault="0070660E">
      <w:pPr>
        <w:widowControl/>
        <w:numPr>
          <w:ilvl w:val="0"/>
          <w:numId w:val="14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принимать цель совместной работы, распределять функции и выполнять свою часть работы; </w:t>
      </w:r>
    </w:p>
    <w:p w14:paraId="09ECD40D" w14:textId="77777777" w:rsidR="0070660E" w:rsidRPr="00A57966" w:rsidRDefault="0070660E">
      <w:pPr>
        <w:widowControl/>
        <w:numPr>
          <w:ilvl w:val="0"/>
          <w:numId w:val="14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сопоставлять свои суждения с суждениями других участников учебного взаимодействия; </w:t>
      </w:r>
    </w:p>
    <w:p w14:paraId="5D8FBA9B" w14:textId="77777777" w:rsidR="0070660E" w:rsidRPr="00A57966" w:rsidRDefault="0070660E">
      <w:pPr>
        <w:widowControl/>
        <w:numPr>
          <w:ilvl w:val="0"/>
          <w:numId w:val="14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оценивать собственный вклад и вклад других участников в общий результат. </w:t>
      </w:r>
    </w:p>
    <w:p w14:paraId="6DF6BBE0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Регулятивные универсальные учебные действия</w:t>
      </w:r>
    </w:p>
    <w:p w14:paraId="2D926BF9" w14:textId="77777777" w:rsidR="0070660E" w:rsidRPr="00A57966" w:rsidRDefault="0070660E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Обучающийся сможет:</w:t>
      </w:r>
    </w:p>
    <w:p w14:paraId="65450300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самостоятельно определять цели учебной деятельности; </w:t>
      </w:r>
    </w:p>
    <w:p w14:paraId="23910526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составлять план и алгоритм решения задачи; </w:t>
      </w:r>
    </w:p>
    <w:p w14:paraId="0D7F36BC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выбирать рациональный способ решения с учётом имеющихся ресурсов и собственных возможностей; </w:t>
      </w:r>
    </w:p>
    <w:p w14:paraId="6463790D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val="es-ES" w:eastAsia="es-ES"/>
        </w:rPr>
      </w:pPr>
      <w:proofErr w:type="spellStart"/>
      <w:r w:rsidRPr="00A57966">
        <w:rPr>
          <w:sz w:val="24"/>
          <w:szCs w:val="24"/>
          <w:lang w:val="es-ES" w:eastAsia="es-ES"/>
        </w:rPr>
        <w:t>осуществлять</w:t>
      </w:r>
      <w:proofErr w:type="spellEnd"/>
      <w:r w:rsidRPr="00A57966">
        <w:rPr>
          <w:sz w:val="24"/>
          <w:szCs w:val="24"/>
          <w:lang w:val="es-ES" w:eastAsia="es-ES"/>
        </w:rPr>
        <w:t xml:space="preserve"> </w:t>
      </w:r>
      <w:proofErr w:type="spellStart"/>
      <w:r w:rsidRPr="00A57966">
        <w:rPr>
          <w:sz w:val="24"/>
          <w:szCs w:val="24"/>
          <w:lang w:val="es-ES" w:eastAsia="es-ES"/>
        </w:rPr>
        <w:t>самоконтроль</w:t>
      </w:r>
      <w:proofErr w:type="spellEnd"/>
      <w:r w:rsidRPr="00A57966">
        <w:rPr>
          <w:sz w:val="24"/>
          <w:szCs w:val="24"/>
          <w:lang w:val="es-ES" w:eastAsia="es-ES"/>
        </w:rPr>
        <w:t xml:space="preserve"> и </w:t>
      </w:r>
      <w:proofErr w:type="spellStart"/>
      <w:r w:rsidRPr="00A57966">
        <w:rPr>
          <w:sz w:val="24"/>
          <w:szCs w:val="24"/>
          <w:lang w:val="es-ES" w:eastAsia="es-ES"/>
        </w:rPr>
        <w:t>самооценку</w:t>
      </w:r>
      <w:proofErr w:type="spellEnd"/>
      <w:r w:rsidRPr="00A57966">
        <w:rPr>
          <w:sz w:val="24"/>
          <w:szCs w:val="24"/>
          <w:lang w:val="es-ES" w:eastAsia="es-ES"/>
        </w:rPr>
        <w:t xml:space="preserve">; </w:t>
      </w:r>
    </w:p>
    <w:p w14:paraId="5727CEBF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проверять полученные результаты и оценивать их соответствие условию задачи; </w:t>
      </w:r>
    </w:p>
    <w:p w14:paraId="2D336C39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выявлять и анализировать причины ошибок; </w:t>
      </w:r>
    </w:p>
    <w:p w14:paraId="28CBA3B2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корректировать свои действия на основе полученных результатов; </w:t>
      </w:r>
    </w:p>
    <w:p w14:paraId="2753A71A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оценивать соответствие результата поставленной цели; </w:t>
      </w:r>
    </w:p>
    <w:p w14:paraId="4F3E5634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принимать ответственность за принятое решение; </w:t>
      </w:r>
    </w:p>
    <w:p w14:paraId="257DE6DA" w14:textId="77777777" w:rsidR="0070660E" w:rsidRPr="00A57966" w:rsidRDefault="0070660E">
      <w:pPr>
        <w:widowControl/>
        <w:numPr>
          <w:ilvl w:val="0"/>
          <w:numId w:val="15"/>
        </w:numPr>
        <w:autoSpaceDE/>
        <w:autoSpaceDN/>
        <w:ind w:left="0"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осуществлять рефлексию собственной учебной деятельности. </w:t>
      </w:r>
    </w:p>
    <w:p w14:paraId="3F46D254" w14:textId="77777777" w:rsidR="00AD47F6" w:rsidRPr="00AD47F6" w:rsidRDefault="00AD47F6" w:rsidP="00AD47F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D47F6">
        <w:rPr>
          <w:b/>
          <w:bCs/>
          <w:sz w:val="24"/>
          <w:szCs w:val="24"/>
          <w:lang w:eastAsia="es-ES"/>
        </w:rPr>
        <w:t>4.3. ПРЕДМЕТНЫЕ РЕЗУЛЬТАТЫ</w:t>
      </w:r>
    </w:p>
    <w:p w14:paraId="1AFFBAE2" w14:textId="77777777" w:rsidR="00AD47F6" w:rsidRPr="00AD47F6" w:rsidRDefault="00AD47F6" w:rsidP="00AD47F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>Предметные результаты освоения учебного курса «Алгебра» конкретизированы по годам обучения и отражают последовательное формирование математических знаний, умений и способов деятельности обучающихся.</w:t>
      </w:r>
    </w:p>
    <w:p w14:paraId="5FB125D3" w14:textId="77777777" w:rsidR="00AD47F6" w:rsidRPr="00AD47F6" w:rsidRDefault="00AD47F6" w:rsidP="00AD47F6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D47F6">
        <w:rPr>
          <w:b/>
          <w:bCs/>
          <w:sz w:val="24"/>
          <w:szCs w:val="24"/>
          <w:lang w:eastAsia="es-ES"/>
        </w:rPr>
        <w:t>4.3.1. Предметные результаты к концу 7 класса</w:t>
      </w:r>
    </w:p>
    <w:p w14:paraId="2A04F28F" w14:textId="77777777" w:rsidR="00AD47F6" w:rsidRPr="00AD47F6" w:rsidRDefault="00AD47F6" w:rsidP="00AD47F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>К концу обучения в 7 классе обучающийся сможет:</w:t>
      </w:r>
    </w:p>
    <w:p w14:paraId="1ADA28CD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выполнять вычисления с рациональными числами, сравнивать и упорядочивать рациональные числа; </w:t>
      </w:r>
    </w:p>
    <w:p w14:paraId="3E5BF393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находить значения числовых выражений, применять свойства арифметических действий для рационализации вычислений; </w:t>
      </w:r>
    </w:p>
    <w:p w14:paraId="689C2398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понятие степени с натуральным показателем, применять свойства степеней при выполнении вычислений и преобразований; </w:t>
      </w:r>
    </w:p>
    <w:p w14:paraId="490E6C37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«переменная», «выражение с переменной», «значение выражения»; </w:t>
      </w:r>
    </w:p>
    <w:p w14:paraId="495A4655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выполнять тождественные преобразования выражений, раскрывать скобки, приводить подобные слагаемые; </w:t>
      </w:r>
    </w:p>
    <w:p w14:paraId="2749083E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одночлена и многочлена, выполнять действия с одночленами и многочленами; </w:t>
      </w:r>
    </w:p>
    <w:p w14:paraId="37CDF270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формулы сокращённого умножения: квадрат суммы, квадрат разности, разность квадратов; </w:t>
      </w:r>
    </w:p>
    <w:p w14:paraId="72DA8A33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раскладывать многочлены на множители вынесением общего множителя за скобки, способом группировки и с применением формул сокращённого умножения; </w:t>
      </w:r>
    </w:p>
    <w:p w14:paraId="44F4CCB9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линейные уравнения с одной переменной; </w:t>
      </w:r>
    </w:p>
    <w:p w14:paraId="7E5EBB55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составлять уравнения по условию текстовой задачи и использовать их для решения практико-ориентированных задач; </w:t>
      </w:r>
    </w:p>
    <w:p w14:paraId="13459BD3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линейного уравнения с двумя переменными и системы двух линейных уравнений с двумя переменными; </w:t>
      </w:r>
    </w:p>
    <w:p w14:paraId="7077AF83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системы двух линейных уравнений графическим способом, способом подстановки и способом сложения; </w:t>
      </w:r>
    </w:p>
    <w:p w14:paraId="3A9527D5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системы линейных уравнений при решении текстовых и практических задач; </w:t>
      </w:r>
    </w:p>
    <w:p w14:paraId="0725D7F2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функции, аргумента функции, значения функции и графика функции; </w:t>
      </w:r>
    </w:p>
    <w:p w14:paraId="51DA0FEB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задавать функцию словесным, табличным, аналитическим и графическим способами; </w:t>
      </w:r>
    </w:p>
    <w:p w14:paraId="35A17C45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строить и читать графики линейной функции и прямой пропорциональности; </w:t>
      </w:r>
    </w:p>
    <w:p w14:paraId="0F292B00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определять по графику свойства изучаемых зависимостей; </w:t>
      </w:r>
    </w:p>
    <w:p w14:paraId="396360DD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функции и графики для описания зависимостей между величинами и решения практических задач; </w:t>
      </w:r>
    </w:p>
    <w:p w14:paraId="3487CB2A" w14:textId="77777777" w:rsidR="00AD47F6" w:rsidRPr="00AD47F6" w:rsidRDefault="00AD47F6" w:rsidP="00AD47F6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математическую терминологию и символику, обосновывать ход решения и проверять полученный результат. </w:t>
      </w:r>
    </w:p>
    <w:p w14:paraId="5889CBAB" w14:textId="77777777" w:rsidR="00AD47F6" w:rsidRPr="00AD47F6" w:rsidRDefault="00AD47F6" w:rsidP="00AD47F6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D47F6">
        <w:rPr>
          <w:b/>
          <w:bCs/>
          <w:sz w:val="24"/>
          <w:szCs w:val="24"/>
          <w:lang w:eastAsia="es-ES"/>
        </w:rPr>
        <w:t>4.3.2. Предметные результаты к концу 8 класса</w:t>
      </w:r>
    </w:p>
    <w:p w14:paraId="39574EEA" w14:textId="77777777" w:rsidR="00AD47F6" w:rsidRPr="00AD47F6" w:rsidRDefault="00AD47F6" w:rsidP="00AD47F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>К концу обучения в 8 классе обучающийся сможет:</w:t>
      </w:r>
    </w:p>
    <w:p w14:paraId="657B4125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рационального, иррационального и действительного числа; </w:t>
      </w:r>
    </w:p>
    <w:p w14:paraId="447F15FD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сравнивать действительные числа и выполнять вычисления с ними; </w:t>
      </w:r>
    </w:p>
    <w:p w14:paraId="5A7B53D0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понятием арифметического квадратного корня, находить приближённые значения квадратных корней; </w:t>
      </w:r>
    </w:p>
    <w:p w14:paraId="484B48A6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свойства арифметического квадратного корня при выполнении вычислений и преобразовании выражений; </w:t>
      </w:r>
    </w:p>
    <w:p w14:paraId="0B2EEC56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выносить множитель из-под знака корня и вносить множитель под знак корня; </w:t>
      </w:r>
    </w:p>
    <w:p w14:paraId="222D6587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свойства степени с целым показателем; </w:t>
      </w:r>
    </w:p>
    <w:p w14:paraId="429CAE0E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представлять числа в стандартном виде и выполнять действия с числами, записанными в стандартном виде; </w:t>
      </w:r>
    </w:p>
    <w:p w14:paraId="0FCE29E7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определять допустимые значения переменных в рациональных выражениях; </w:t>
      </w:r>
    </w:p>
    <w:p w14:paraId="732A3C16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выполнять сложение, вычитание, умножение и деление алгебраических дробей; </w:t>
      </w:r>
    </w:p>
    <w:p w14:paraId="36500889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выполнять тождественные преобразования рациональных выражений; </w:t>
      </w:r>
    </w:p>
    <w:p w14:paraId="37644304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неполные и полные квадратные уравнения; </w:t>
      </w:r>
    </w:p>
    <w:p w14:paraId="1C6BC2BA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формулу корней квадратного уравнения, теорему Виета и теорему, обратную теореме Виета; </w:t>
      </w:r>
    </w:p>
    <w:p w14:paraId="6D1A1DFA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уравнения, сводящиеся к квадратным; </w:t>
      </w:r>
    </w:p>
    <w:p w14:paraId="1DFCF9CE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дробно-рациональные уравнения с учётом допустимых значений переменных и выполнять проверку полученных решений; </w:t>
      </w:r>
    </w:p>
    <w:p w14:paraId="0D082297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квадратные и дробно-рациональные уравнения при решении текстовых и практико-ориентированных задач; </w:t>
      </w:r>
    </w:p>
    <w:p w14:paraId="0C23AAAA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числового неравенства, неравенства с одной переменной и числового промежутка; </w:t>
      </w:r>
    </w:p>
    <w:p w14:paraId="4F56EAE3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линейные неравенства с одной переменной и изображать множество их решений на координатной прямой; </w:t>
      </w:r>
    </w:p>
    <w:p w14:paraId="547DE9F8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системы линейных неравенств с одной переменной; </w:t>
      </w:r>
    </w:p>
    <w:p w14:paraId="7D85B152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свойства числовых неравенств при решении математических и практико-ориентированных задач; </w:t>
      </w:r>
    </w:p>
    <w:p w14:paraId="0CF09C04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строить и исследовать график функции обратной пропорциональности; </w:t>
      </w:r>
    </w:p>
    <w:p w14:paraId="059DF76F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строить и исследовать графики функций </w:t>
      </w:r>
      <m:oMath>
        <m:r>
          <w:rPr>
            <w:rFonts w:ascii="Cambria Math" w:hAnsi="Cambria Math"/>
            <w:sz w:val="24"/>
            <w:szCs w:val="24"/>
            <w:lang w:val="es-ES" w:eastAsia="es-ES"/>
          </w:rPr>
          <m:t>y</m:t>
        </m:r>
        <m:r>
          <w:rPr>
            <w:rFonts w:ascii="Cambria Math" w:hAnsi="Cambria Math"/>
            <w:sz w:val="24"/>
            <w:szCs w:val="24"/>
            <w:lang w:eastAsia="es-ES"/>
          </w:rPr>
          <m:t>=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s-ES" w:eastAsia="es-E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s-ES" w:eastAsia="es-ES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eastAsia="es-ES"/>
              </w:rPr>
              <m:t>2</m:t>
            </m:r>
          </m:sup>
        </m:sSup>
      </m:oMath>
      <w:r w:rsidRPr="00AD47F6">
        <w:rPr>
          <w:sz w:val="24"/>
          <w:szCs w:val="24"/>
          <w:lang w:eastAsia="es-ES"/>
        </w:rPr>
        <w:t xml:space="preserve">и </w:t>
      </w:r>
      <m:oMath>
        <m:r>
          <w:rPr>
            <w:rFonts w:ascii="Cambria Math" w:hAnsi="Cambria Math"/>
            <w:sz w:val="24"/>
            <w:szCs w:val="24"/>
            <w:lang w:val="es-ES" w:eastAsia="es-ES"/>
          </w:rPr>
          <m:t>y</m:t>
        </m:r>
        <m:r>
          <w:rPr>
            <w:rFonts w:ascii="Cambria Math" w:hAnsi="Cambria Math"/>
            <w:sz w:val="24"/>
            <w:szCs w:val="24"/>
            <w:lang w:eastAsia="es-ES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s-ES" w:eastAsia="es-E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s-ES" w:eastAsia="es-ES"/>
              </w:rPr>
              <m:t>x</m:t>
            </m:r>
          </m:e>
        </m:rad>
      </m:oMath>
      <w:r w:rsidRPr="00AD47F6">
        <w:rPr>
          <w:sz w:val="24"/>
          <w:szCs w:val="24"/>
          <w:lang w:eastAsia="es-ES"/>
        </w:rPr>
        <w:t xml:space="preserve">; </w:t>
      </w:r>
    </w:p>
    <w:p w14:paraId="182A16B9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графики функций для анализа зависимостей и решения математических задач; </w:t>
      </w:r>
    </w:p>
    <w:p w14:paraId="21B66FEE" w14:textId="77777777" w:rsidR="00AD47F6" w:rsidRPr="00AD47F6" w:rsidRDefault="00AD47F6" w:rsidP="00AD47F6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математическую терминологию и символику, анализировать и проверять полученные результаты. </w:t>
      </w:r>
    </w:p>
    <w:p w14:paraId="6EF0C431" w14:textId="77777777" w:rsidR="00AD47F6" w:rsidRPr="00AD47F6" w:rsidRDefault="00AD47F6" w:rsidP="00AD47F6">
      <w:pPr>
        <w:widowControl/>
        <w:autoSpaceDE/>
        <w:autoSpaceDN/>
        <w:ind w:firstLine="720"/>
        <w:rPr>
          <w:b/>
          <w:bCs/>
          <w:sz w:val="24"/>
          <w:szCs w:val="24"/>
          <w:lang w:eastAsia="es-ES"/>
        </w:rPr>
      </w:pPr>
      <w:r w:rsidRPr="00AD47F6">
        <w:rPr>
          <w:b/>
          <w:bCs/>
          <w:sz w:val="24"/>
          <w:szCs w:val="24"/>
          <w:lang w:eastAsia="es-ES"/>
        </w:rPr>
        <w:t>4.3.3. Предметные результаты к концу 9 класса</w:t>
      </w:r>
    </w:p>
    <w:p w14:paraId="25A377A0" w14:textId="77777777" w:rsidR="00AD47F6" w:rsidRPr="00AD47F6" w:rsidRDefault="00AD47F6" w:rsidP="00AD47F6">
      <w:pPr>
        <w:widowControl/>
        <w:autoSpaceDE/>
        <w:autoSpaceDN/>
        <w:ind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>К концу обучения в 9 классе обучающийся сможет:</w:t>
      </w:r>
    </w:p>
    <w:p w14:paraId="0B30F74A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рационального, иррационального и действительного числа; </w:t>
      </w:r>
    </w:p>
    <w:p w14:paraId="708B9444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выполнять вычисления с действительными числами, использовать приближённые значения, округление и оценку результатов вычислений; </w:t>
      </w:r>
    </w:p>
    <w:p w14:paraId="35C3F25C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выполнять преобразования целых и рациональных выражений; </w:t>
      </w:r>
    </w:p>
    <w:p w14:paraId="39357E6D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свойства степеней и квадратных корней при преобразовании выражений; </w:t>
      </w:r>
    </w:p>
    <w:p w14:paraId="543FEE9E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тождественные преобразования при решении уравнений, неравенств и других математических задач; </w:t>
      </w:r>
    </w:p>
    <w:p w14:paraId="33B20721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функции, области определения, множества значений, нулей функции, промежутков знакопостоянства, возрастания и убывания, наибольшего и наименьшего значения функции; </w:t>
      </w:r>
    </w:p>
    <w:p w14:paraId="4FC84DC3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строить и исследовать график квадратичной функции; </w:t>
      </w:r>
    </w:p>
    <w:p w14:paraId="525C0456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определять координаты вершины параболы и ось её симметрии; </w:t>
      </w:r>
    </w:p>
    <w:p w14:paraId="2F1F308F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AD47F6">
        <w:rPr>
          <w:sz w:val="24"/>
          <w:szCs w:val="24"/>
          <w:lang w:val="es-ES" w:eastAsia="es-ES"/>
        </w:rPr>
        <w:t>применять</w:t>
      </w:r>
      <w:proofErr w:type="spellEnd"/>
      <w:r w:rsidRPr="00AD47F6">
        <w:rPr>
          <w:sz w:val="24"/>
          <w:szCs w:val="24"/>
          <w:lang w:val="es-ES" w:eastAsia="es-ES"/>
        </w:rPr>
        <w:t xml:space="preserve"> </w:t>
      </w:r>
      <w:proofErr w:type="spellStart"/>
      <w:r w:rsidRPr="00AD47F6">
        <w:rPr>
          <w:sz w:val="24"/>
          <w:szCs w:val="24"/>
          <w:lang w:val="es-ES" w:eastAsia="es-ES"/>
        </w:rPr>
        <w:t>преобразования</w:t>
      </w:r>
      <w:proofErr w:type="spellEnd"/>
      <w:r w:rsidRPr="00AD47F6">
        <w:rPr>
          <w:sz w:val="24"/>
          <w:szCs w:val="24"/>
          <w:lang w:val="es-ES" w:eastAsia="es-ES"/>
        </w:rPr>
        <w:t xml:space="preserve"> </w:t>
      </w:r>
      <w:proofErr w:type="spellStart"/>
      <w:r w:rsidRPr="00AD47F6">
        <w:rPr>
          <w:sz w:val="24"/>
          <w:szCs w:val="24"/>
          <w:lang w:val="es-ES" w:eastAsia="es-ES"/>
        </w:rPr>
        <w:t>графиков</w:t>
      </w:r>
      <w:proofErr w:type="spellEnd"/>
      <w:r w:rsidRPr="00AD47F6">
        <w:rPr>
          <w:sz w:val="24"/>
          <w:szCs w:val="24"/>
          <w:lang w:val="es-ES" w:eastAsia="es-ES"/>
        </w:rPr>
        <w:t xml:space="preserve"> </w:t>
      </w:r>
      <w:proofErr w:type="spellStart"/>
      <w:r w:rsidRPr="00AD47F6">
        <w:rPr>
          <w:sz w:val="24"/>
          <w:szCs w:val="24"/>
          <w:lang w:val="es-ES" w:eastAsia="es-ES"/>
        </w:rPr>
        <w:t>функций</w:t>
      </w:r>
      <w:proofErr w:type="spellEnd"/>
      <w:r w:rsidRPr="00AD47F6">
        <w:rPr>
          <w:sz w:val="24"/>
          <w:szCs w:val="24"/>
          <w:lang w:val="es-ES" w:eastAsia="es-ES"/>
        </w:rPr>
        <w:t xml:space="preserve">; </w:t>
      </w:r>
    </w:p>
    <w:p w14:paraId="5A96A534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графики функций при решении уравнений и неравенств; </w:t>
      </w:r>
    </w:p>
    <w:p w14:paraId="604CB220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целые уравнения и уравнения, сводящиеся к квадратным; </w:t>
      </w:r>
    </w:p>
    <w:p w14:paraId="795A6796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val="es-ES" w:eastAsia="es-ES"/>
        </w:rPr>
      </w:pPr>
      <w:proofErr w:type="spellStart"/>
      <w:r w:rsidRPr="00AD47F6">
        <w:rPr>
          <w:sz w:val="24"/>
          <w:szCs w:val="24"/>
          <w:lang w:val="es-ES" w:eastAsia="es-ES"/>
        </w:rPr>
        <w:t>решать</w:t>
      </w:r>
      <w:proofErr w:type="spellEnd"/>
      <w:r w:rsidRPr="00AD47F6">
        <w:rPr>
          <w:sz w:val="24"/>
          <w:szCs w:val="24"/>
          <w:lang w:val="es-ES" w:eastAsia="es-ES"/>
        </w:rPr>
        <w:t xml:space="preserve"> </w:t>
      </w:r>
      <w:proofErr w:type="spellStart"/>
      <w:r w:rsidRPr="00AD47F6">
        <w:rPr>
          <w:sz w:val="24"/>
          <w:szCs w:val="24"/>
          <w:lang w:val="es-ES" w:eastAsia="es-ES"/>
        </w:rPr>
        <w:t>дробно-рациональные</w:t>
      </w:r>
      <w:proofErr w:type="spellEnd"/>
      <w:r w:rsidRPr="00AD47F6">
        <w:rPr>
          <w:sz w:val="24"/>
          <w:szCs w:val="24"/>
          <w:lang w:val="es-ES" w:eastAsia="es-ES"/>
        </w:rPr>
        <w:t xml:space="preserve"> </w:t>
      </w:r>
      <w:proofErr w:type="spellStart"/>
      <w:r w:rsidRPr="00AD47F6">
        <w:rPr>
          <w:sz w:val="24"/>
          <w:szCs w:val="24"/>
          <w:lang w:val="es-ES" w:eastAsia="es-ES"/>
        </w:rPr>
        <w:t>уравнения</w:t>
      </w:r>
      <w:proofErr w:type="spellEnd"/>
      <w:r w:rsidRPr="00AD47F6">
        <w:rPr>
          <w:sz w:val="24"/>
          <w:szCs w:val="24"/>
          <w:lang w:val="es-ES" w:eastAsia="es-ES"/>
        </w:rPr>
        <w:t xml:space="preserve">; </w:t>
      </w:r>
    </w:p>
    <w:p w14:paraId="1C44F043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квадратные неравенства с одной переменной; </w:t>
      </w:r>
    </w:p>
    <w:p w14:paraId="1BC1FD1A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метод интервалов при решении рациональных неравенств; </w:t>
      </w:r>
    </w:p>
    <w:p w14:paraId="7C17A236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системы неравенств с одной переменной; </w:t>
      </w:r>
    </w:p>
    <w:p w14:paraId="31B6F4AB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уравнения и неравенства с двумя переменными; </w:t>
      </w:r>
    </w:p>
    <w:p w14:paraId="52D5121F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решать системы уравнений с двумя переменными, в том числе системы, содержащие уравнения второй степени; </w:t>
      </w:r>
    </w:p>
    <w:p w14:paraId="53250C79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изображать на координатной плоскости множество решений неравенств и систем неравенств с двумя переменными; </w:t>
      </w:r>
    </w:p>
    <w:p w14:paraId="4F5C564C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уравнения, неравенства и их системы для математического моделирования и решения текстовых и практико-ориентированных задач; </w:t>
      </w:r>
    </w:p>
    <w:p w14:paraId="2467815F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оперировать понятиями числовой последовательности, арифметической и геометрической прогрессий; </w:t>
      </w:r>
    </w:p>
    <w:p w14:paraId="31DAD23C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формулу </w:t>
      </w:r>
      <m:oMath>
        <m:r>
          <w:rPr>
            <w:rFonts w:ascii="Cambria Math" w:hAnsi="Cambria Math"/>
            <w:sz w:val="24"/>
            <w:szCs w:val="24"/>
            <w:lang w:val="es-ES" w:eastAsia="es-ES"/>
          </w:rPr>
          <m:t>n</m:t>
        </m:r>
      </m:oMath>
      <w:r w:rsidRPr="00AD47F6">
        <w:rPr>
          <w:sz w:val="24"/>
          <w:szCs w:val="24"/>
          <w:lang w:eastAsia="es-ES"/>
        </w:rPr>
        <w:t xml:space="preserve">-го члена арифметической и геометрической прогрессий; </w:t>
      </w:r>
    </w:p>
    <w:p w14:paraId="32C00E88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формулы суммы первых </w:t>
      </w:r>
      <m:oMath>
        <m:r>
          <w:rPr>
            <w:rFonts w:ascii="Cambria Math" w:hAnsi="Cambria Math"/>
            <w:sz w:val="24"/>
            <w:szCs w:val="24"/>
            <w:lang w:val="es-ES" w:eastAsia="es-ES"/>
          </w:rPr>
          <m:t>n</m:t>
        </m:r>
      </m:oMath>
      <w:r w:rsidRPr="00AD47F6">
        <w:rPr>
          <w:sz w:val="24"/>
          <w:szCs w:val="24"/>
          <w:lang w:eastAsia="es-ES"/>
        </w:rPr>
        <w:t xml:space="preserve">членов арифметической и геометрической прогрессий; </w:t>
      </w:r>
    </w:p>
    <w:p w14:paraId="0CFA3CDE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свойства прогрессий при решении математических и практико-ориентированных задач; </w:t>
      </w:r>
    </w:p>
    <w:p w14:paraId="76FDD2BB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строить математические модели реальных ситуаций, выбирать рациональные способы решения и интерпретировать полученные результаты; </w:t>
      </w:r>
    </w:p>
    <w:p w14:paraId="028A5815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применять изученные математические понятия, методы и алгоритмы при решении комплексных заданий; </w:t>
      </w:r>
    </w:p>
    <w:p w14:paraId="1061D2C2" w14:textId="77777777" w:rsidR="00AD47F6" w:rsidRPr="00AD47F6" w:rsidRDefault="00AD47F6" w:rsidP="00AD47F6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es-ES"/>
        </w:rPr>
      </w:pPr>
      <w:r w:rsidRPr="00AD47F6">
        <w:rPr>
          <w:sz w:val="24"/>
          <w:szCs w:val="24"/>
          <w:lang w:eastAsia="es-ES"/>
        </w:rPr>
        <w:t xml:space="preserve">использовать математическую терминологию и символику, аргументировать решение, осуществлять проверку и оценивать обоснованность полученного результата. </w:t>
      </w:r>
    </w:p>
    <w:p w14:paraId="39A0983F" w14:textId="77777777" w:rsidR="008724AA" w:rsidRPr="00A57966" w:rsidRDefault="008724AA" w:rsidP="00A57966">
      <w:pPr>
        <w:pStyle w:val="a5"/>
        <w:ind w:left="0" w:firstLine="709"/>
      </w:pPr>
    </w:p>
    <w:p w14:paraId="2789546C" w14:textId="77777777" w:rsidR="00DB7C43" w:rsidRPr="00A57966" w:rsidRDefault="00DB7C43" w:rsidP="00A57966">
      <w:pPr>
        <w:widowControl/>
        <w:autoSpaceDE/>
        <w:autoSpaceDN/>
        <w:ind w:firstLine="709"/>
        <w:jc w:val="center"/>
        <w:rPr>
          <w:b/>
          <w:bCs/>
          <w:kern w:val="36"/>
          <w:sz w:val="24"/>
          <w:szCs w:val="24"/>
          <w:lang w:eastAsia="es-ES"/>
        </w:rPr>
      </w:pPr>
      <w:r w:rsidRPr="00A57966">
        <w:rPr>
          <w:b/>
          <w:bCs/>
          <w:kern w:val="36"/>
          <w:sz w:val="24"/>
          <w:szCs w:val="24"/>
          <w:lang w:eastAsia="es-ES"/>
        </w:rPr>
        <w:t>5. СОДЕРЖАНИЕ УЧЕБНОГО КУРСА «АЛГЕБРА»</w:t>
      </w:r>
    </w:p>
    <w:p w14:paraId="5A787BB0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Содержание учебного курса «Алгебра» разработано в соответствии с ФГОС ООО, ФОП ООО и федеральной рабочей программой по учебному предмету «Математика» в части учебного курса «Алгебра».</w:t>
      </w:r>
    </w:p>
    <w:p w14:paraId="5B2E0194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Содержание курса распределено по годам обучения с учётом последовательности формирования математических понятий, способов деятельности и планируемых предметных результатов.</w:t>
      </w:r>
    </w:p>
    <w:p w14:paraId="0EFF6129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5.1. 7 КЛАСС</w:t>
      </w:r>
    </w:p>
    <w:p w14:paraId="763F25ED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Числа и вычисления</w:t>
      </w:r>
    </w:p>
    <w:p w14:paraId="6F9EF29A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Рациональные числа. Сравнение рациональных чисел. Арифметические действия с рациональными числами. Представление рационального числа в виде десятичной дроби.</w:t>
      </w:r>
    </w:p>
    <w:p w14:paraId="3FCDE160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Степень с натуральным показателем. Свойства степени с натуральным показателем. Выполнение вычислений с использованием степеней.</w:t>
      </w:r>
    </w:p>
    <w:p w14:paraId="584BFB36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Числовые выражения. Значение числового выражения. Сравнение значений числовых выражений. Применение свойств арифметических действий для рационализации вычислений.</w:t>
      </w:r>
    </w:p>
    <w:p w14:paraId="75F13090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Решение практико-ориентированных задач с использованием рациональных чисел, процентов, отношений и пропорций.</w:t>
      </w:r>
    </w:p>
    <w:p w14:paraId="40E0FE5F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Алгебраические выражения</w:t>
      </w:r>
    </w:p>
    <w:p w14:paraId="128B584F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Переменная. Выражение с переменной. Значение выражения при заданных значениях переменных.</w:t>
      </w:r>
    </w:p>
    <w:p w14:paraId="06C7815B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Преобразование выражений. Раскрытие скобок. Приведение подобных слагаемых. Тождества. Тождественно равные выражения. Тождественные преобразования выражений.</w:t>
      </w:r>
    </w:p>
    <w:p w14:paraId="2EBA2B7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Одночлен. Коэффициент и степень одночлена. Стандартный вид одночлена. Умножение одночленов. Возведение одночлена в степень.</w:t>
      </w:r>
    </w:p>
    <w:p w14:paraId="37216E69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Многочлен. Степень многочлена. Сложение и вычитание многочленов. Умножение одночлена на многочлен. Умножение многочлена на многочлен.</w:t>
      </w:r>
    </w:p>
    <w:p w14:paraId="18957C40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Формулы сокращённого умножения: квадрат суммы, квадрат разности, разность квадратов. Применение формул сокращённого умножения при преобразовании выражений.</w:t>
      </w:r>
    </w:p>
    <w:p w14:paraId="39CC6F61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Разложение многочлена на множители: вынесение общего множителя за скобки, способ группировки, применение формул сокращённого умножения.</w:t>
      </w:r>
    </w:p>
    <w:p w14:paraId="72D9A4B1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Уравнения и системы уравнений</w:t>
      </w:r>
    </w:p>
    <w:p w14:paraId="22900CF1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Линейное уравнение с одной переменной. Корень уравнения. Равносильные уравнения.</w:t>
      </w:r>
    </w:p>
    <w:p w14:paraId="0B4D5019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Решение линейных уравнений. Использование уравнений при решении текстовых и практико-ориентированных задач.</w:t>
      </w:r>
    </w:p>
    <w:p w14:paraId="30067AB1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Линейное уравнение с двумя переменными и его график.</w:t>
      </w:r>
    </w:p>
    <w:p w14:paraId="039DA734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Система двух линейных уравнений с двумя переменными. Решение систем линейных уравнений графическим способом, способом подстановки и способом сложения.</w:t>
      </w:r>
    </w:p>
    <w:p w14:paraId="522433A1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Применение систем линейных уравнений при решении текстовых и практических задач.</w:t>
      </w:r>
    </w:p>
    <w:p w14:paraId="51DD9B1A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Функции</w:t>
      </w:r>
    </w:p>
    <w:p w14:paraId="3D9418B3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Понятие функции. Аргумент функции. Значение функции. Способы задания функции: словесный, табличный, аналитический и графический.</w:t>
      </w:r>
    </w:p>
    <w:p w14:paraId="75846636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График функции. Чтение и анализ графиков реальных зависимостей.</w:t>
      </w:r>
    </w:p>
    <w:p w14:paraId="735227FD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Линейная функция и её график. Взаимное расположение графиков линейных функций.</w:t>
      </w:r>
    </w:p>
    <w:p w14:paraId="31D51736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Прямая пропорциональность и её график.</w:t>
      </w:r>
    </w:p>
    <w:p w14:paraId="2811FE74" w14:textId="4E1C8F4C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Использование функций и графиков для описания зависимостей между величинами и решения практических задач.</w:t>
      </w:r>
    </w:p>
    <w:p w14:paraId="555B7CBC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5.2. 8 КЛАСС</w:t>
      </w:r>
    </w:p>
    <w:p w14:paraId="31CD14E9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Числа и вычисления</w:t>
      </w:r>
    </w:p>
    <w:p w14:paraId="23A7F59B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Квадратный корень из числа. Арифметический квадратный корень. Нахождение приближённых значений квадратных корней.</w:t>
      </w:r>
    </w:p>
    <w:p w14:paraId="7D85EF4E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Иррациональные числа. Действительные числа. Сравнение действительных чисел.</w:t>
      </w:r>
    </w:p>
    <w:p w14:paraId="163A85CA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Степень с целым показателем и её свойства. Применение свойств степени при выполнении вычислений и преобразовании выражений.</w:t>
      </w:r>
    </w:p>
    <w:p w14:paraId="5E2B5300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Стандартный вид числа. Выполнение действий с числами, записанными в стандартном виде.</w:t>
      </w:r>
    </w:p>
    <w:p w14:paraId="3F1BFED1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Алгебраические выражения</w:t>
      </w:r>
    </w:p>
    <w:p w14:paraId="300B6D45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Рациональные выражения. Допустимые значения переменных.</w:t>
      </w:r>
    </w:p>
    <w:p w14:paraId="416BC5A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Алгебраическая дробь. Основное свойство алгебраической дроби. Сокращение алгебраических дробей.</w:t>
      </w:r>
    </w:p>
    <w:p w14:paraId="5E89C253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Сложение, вычитание, умножение и деление алгебраических дробей. Возведение алгебраической дроби в степень.</w:t>
      </w:r>
    </w:p>
    <w:p w14:paraId="65F0C843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Преобразование рациональных выражений.</w:t>
      </w:r>
    </w:p>
    <w:p w14:paraId="613F919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Арифметический квадратный корень и его свойства. Преобразование выражений, содержащих квадратные корни.</w:t>
      </w:r>
    </w:p>
    <w:p w14:paraId="5EC0891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Вынесение множителя из-под знака корня и внесение множителя под знак корня. Преобразование выражений с квадратными корнями.</w:t>
      </w:r>
    </w:p>
    <w:p w14:paraId="1B575B1F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Уравнения</w:t>
      </w:r>
    </w:p>
    <w:p w14:paraId="014F771A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Квадратное уравнение. Неполные квадратные уравнения.</w:t>
      </w:r>
    </w:p>
    <w:p w14:paraId="6098D4D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Формула корней квадратного уравнения. Дискриминант квадратного уравнения.</w:t>
      </w:r>
    </w:p>
    <w:p w14:paraId="622954DB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Теорема Виета и теорема, обратная теореме Виета.</w:t>
      </w:r>
    </w:p>
    <w:p w14:paraId="66A92F5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Решение уравнений, сводящихся к квадратным.</w:t>
      </w:r>
    </w:p>
    <w:p w14:paraId="03894DDC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Дробно-рациональные уравнения. Допустимые значения переменных. Проверка полученных решений.</w:t>
      </w:r>
    </w:p>
    <w:p w14:paraId="457CA81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Применение квадратных и дробно-рациональных уравнений при решении текстовых и практико-ориентированных задач.</w:t>
      </w:r>
    </w:p>
    <w:p w14:paraId="5A488863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Неравенства</w:t>
      </w:r>
    </w:p>
    <w:p w14:paraId="2BA5339B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Числовые неравенства и их свойства.</w:t>
      </w:r>
    </w:p>
    <w:p w14:paraId="7BB97B86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Неравенство с одной переменной. Решение неравенства.</w:t>
      </w:r>
    </w:p>
    <w:p w14:paraId="15C4C90E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Линейные неравенства с одной переменной.</w:t>
      </w:r>
    </w:p>
    <w:p w14:paraId="3961DDDA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Числовые промежутки. Изображение решений неравенств на координатной прямой.</w:t>
      </w:r>
    </w:p>
    <w:p w14:paraId="7A88BDC6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Системы линейных неравенств с одной переменной. Решение систем неравенств.</w:t>
      </w:r>
    </w:p>
    <w:p w14:paraId="6AE53D01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Использование неравенств при решении математических и практико-ориентированных задач.</w:t>
      </w:r>
    </w:p>
    <w:p w14:paraId="776234BD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Функции</w:t>
      </w:r>
    </w:p>
    <w:p w14:paraId="0D8E2DBA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Функция обратной пропорциональности и её график.</w:t>
      </w:r>
    </w:p>
    <w:p w14:paraId="227CDDD0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Функция </w:t>
      </w:r>
      <m:oMath>
        <m:r>
          <w:rPr>
            <w:rFonts w:ascii="Cambria Math" w:hAnsi="Cambria Math"/>
            <w:sz w:val="24"/>
            <w:szCs w:val="24"/>
            <w:lang w:val="es-ES" w:eastAsia="es-ES"/>
          </w:rPr>
          <m:t>y</m:t>
        </m:r>
        <m:r>
          <w:rPr>
            <w:rFonts w:ascii="Cambria Math" w:hAnsi="Cambria Math"/>
            <w:sz w:val="24"/>
            <w:szCs w:val="24"/>
            <w:lang w:eastAsia="es-ES"/>
          </w:rPr>
          <m:t>=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s-ES" w:eastAsia="es-E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s-ES" w:eastAsia="es-ES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eastAsia="es-ES"/>
              </w:rPr>
              <m:t>2</m:t>
            </m:r>
          </m:sup>
        </m:sSup>
      </m:oMath>
      <w:r w:rsidRPr="00A57966">
        <w:rPr>
          <w:sz w:val="24"/>
          <w:szCs w:val="24"/>
          <w:lang w:eastAsia="es-ES"/>
        </w:rPr>
        <w:t>, её свойства и график.</w:t>
      </w:r>
    </w:p>
    <w:p w14:paraId="2B56329B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Функция </w:t>
      </w:r>
      <m:oMath>
        <m:r>
          <w:rPr>
            <w:rFonts w:ascii="Cambria Math" w:hAnsi="Cambria Math"/>
            <w:sz w:val="24"/>
            <w:szCs w:val="24"/>
            <w:lang w:val="es-ES" w:eastAsia="es-ES"/>
          </w:rPr>
          <m:t>y</m:t>
        </m:r>
        <m:r>
          <w:rPr>
            <w:rFonts w:ascii="Cambria Math" w:hAnsi="Cambria Math"/>
            <w:sz w:val="24"/>
            <w:szCs w:val="24"/>
            <w:lang w:eastAsia="es-ES"/>
          </w:rPr>
          <m:t>=</m:t>
        </m:r>
        <m:rad>
          <m:radPr>
            <m:degHide m:val="1"/>
            <m:ctrlPr>
              <w:rPr>
                <w:rFonts w:ascii="Cambria Math" w:hAnsi="Cambria Math"/>
                <w:sz w:val="24"/>
                <w:szCs w:val="24"/>
                <w:lang w:val="es-ES" w:eastAsia="es-ES"/>
              </w:rPr>
            </m:ctrlPr>
          </m:radPr>
          <m:deg/>
          <m:e>
            <m:r>
              <w:rPr>
                <w:rFonts w:ascii="Cambria Math" w:hAnsi="Cambria Math"/>
                <w:sz w:val="24"/>
                <w:szCs w:val="24"/>
                <w:lang w:val="es-ES" w:eastAsia="es-ES"/>
              </w:rPr>
              <m:t>x</m:t>
            </m:r>
          </m:e>
        </m:rad>
      </m:oMath>
      <w:r w:rsidRPr="00A57966">
        <w:rPr>
          <w:sz w:val="24"/>
          <w:szCs w:val="24"/>
          <w:lang w:eastAsia="es-ES"/>
        </w:rPr>
        <w:t>, её свойства и график.</w:t>
      </w:r>
    </w:p>
    <w:p w14:paraId="4647B14F" w14:textId="2A54F6C8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Построение и исследование графиков изученных функций. Использование графиков для решения уравнений и анализа зависимостей между величинами.</w:t>
      </w:r>
    </w:p>
    <w:p w14:paraId="476A0063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5.3. 9 КЛАСС</w:t>
      </w:r>
    </w:p>
    <w:p w14:paraId="489DA3E4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Числа и вычисления</w:t>
      </w:r>
    </w:p>
    <w:p w14:paraId="62A5381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Действительные числа. Рациональные и иррациональные числа.</w:t>
      </w:r>
    </w:p>
    <w:p w14:paraId="7764E6FF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Приближённые значения действительных чисел. Округление и оценка результатов вычислений.</w:t>
      </w:r>
    </w:p>
    <w:p w14:paraId="74FECA61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Применение числовых выражений и вычислений при решении учебных и практико-ориентированных задач.</w:t>
      </w:r>
    </w:p>
    <w:p w14:paraId="6DA6F448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Алгебраические выражения</w:t>
      </w:r>
    </w:p>
    <w:p w14:paraId="38F6508A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Преобразование целых и рациональных выражений.</w:t>
      </w:r>
    </w:p>
    <w:p w14:paraId="5C7C84A4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Применение свойств степеней и квадратных корней при преобразовании выражений.</w:t>
      </w:r>
    </w:p>
    <w:p w14:paraId="2FF95E7F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Использование тождественных преобразований при решении уравнений, неравенств и исследовании функций.</w:t>
      </w:r>
    </w:p>
    <w:p w14:paraId="0CAAFC97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Функции</w:t>
      </w:r>
    </w:p>
    <w:p w14:paraId="16A8E727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Функция. Область определения и множество значений функции.</w:t>
      </w:r>
    </w:p>
    <w:p w14:paraId="68B882C8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Свойства функций: нули функции, промежутки </w:t>
      </w:r>
      <w:proofErr w:type="spellStart"/>
      <w:r w:rsidRPr="00A57966">
        <w:rPr>
          <w:sz w:val="24"/>
          <w:szCs w:val="24"/>
          <w:lang w:eastAsia="es-ES"/>
        </w:rPr>
        <w:t>знакопостоянства</w:t>
      </w:r>
      <w:proofErr w:type="spellEnd"/>
      <w:r w:rsidRPr="00A57966">
        <w:rPr>
          <w:sz w:val="24"/>
          <w:szCs w:val="24"/>
          <w:lang w:eastAsia="es-ES"/>
        </w:rPr>
        <w:t>, промежутки возрастания и убывания, наибольшее и наименьшее значения функции на рассматриваемом промежутке.</w:t>
      </w:r>
    </w:p>
    <w:p w14:paraId="097E14AB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Квадратичная функция, её свойства и график.</w:t>
      </w:r>
    </w:p>
    <w:p w14:paraId="44EB87B6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Функции вида </w:t>
      </w:r>
      <m:oMath>
        <m:r>
          <w:rPr>
            <w:rFonts w:ascii="Cambria Math" w:hAnsi="Cambria Math"/>
            <w:sz w:val="24"/>
            <w:szCs w:val="24"/>
            <w:lang w:val="es-ES" w:eastAsia="es-ES"/>
          </w:rPr>
          <m:t>y</m:t>
        </m:r>
        <m:r>
          <w:rPr>
            <w:rFonts w:ascii="Cambria Math" w:hAnsi="Cambria Math"/>
            <w:sz w:val="24"/>
            <w:szCs w:val="24"/>
            <w:lang w:eastAsia="es-ES"/>
          </w:rPr>
          <m:t>=</m:t>
        </m:r>
        <m:r>
          <w:rPr>
            <w:rFonts w:ascii="Cambria Math" w:hAnsi="Cambria Math"/>
            <w:sz w:val="24"/>
            <w:szCs w:val="24"/>
            <w:lang w:val="es-ES" w:eastAsia="es-ES"/>
          </w:rPr>
          <m:t>a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s-ES" w:eastAsia="es-E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s-ES" w:eastAsia="es-ES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eastAsia="es-ES"/>
              </w:rPr>
              <m:t>2</m:t>
            </m:r>
          </m:sup>
        </m:sSup>
      </m:oMath>
      <w:r w:rsidRPr="00A57966">
        <w:rPr>
          <w:sz w:val="24"/>
          <w:szCs w:val="24"/>
          <w:lang w:eastAsia="es-ES"/>
        </w:rPr>
        <w:t xml:space="preserve">, </w:t>
      </w:r>
      <m:oMath>
        <m:r>
          <w:rPr>
            <w:rFonts w:ascii="Cambria Math" w:hAnsi="Cambria Math"/>
            <w:sz w:val="24"/>
            <w:szCs w:val="24"/>
            <w:lang w:val="es-ES" w:eastAsia="es-ES"/>
          </w:rPr>
          <m:t>y</m:t>
        </m:r>
        <m:r>
          <w:rPr>
            <w:rFonts w:ascii="Cambria Math" w:hAnsi="Cambria Math"/>
            <w:sz w:val="24"/>
            <w:szCs w:val="24"/>
            <w:lang w:eastAsia="es-ES"/>
          </w:rPr>
          <m:t>=</m:t>
        </m:r>
        <m:r>
          <w:rPr>
            <w:rFonts w:ascii="Cambria Math" w:hAnsi="Cambria Math"/>
            <w:sz w:val="24"/>
            <w:szCs w:val="24"/>
            <w:lang w:val="es-ES" w:eastAsia="es-ES"/>
          </w:rPr>
          <m:t>a</m:t>
        </m:r>
        <m:sSup>
          <m:sSupPr>
            <m:ctrlPr>
              <w:rPr>
                <w:rFonts w:ascii="Cambria Math" w:hAnsi="Cambria Math"/>
                <w:sz w:val="24"/>
                <w:szCs w:val="24"/>
                <w:lang w:val="es-ES" w:eastAsia="es-ES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  <w:lang w:val="es-ES" w:eastAsia="es-ES"/>
              </w:rPr>
              <m:t>x</m:t>
            </m:r>
          </m:e>
          <m:sup>
            <m:r>
              <w:rPr>
                <w:rFonts w:ascii="Cambria Math" w:hAnsi="Cambria Math"/>
                <w:sz w:val="24"/>
                <w:szCs w:val="24"/>
                <w:lang w:eastAsia="es-ES"/>
              </w:rPr>
              <m:t>2</m:t>
            </m:r>
          </m:sup>
        </m:sSup>
        <m:r>
          <w:rPr>
            <w:rFonts w:ascii="Cambria Math" w:hAnsi="Cambria Math"/>
            <w:sz w:val="24"/>
            <w:szCs w:val="24"/>
            <w:lang w:eastAsia="es-ES"/>
          </w:rPr>
          <m:t>+</m:t>
        </m:r>
        <m:r>
          <w:rPr>
            <w:rFonts w:ascii="Cambria Math" w:hAnsi="Cambria Math"/>
            <w:sz w:val="24"/>
            <w:szCs w:val="24"/>
            <w:lang w:val="es-ES" w:eastAsia="es-ES"/>
          </w:rPr>
          <m:t>bx</m:t>
        </m:r>
        <m:r>
          <w:rPr>
            <w:rFonts w:ascii="Cambria Math" w:hAnsi="Cambria Math"/>
            <w:sz w:val="24"/>
            <w:szCs w:val="24"/>
            <w:lang w:eastAsia="es-ES"/>
          </w:rPr>
          <m:t>+</m:t>
        </m:r>
        <m:r>
          <w:rPr>
            <w:rFonts w:ascii="Cambria Math" w:hAnsi="Cambria Math"/>
            <w:sz w:val="24"/>
            <w:szCs w:val="24"/>
            <w:lang w:val="es-ES" w:eastAsia="es-ES"/>
          </w:rPr>
          <m:t>c</m:t>
        </m:r>
      </m:oMath>
      <w:r w:rsidRPr="00A57966">
        <w:rPr>
          <w:sz w:val="24"/>
          <w:szCs w:val="24"/>
          <w:lang w:eastAsia="es-ES"/>
        </w:rPr>
        <w:t>. Построение параболы. Координаты вершины параболы. Ось симметрии.</w:t>
      </w:r>
    </w:p>
    <w:p w14:paraId="1AC235AC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Преобразования графиков функций.</w:t>
      </w:r>
    </w:p>
    <w:p w14:paraId="2791D82F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Использование графиков функций для решения уравнений и неравенств и исследования математических моделей.</w:t>
      </w:r>
    </w:p>
    <w:p w14:paraId="211F4E9B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Уравнения и неравенства</w:t>
      </w:r>
    </w:p>
    <w:p w14:paraId="49174761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Целые уравнения. Уравнения, сводящиеся к квадратным.</w:t>
      </w:r>
    </w:p>
    <w:p w14:paraId="1D1A417C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Дробно-рациональные уравнения.</w:t>
      </w:r>
    </w:p>
    <w:p w14:paraId="134F057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Неравенства второй степени с одной переменной. Решение квадратных неравенств.</w:t>
      </w:r>
    </w:p>
    <w:p w14:paraId="5990A04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Метод интервалов.</w:t>
      </w:r>
    </w:p>
    <w:p w14:paraId="1C60E682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Уравнения с двумя переменными и их графики.</w:t>
      </w:r>
    </w:p>
    <w:p w14:paraId="4C77DD98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Системы уравнений с двумя переменными. Графический и аналитические способы решения систем.</w:t>
      </w:r>
    </w:p>
    <w:p w14:paraId="2D7CFE4A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Системы неравенств с двумя переменными. Графическое представление множества решений.</w:t>
      </w:r>
    </w:p>
    <w:p w14:paraId="2F343034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Применение уравнений, неравенств и их систем при решении текстовых и практико-ориентированных задач.</w:t>
      </w:r>
    </w:p>
    <w:p w14:paraId="002A1422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Числовые последовательности</w:t>
      </w:r>
    </w:p>
    <w:p w14:paraId="69531CA3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Понятие числовой последовательности. Способы задания последовательности. Формула </w:t>
      </w:r>
      <w:r w:rsidRPr="00A57966">
        <w:rPr>
          <w:i/>
          <w:iCs/>
          <w:sz w:val="24"/>
          <w:szCs w:val="24"/>
          <w:lang w:val="es-ES" w:eastAsia="es-ES"/>
        </w:rPr>
        <w:t>n</w:t>
      </w:r>
      <w:r w:rsidRPr="00A57966">
        <w:rPr>
          <w:sz w:val="24"/>
          <w:szCs w:val="24"/>
          <w:lang w:eastAsia="es-ES"/>
        </w:rPr>
        <w:t>-го члена последовательности. Рекуррентный способ задания последовательности.</w:t>
      </w:r>
    </w:p>
    <w:p w14:paraId="347E9393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Арифметическая прогрессия. Формула </w:t>
      </w:r>
      <w:r w:rsidRPr="00A57966">
        <w:rPr>
          <w:i/>
          <w:iCs/>
          <w:sz w:val="24"/>
          <w:szCs w:val="24"/>
          <w:lang w:val="es-ES" w:eastAsia="es-ES"/>
        </w:rPr>
        <w:t>n</w:t>
      </w:r>
      <w:r w:rsidRPr="00A57966">
        <w:rPr>
          <w:sz w:val="24"/>
          <w:szCs w:val="24"/>
          <w:lang w:eastAsia="es-ES"/>
        </w:rPr>
        <w:t xml:space="preserve">-го члена арифметической прогрессии. Свойства арифметической прогрессии. Формула суммы первых </w:t>
      </w:r>
      <w:r w:rsidRPr="00A57966">
        <w:rPr>
          <w:i/>
          <w:iCs/>
          <w:sz w:val="24"/>
          <w:szCs w:val="24"/>
          <w:lang w:val="es-ES" w:eastAsia="es-ES"/>
        </w:rPr>
        <w:t>n</w:t>
      </w:r>
      <w:r w:rsidRPr="00A57966">
        <w:rPr>
          <w:sz w:val="24"/>
          <w:szCs w:val="24"/>
          <w:lang w:eastAsia="es-ES"/>
        </w:rPr>
        <w:t xml:space="preserve"> членов арифметической прогрессии.</w:t>
      </w:r>
    </w:p>
    <w:p w14:paraId="76F04803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 xml:space="preserve">Геометрическая прогрессия. Формула </w:t>
      </w:r>
      <w:r w:rsidRPr="00A57966">
        <w:rPr>
          <w:i/>
          <w:iCs/>
          <w:sz w:val="24"/>
          <w:szCs w:val="24"/>
          <w:lang w:val="es-ES" w:eastAsia="es-ES"/>
        </w:rPr>
        <w:t>n</w:t>
      </w:r>
      <w:r w:rsidRPr="00A57966">
        <w:rPr>
          <w:sz w:val="24"/>
          <w:szCs w:val="24"/>
          <w:lang w:eastAsia="es-ES"/>
        </w:rPr>
        <w:t xml:space="preserve">-го члена геометрической прогрессии. Свойства геометрической прогрессии. Формула суммы первых </w:t>
      </w:r>
      <w:r w:rsidRPr="00A57966">
        <w:rPr>
          <w:i/>
          <w:iCs/>
          <w:sz w:val="24"/>
          <w:szCs w:val="24"/>
          <w:lang w:val="es-ES" w:eastAsia="es-ES"/>
        </w:rPr>
        <w:t>n</w:t>
      </w:r>
      <w:r w:rsidRPr="00A57966">
        <w:rPr>
          <w:sz w:val="24"/>
          <w:szCs w:val="24"/>
          <w:lang w:eastAsia="es-ES"/>
        </w:rPr>
        <w:t xml:space="preserve"> членов геометрической прогрессии.</w:t>
      </w:r>
    </w:p>
    <w:p w14:paraId="7B07A494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Применение арифметической и геометрической прогрессий при решении математических и практико-ориентированных задач.</w:t>
      </w:r>
    </w:p>
    <w:p w14:paraId="6F41CDF4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Обобщение и систематизация курса</w:t>
      </w:r>
    </w:p>
    <w:p w14:paraId="4A870426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Повторение и систематизация основных понятий и методов курса алгебры 7–9 классов.</w:t>
      </w:r>
    </w:p>
    <w:p w14:paraId="38B6FF0C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Преобразование алгебраических выражений. Решение уравнений, неравенств и их систем. Функции и их графики. Числовые последовательности и прогрессии.</w:t>
      </w:r>
    </w:p>
    <w:p w14:paraId="5F632FA5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Решение комплексных, текстовых и практико-ориентированных задач. Применение математического моделирования. Подготовка к государственной итоговой аттестации.</w:t>
      </w:r>
    </w:p>
    <w:p w14:paraId="7B27C74C" w14:textId="77777777" w:rsidR="00DB7C43" w:rsidRPr="00A57966" w:rsidRDefault="00DB7C43" w:rsidP="00A57966">
      <w:pPr>
        <w:widowControl/>
        <w:autoSpaceDE/>
        <w:autoSpaceDN/>
        <w:ind w:firstLine="709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Историко-культурный компонент</w:t>
      </w:r>
    </w:p>
    <w:p w14:paraId="4015A033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На протяжении изучения курса в содержание соответствующих тем включаются сведения об истории возникновения и развития алгебраических понятий, математической символики и методов решения задач, а также о вкладе отечественных и зарубежных математиков в развитие науки.</w:t>
      </w:r>
    </w:p>
    <w:p w14:paraId="4429E746" w14:textId="20477828" w:rsidR="008724AA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Историко-культурный материал используется во взаимосвязи с изучаемым содержанием и направлен на развитие познавательного интереса, научного мировоззрения и понимания роли математики в развитии науки, техники и общества.</w:t>
      </w:r>
    </w:p>
    <w:p w14:paraId="546CB279" w14:textId="77777777" w:rsidR="00A57966" w:rsidRPr="00A57966" w:rsidRDefault="00A57966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</w:p>
    <w:p w14:paraId="542E3D92" w14:textId="77777777" w:rsidR="00DB7C43" w:rsidRPr="00A57966" w:rsidRDefault="00DB7C43" w:rsidP="00A57966">
      <w:pPr>
        <w:widowControl/>
        <w:autoSpaceDE/>
        <w:autoSpaceDN/>
        <w:ind w:firstLine="709"/>
        <w:jc w:val="center"/>
        <w:rPr>
          <w:b/>
          <w:bCs/>
          <w:sz w:val="24"/>
          <w:szCs w:val="24"/>
          <w:lang w:eastAsia="es-ES"/>
        </w:rPr>
      </w:pPr>
      <w:r w:rsidRPr="00A57966">
        <w:rPr>
          <w:b/>
          <w:bCs/>
          <w:sz w:val="24"/>
          <w:szCs w:val="24"/>
          <w:lang w:eastAsia="es-ES"/>
        </w:rPr>
        <w:t>6. ТЕМАТИЧЕСКОЕ ПЛАНИРОВАНИЕ УЧЕБНОГО КУРСА «АЛГЕБРА» В 7–9 КЛАССАХ</w:t>
      </w:r>
    </w:p>
    <w:p w14:paraId="727FDF7E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При освоении учебного курса «Алгебра» организуются различные виды учебной деятельности, направленные на достижение личностных, метапредметных и предметных результатов обучения.</w:t>
      </w:r>
    </w:p>
    <w:p w14:paraId="2EADEC2C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Обучающиеся выполняют вычисления и преобразования числовых и алгебраических выражений; решают уравнения, неравенства и их системы; строят и исследуют графики функций; работают с формулами, таблицами, схемами и графическими представлениями; решают текстовые и практико-ориентированные задачи; составляют и исследуют математические модели; анализируют условия задач и выбирают рациональные способы их решения; формулируют и обосновывают выводы; осуществляют проверку, самоконтроль и оценку полученных результатов.</w:t>
      </w:r>
    </w:p>
    <w:p w14:paraId="614A1026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В процессе обучения предусматриваются индивидуальная, парная и групповая работа, выполнение самостоятельных и контрольных заданий, решение исследовательских и практико-ориентированных задач, использование цифровых образовательных ресурсов и средств информационно-коммуникационных технологий при наличии соответствующих условий.</w:t>
      </w:r>
    </w:p>
    <w:p w14:paraId="715A7C89" w14:textId="77777777" w:rsidR="00DB7C43" w:rsidRPr="00A57966" w:rsidRDefault="00DB7C43" w:rsidP="00A57966">
      <w:pPr>
        <w:widowControl/>
        <w:autoSpaceDE/>
        <w:autoSpaceDN/>
        <w:ind w:firstLine="709"/>
        <w:rPr>
          <w:sz w:val="24"/>
          <w:szCs w:val="24"/>
          <w:lang w:eastAsia="es-ES"/>
        </w:rPr>
      </w:pPr>
      <w:r w:rsidRPr="00A57966">
        <w:rPr>
          <w:sz w:val="24"/>
          <w:szCs w:val="24"/>
          <w:lang w:eastAsia="es-ES"/>
        </w:rPr>
        <w:t>Особое внимание уделяется развитию математической речи, умению аргументировать выбранный способ решения, представлять результаты своей деятельности, анализировать допущенные ошибки и корректировать способы действий.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58"/>
        <w:gridCol w:w="7638"/>
        <w:gridCol w:w="2046"/>
      </w:tblGrid>
      <w:tr w:rsidR="00DB7C43" w:rsidRPr="00DB7C43" w14:paraId="6DD62D47" w14:textId="77777777" w:rsidTr="00DB7C43">
        <w:tc>
          <w:tcPr>
            <w:tcW w:w="0" w:type="auto"/>
            <w:hideMark/>
          </w:tcPr>
          <w:p w14:paraId="0CFCE634" w14:textId="77777777" w:rsidR="00DB7C43" w:rsidRPr="00DB7C43" w:rsidRDefault="00DB7C43" w:rsidP="00DB7C43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№</w:t>
            </w:r>
          </w:p>
        </w:tc>
        <w:tc>
          <w:tcPr>
            <w:tcW w:w="0" w:type="auto"/>
            <w:hideMark/>
          </w:tcPr>
          <w:p w14:paraId="5D181C66" w14:textId="77777777" w:rsidR="00DB7C43" w:rsidRPr="00DB7C43" w:rsidRDefault="00DB7C43" w:rsidP="00DB7C43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Разделы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,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темы</w:t>
            </w:r>
            <w:proofErr w:type="spellEnd"/>
          </w:p>
        </w:tc>
        <w:tc>
          <w:tcPr>
            <w:tcW w:w="0" w:type="auto"/>
            <w:hideMark/>
          </w:tcPr>
          <w:p w14:paraId="01066826" w14:textId="77777777" w:rsidR="00DB7C43" w:rsidRPr="00DB7C43" w:rsidRDefault="00DB7C43" w:rsidP="00DB7C43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Количество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часов</w:t>
            </w:r>
            <w:proofErr w:type="spellEnd"/>
          </w:p>
        </w:tc>
      </w:tr>
      <w:tr w:rsidR="00DB7C43" w:rsidRPr="00DB7C43" w14:paraId="5BC2F1A4" w14:textId="77777777" w:rsidTr="00DB7C43">
        <w:tc>
          <w:tcPr>
            <w:tcW w:w="0" w:type="auto"/>
            <w:hideMark/>
          </w:tcPr>
          <w:p w14:paraId="4C93F4D4" w14:textId="77777777" w:rsidR="00DB7C43" w:rsidRPr="00DB7C43" w:rsidRDefault="00DB7C43" w:rsidP="00DB7C43">
            <w:pPr>
              <w:widowControl/>
              <w:autoSpaceDE/>
              <w:autoSpaceDN/>
              <w:jc w:val="center"/>
              <w:rPr>
                <w:b/>
                <w:bCs/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63244DF1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7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класс</w:t>
            </w:r>
            <w:proofErr w:type="spellEnd"/>
          </w:p>
        </w:tc>
        <w:tc>
          <w:tcPr>
            <w:tcW w:w="0" w:type="auto"/>
            <w:hideMark/>
          </w:tcPr>
          <w:p w14:paraId="02CF0A18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</w:tr>
      <w:tr w:rsidR="00DB7C43" w:rsidRPr="00DB7C43" w14:paraId="76E692EC" w14:textId="77777777" w:rsidTr="00DB7C43">
        <w:tc>
          <w:tcPr>
            <w:tcW w:w="0" w:type="auto"/>
            <w:hideMark/>
          </w:tcPr>
          <w:p w14:paraId="60BCFFE3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4DB19A1B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Выражения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,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тождества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,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уравнения</w:t>
            </w:r>
            <w:proofErr w:type="spellEnd"/>
          </w:p>
        </w:tc>
        <w:tc>
          <w:tcPr>
            <w:tcW w:w="0" w:type="auto"/>
            <w:hideMark/>
          </w:tcPr>
          <w:p w14:paraId="3171D434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22</w:t>
            </w:r>
          </w:p>
        </w:tc>
      </w:tr>
      <w:tr w:rsidR="00DB7C43" w:rsidRPr="00DB7C43" w14:paraId="62D8E5E0" w14:textId="77777777" w:rsidTr="00DB7C43">
        <w:tc>
          <w:tcPr>
            <w:tcW w:w="0" w:type="auto"/>
            <w:hideMark/>
          </w:tcPr>
          <w:p w14:paraId="069F653E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2BFBB897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Функции</w:t>
            </w:r>
            <w:proofErr w:type="spellEnd"/>
          </w:p>
        </w:tc>
        <w:tc>
          <w:tcPr>
            <w:tcW w:w="0" w:type="auto"/>
            <w:hideMark/>
          </w:tcPr>
          <w:p w14:paraId="72E5541E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11</w:t>
            </w:r>
          </w:p>
        </w:tc>
      </w:tr>
      <w:tr w:rsidR="00DB7C43" w:rsidRPr="00DB7C43" w14:paraId="6E43834B" w14:textId="77777777" w:rsidTr="00DB7C43">
        <w:tc>
          <w:tcPr>
            <w:tcW w:w="0" w:type="auto"/>
            <w:hideMark/>
          </w:tcPr>
          <w:p w14:paraId="35F7C0A1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7CA5BCCC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Степень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с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натуральным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показателем</w:t>
            </w:r>
            <w:proofErr w:type="spellEnd"/>
          </w:p>
        </w:tc>
        <w:tc>
          <w:tcPr>
            <w:tcW w:w="0" w:type="auto"/>
            <w:hideMark/>
          </w:tcPr>
          <w:p w14:paraId="7D48D5EB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11</w:t>
            </w:r>
          </w:p>
        </w:tc>
      </w:tr>
      <w:tr w:rsidR="00DB7C43" w:rsidRPr="00DB7C43" w14:paraId="12EAD103" w14:textId="77777777" w:rsidTr="00DB7C43">
        <w:tc>
          <w:tcPr>
            <w:tcW w:w="0" w:type="auto"/>
            <w:hideMark/>
          </w:tcPr>
          <w:p w14:paraId="2F10B5E1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2F1E464A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Многочлены</w:t>
            </w:r>
            <w:proofErr w:type="spellEnd"/>
          </w:p>
        </w:tc>
        <w:tc>
          <w:tcPr>
            <w:tcW w:w="0" w:type="auto"/>
            <w:hideMark/>
          </w:tcPr>
          <w:p w14:paraId="377B5EA6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17</w:t>
            </w:r>
          </w:p>
        </w:tc>
      </w:tr>
      <w:tr w:rsidR="00DB7C43" w:rsidRPr="00DB7C43" w14:paraId="667A3F5E" w14:textId="77777777" w:rsidTr="00DB7C43">
        <w:tc>
          <w:tcPr>
            <w:tcW w:w="0" w:type="auto"/>
            <w:hideMark/>
          </w:tcPr>
          <w:p w14:paraId="5561173C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08C54D04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Формулы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сокращённого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умножения</w:t>
            </w:r>
            <w:proofErr w:type="spellEnd"/>
          </w:p>
        </w:tc>
        <w:tc>
          <w:tcPr>
            <w:tcW w:w="0" w:type="auto"/>
            <w:hideMark/>
          </w:tcPr>
          <w:p w14:paraId="14283B5E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19</w:t>
            </w:r>
          </w:p>
        </w:tc>
      </w:tr>
      <w:tr w:rsidR="00DB7C43" w:rsidRPr="00DB7C43" w14:paraId="2F738068" w14:textId="77777777" w:rsidTr="00DB7C43">
        <w:tc>
          <w:tcPr>
            <w:tcW w:w="0" w:type="auto"/>
            <w:hideMark/>
          </w:tcPr>
          <w:p w14:paraId="7ADDD827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2BBA5CA9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Системы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линейных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уравнений</w:t>
            </w:r>
            <w:proofErr w:type="spellEnd"/>
          </w:p>
        </w:tc>
        <w:tc>
          <w:tcPr>
            <w:tcW w:w="0" w:type="auto"/>
            <w:hideMark/>
          </w:tcPr>
          <w:p w14:paraId="2781890D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16</w:t>
            </w:r>
          </w:p>
        </w:tc>
      </w:tr>
      <w:tr w:rsidR="00DB7C43" w:rsidRPr="00DB7C43" w14:paraId="695E6DC2" w14:textId="77777777" w:rsidTr="00DB7C43">
        <w:tc>
          <w:tcPr>
            <w:tcW w:w="0" w:type="auto"/>
            <w:hideMark/>
          </w:tcPr>
          <w:p w14:paraId="7D11D099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7</w:t>
            </w:r>
          </w:p>
        </w:tc>
        <w:tc>
          <w:tcPr>
            <w:tcW w:w="0" w:type="auto"/>
            <w:hideMark/>
          </w:tcPr>
          <w:p w14:paraId="2F7C6DFA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eastAsia="es-ES"/>
              </w:rPr>
            </w:pPr>
            <w:r w:rsidRPr="00DB7C43">
              <w:rPr>
                <w:sz w:val="24"/>
                <w:szCs w:val="24"/>
                <w:lang w:eastAsia="es-ES"/>
              </w:rPr>
              <w:t>Повторение и обобщение изученного материала</w:t>
            </w:r>
          </w:p>
        </w:tc>
        <w:tc>
          <w:tcPr>
            <w:tcW w:w="0" w:type="auto"/>
            <w:hideMark/>
          </w:tcPr>
          <w:p w14:paraId="5393D4FA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6</w:t>
            </w:r>
          </w:p>
        </w:tc>
      </w:tr>
      <w:tr w:rsidR="00DB7C43" w:rsidRPr="00DB7C43" w14:paraId="0881405D" w14:textId="77777777" w:rsidTr="00DB7C43">
        <w:tc>
          <w:tcPr>
            <w:tcW w:w="0" w:type="auto"/>
            <w:hideMark/>
          </w:tcPr>
          <w:p w14:paraId="66A59DBD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7AA15BEF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за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 7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класс</w:t>
            </w:r>
            <w:proofErr w:type="spellEnd"/>
          </w:p>
        </w:tc>
        <w:tc>
          <w:tcPr>
            <w:tcW w:w="0" w:type="auto"/>
            <w:hideMark/>
          </w:tcPr>
          <w:p w14:paraId="1B50DED5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102</w:t>
            </w:r>
          </w:p>
        </w:tc>
      </w:tr>
      <w:tr w:rsidR="00DB7C43" w:rsidRPr="00DB7C43" w14:paraId="17BF285B" w14:textId="77777777" w:rsidTr="00DB7C43">
        <w:tc>
          <w:tcPr>
            <w:tcW w:w="0" w:type="auto"/>
            <w:hideMark/>
          </w:tcPr>
          <w:p w14:paraId="618EDEFD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410D7A62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8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класс</w:t>
            </w:r>
            <w:proofErr w:type="spellEnd"/>
          </w:p>
        </w:tc>
        <w:tc>
          <w:tcPr>
            <w:tcW w:w="0" w:type="auto"/>
            <w:hideMark/>
          </w:tcPr>
          <w:p w14:paraId="3D1CDFB6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</w:tr>
      <w:tr w:rsidR="00DB7C43" w:rsidRPr="00DB7C43" w14:paraId="18CCFE4A" w14:textId="77777777" w:rsidTr="00DB7C43">
        <w:tc>
          <w:tcPr>
            <w:tcW w:w="0" w:type="auto"/>
            <w:hideMark/>
          </w:tcPr>
          <w:p w14:paraId="1B7BD95E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794EA85D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Рациональные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выражения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дроби</w:t>
            </w:r>
            <w:proofErr w:type="spellEnd"/>
          </w:p>
        </w:tc>
        <w:tc>
          <w:tcPr>
            <w:tcW w:w="0" w:type="auto"/>
            <w:hideMark/>
          </w:tcPr>
          <w:p w14:paraId="599DE0FC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23</w:t>
            </w:r>
          </w:p>
        </w:tc>
      </w:tr>
      <w:tr w:rsidR="00DB7C43" w:rsidRPr="00DB7C43" w14:paraId="4F0C19F3" w14:textId="77777777" w:rsidTr="00DB7C43">
        <w:tc>
          <w:tcPr>
            <w:tcW w:w="0" w:type="auto"/>
            <w:hideMark/>
          </w:tcPr>
          <w:p w14:paraId="0B440F17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4D038D4B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Квадратные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корни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.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Действительные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числа</w:t>
            </w:r>
            <w:proofErr w:type="spellEnd"/>
          </w:p>
        </w:tc>
        <w:tc>
          <w:tcPr>
            <w:tcW w:w="0" w:type="auto"/>
            <w:hideMark/>
          </w:tcPr>
          <w:p w14:paraId="1C5048F8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19</w:t>
            </w:r>
          </w:p>
        </w:tc>
      </w:tr>
      <w:tr w:rsidR="00DB7C43" w:rsidRPr="00DB7C43" w14:paraId="35876D43" w14:textId="77777777" w:rsidTr="00DB7C43">
        <w:tc>
          <w:tcPr>
            <w:tcW w:w="0" w:type="auto"/>
            <w:hideMark/>
          </w:tcPr>
          <w:p w14:paraId="1E4C6089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732038C4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Квадратные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уравнения</w:t>
            </w:r>
            <w:proofErr w:type="spellEnd"/>
          </w:p>
        </w:tc>
        <w:tc>
          <w:tcPr>
            <w:tcW w:w="0" w:type="auto"/>
            <w:hideMark/>
          </w:tcPr>
          <w:p w14:paraId="362E9E9B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21</w:t>
            </w:r>
          </w:p>
        </w:tc>
      </w:tr>
      <w:tr w:rsidR="00DB7C43" w:rsidRPr="00DB7C43" w14:paraId="49C39E41" w14:textId="77777777" w:rsidTr="00DB7C43">
        <w:tc>
          <w:tcPr>
            <w:tcW w:w="0" w:type="auto"/>
            <w:hideMark/>
          </w:tcPr>
          <w:p w14:paraId="27776BB9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2B6C5D84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Неравенства</w:t>
            </w:r>
            <w:proofErr w:type="spellEnd"/>
          </w:p>
        </w:tc>
        <w:tc>
          <w:tcPr>
            <w:tcW w:w="0" w:type="auto"/>
            <w:hideMark/>
          </w:tcPr>
          <w:p w14:paraId="774C6B77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20</w:t>
            </w:r>
          </w:p>
        </w:tc>
      </w:tr>
      <w:tr w:rsidR="00DB7C43" w:rsidRPr="00DB7C43" w14:paraId="1D6C510B" w14:textId="77777777" w:rsidTr="00DB7C43">
        <w:tc>
          <w:tcPr>
            <w:tcW w:w="0" w:type="auto"/>
            <w:hideMark/>
          </w:tcPr>
          <w:p w14:paraId="709AFE59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051C9B44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eastAsia="es-ES"/>
              </w:rPr>
            </w:pPr>
            <w:r w:rsidRPr="00DB7C43">
              <w:rPr>
                <w:sz w:val="24"/>
                <w:szCs w:val="24"/>
                <w:lang w:eastAsia="es-ES"/>
              </w:rPr>
              <w:t>Степень с целым показателем. Стандартный вид числа</w:t>
            </w:r>
          </w:p>
        </w:tc>
        <w:tc>
          <w:tcPr>
            <w:tcW w:w="0" w:type="auto"/>
            <w:hideMark/>
          </w:tcPr>
          <w:p w14:paraId="357D27CA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11</w:t>
            </w:r>
          </w:p>
        </w:tc>
      </w:tr>
      <w:tr w:rsidR="00DB7C43" w:rsidRPr="00DB7C43" w14:paraId="4E6664D0" w14:textId="77777777" w:rsidTr="00DB7C43">
        <w:tc>
          <w:tcPr>
            <w:tcW w:w="0" w:type="auto"/>
            <w:hideMark/>
          </w:tcPr>
          <w:p w14:paraId="5F6DD29C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6</w:t>
            </w:r>
          </w:p>
        </w:tc>
        <w:tc>
          <w:tcPr>
            <w:tcW w:w="0" w:type="auto"/>
            <w:hideMark/>
          </w:tcPr>
          <w:p w14:paraId="13358CAE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eastAsia="es-ES"/>
              </w:rPr>
            </w:pPr>
            <w:r w:rsidRPr="00DB7C43">
              <w:rPr>
                <w:sz w:val="24"/>
                <w:szCs w:val="24"/>
                <w:lang w:eastAsia="es-ES"/>
              </w:rPr>
              <w:t>Повторение и обобщение изученного материала</w:t>
            </w:r>
          </w:p>
        </w:tc>
        <w:tc>
          <w:tcPr>
            <w:tcW w:w="0" w:type="auto"/>
            <w:hideMark/>
          </w:tcPr>
          <w:p w14:paraId="0862B92B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8</w:t>
            </w:r>
          </w:p>
        </w:tc>
      </w:tr>
      <w:tr w:rsidR="00DB7C43" w:rsidRPr="00DB7C43" w14:paraId="2B9C39E0" w14:textId="77777777" w:rsidTr="00DB7C43">
        <w:tc>
          <w:tcPr>
            <w:tcW w:w="0" w:type="auto"/>
            <w:hideMark/>
          </w:tcPr>
          <w:p w14:paraId="49365043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43B1E5DE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за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 8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класс</w:t>
            </w:r>
            <w:proofErr w:type="spellEnd"/>
          </w:p>
        </w:tc>
        <w:tc>
          <w:tcPr>
            <w:tcW w:w="0" w:type="auto"/>
            <w:hideMark/>
          </w:tcPr>
          <w:p w14:paraId="1ACC5316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102</w:t>
            </w:r>
          </w:p>
        </w:tc>
      </w:tr>
      <w:tr w:rsidR="00DB7C43" w:rsidRPr="00DB7C43" w14:paraId="0E03E351" w14:textId="77777777" w:rsidTr="00DB7C43">
        <w:tc>
          <w:tcPr>
            <w:tcW w:w="0" w:type="auto"/>
            <w:hideMark/>
          </w:tcPr>
          <w:p w14:paraId="236519C6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789A7AC5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9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класс</w:t>
            </w:r>
            <w:proofErr w:type="spellEnd"/>
          </w:p>
        </w:tc>
        <w:tc>
          <w:tcPr>
            <w:tcW w:w="0" w:type="auto"/>
            <w:hideMark/>
          </w:tcPr>
          <w:p w14:paraId="5964E076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</w:tr>
      <w:tr w:rsidR="00DB7C43" w:rsidRPr="00DB7C43" w14:paraId="30098AE7" w14:textId="77777777" w:rsidTr="00DB7C43">
        <w:tc>
          <w:tcPr>
            <w:tcW w:w="0" w:type="auto"/>
            <w:hideMark/>
          </w:tcPr>
          <w:p w14:paraId="463442BD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</w:t>
            </w:r>
          </w:p>
        </w:tc>
        <w:tc>
          <w:tcPr>
            <w:tcW w:w="0" w:type="auto"/>
            <w:hideMark/>
          </w:tcPr>
          <w:p w14:paraId="5DF11BDC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Квадратичная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функция</w:t>
            </w:r>
            <w:proofErr w:type="spellEnd"/>
          </w:p>
        </w:tc>
        <w:tc>
          <w:tcPr>
            <w:tcW w:w="0" w:type="auto"/>
            <w:hideMark/>
          </w:tcPr>
          <w:p w14:paraId="05C6A08A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22</w:t>
            </w:r>
          </w:p>
        </w:tc>
      </w:tr>
      <w:tr w:rsidR="00DB7C43" w:rsidRPr="00DB7C43" w14:paraId="02A814B0" w14:textId="77777777" w:rsidTr="00DB7C43">
        <w:tc>
          <w:tcPr>
            <w:tcW w:w="0" w:type="auto"/>
            <w:hideMark/>
          </w:tcPr>
          <w:p w14:paraId="79227F4E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2</w:t>
            </w:r>
          </w:p>
        </w:tc>
        <w:tc>
          <w:tcPr>
            <w:tcW w:w="0" w:type="auto"/>
            <w:hideMark/>
          </w:tcPr>
          <w:p w14:paraId="3B7AC6CD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eastAsia="es-ES"/>
              </w:rPr>
            </w:pPr>
            <w:r w:rsidRPr="00DB7C43">
              <w:rPr>
                <w:sz w:val="24"/>
                <w:szCs w:val="24"/>
                <w:lang w:eastAsia="es-ES"/>
              </w:rPr>
              <w:t>Уравнения и неравенства с одной переменной</w:t>
            </w:r>
          </w:p>
        </w:tc>
        <w:tc>
          <w:tcPr>
            <w:tcW w:w="0" w:type="auto"/>
            <w:hideMark/>
          </w:tcPr>
          <w:p w14:paraId="70297CDD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14</w:t>
            </w:r>
          </w:p>
        </w:tc>
      </w:tr>
      <w:tr w:rsidR="00DB7C43" w:rsidRPr="00DB7C43" w14:paraId="357495A8" w14:textId="77777777" w:rsidTr="00DB7C43">
        <w:tc>
          <w:tcPr>
            <w:tcW w:w="0" w:type="auto"/>
            <w:hideMark/>
          </w:tcPr>
          <w:p w14:paraId="052E54B8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3</w:t>
            </w:r>
          </w:p>
        </w:tc>
        <w:tc>
          <w:tcPr>
            <w:tcW w:w="0" w:type="auto"/>
            <w:hideMark/>
          </w:tcPr>
          <w:p w14:paraId="5D74D3D6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eastAsia="es-ES"/>
              </w:rPr>
            </w:pPr>
            <w:r w:rsidRPr="00DB7C43">
              <w:rPr>
                <w:sz w:val="24"/>
                <w:szCs w:val="24"/>
                <w:lang w:eastAsia="es-ES"/>
              </w:rPr>
              <w:t>Уравнения и неравенства с двумя переменными</w:t>
            </w:r>
          </w:p>
        </w:tc>
        <w:tc>
          <w:tcPr>
            <w:tcW w:w="0" w:type="auto"/>
            <w:hideMark/>
          </w:tcPr>
          <w:p w14:paraId="65EFA407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17</w:t>
            </w:r>
          </w:p>
        </w:tc>
      </w:tr>
      <w:tr w:rsidR="00DB7C43" w:rsidRPr="00DB7C43" w14:paraId="3B9BE105" w14:textId="77777777" w:rsidTr="00DB7C43">
        <w:tc>
          <w:tcPr>
            <w:tcW w:w="0" w:type="auto"/>
            <w:hideMark/>
          </w:tcPr>
          <w:p w14:paraId="549E2433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4</w:t>
            </w:r>
          </w:p>
        </w:tc>
        <w:tc>
          <w:tcPr>
            <w:tcW w:w="0" w:type="auto"/>
            <w:hideMark/>
          </w:tcPr>
          <w:p w14:paraId="51DF8E05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Арифметическая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и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геометрическая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прогрессии</w:t>
            </w:r>
            <w:proofErr w:type="spellEnd"/>
          </w:p>
        </w:tc>
        <w:tc>
          <w:tcPr>
            <w:tcW w:w="0" w:type="auto"/>
            <w:hideMark/>
          </w:tcPr>
          <w:p w14:paraId="08583953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15</w:t>
            </w:r>
          </w:p>
        </w:tc>
      </w:tr>
      <w:tr w:rsidR="00DB7C43" w:rsidRPr="00DB7C43" w14:paraId="61B72A77" w14:textId="77777777" w:rsidTr="00DB7C43">
        <w:tc>
          <w:tcPr>
            <w:tcW w:w="0" w:type="auto"/>
            <w:hideMark/>
          </w:tcPr>
          <w:p w14:paraId="66145BAC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5</w:t>
            </w:r>
          </w:p>
        </w:tc>
        <w:tc>
          <w:tcPr>
            <w:tcW w:w="0" w:type="auto"/>
            <w:hideMark/>
          </w:tcPr>
          <w:p w14:paraId="360DD40A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eastAsia="es-ES"/>
              </w:rPr>
              <w:t xml:space="preserve">Повторение, обобщение и систематизация изученного материала. </w:t>
            </w:r>
            <w:proofErr w:type="spellStart"/>
            <w:r w:rsidRPr="00DB7C43">
              <w:rPr>
                <w:sz w:val="24"/>
                <w:szCs w:val="24"/>
                <w:lang w:val="es-ES" w:eastAsia="es-ES"/>
              </w:rPr>
              <w:t>Подготовка</w:t>
            </w:r>
            <w:proofErr w:type="spellEnd"/>
            <w:r w:rsidRPr="00DB7C43">
              <w:rPr>
                <w:sz w:val="24"/>
                <w:szCs w:val="24"/>
                <w:lang w:val="es-ES" w:eastAsia="es-ES"/>
              </w:rPr>
              <w:t xml:space="preserve"> к ГИА</w:t>
            </w:r>
          </w:p>
        </w:tc>
        <w:tc>
          <w:tcPr>
            <w:tcW w:w="0" w:type="auto"/>
            <w:hideMark/>
          </w:tcPr>
          <w:p w14:paraId="4B8C5574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sz w:val="24"/>
                <w:szCs w:val="24"/>
                <w:lang w:val="es-ES" w:eastAsia="es-ES"/>
              </w:rPr>
              <w:t>34</w:t>
            </w:r>
          </w:p>
        </w:tc>
      </w:tr>
      <w:tr w:rsidR="00DB7C43" w:rsidRPr="00DB7C43" w14:paraId="61736309" w14:textId="77777777" w:rsidTr="00DB7C43">
        <w:tc>
          <w:tcPr>
            <w:tcW w:w="0" w:type="auto"/>
            <w:hideMark/>
          </w:tcPr>
          <w:p w14:paraId="4AE50394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4EC71144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Итого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за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 9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класс</w:t>
            </w:r>
            <w:proofErr w:type="spellEnd"/>
          </w:p>
        </w:tc>
        <w:tc>
          <w:tcPr>
            <w:tcW w:w="0" w:type="auto"/>
            <w:hideMark/>
          </w:tcPr>
          <w:p w14:paraId="45EE4900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102</w:t>
            </w:r>
          </w:p>
        </w:tc>
      </w:tr>
      <w:tr w:rsidR="00DB7C43" w:rsidRPr="00DB7C43" w14:paraId="7C3C59E3" w14:textId="77777777" w:rsidTr="00DB7C43">
        <w:tc>
          <w:tcPr>
            <w:tcW w:w="0" w:type="auto"/>
            <w:hideMark/>
          </w:tcPr>
          <w:p w14:paraId="22AB288A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</w:p>
        </w:tc>
        <w:tc>
          <w:tcPr>
            <w:tcW w:w="0" w:type="auto"/>
            <w:hideMark/>
          </w:tcPr>
          <w:p w14:paraId="1B3EE890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Всего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по</w:t>
            </w:r>
            <w:proofErr w:type="spellEnd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 xml:space="preserve"> </w:t>
            </w:r>
            <w:proofErr w:type="spellStart"/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программе</w:t>
            </w:r>
            <w:proofErr w:type="spellEnd"/>
          </w:p>
        </w:tc>
        <w:tc>
          <w:tcPr>
            <w:tcW w:w="0" w:type="auto"/>
            <w:hideMark/>
          </w:tcPr>
          <w:p w14:paraId="576C9927" w14:textId="77777777" w:rsidR="00DB7C43" w:rsidRPr="00DB7C43" w:rsidRDefault="00DB7C43" w:rsidP="00DB7C43">
            <w:pPr>
              <w:widowControl/>
              <w:autoSpaceDE/>
              <w:autoSpaceDN/>
              <w:rPr>
                <w:sz w:val="24"/>
                <w:szCs w:val="24"/>
                <w:lang w:val="es-ES" w:eastAsia="es-ES"/>
              </w:rPr>
            </w:pPr>
            <w:r w:rsidRPr="00DB7C43">
              <w:rPr>
                <w:b/>
                <w:bCs/>
                <w:sz w:val="24"/>
                <w:szCs w:val="24"/>
                <w:lang w:val="es-ES" w:eastAsia="es-ES"/>
              </w:rPr>
              <w:t>306</w:t>
            </w:r>
          </w:p>
        </w:tc>
      </w:tr>
    </w:tbl>
    <w:p w14:paraId="70895FAC" w14:textId="77777777" w:rsidR="00DB7CC2" w:rsidRDefault="00DB7CC2">
      <w:pPr>
        <w:pStyle w:val="a7"/>
        <w:rPr>
          <w:sz w:val="24"/>
        </w:rPr>
        <w:sectPr w:rsidR="00DB7CC2">
          <w:footerReference w:type="default" r:id="rId7"/>
          <w:type w:val="continuous"/>
          <w:pgSz w:w="11910" w:h="16840"/>
          <w:pgMar w:top="1100" w:right="425" w:bottom="1200" w:left="1559" w:header="0" w:footer="1002" w:gutter="0"/>
          <w:cols w:space="720"/>
        </w:sectPr>
      </w:pPr>
    </w:p>
    <w:p w14:paraId="433A3873" w14:textId="77777777" w:rsidR="00AC6A40" w:rsidRPr="00AC6A40" w:rsidRDefault="00AC6A40" w:rsidP="00AC6A40">
      <w:pPr>
        <w:jc w:val="center"/>
        <w:rPr>
          <w:sz w:val="24"/>
          <w:szCs w:val="24"/>
        </w:rPr>
      </w:pPr>
      <w:r>
        <w:rPr>
          <w:b/>
          <w:sz w:val="28"/>
        </w:rPr>
        <w:t>КАЛЕНДАРНО-ТЕМАТИЧЕСКОЕ ПЛАНИРОВАНИЕ</w:t>
      </w:r>
      <w:r>
        <w:rPr>
          <w:b/>
          <w:sz w:val="28"/>
        </w:rPr>
        <w:br/>
      </w:r>
      <w:r w:rsidRPr="00AC6A40">
        <w:rPr>
          <w:b/>
          <w:sz w:val="24"/>
          <w:szCs w:val="24"/>
        </w:rPr>
        <w:t>учебного курса «Алгебра» для 7–9 классов</w:t>
      </w:r>
      <w:r w:rsidRPr="00AC6A40">
        <w:rPr>
          <w:b/>
          <w:sz w:val="24"/>
          <w:szCs w:val="24"/>
        </w:rPr>
        <w:br/>
        <w:t>2026/2027 учебный год</w:t>
      </w:r>
    </w:p>
    <w:p w14:paraId="2B9478DB" w14:textId="77777777" w:rsidR="00AC6A40" w:rsidRPr="00AC6A40" w:rsidRDefault="00AC6A40" w:rsidP="00AC6A40">
      <w:pPr>
        <w:jc w:val="center"/>
        <w:rPr>
          <w:sz w:val="24"/>
          <w:szCs w:val="24"/>
        </w:rPr>
      </w:pPr>
      <w:r w:rsidRPr="00AC6A40">
        <w:rPr>
          <w:sz w:val="24"/>
          <w:szCs w:val="24"/>
        </w:rPr>
        <w:t>3 часа в неделю, 102 часа в год в каждом классе; всего — 306 часов</w:t>
      </w:r>
    </w:p>
    <w:p w14:paraId="06E735D5" w14:textId="77777777" w:rsidR="00AC6A40" w:rsidRDefault="00AC6A40" w:rsidP="00AC6A40">
      <w:pPr>
        <w:jc w:val="center"/>
      </w:pPr>
      <w:r>
        <w:rPr>
          <w:b/>
          <w:sz w:val="26"/>
        </w:rPr>
        <w:t>7 КЛАСС</w:t>
      </w:r>
    </w:p>
    <w:tbl>
      <w:tblPr>
        <w:tblStyle w:val="aa"/>
        <w:tblW w:w="0" w:type="auto"/>
        <w:tblInd w:w="-459" w:type="dxa"/>
        <w:tblLook w:val="04A0" w:firstRow="1" w:lastRow="0" w:firstColumn="1" w:lastColumn="0" w:noHBand="0" w:noVBand="1"/>
      </w:tblPr>
      <w:tblGrid>
        <w:gridCol w:w="743"/>
        <w:gridCol w:w="899"/>
        <w:gridCol w:w="2044"/>
        <w:gridCol w:w="1135"/>
        <w:gridCol w:w="3543"/>
        <w:gridCol w:w="1914"/>
        <w:gridCol w:w="32"/>
      </w:tblGrid>
      <w:tr w:rsidR="00AC6A40" w:rsidRPr="00AC6A40" w14:paraId="2A380353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F08EB2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№ урока</w:t>
            </w:r>
          </w:p>
        </w:tc>
        <w:tc>
          <w:tcPr>
            <w:tcW w:w="899" w:type="dxa"/>
          </w:tcPr>
          <w:p w14:paraId="4432B2B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№ в разделе</w:t>
            </w:r>
          </w:p>
        </w:tc>
        <w:tc>
          <w:tcPr>
            <w:tcW w:w="2044" w:type="dxa"/>
          </w:tcPr>
          <w:p w14:paraId="67FE746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Тема урока / содержание</w:t>
            </w:r>
          </w:p>
        </w:tc>
        <w:tc>
          <w:tcPr>
            <w:tcW w:w="1135" w:type="dxa"/>
          </w:tcPr>
          <w:p w14:paraId="27C3E15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3543" w:type="dxa"/>
          </w:tcPr>
          <w:p w14:paraId="20A9A01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Основные виды учебной деятельности обучающихся</w:t>
            </w:r>
          </w:p>
        </w:tc>
        <w:tc>
          <w:tcPr>
            <w:tcW w:w="1911" w:type="dxa"/>
          </w:tcPr>
          <w:p w14:paraId="266FCDD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Формы текущего контроля</w:t>
            </w:r>
          </w:p>
        </w:tc>
      </w:tr>
      <w:tr w:rsidR="00AC6A40" w:rsidRPr="00AC6A40" w14:paraId="7183A0C7" w14:textId="77777777" w:rsidTr="00AC6A40">
        <w:tc>
          <w:tcPr>
            <w:tcW w:w="10307" w:type="dxa"/>
            <w:gridSpan w:val="7"/>
          </w:tcPr>
          <w:p w14:paraId="41E461A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Выражения, тождества, уравнения — 22 ч.</w:t>
            </w:r>
          </w:p>
        </w:tc>
      </w:tr>
      <w:tr w:rsidR="00AC6A40" w:rsidRPr="00AC6A40" w14:paraId="3551AA98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1BBF35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899" w:type="dxa"/>
          </w:tcPr>
          <w:p w14:paraId="0272628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2044" w:type="dxa"/>
          </w:tcPr>
          <w:p w14:paraId="793B022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Числовые выражения. Значение числового выражения</w:t>
            </w:r>
          </w:p>
        </w:tc>
        <w:tc>
          <w:tcPr>
            <w:tcW w:w="1135" w:type="dxa"/>
          </w:tcPr>
          <w:p w14:paraId="67CD761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03859D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1CDBBF9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04E9D73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90A5F8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</w:t>
            </w:r>
          </w:p>
        </w:tc>
        <w:tc>
          <w:tcPr>
            <w:tcW w:w="899" w:type="dxa"/>
          </w:tcPr>
          <w:p w14:paraId="3DFFEE3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</w:t>
            </w:r>
          </w:p>
        </w:tc>
        <w:tc>
          <w:tcPr>
            <w:tcW w:w="2044" w:type="dxa"/>
          </w:tcPr>
          <w:p w14:paraId="1E61F5C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Выражения с переменными</w:t>
            </w:r>
          </w:p>
        </w:tc>
        <w:tc>
          <w:tcPr>
            <w:tcW w:w="1135" w:type="dxa"/>
          </w:tcPr>
          <w:p w14:paraId="2F1F295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982AC9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0524654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B4E07F7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2FB2F4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</w:t>
            </w:r>
          </w:p>
        </w:tc>
        <w:tc>
          <w:tcPr>
            <w:tcW w:w="899" w:type="dxa"/>
          </w:tcPr>
          <w:p w14:paraId="3950885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</w:t>
            </w:r>
          </w:p>
        </w:tc>
        <w:tc>
          <w:tcPr>
            <w:tcW w:w="2044" w:type="dxa"/>
          </w:tcPr>
          <w:p w14:paraId="618C10A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Сравнение значений выражений</w:t>
            </w:r>
          </w:p>
        </w:tc>
        <w:tc>
          <w:tcPr>
            <w:tcW w:w="1135" w:type="dxa"/>
          </w:tcPr>
          <w:p w14:paraId="5567D1B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AE4A39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00655A8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E7349EA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0B94674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</w:t>
            </w:r>
          </w:p>
        </w:tc>
        <w:tc>
          <w:tcPr>
            <w:tcW w:w="899" w:type="dxa"/>
          </w:tcPr>
          <w:p w14:paraId="574BAB4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</w:t>
            </w:r>
          </w:p>
        </w:tc>
        <w:tc>
          <w:tcPr>
            <w:tcW w:w="2044" w:type="dxa"/>
          </w:tcPr>
          <w:p w14:paraId="0CF7508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Свойства арифметических действий</w:t>
            </w:r>
          </w:p>
        </w:tc>
        <w:tc>
          <w:tcPr>
            <w:tcW w:w="1135" w:type="dxa"/>
          </w:tcPr>
          <w:p w14:paraId="06D96E0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E5E458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619F119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31A94787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7E7715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</w:t>
            </w:r>
          </w:p>
        </w:tc>
        <w:tc>
          <w:tcPr>
            <w:tcW w:w="899" w:type="dxa"/>
          </w:tcPr>
          <w:p w14:paraId="24F426E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</w:t>
            </w:r>
          </w:p>
        </w:tc>
        <w:tc>
          <w:tcPr>
            <w:tcW w:w="2044" w:type="dxa"/>
          </w:tcPr>
          <w:p w14:paraId="4585D91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Тождества. Тождественно равные выражения</w:t>
            </w:r>
          </w:p>
        </w:tc>
        <w:tc>
          <w:tcPr>
            <w:tcW w:w="1135" w:type="dxa"/>
          </w:tcPr>
          <w:p w14:paraId="3AE536E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677C13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3B3D170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16052C24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629D3A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</w:t>
            </w:r>
          </w:p>
        </w:tc>
        <w:tc>
          <w:tcPr>
            <w:tcW w:w="899" w:type="dxa"/>
          </w:tcPr>
          <w:p w14:paraId="4DAA27D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</w:t>
            </w:r>
          </w:p>
        </w:tc>
        <w:tc>
          <w:tcPr>
            <w:tcW w:w="2044" w:type="dxa"/>
          </w:tcPr>
          <w:p w14:paraId="13C7C32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Тождественные преобразования выражений</w:t>
            </w:r>
          </w:p>
        </w:tc>
        <w:tc>
          <w:tcPr>
            <w:tcW w:w="1135" w:type="dxa"/>
          </w:tcPr>
          <w:p w14:paraId="719619F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66EE31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0709977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F5D1F8E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F7B2E7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</w:t>
            </w:r>
          </w:p>
        </w:tc>
        <w:tc>
          <w:tcPr>
            <w:tcW w:w="899" w:type="dxa"/>
          </w:tcPr>
          <w:p w14:paraId="13B2F08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</w:t>
            </w:r>
          </w:p>
        </w:tc>
        <w:tc>
          <w:tcPr>
            <w:tcW w:w="2044" w:type="dxa"/>
          </w:tcPr>
          <w:p w14:paraId="52C1A48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Раскрытие скобок</w:t>
            </w:r>
          </w:p>
        </w:tc>
        <w:tc>
          <w:tcPr>
            <w:tcW w:w="1135" w:type="dxa"/>
          </w:tcPr>
          <w:p w14:paraId="69D1F88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7384E4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0620B21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156AB0F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290667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</w:t>
            </w:r>
          </w:p>
        </w:tc>
        <w:tc>
          <w:tcPr>
            <w:tcW w:w="899" w:type="dxa"/>
          </w:tcPr>
          <w:p w14:paraId="18B717C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</w:t>
            </w:r>
          </w:p>
        </w:tc>
        <w:tc>
          <w:tcPr>
            <w:tcW w:w="2044" w:type="dxa"/>
          </w:tcPr>
          <w:p w14:paraId="43180A8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Приведение подобных слагаемых</w:t>
            </w:r>
          </w:p>
        </w:tc>
        <w:tc>
          <w:tcPr>
            <w:tcW w:w="1135" w:type="dxa"/>
          </w:tcPr>
          <w:p w14:paraId="0C57CF3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FB4DDA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78A8086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E9FCC8B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4ED4A4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</w:t>
            </w:r>
          </w:p>
        </w:tc>
        <w:tc>
          <w:tcPr>
            <w:tcW w:w="899" w:type="dxa"/>
          </w:tcPr>
          <w:p w14:paraId="2E47218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</w:t>
            </w:r>
          </w:p>
        </w:tc>
        <w:tc>
          <w:tcPr>
            <w:tcW w:w="2044" w:type="dxa"/>
          </w:tcPr>
          <w:p w14:paraId="79DDA6B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Линейное уравнение с одной переменной</w:t>
            </w:r>
          </w:p>
        </w:tc>
        <w:tc>
          <w:tcPr>
            <w:tcW w:w="1135" w:type="dxa"/>
          </w:tcPr>
          <w:p w14:paraId="475255B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CAEF1A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1E7A231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74435351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376BF0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</w:t>
            </w:r>
          </w:p>
        </w:tc>
        <w:tc>
          <w:tcPr>
            <w:tcW w:w="899" w:type="dxa"/>
          </w:tcPr>
          <w:p w14:paraId="5D8B0A7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</w:t>
            </w:r>
          </w:p>
        </w:tc>
        <w:tc>
          <w:tcPr>
            <w:tcW w:w="2044" w:type="dxa"/>
          </w:tcPr>
          <w:p w14:paraId="3A1C72E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Корень уравнения</w:t>
            </w:r>
          </w:p>
        </w:tc>
        <w:tc>
          <w:tcPr>
            <w:tcW w:w="1135" w:type="dxa"/>
          </w:tcPr>
          <w:p w14:paraId="707110A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C99103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570EF7C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7E60F23B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5E0511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11</w:t>
            </w:r>
          </w:p>
        </w:tc>
        <w:tc>
          <w:tcPr>
            <w:tcW w:w="899" w:type="dxa"/>
          </w:tcPr>
          <w:p w14:paraId="1993091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11</w:t>
            </w:r>
          </w:p>
        </w:tc>
        <w:tc>
          <w:tcPr>
            <w:tcW w:w="2044" w:type="dxa"/>
          </w:tcPr>
          <w:p w14:paraId="38D174C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Равносильные уравнения</w:t>
            </w:r>
          </w:p>
        </w:tc>
        <w:tc>
          <w:tcPr>
            <w:tcW w:w="1135" w:type="dxa"/>
          </w:tcPr>
          <w:p w14:paraId="5678D41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46CAD1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0838996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71F26CEF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839B30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12</w:t>
            </w:r>
          </w:p>
        </w:tc>
        <w:tc>
          <w:tcPr>
            <w:tcW w:w="899" w:type="dxa"/>
          </w:tcPr>
          <w:p w14:paraId="0895D51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12</w:t>
            </w:r>
          </w:p>
        </w:tc>
        <w:tc>
          <w:tcPr>
            <w:tcW w:w="2044" w:type="dxa"/>
          </w:tcPr>
          <w:p w14:paraId="771D442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линейных уравнений</w:t>
            </w:r>
          </w:p>
        </w:tc>
        <w:tc>
          <w:tcPr>
            <w:tcW w:w="1135" w:type="dxa"/>
          </w:tcPr>
          <w:p w14:paraId="38CD443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5BFECE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1EEFD60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14AF6989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C49F4F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13</w:t>
            </w:r>
          </w:p>
        </w:tc>
        <w:tc>
          <w:tcPr>
            <w:tcW w:w="899" w:type="dxa"/>
          </w:tcPr>
          <w:p w14:paraId="3C47E0E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13</w:t>
            </w:r>
          </w:p>
        </w:tc>
        <w:tc>
          <w:tcPr>
            <w:tcW w:w="2044" w:type="dxa"/>
          </w:tcPr>
          <w:p w14:paraId="2C8AEB4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Уравнения, содержащие скобки</w:t>
            </w:r>
          </w:p>
        </w:tc>
        <w:tc>
          <w:tcPr>
            <w:tcW w:w="1135" w:type="dxa"/>
          </w:tcPr>
          <w:p w14:paraId="6871174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597BF4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3991427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898CB18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87056E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14</w:t>
            </w:r>
          </w:p>
        </w:tc>
        <w:tc>
          <w:tcPr>
            <w:tcW w:w="899" w:type="dxa"/>
          </w:tcPr>
          <w:p w14:paraId="78C1D2B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14</w:t>
            </w:r>
          </w:p>
        </w:tc>
        <w:tc>
          <w:tcPr>
            <w:tcW w:w="2044" w:type="dxa"/>
          </w:tcPr>
          <w:p w14:paraId="3EBDED0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Уравнения с переменной в обеих частях</w:t>
            </w:r>
          </w:p>
        </w:tc>
        <w:tc>
          <w:tcPr>
            <w:tcW w:w="1135" w:type="dxa"/>
          </w:tcPr>
          <w:p w14:paraId="173A2B7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DA3120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63F6A80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934D2AB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8B4142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15</w:t>
            </w:r>
          </w:p>
        </w:tc>
        <w:tc>
          <w:tcPr>
            <w:tcW w:w="899" w:type="dxa"/>
          </w:tcPr>
          <w:p w14:paraId="5F773F5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15</w:t>
            </w:r>
          </w:p>
        </w:tc>
        <w:tc>
          <w:tcPr>
            <w:tcW w:w="2044" w:type="dxa"/>
          </w:tcPr>
          <w:p w14:paraId="7CC4E40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задач с помощью уравнений</w:t>
            </w:r>
          </w:p>
        </w:tc>
        <w:tc>
          <w:tcPr>
            <w:tcW w:w="1135" w:type="dxa"/>
          </w:tcPr>
          <w:p w14:paraId="286C1BE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67784C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422E671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11E6B1F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A82954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16</w:t>
            </w:r>
          </w:p>
        </w:tc>
        <w:tc>
          <w:tcPr>
            <w:tcW w:w="899" w:type="dxa"/>
          </w:tcPr>
          <w:p w14:paraId="0EA5B69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16</w:t>
            </w:r>
          </w:p>
        </w:tc>
        <w:tc>
          <w:tcPr>
            <w:tcW w:w="2044" w:type="dxa"/>
          </w:tcPr>
          <w:p w14:paraId="065B552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Задачи на движение</w:t>
            </w:r>
          </w:p>
        </w:tc>
        <w:tc>
          <w:tcPr>
            <w:tcW w:w="1135" w:type="dxa"/>
          </w:tcPr>
          <w:p w14:paraId="78DE111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A4225A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56AB350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B5AFC23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0700375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17</w:t>
            </w:r>
          </w:p>
        </w:tc>
        <w:tc>
          <w:tcPr>
            <w:tcW w:w="899" w:type="dxa"/>
          </w:tcPr>
          <w:p w14:paraId="2E58BFF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17</w:t>
            </w:r>
          </w:p>
        </w:tc>
        <w:tc>
          <w:tcPr>
            <w:tcW w:w="2044" w:type="dxa"/>
          </w:tcPr>
          <w:p w14:paraId="1DC9D35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Задачи на проценты</w:t>
            </w:r>
          </w:p>
        </w:tc>
        <w:tc>
          <w:tcPr>
            <w:tcW w:w="1135" w:type="dxa"/>
          </w:tcPr>
          <w:p w14:paraId="62BCA56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A23245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3137238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3BCA76C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C879B7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18</w:t>
            </w:r>
          </w:p>
        </w:tc>
        <w:tc>
          <w:tcPr>
            <w:tcW w:w="899" w:type="dxa"/>
          </w:tcPr>
          <w:p w14:paraId="5964DCE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18</w:t>
            </w:r>
          </w:p>
        </w:tc>
        <w:tc>
          <w:tcPr>
            <w:tcW w:w="2044" w:type="dxa"/>
          </w:tcPr>
          <w:p w14:paraId="0D7B899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Задачи на отношения и пропорции</w:t>
            </w:r>
          </w:p>
        </w:tc>
        <w:tc>
          <w:tcPr>
            <w:tcW w:w="1135" w:type="dxa"/>
          </w:tcPr>
          <w:p w14:paraId="575A79D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500FCF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51F5F4C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1BF7DD0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76FC35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19</w:t>
            </w:r>
          </w:p>
        </w:tc>
        <w:tc>
          <w:tcPr>
            <w:tcW w:w="899" w:type="dxa"/>
          </w:tcPr>
          <w:p w14:paraId="75A6743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19</w:t>
            </w:r>
          </w:p>
        </w:tc>
        <w:tc>
          <w:tcPr>
            <w:tcW w:w="2044" w:type="dxa"/>
          </w:tcPr>
          <w:p w14:paraId="0DC4587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Практико-ориентированные задачи с помощью уравнений</w:t>
            </w:r>
          </w:p>
        </w:tc>
        <w:tc>
          <w:tcPr>
            <w:tcW w:w="1135" w:type="dxa"/>
          </w:tcPr>
          <w:p w14:paraId="4083816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008765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2FB1596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1DFB0B1E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A4A73A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20</w:t>
            </w:r>
          </w:p>
        </w:tc>
        <w:tc>
          <w:tcPr>
            <w:tcW w:w="899" w:type="dxa"/>
          </w:tcPr>
          <w:p w14:paraId="45436E0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20</w:t>
            </w:r>
          </w:p>
        </w:tc>
        <w:tc>
          <w:tcPr>
            <w:tcW w:w="2044" w:type="dxa"/>
          </w:tcPr>
          <w:p w14:paraId="46E13B1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Обобщение по теме «Выражения и уравнения»</w:t>
            </w:r>
          </w:p>
        </w:tc>
        <w:tc>
          <w:tcPr>
            <w:tcW w:w="1135" w:type="dxa"/>
          </w:tcPr>
          <w:p w14:paraId="49A4C9C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1DEC59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6A5019C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C6A40" w14:paraId="2EB16B8C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2E64D7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21</w:t>
            </w:r>
          </w:p>
        </w:tc>
        <w:tc>
          <w:tcPr>
            <w:tcW w:w="899" w:type="dxa"/>
          </w:tcPr>
          <w:p w14:paraId="1836F10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21</w:t>
            </w:r>
          </w:p>
        </w:tc>
        <w:tc>
          <w:tcPr>
            <w:tcW w:w="2044" w:type="dxa"/>
          </w:tcPr>
          <w:p w14:paraId="0ECA4E4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Самостоятельная работа по теме</w:t>
            </w:r>
          </w:p>
        </w:tc>
        <w:tc>
          <w:tcPr>
            <w:tcW w:w="1135" w:type="dxa"/>
          </w:tcPr>
          <w:p w14:paraId="0228AE8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6DBBB97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55C62CC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C6A40" w14:paraId="65021DA5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777A0B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22</w:t>
            </w:r>
          </w:p>
        </w:tc>
        <w:tc>
          <w:tcPr>
            <w:tcW w:w="899" w:type="dxa"/>
          </w:tcPr>
          <w:p w14:paraId="735E6C6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22</w:t>
            </w:r>
          </w:p>
        </w:tc>
        <w:tc>
          <w:tcPr>
            <w:tcW w:w="2044" w:type="dxa"/>
          </w:tcPr>
          <w:p w14:paraId="0872251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Коррекция и систематизация знаний по разделу</w:t>
            </w:r>
          </w:p>
        </w:tc>
        <w:tc>
          <w:tcPr>
            <w:tcW w:w="1135" w:type="dxa"/>
          </w:tcPr>
          <w:p w14:paraId="1E0552C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D46307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18BEA66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125DB527" w14:textId="77777777" w:rsidTr="00AC6A40">
        <w:tc>
          <w:tcPr>
            <w:tcW w:w="10307" w:type="dxa"/>
            <w:gridSpan w:val="7"/>
          </w:tcPr>
          <w:p w14:paraId="1D38428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Функции — 11 ч.</w:t>
            </w:r>
          </w:p>
        </w:tc>
      </w:tr>
      <w:tr w:rsidR="00AC6A40" w:rsidRPr="00AC6A40" w14:paraId="570A13C6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FFB46C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23</w:t>
            </w:r>
          </w:p>
        </w:tc>
        <w:tc>
          <w:tcPr>
            <w:tcW w:w="899" w:type="dxa"/>
          </w:tcPr>
          <w:p w14:paraId="55D7F1B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2044" w:type="dxa"/>
          </w:tcPr>
          <w:p w14:paraId="586047F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Понятие функции. Аргумент и значение функции</w:t>
            </w:r>
          </w:p>
        </w:tc>
        <w:tc>
          <w:tcPr>
            <w:tcW w:w="1135" w:type="dxa"/>
          </w:tcPr>
          <w:p w14:paraId="00B5330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272A5A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4348B30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581DB52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8A57E2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24</w:t>
            </w:r>
          </w:p>
        </w:tc>
        <w:tc>
          <w:tcPr>
            <w:tcW w:w="899" w:type="dxa"/>
          </w:tcPr>
          <w:p w14:paraId="3FE5753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</w:t>
            </w:r>
          </w:p>
        </w:tc>
        <w:tc>
          <w:tcPr>
            <w:tcW w:w="2044" w:type="dxa"/>
          </w:tcPr>
          <w:p w14:paraId="60CF5B2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Способы задания функции</w:t>
            </w:r>
          </w:p>
        </w:tc>
        <w:tc>
          <w:tcPr>
            <w:tcW w:w="1135" w:type="dxa"/>
          </w:tcPr>
          <w:p w14:paraId="0DE9F27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63088C2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59F4F5A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8C40718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01C79AB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25</w:t>
            </w:r>
          </w:p>
        </w:tc>
        <w:tc>
          <w:tcPr>
            <w:tcW w:w="899" w:type="dxa"/>
          </w:tcPr>
          <w:p w14:paraId="6187A56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</w:t>
            </w:r>
          </w:p>
        </w:tc>
        <w:tc>
          <w:tcPr>
            <w:tcW w:w="2044" w:type="dxa"/>
          </w:tcPr>
          <w:p w14:paraId="2BE1B72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Табличный способ задания функции</w:t>
            </w:r>
          </w:p>
        </w:tc>
        <w:tc>
          <w:tcPr>
            <w:tcW w:w="1135" w:type="dxa"/>
          </w:tcPr>
          <w:p w14:paraId="0D3CA71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6AE204B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7BDC2D5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4BED9C2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3510F3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26</w:t>
            </w:r>
          </w:p>
        </w:tc>
        <w:tc>
          <w:tcPr>
            <w:tcW w:w="899" w:type="dxa"/>
          </w:tcPr>
          <w:p w14:paraId="77C28A1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</w:t>
            </w:r>
          </w:p>
        </w:tc>
        <w:tc>
          <w:tcPr>
            <w:tcW w:w="2044" w:type="dxa"/>
          </w:tcPr>
          <w:p w14:paraId="7D38D35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График функции</w:t>
            </w:r>
          </w:p>
        </w:tc>
        <w:tc>
          <w:tcPr>
            <w:tcW w:w="1135" w:type="dxa"/>
          </w:tcPr>
          <w:p w14:paraId="0810D75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921447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5C4CAE1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02CCE5F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8B4AC9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27</w:t>
            </w:r>
          </w:p>
        </w:tc>
        <w:tc>
          <w:tcPr>
            <w:tcW w:w="899" w:type="dxa"/>
          </w:tcPr>
          <w:p w14:paraId="364CD5E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</w:t>
            </w:r>
          </w:p>
        </w:tc>
        <w:tc>
          <w:tcPr>
            <w:tcW w:w="2044" w:type="dxa"/>
          </w:tcPr>
          <w:p w14:paraId="3CB78EC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Чтение графиков реальных зависимостей</w:t>
            </w:r>
          </w:p>
        </w:tc>
        <w:tc>
          <w:tcPr>
            <w:tcW w:w="1135" w:type="dxa"/>
          </w:tcPr>
          <w:p w14:paraId="68EC820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444AF9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6A1203E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FA23D0A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1F5EC5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28</w:t>
            </w:r>
          </w:p>
        </w:tc>
        <w:tc>
          <w:tcPr>
            <w:tcW w:w="899" w:type="dxa"/>
          </w:tcPr>
          <w:p w14:paraId="32790A5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</w:t>
            </w:r>
          </w:p>
        </w:tc>
        <w:tc>
          <w:tcPr>
            <w:tcW w:w="2044" w:type="dxa"/>
          </w:tcPr>
          <w:p w14:paraId="688F918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Линейная функция</w:t>
            </w:r>
          </w:p>
        </w:tc>
        <w:tc>
          <w:tcPr>
            <w:tcW w:w="1135" w:type="dxa"/>
          </w:tcPr>
          <w:p w14:paraId="66CF295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4727A2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26C5DC5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BEFE5E7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E0C56C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29</w:t>
            </w:r>
          </w:p>
        </w:tc>
        <w:tc>
          <w:tcPr>
            <w:tcW w:w="899" w:type="dxa"/>
          </w:tcPr>
          <w:p w14:paraId="1A6A590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</w:t>
            </w:r>
          </w:p>
        </w:tc>
        <w:tc>
          <w:tcPr>
            <w:tcW w:w="2044" w:type="dxa"/>
          </w:tcPr>
          <w:p w14:paraId="7CE62C9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График линейной функции</w:t>
            </w:r>
          </w:p>
        </w:tc>
        <w:tc>
          <w:tcPr>
            <w:tcW w:w="1135" w:type="dxa"/>
          </w:tcPr>
          <w:p w14:paraId="254AA9C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C5F0A6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25201C7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2F8474E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D53BA5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30</w:t>
            </w:r>
          </w:p>
        </w:tc>
        <w:tc>
          <w:tcPr>
            <w:tcW w:w="899" w:type="dxa"/>
          </w:tcPr>
          <w:p w14:paraId="30216DC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</w:t>
            </w:r>
          </w:p>
        </w:tc>
        <w:tc>
          <w:tcPr>
            <w:tcW w:w="2044" w:type="dxa"/>
          </w:tcPr>
          <w:p w14:paraId="0D7C7B8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Прямая пропорциональность и её график</w:t>
            </w:r>
          </w:p>
        </w:tc>
        <w:tc>
          <w:tcPr>
            <w:tcW w:w="1135" w:type="dxa"/>
          </w:tcPr>
          <w:p w14:paraId="7B9AB70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96CD6C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5F7913C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6C42703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9D453E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31</w:t>
            </w:r>
          </w:p>
        </w:tc>
        <w:tc>
          <w:tcPr>
            <w:tcW w:w="899" w:type="dxa"/>
          </w:tcPr>
          <w:p w14:paraId="71A3933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</w:t>
            </w:r>
          </w:p>
        </w:tc>
        <w:tc>
          <w:tcPr>
            <w:tcW w:w="2044" w:type="dxa"/>
          </w:tcPr>
          <w:p w14:paraId="2B539E1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Взаимное расположение графиков линейных функций</w:t>
            </w:r>
          </w:p>
        </w:tc>
        <w:tc>
          <w:tcPr>
            <w:tcW w:w="1135" w:type="dxa"/>
          </w:tcPr>
          <w:p w14:paraId="41E3BA0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864A62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28476A4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D890D19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E19916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32</w:t>
            </w:r>
          </w:p>
        </w:tc>
        <w:tc>
          <w:tcPr>
            <w:tcW w:w="899" w:type="dxa"/>
          </w:tcPr>
          <w:p w14:paraId="75EC0B2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</w:t>
            </w:r>
          </w:p>
        </w:tc>
        <w:tc>
          <w:tcPr>
            <w:tcW w:w="2044" w:type="dxa"/>
          </w:tcPr>
          <w:p w14:paraId="7B750F9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практических задач с использованием графиков</w:t>
            </w:r>
          </w:p>
        </w:tc>
        <w:tc>
          <w:tcPr>
            <w:tcW w:w="1135" w:type="dxa"/>
          </w:tcPr>
          <w:p w14:paraId="54E3084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4C0E36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16E0EA4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C20F284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DC8475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33</w:t>
            </w:r>
          </w:p>
        </w:tc>
        <w:tc>
          <w:tcPr>
            <w:tcW w:w="899" w:type="dxa"/>
          </w:tcPr>
          <w:p w14:paraId="27664EA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11</w:t>
            </w:r>
          </w:p>
        </w:tc>
        <w:tc>
          <w:tcPr>
            <w:tcW w:w="2044" w:type="dxa"/>
          </w:tcPr>
          <w:p w14:paraId="1AE3C89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Обобщение по теме «Функции»</w:t>
            </w:r>
          </w:p>
        </w:tc>
        <w:tc>
          <w:tcPr>
            <w:tcW w:w="1135" w:type="dxa"/>
          </w:tcPr>
          <w:p w14:paraId="2F93089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6BE855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460E42A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C6A40" w14:paraId="5206D85A" w14:textId="77777777" w:rsidTr="00AC6A40">
        <w:tc>
          <w:tcPr>
            <w:tcW w:w="10307" w:type="dxa"/>
            <w:gridSpan w:val="7"/>
          </w:tcPr>
          <w:p w14:paraId="07047B9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Степень с натуральным показателем — 11 ч.</w:t>
            </w:r>
          </w:p>
        </w:tc>
      </w:tr>
      <w:tr w:rsidR="00AC6A40" w:rsidRPr="00AC6A40" w14:paraId="3F9DCCDB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BA6D5E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34</w:t>
            </w:r>
          </w:p>
        </w:tc>
        <w:tc>
          <w:tcPr>
            <w:tcW w:w="899" w:type="dxa"/>
          </w:tcPr>
          <w:p w14:paraId="7A67E2C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2044" w:type="dxa"/>
          </w:tcPr>
          <w:p w14:paraId="7E7364B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Степень с натуральным показателем</w:t>
            </w:r>
          </w:p>
        </w:tc>
        <w:tc>
          <w:tcPr>
            <w:tcW w:w="1135" w:type="dxa"/>
          </w:tcPr>
          <w:p w14:paraId="2BEC003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7D15DA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5602AC6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716114D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3C8BFA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35</w:t>
            </w:r>
          </w:p>
        </w:tc>
        <w:tc>
          <w:tcPr>
            <w:tcW w:w="899" w:type="dxa"/>
          </w:tcPr>
          <w:p w14:paraId="676E530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</w:t>
            </w:r>
          </w:p>
        </w:tc>
        <w:tc>
          <w:tcPr>
            <w:tcW w:w="2044" w:type="dxa"/>
          </w:tcPr>
          <w:p w14:paraId="0E74CF3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Умножение степеней с одинаковыми основаниями</w:t>
            </w:r>
          </w:p>
        </w:tc>
        <w:tc>
          <w:tcPr>
            <w:tcW w:w="1135" w:type="dxa"/>
          </w:tcPr>
          <w:p w14:paraId="323E8BB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4827BF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3CDA8B1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3F98684A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4A26FB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36</w:t>
            </w:r>
          </w:p>
        </w:tc>
        <w:tc>
          <w:tcPr>
            <w:tcW w:w="899" w:type="dxa"/>
          </w:tcPr>
          <w:p w14:paraId="36A3C66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</w:t>
            </w:r>
          </w:p>
        </w:tc>
        <w:tc>
          <w:tcPr>
            <w:tcW w:w="2044" w:type="dxa"/>
          </w:tcPr>
          <w:p w14:paraId="43FEFC8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Деление степеней с одинаковыми основаниями</w:t>
            </w:r>
          </w:p>
        </w:tc>
        <w:tc>
          <w:tcPr>
            <w:tcW w:w="1135" w:type="dxa"/>
          </w:tcPr>
          <w:p w14:paraId="282A160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19C5F6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170540E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5CD0573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4E5AE7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37</w:t>
            </w:r>
          </w:p>
        </w:tc>
        <w:tc>
          <w:tcPr>
            <w:tcW w:w="899" w:type="dxa"/>
          </w:tcPr>
          <w:p w14:paraId="0A62949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</w:t>
            </w:r>
          </w:p>
        </w:tc>
        <w:tc>
          <w:tcPr>
            <w:tcW w:w="2044" w:type="dxa"/>
          </w:tcPr>
          <w:p w14:paraId="02EB801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Возведение степени в степень</w:t>
            </w:r>
          </w:p>
        </w:tc>
        <w:tc>
          <w:tcPr>
            <w:tcW w:w="1135" w:type="dxa"/>
          </w:tcPr>
          <w:p w14:paraId="1F9E737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CBF4B2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71B41D1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130BDB25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556DDA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38</w:t>
            </w:r>
          </w:p>
        </w:tc>
        <w:tc>
          <w:tcPr>
            <w:tcW w:w="899" w:type="dxa"/>
          </w:tcPr>
          <w:p w14:paraId="30811C9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</w:t>
            </w:r>
          </w:p>
        </w:tc>
        <w:tc>
          <w:tcPr>
            <w:tcW w:w="2044" w:type="dxa"/>
          </w:tcPr>
          <w:p w14:paraId="6432A20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Возведение произведения в степень</w:t>
            </w:r>
          </w:p>
        </w:tc>
        <w:tc>
          <w:tcPr>
            <w:tcW w:w="1135" w:type="dxa"/>
          </w:tcPr>
          <w:p w14:paraId="057F945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A6B336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4DA0208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8DBCF68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8E2CB9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39</w:t>
            </w:r>
          </w:p>
        </w:tc>
        <w:tc>
          <w:tcPr>
            <w:tcW w:w="899" w:type="dxa"/>
          </w:tcPr>
          <w:p w14:paraId="3FA9660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</w:t>
            </w:r>
          </w:p>
        </w:tc>
        <w:tc>
          <w:tcPr>
            <w:tcW w:w="2044" w:type="dxa"/>
          </w:tcPr>
          <w:p w14:paraId="60BCE6C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Одночлен. Стандартный вид одночлена</w:t>
            </w:r>
          </w:p>
        </w:tc>
        <w:tc>
          <w:tcPr>
            <w:tcW w:w="1135" w:type="dxa"/>
          </w:tcPr>
          <w:p w14:paraId="49EE22E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FBDE41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42E5117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A89A0E1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3B0A61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40</w:t>
            </w:r>
          </w:p>
        </w:tc>
        <w:tc>
          <w:tcPr>
            <w:tcW w:w="899" w:type="dxa"/>
          </w:tcPr>
          <w:p w14:paraId="3ADFB97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</w:t>
            </w:r>
          </w:p>
        </w:tc>
        <w:tc>
          <w:tcPr>
            <w:tcW w:w="2044" w:type="dxa"/>
          </w:tcPr>
          <w:p w14:paraId="33DBA5A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Умножение одночленов</w:t>
            </w:r>
          </w:p>
        </w:tc>
        <w:tc>
          <w:tcPr>
            <w:tcW w:w="1135" w:type="dxa"/>
          </w:tcPr>
          <w:p w14:paraId="0C700A0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13DBE7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78C14BE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34173AAB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CEDA7F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41</w:t>
            </w:r>
          </w:p>
        </w:tc>
        <w:tc>
          <w:tcPr>
            <w:tcW w:w="899" w:type="dxa"/>
          </w:tcPr>
          <w:p w14:paraId="44525CF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</w:t>
            </w:r>
          </w:p>
        </w:tc>
        <w:tc>
          <w:tcPr>
            <w:tcW w:w="2044" w:type="dxa"/>
          </w:tcPr>
          <w:p w14:paraId="26C64C3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Возведение одночлена в степень</w:t>
            </w:r>
          </w:p>
        </w:tc>
        <w:tc>
          <w:tcPr>
            <w:tcW w:w="1135" w:type="dxa"/>
          </w:tcPr>
          <w:p w14:paraId="2066F94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975F91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2DE1376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2FFD63D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A327A3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42</w:t>
            </w:r>
          </w:p>
        </w:tc>
        <w:tc>
          <w:tcPr>
            <w:tcW w:w="899" w:type="dxa"/>
          </w:tcPr>
          <w:p w14:paraId="7D86ECB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</w:t>
            </w:r>
          </w:p>
        </w:tc>
        <w:tc>
          <w:tcPr>
            <w:tcW w:w="2044" w:type="dxa"/>
          </w:tcPr>
          <w:p w14:paraId="3C33070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Функции y=x² и y=x³ и их графики</w:t>
            </w:r>
          </w:p>
        </w:tc>
        <w:tc>
          <w:tcPr>
            <w:tcW w:w="1135" w:type="dxa"/>
          </w:tcPr>
          <w:p w14:paraId="0CA0C74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F0A73D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1F0AF90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33DDC60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BCA961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43</w:t>
            </w:r>
          </w:p>
        </w:tc>
        <w:tc>
          <w:tcPr>
            <w:tcW w:w="899" w:type="dxa"/>
          </w:tcPr>
          <w:p w14:paraId="15EC9F1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</w:t>
            </w:r>
          </w:p>
        </w:tc>
        <w:tc>
          <w:tcPr>
            <w:tcW w:w="2044" w:type="dxa"/>
          </w:tcPr>
          <w:p w14:paraId="31A0F33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задач по теме «Степень с натуральным показателем»</w:t>
            </w:r>
          </w:p>
        </w:tc>
        <w:tc>
          <w:tcPr>
            <w:tcW w:w="1135" w:type="dxa"/>
          </w:tcPr>
          <w:p w14:paraId="069ED94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703166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6C7FF09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5F191FC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73C0AB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44</w:t>
            </w:r>
          </w:p>
        </w:tc>
        <w:tc>
          <w:tcPr>
            <w:tcW w:w="899" w:type="dxa"/>
          </w:tcPr>
          <w:p w14:paraId="5574F9E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11</w:t>
            </w:r>
          </w:p>
        </w:tc>
        <w:tc>
          <w:tcPr>
            <w:tcW w:w="2044" w:type="dxa"/>
          </w:tcPr>
          <w:p w14:paraId="03A3426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Обобщение и самостоятельная работа по разделу</w:t>
            </w:r>
          </w:p>
        </w:tc>
        <w:tc>
          <w:tcPr>
            <w:tcW w:w="1135" w:type="dxa"/>
          </w:tcPr>
          <w:p w14:paraId="2936063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89A0FD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695DFE4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C6A40" w14:paraId="01A9E7F6" w14:textId="77777777" w:rsidTr="00AC6A40">
        <w:tc>
          <w:tcPr>
            <w:tcW w:w="10307" w:type="dxa"/>
            <w:gridSpan w:val="7"/>
          </w:tcPr>
          <w:p w14:paraId="2F7A4B5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Многочлены — 17 ч.</w:t>
            </w:r>
          </w:p>
        </w:tc>
      </w:tr>
      <w:tr w:rsidR="00AC6A40" w:rsidRPr="00AC6A40" w14:paraId="158881EC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E346C2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45</w:t>
            </w:r>
          </w:p>
        </w:tc>
        <w:tc>
          <w:tcPr>
            <w:tcW w:w="899" w:type="dxa"/>
          </w:tcPr>
          <w:p w14:paraId="6C271A2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2044" w:type="dxa"/>
          </w:tcPr>
          <w:p w14:paraId="3323D9E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Многочлен. Члены и степень многочлена</w:t>
            </w:r>
          </w:p>
        </w:tc>
        <w:tc>
          <w:tcPr>
            <w:tcW w:w="1135" w:type="dxa"/>
          </w:tcPr>
          <w:p w14:paraId="016C787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9567AD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45B395D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B5EFE48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0ECF74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46</w:t>
            </w:r>
          </w:p>
        </w:tc>
        <w:tc>
          <w:tcPr>
            <w:tcW w:w="899" w:type="dxa"/>
          </w:tcPr>
          <w:p w14:paraId="0DD72FA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</w:t>
            </w:r>
          </w:p>
        </w:tc>
        <w:tc>
          <w:tcPr>
            <w:tcW w:w="2044" w:type="dxa"/>
          </w:tcPr>
          <w:p w14:paraId="134B800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Стандартный вид многочлена</w:t>
            </w:r>
          </w:p>
        </w:tc>
        <w:tc>
          <w:tcPr>
            <w:tcW w:w="1135" w:type="dxa"/>
          </w:tcPr>
          <w:p w14:paraId="527BFB3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9604E6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7EADC4A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6827D36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64DFD7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47</w:t>
            </w:r>
          </w:p>
        </w:tc>
        <w:tc>
          <w:tcPr>
            <w:tcW w:w="899" w:type="dxa"/>
          </w:tcPr>
          <w:p w14:paraId="69020BC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</w:t>
            </w:r>
          </w:p>
        </w:tc>
        <w:tc>
          <w:tcPr>
            <w:tcW w:w="2044" w:type="dxa"/>
          </w:tcPr>
          <w:p w14:paraId="0E89F48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Сложение многочленов</w:t>
            </w:r>
          </w:p>
        </w:tc>
        <w:tc>
          <w:tcPr>
            <w:tcW w:w="1135" w:type="dxa"/>
          </w:tcPr>
          <w:p w14:paraId="5D76E43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51CFD0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3423A52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39F29B15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70A707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48</w:t>
            </w:r>
          </w:p>
        </w:tc>
        <w:tc>
          <w:tcPr>
            <w:tcW w:w="899" w:type="dxa"/>
          </w:tcPr>
          <w:p w14:paraId="168A262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</w:t>
            </w:r>
          </w:p>
        </w:tc>
        <w:tc>
          <w:tcPr>
            <w:tcW w:w="2044" w:type="dxa"/>
          </w:tcPr>
          <w:p w14:paraId="4CE68F9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Вычитание многочленов</w:t>
            </w:r>
          </w:p>
        </w:tc>
        <w:tc>
          <w:tcPr>
            <w:tcW w:w="1135" w:type="dxa"/>
          </w:tcPr>
          <w:p w14:paraId="441F838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80491B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325675D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11B56BA2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B344B6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49</w:t>
            </w:r>
          </w:p>
        </w:tc>
        <w:tc>
          <w:tcPr>
            <w:tcW w:w="899" w:type="dxa"/>
          </w:tcPr>
          <w:p w14:paraId="103D489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</w:t>
            </w:r>
          </w:p>
        </w:tc>
        <w:tc>
          <w:tcPr>
            <w:tcW w:w="2044" w:type="dxa"/>
          </w:tcPr>
          <w:p w14:paraId="1A15CB9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Сложение и вычитание многочленов: практикум</w:t>
            </w:r>
          </w:p>
        </w:tc>
        <w:tc>
          <w:tcPr>
            <w:tcW w:w="1135" w:type="dxa"/>
          </w:tcPr>
          <w:p w14:paraId="512FABA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CD8288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7B9802E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8D565F1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7EEF36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50</w:t>
            </w:r>
          </w:p>
        </w:tc>
        <w:tc>
          <w:tcPr>
            <w:tcW w:w="899" w:type="dxa"/>
          </w:tcPr>
          <w:p w14:paraId="24FC902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</w:t>
            </w:r>
          </w:p>
        </w:tc>
        <w:tc>
          <w:tcPr>
            <w:tcW w:w="2044" w:type="dxa"/>
          </w:tcPr>
          <w:p w14:paraId="083425E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Умножение одночлена на многочлен</w:t>
            </w:r>
          </w:p>
        </w:tc>
        <w:tc>
          <w:tcPr>
            <w:tcW w:w="1135" w:type="dxa"/>
          </w:tcPr>
          <w:p w14:paraId="539FE08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776207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49C86B9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3386199C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DB4845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51</w:t>
            </w:r>
          </w:p>
        </w:tc>
        <w:tc>
          <w:tcPr>
            <w:tcW w:w="899" w:type="dxa"/>
          </w:tcPr>
          <w:p w14:paraId="3146343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</w:t>
            </w:r>
          </w:p>
        </w:tc>
        <w:tc>
          <w:tcPr>
            <w:tcW w:w="2044" w:type="dxa"/>
          </w:tcPr>
          <w:p w14:paraId="6D4DA1F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Вынесение общего множителя за скобки</w:t>
            </w:r>
          </w:p>
        </w:tc>
        <w:tc>
          <w:tcPr>
            <w:tcW w:w="1135" w:type="dxa"/>
          </w:tcPr>
          <w:p w14:paraId="564BF40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ADD5BE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591C737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3270802E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A9141C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52</w:t>
            </w:r>
          </w:p>
        </w:tc>
        <w:tc>
          <w:tcPr>
            <w:tcW w:w="899" w:type="dxa"/>
          </w:tcPr>
          <w:p w14:paraId="71961DE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</w:t>
            </w:r>
          </w:p>
        </w:tc>
        <w:tc>
          <w:tcPr>
            <w:tcW w:w="2044" w:type="dxa"/>
          </w:tcPr>
          <w:p w14:paraId="2706FFB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уравнений с использованием вынесения общего множителя</w:t>
            </w:r>
          </w:p>
        </w:tc>
        <w:tc>
          <w:tcPr>
            <w:tcW w:w="1135" w:type="dxa"/>
          </w:tcPr>
          <w:p w14:paraId="528DCC3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4DFB8D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35C3C53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BF09A37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0F231F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53</w:t>
            </w:r>
          </w:p>
        </w:tc>
        <w:tc>
          <w:tcPr>
            <w:tcW w:w="899" w:type="dxa"/>
          </w:tcPr>
          <w:p w14:paraId="06738EA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</w:t>
            </w:r>
          </w:p>
        </w:tc>
        <w:tc>
          <w:tcPr>
            <w:tcW w:w="2044" w:type="dxa"/>
          </w:tcPr>
          <w:p w14:paraId="1A3344F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Умножение многочлена на многочлен</w:t>
            </w:r>
          </w:p>
        </w:tc>
        <w:tc>
          <w:tcPr>
            <w:tcW w:w="1135" w:type="dxa"/>
          </w:tcPr>
          <w:p w14:paraId="3BE8FA4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3D6C4D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1149814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D75F82A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85916A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54</w:t>
            </w:r>
          </w:p>
        </w:tc>
        <w:tc>
          <w:tcPr>
            <w:tcW w:w="899" w:type="dxa"/>
          </w:tcPr>
          <w:p w14:paraId="3CC618D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</w:t>
            </w:r>
          </w:p>
        </w:tc>
        <w:tc>
          <w:tcPr>
            <w:tcW w:w="2044" w:type="dxa"/>
          </w:tcPr>
          <w:p w14:paraId="16B4081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Умножение многочленов: практикум</w:t>
            </w:r>
          </w:p>
        </w:tc>
        <w:tc>
          <w:tcPr>
            <w:tcW w:w="1135" w:type="dxa"/>
          </w:tcPr>
          <w:p w14:paraId="13A60F6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64A8AD3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360AF56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72986D57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1BE4B7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55</w:t>
            </w:r>
          </w:p>
        </w:tc>
        <w:tc>
          <w:tcPr>
            <w:tcW w:w="899" w:type="dxa"/>
          </w:tcPr>
          <w:p w14:paraId="4C62A0E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11</w:t>
            </w:r>
          </w:p>
        </w:tc>
        <w:tc>
          <w:tcPr>
            <w:tcW w:w="2044" w:type="dxa"/>
          </w:tcPr>
          <w:p w14:paraId="7EC4658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Разложение многочлена на множители способом группировки</w:t>
            </w:r>
          </w:p>
        </w:tc>
        <w:tc>
          <w:tcPr>
            <w:tcW w:w="1135" w:type="dxa"/>
          </w:tcPr>
          <w:p w14:paraId="4F771C0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77AC5F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2C090F3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E13C99D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CA798B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56</w:t>
            </w:r>
          </w:p>
        </w:tc>
        <w:tc>
          <w:tcPr>
            <w:tcW w:w="899" w:type="dxa"/>
          </w:tcPr>
          <w:p w14:paraId="2499A25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12</w:t>
            </w:r>
          </w:p>
        </w:tc>
        <w:tc>
          <w:tcPr>
            <w:tcW w:w="2044" w:type="dxa"/>
          </w:tcPr>
          <w:p w14:paraId="34F55D2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Способ группировки: практикум</w:t>
            </w:r>
          </w:p>
        </w:tc>
        <w:tc>
          <w:tcPr>
            <w:tcW w:w="1135" w:type="dxa"/>
          </w:tcPr>
          <w:p w14:paraId="4403D64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623FEFE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49E26A4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CA32E16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82A38C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57</w:t>
            </w:r>
          </w:p>
        </w:tc>
        <w:tc>
          <w:tcPr>
            <w:tcW w:w="899" w:type="dxa"/>
          </w:tcPr>
          <w:p w14:paraId="76D0A1E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13</w:t>
            </w:r>
          </w:p>
        </w:tc>
        <w:tc>
          <w:tcPr>
            <w:tcW w:w="2044" w:type="dxa"/>
          </w:tcPr>
          <w:p w14:paraId="3CDFE79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Тождественные преобразования многочленов</w:t>
            </w:r>
          </w:p>
        </w:tc>
        <w:tc>
          <w:tcPr>
            <w:tcW w:w="1135" w:type="dxa"/>
          </w:tcPr>
          <w:p w14:paraId="74C39EF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FB7065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7B79D9B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99FE532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B2BB05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58</w:t>
            </w:r>
          </w:p>
        </w:tc>
        <w:tc>
          <w:tcPr>
            <w:tcW w:w="899" w:type="dxa"/>
          </w:tcPr>
          <w:p w14:paraId="061A171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14</w:t>
            </w:r>
          </w:p>
        </w:tc>
        <w:tc>
          <w:tcPr>
            <w:tcW w:w="2044" w:type="dxa"/>
          </w:tcPr>
          <w:p w14:paraId="31F37FA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уравнений с использованием преобразований многочленов</w:t>
            </w:r>
          </w:p>
        </w:tc>
        <w:tc>
          <w:tcPr>
            <w:tcW w:w="1135" w:type="dxa"/>
          </w:tcPr>
          <w:p w14:paraId="6575F8E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9DA5C5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4915EFD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D09C846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628AF4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59</w:t>
            </w:r>
          </w:p>
        </w:tc>
        <w:tc>
          <w:tcPr>
            <w:tcW w:w="899" w:type="dxa"/>
          </w:tcPr>
          <w:p w14:paraId="51D99AF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15</w:t>
            </w:r>
          </w:p>
        </w:tc>
        <w:tc>
          <w:tcPr>
            <w:tcW w:w="2044" w:type="dxa"/>
          </w:tcPr>
          <w:p w14:paraId="241A39C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Практико-ориентированные задачи с многочленами</w:t>
            </w:r>
          </w:p>
        </w:tc>
        <w:tc>
          <w:tcPr>
            <w:tcW w:w="1135" w:type="dxa"/>
          </w:tcPr>
          <w:p w14:paraId="1D27C83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A39751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294D142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12BD03B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B54E53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60</w:t>
            </w:r>
          </w:p>
        </w:tc>
        <w:tc>
          <w:tcPr>
            <w:tcW w:w="899" w:type="dxa"/>
          </w:tcPr>
          <w:p w14:paraId="12E978B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16</w:t>
            </w:r>
          </w:p>
        </w:tc>
        <w:tc>
          <w:tcPr>
            <w:tcW w:w="2044" w:type="dxa"/>
          </w:tcPr>
          <w:p w14:paraId="21C9F91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Обобщение по теме «Многочлены»</w:t>
            </w:r>
          </w:p>
        </w:tc>
        <w:tc>
          <w:tcPr>
            <w:tcW w:w="1135" w:type="dxa"/>
          </w:tcPr>
          <w:p w14:paraId="5C66196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3E8B49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2166007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C6A40" w14:paraId="4C2853A0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8E057D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61</w:t>
            </w:r>
          </w:p>
        </w:tc>
        <w:tc>
          <w:tcPr>
            <w:tcW w:w="899" w:type="dxa"/>
          </w:tcPr>
          <w:p w14:paraId="0196252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17</w:t>
            </w:r>
          </w:p>
        </w:tc>
        <w:tc>
          <w:tcPr>
            <w:tcW w:w="2044" w:type="dxa"/>
          </w:tcPr>
          <w:p w14:paraId="781CFBE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35" w:type="dxa"/>
          </w:tcPr>
          <w:p w14:paraId="0AF97F0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08A088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6A76019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C6A40" w14:paraId="6E1978C9" w14:textId="77777777" w:rsidTr="00AC6A40">
        <w:tc>
          <w:tcPr>
            <w:tcW w:w="10307" w:type="dxa"/>
            <w:gridSpan w:val="7"/>
          </w:tcPr>
          <w:p w14:paraId="421D036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Формулы сокращённого умножения — 19 ч.</w:t>
            </w:r>
          </w:p>
        </w:tc>
      </w:tr>
      <w:tr w:rsidR="00AC6A40" w:rsidRPr="00AC6A40" w14:paraId="70B1F6BB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23BB17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62</w:t>
            </w:r>
          </w:p>
        </w:tc>
        <w:tc>
          <w:tcPr>
            <w:tcW w:w="899" w:type="dxa"/>
          </w:tcPr>
          <w:p w14:paraId="2713817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2044" w:type="dxa"/>
          </w:tcPr>
          <w:p w14:paraId="325B63C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Квадрат суммы двух выражений</w:t>
            </w:r>
          </w:p>
        </w:tc>
        <w:tc>
          <w:tcPr>
            <w:tcW w:w="1135" w:type="dxa"/>
          </w:tcPr>
          <w:p w14:paraId="77100BE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DA4AC3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716FFFB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EFB7329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653497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63</w:t>
            </w:r>
          </w:p>
        </w:tc>
        <w:tc>
          <w:tcPr>
            <w:tcW w:w="899" w:type="dxa"/>
          </w:tcPr>
          <w:p w14:paraId="7436128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</w:t>
            </w:r>
          </w:p>
        </w:tc>
        <w:tc>
          <w:tcPr>
            <w:tcW w:w="2044" w:type="dxa"/>
          </w:tcPr>
          <w:p w14:paraId="5970A23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Квадрат разности двух выражений</w:t>
            </w:r>
          </w:p>
        </w:tc>
        <w:tc>
          <w:tcPr>
            <w:tcW w:w="1135" w:type="dxa"/>
          </w:tcPr>
          <w:p w14:paraId="510C49E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F7D3ED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62E1E42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3AF0FF65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F7D931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64</w:t>
            </w:r>
          </w:p>
        </w:tc>
        <w:tc>
          <w:tcPr>
            <w:tcW w:w="899" w:type="dxa"/>
          </w:tcPr>
          <w:p w14:paraId="6F80666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</w:t>
            </w:r>
          </w:p>
        </w:tc>
        <w:tc>
          <w:tcPr>
            <w:tcW w:w="2044" w:type="dxa"/>
          </w:tcPr>
          <w:p w14:paraId="2BE4FB6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Применение формул квадрата суммы и разности</w:t>
            </w:r>
          </w:p>
        </w:tc>
        <w:tc>
          <w:tcPr>
            <w:tcW w:w="1135" w:type="dxa"/>
          </w:tcPr>
          <w:p w14:paraId="0A8D2F4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655B8B9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0407D13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6335394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A82A12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65</w:t>
            </w:r>
          </w:p>
        </w:tc>
        <w:tc>
          <w:tcPr>
            <w:tcW w:w="899" w:type="dxa"/>
          </w:tcPr>
          <w:p w14:paraId="106E333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</w:t>
            </w:r>
          </w:p>
        </w:tc>
        <w:tc>
          <w:tcPr>
            <w:tcW w:w="2044" w:type="dxa"/>
          </w:tcPr>
          <w:p w14:paraId="6EB0503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Разложение на множители с помощью формул квадрата суммы и разности</w:t>
            </w:r>
          </w:p>
        </w:tc>
        <w:tc>
          <w:tcPr>
            <w:tcW w:w="1135" w:type="dxa"/>
          </w:tcPr>
          <w:p w14:paraId="7D037DB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9FAC70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74B105A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7F7E4BEC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A1A225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66</w:t>
            </w:r>
          </w:p>
        </w:tc>
        <w:tc>
          <w:tcPr>
            <w:tcW w:w="899" w:type="dxa"/>
          </w:tcPr>
          <w:p w14:paraId="17A3573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</w:t>
            </w:r>
          </w:p>
        </w:tc>
        <w:tc>
          <w:tcPr>
            <w:tcW w:w="2044" w:type="dxa"/>
          </w:tcPr>
          <w:p w14:paraId="7054BD8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Умножение разности двух выражений на их сумму</w:t>
            </w:r>
          </w:p>
        </w:tc>
        <w:tc>
          <w:tcPr>
            <w:tcW w:w="1135" w:type="dxa"/>
          </w:tcPr>
          <w:p w14:paraId="7DF6DB5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24ABFB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08AA11E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DD892E4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B338E9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67</w:t>
            </w:r>
          </w:p>
        </w:tc>
        <w:tc>
          <w:tcPr>
            <w:tcW w:w="899" w:type="dxa"/>
          </w:tcPr>
          <w:p w14:paraId="73F311B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</w:t>
            </w:r>
          </w:p>
        </w:tc>
        <w:tc>
          <w:tcPr>
            <w:tcW w:w="2044" w:type="dxa"/>
          </w:tcPr>
          <w:p w14:paraId="4EFAD2B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Формула разности квадратов</w:t>
            </w:r>
          </w:p>
        </w:tc>
        <w:tc>
          <w:tcPr>
            <w:tcW w:w="1135" w:type="dxa"/>
          </w:tcPr>
          <w:p w14:paraId="0773D79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223369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1BF129A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E4F6CB6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887F26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68</w:t>
            </w:r>
          </w:p>
        </w:tc>
        <w:tc>
          <w:tcPr>
            <w:tcW w:w="899" w:type="dxa"/>
          </w:tcPr>
          <w:p w14:paraId="226BD88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</w:t>
            </w:r>
          </w:p>
        </w:tc>
        <w:tc>
          <w:tcPr>
            <w:tcW w:w="2044" w:type="dxa"/>
          </w:tcPr>
          <w:p w14:paraId="1E5F5F5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Разложение разности квадратов на множители</w:t>
            </w:r>
          </w:p>
        </w:tc>
        <w:tc>
          <w:tcPr>
            <w:tcW w:w="1135" w:type="dxa"/>
          </w:tcPr>
          <w:p w14:paraId="4BDA007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551EB3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32B8959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A26747F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80A7E6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69</w:t>
            </w:r>
          </w:p>
        </w:tc>
        <w:tc>
          <w:tcPr>
            <w:tcW w:w="899" w:type="dxa"/>
          </w:tcPr>
          <w:p w14:paraId="45A0DC4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</w:t>
            </w:r>
          </w:p>
        </w:tc>
        <w:tc>
          <w:tcPr>
            <w:tcW w:w="2044" w:type="dxa"/>
          </w:tcPr>
          <w:p w14:paraId="472EC6E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Куб суммы двух выражений</w:t>
            </w:r>
          </w:p>
        </w:tc>
        <w:tc>
          <w:tcPr>
            <w:tcW w:w="1135" w:type="dxa"/>
          </w:tcPr>
          <w:p w14:paraId="6890D66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77EAC8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71AE635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96DD0CF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0500F4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70</w:t>
            </w:r>
          </w:p>
        </w:tc>
        <w:tc>
          <w:tcPr>
            <w:tcW w:w="899" w:type="dxa"/>
          </w:tcPr>
          <w:p w14:paraId="5A66897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</w:t>
            </w:r>
          </w:p>
        </w:tc>
        <w:tc>
          <w:tcPr>
            <w:tcW w:w="2044" w:type="dxa"/>
          </w:tcPr>
          <w:p w14:paraId="2AB41A9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Куб разности двух выражений</w:t>
            </w:r>
          </w:p>
        </w:tc>
        <w:tc>
          <w:tcPr>
            <w:tcW w:w="1135" w:type="dxa"/>
          </w:tcPr>
          <w:p w14:paraId="5A6D82A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639178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47497DD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8080B36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4F0936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71</w:t>
            </w:r>
          </w:p>
        </w:tc>
        <w:tc>
          <w:tcPr>
            <w:tcW w:w="899" w:type="dxa"/>
          </w:tcPr>
          <w:p w14:paraId="0C52C59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</w:t>
            </w:r>
          </w:p>
        </w:tc>
        <w:tc>
          <w:tcPr>
            <w:tcW w:w="2044" w:type="dxa"/>
          </w:tcPr>
          <w:p w14:paraId="5E72BAB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Сумма кубов</w:t>
            </w:r>
          </w:p>
        </w:tc>
        <w:tc>
          <w:tcPr>
            <w:tcW w:w="1135" w:type="dxa"/>
          </w:tcPr>
          <w:p w14:paraId="7271292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A4401D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1E06DAE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37EA1F55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7A2DAC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72</w:t>
            </w:r>
          </w:p>
        </w:tc>
        <w:tc>
          <w:tcPr>
            <w:tcW w:w="899" w:type="dxa"/>
          </w:tcPr>
          <w:p w14:paraId="7DB0CF8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11</w:t>
            </w:r>
          </w:p>
        </w:tc>
        <w:tc>
          <w:tcPr>
            <w:tcW w:w="2044" w:type="dxa"/>
          </w:tcPr>
          <w:p w14:paraId="03172F5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Разность кубов</w:t>
            </w:r>
          </w:p>
        </w:tc>
        <w:tc>
          <w:tcPr>
            <w:tcW w:w="1135" w:type="dxa"/>
          </w:tcPr>
          <w:p w14:paraId="2B7FCB4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60A68F9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70DF0C5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7BB1A624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BC0C7B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73</w:t>
            </w:r>
          </w:p>
        </w:tc>
        <w:tc>
          <w:tcPr>
            <w:tcW w:w="899" w:type="dxa"/>
          </w:tcPr>
          <w:p w14:paraId="1DBB588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12</w:t>
            </w:r>
          </w:p>
        </w:tc>
        <w:tc>
          <w:tcPr>
            <w:tcW w:w="2044" w:type="dxa"/>
          </w:tcPr>
          <w:p w14:paraId="3741109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Применение формул сокращённого умножения</w:t>
            </w:r>
          </w:p>
        </w:tc>
        <w:tc>
          <w:tcPr>
            <w:tcW w:w="1135" w:type="dxa"/>
          </w:tcPr>
          <w:p w14:paraId="56260B8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C952D5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51F9EAC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CD8CBAC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93FB3F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74</w:t>
            </w:r>
          </w:p>
        </w:tc>
        <w:tc>
          <w:tcPr>
            <w:tcW w:w="899" w:type="dxa"/>
          </w:tcPr>
          <w:p w14:paraId="4BE781A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13</w:t>
            </w:r>
          </w:p>
        </w:tc>
        <w:tc>
          <w:tcPr>
            <w:tcW w:w="2044" w:type="dxa"/>
          </w:tcPr>
          <w:p w14:paraId="0B66316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Преобразование целых выражений</w:t>
            </w:r>
          </w:p>
        </w:tc>
        <w:tc>
          <w:tcPr>
            <w:tcW w:w="1135" w:type="dxa"/>
          </w:tcPr>
          <w:p w14:paraId="6A82CDD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71F36C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438628D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15B8E2F5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40A2E9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75</w:t>
            </w:r>
          </w:p>
        </w:tc>
        <w:tc>
          <w:tcPr>
            <w:tcW w:w="899" w:type="dxa"/>
          </w:tcPr>
          <w:p w14:paraId="45AB58E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14</w:t>
            </w:r>
          </w:p>
        </w:tc>
        <w:tc>
          <w:tcPr>
            <w:tcW w:w="2044" w:type="dxa"/>
          </w:tcPr>
          <w:p w14:paraId="597DCF1C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Разложение многочленов на множители различными способами</w:t>
            </w:r>
          </w:p>
        </w:tc>
        <w:tc>
          <w:tcPr>
            <w:tcW w:w="1135" w:type="dxa"/>
          </w:tcPr>
          <w:p w14:paraId="4A7F4C6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0A3B09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72BB47A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53C6127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0E78C4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76</w:t>
            </w:r>
          </w:p>
        </w:tc>
        <w:tc>
          <w:tcPr>
            <w:tcW w:w="899" w:type="dxa"/>
          </w:tcPr>
          <w:p w14:paraId="7DFD26E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15</w:t>
            </w:r>
          </w:p>
        </w:tc>
        <w:tc>
          <w:tcPr>
            <w:tcW w:w="2044" w:type="dxa"/>
          </w:tcPr>
          <w:p w14:paraId="73CA653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Совместное применение различных способов разложения на множители</w:t>
            </w:r>
          </w:p>
        </w:tc>
        <w:tc>
          <w:tcPr>
            <w:tcW w:w="1135" w:type="dxa"/>
          </w:tcPr>
          <w:p w14:paraId="369A3EE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66C263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0E03075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DFDBD21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867EDE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77</w:t>
            </w:r>
          </w:p>
        </w:tc>
        <w:tc>
          <w:tcPr>
            <w:tcW w:w="899" w:type="dxa"/>
          </w:tcPr>
          <w:p w14:paraId="661DD35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16</w:t>
            </w:r>
          </w:p>
        </w:tc>
        <w:tc>
          <w:tcPr>
            <w:tcW w:w="2044" w:type="dxa"/>
          </w:tcPr>
          <w:p w14:paraId="21417B1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уравнений с применением формул сокращённого умножения</w:t>
            </w:r>
          </w:p>
        </w:tc>
        <w:tc>
          <w:tcPr>
            <w:tcW w:w="1135" w:type="dxa"/>
          </w:tcPr>
          <w:p w14:paraId="681BC39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0C2B9EC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0077C64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A6A803E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A4D44B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78</w:t>
            </w:r>
          </w:p>
        </w:tc>
        <w:tc>
          <w:tcPr>
            <w:tcW w:w="899" w:type="dxa"/>
          </w:tcPr>
          <w:p w14:paraId="6152593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17</w:t>
            </w:r>
          </w:p>
        </w:tc>
        <w:tc>
          <w:tcPr>
            <w:tcW w:w="2044" w:type="dxa"/>
          </w:tcPr>
          <w:p w14:paraId="2F3579A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Практико-ориентированные задачи</w:t>
            </w:r>
          </w:p>
        </w:tc>
        <w:tc>
          <w:tcPr>
            <w:tcW w:w="1135" w:type="dxa"/>
          </w:tcPr>
          <w:p w14:paraId="31880FD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BD4C30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3C4BFE6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07E14F4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2C69C6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79</w:t>
            </w:r>
          </w:p>
        </w:tc>
        <w:tc>
          <w:tcPr>
            <w:tcW w:w="899" w:type="dxa"/>
          </w:tcPr>
          <w:p w14:paraId="486BA32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18</w:t>
            </w:r>
          </w:p>
        </w:tc>
        <w:tc>
          <w:tcPr>
            <w:tcW w:w="2044" w:type="dxa"/>
          </w:tcPr>
          <w:p w14:paraId="645F6A7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Обобщение по теме «Формулы сокращённого умножения»</w:t>
            </w:r>
          </w:p>
        </w:tc>
        <w:tc>
          <w:tcPr>
            <w:tcW w:w="1135" w:type="dxa"/>
          </w:tcPr>
          <w:p w14:paraId="3B84E3E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428BC8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59D4B70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C6A40" w14:paraId="44E66AE1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0FF6C23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80</w:t>
            </w:r>
          </w:p>
        </w:tc>
        <w:tc>
          <w:tcPr>
            <w:tcW w:w="899" w:type="dxa"/>
          </w:tcPr>
          <w:p w14:paraId="0884745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19</w:t>
            </w:r>
          </w:p>
        </w:tc>
        <w:tc>
          <w:tcPr>
            <w:tcW w:w="2044" w:type="dxa"/>
          </w:tcPr>
          <w:p w14:paraId="5C7023B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35" w:type="dxa"/>
          </w:tcPr>
          <w:p w14:paraId="5516215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D09802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00868D4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C6A40" w14:paraId="30996813" w14:textId="77777777" w:rsidTr="00AC6A40">
        <w:tc>
          <w:tcPr>
            <w:tcW w:w="10307" w:type="dxa"/>
            <w:gridSpan w:val="7"/>
          </w:tcPr>
          <w:p w14:paraId="569F194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Системы линейных уравнений — 16 ч.</w:t>
            </w:r>
          </w:p>
        </w:tc>
      </w:tr>
      <w:tr w:rsidR="00AC6A40" w:rsidRPr="00AC6A40" w14:paraId="7301865F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083A6BF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81</w:t>
            </w:r>
          </w:p>
        </w:tc>
        <w:tc>
          <w:tcPr>
            <w:tcW w:w="899" w:type="dxa"/>
          </w:tcPr>
          <w:p w14:paraId="444D562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2044" w:type="dxa"/>
          </w:tcPr>
          <w:p w14:paraId="65EFB59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Линейное уравнение с двумя переменными</w:t>
            </w:r>
          </w:p>
        </w:tc>
        <w:tc>
          <w:tcPr>
            <w:tcW w:w="1135" w:type="dxa"/>
          </w:tcPr>
          <w:p w14:paraId="3816595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C6F3A1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6215A25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2361814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C8CCF2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82</w:t>
            </w:r>
          </w:p>
        </w:tc>
        <w:tc>
          <w:tcPr>
            <w:tcW w:w="899" w:type="dxa"/>
          </w:tcPr>
          <w:p w14:paraId="60F36FD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</w:t>
            </w:r>
          </w:p>
        </w:tc>
        <w:tc>
          <w:tcPr>
            <w:tcW w:w="2044" w:type="dxa"/>
          </w:tcPr>
          <w:p w14:paraId="761599A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График линейного уравнения с двумя переменными</w:t>
            </w:r>
          </w:p>
        </w:tc>
        <w:tc>
          <w:tcPr>
            <w:tcW w:w="1135" w:type="dxa"/>
          </w:tcPr>
          <w:p w14:paraId="35B4E87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846479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3B352E1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3B5C211E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7046641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83</w:t>
            </w:r>
          </w:p>
        </w:tc>
        <w:tc>
          <w:tcPr>
            <w:tcW w:w="899" w:type="dxa"/>
          </w:tcPr>
          <w:p w14:paraId="5779F83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</w:t>
            </w:r>
          </w:p>
        </w:tc>
        <w:tc>
          <w:tcPr>
            <w:tcW w:w="2044" w:type="dxa"/>
          </w:tcPr>
          <w:p w14:paraId="7D33E8C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Система двух линейных уравнений с двумя переменными</w:t>
            </w:r>
          </w:p>
        </w:tc>
        <w:tc>
          <w:tcPr>
            <w:tcW w:w="1135" w:type="dxa"/>
          </w:tcPr>
          <w:p w14:paraId="4B76579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60A029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1910FA3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03D2B946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86F4F8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84</w:t>
            </w:r>
          </w:p>
        </w:tc>
        <w:tc>
          <w:tcPr>
            <w:tcW w:w="899" w:type="dxa"/>
          </w:tcPr>
          <w:p w14:paraId="414A701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</w:t>
            </w:r>
          </w:p>
        </w:tc>
        <w:tc>
          <w:tcPr>
            <w:tcW w:w="2044" w:type="dxa"/>
          </w:tcPr>
          <w:p w14:paraId="5FBA125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Графический способ решения систем</w:t>
            </w:r>
          </w:p>
        </w:tc>
        <w:tc>
          <w:tcPr>
            <w:tcW w:w="1135" w:type="dxa"/>
          </w:tcPr>
          <w:p w14:paraId="005E8F7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6B2855F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49B36FB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730F3ED2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61A5F7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85</w:t>
            </w:r>
          </w:p>
        </w:tc>
        <w:tc>
          <w:tcPr>
            <w:tcW w:w="899" w:type="dxa"/>
          </w:tcPr>
          <w:p w14:paraId="7CCD121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</w:t>
            </w:r>
          </w:p>
        </w:tc>
        <w:tc>
          <w:tcPr>
            <w:tcW w:w="2044" w:type="dxa"/>
          </w:tcPr>
          <w:p w14:paraId="623B456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систем графическим способом</w:t>
            </w:r>
          </w:p>
        </w:tc>
        <w:tc>
          <w:tcPr>
            <w:tcW w:w="1135" w:type="dxa"/>
          </w:tcPr>
          <w:p w14:paraId="16E387C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31DC5F3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6E3E9CB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622B36B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AE9E16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86</w:t>
            </w:r>
          </w:p>
        </w:tc>
        <w:tc>
          <w:tcPr>
            <w:tcW w:w="899" w:type="dxa"/>
          </w:tcPr>
          <w:p w14:paraId="6979ABB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</w:t>
            </w:r>
          </w:p>
        </w:tc>
        <w:tc>
          <w:tcPr>
            <w:tcW w:w="2044" w:type="dxa"/>
          </w:tcPr>
          <w:p w14:paraId="7BBCC61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Способ подстановки</w:t>
            </w:r>
          </w:p>
        </w:tc>
        <w:tc>
          <w:tcPr>
            <w:tcW w:w="1135" w:type="dxa"/>
          </w:tcPr>
          <w:p w14:paraId="14087F4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507AAA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322B673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7004453E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C49E9E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87</w:t>
            </w:r>
          </w:p>
        </w:tc>
        <w:tc>
          <w:tcPr>
            <w:tcW w:w="899" w:type="dxa"/>
          </w:tcPr>
          <w:p w14:paraId="7AA05C6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7</w:t>
            </w:r>
          </w:p>
        </w:tc>
        <w:tc>
          <w:tcPr>
            <w:tcW w:w="2044" w:type="dxa"/>
          </w:tcPr>
          <w:p w14:paraId="7505A87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систем способом подстановки</w:t>
            </w:r>
          </w:p>
        </w:tc>
        <w:tc>
          <w:tcPr>
            <w:tcW w:w="1135" w:type="dxa"/>
          </w:tcPr>
          <w:p w14:paraId="751BECC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B56DC7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5E54A32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191872F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6EE1443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88</w:t>
            </w:r>
          </w:p>
        </w:tc>
        <w:tc>
          <w:tcPr>
            <w:tcW w:w="899" w:type="dxa"/>
          </w:tcPr>
          <w:p w14:paraId="530228E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</w:t>
            </w:r>
          </w:p>
        </w:tc>
        <w:tc>
          <w:tcPr>
            <w:tcW w:w="2044" w:type="dxa"/>
          </w:tcPr>
          <w:p w14:paraId="14E8E23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Способ сложения</w:t>
            </w:r>
          </w:p>
        </w:tc>
        <w:tc>
          <w:tcPr>
            <w:tcW w:w="1135" w:type="dxa"/>
          </w:tcPr>
          <w:p w14:paraId="453A405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66C297C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1" w:type="dxa"/>
          </w:tcPr>
          <w:p w14:paraId="52458F2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1D6F7D41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6FC02D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89</w:t>
            </w:r>
          </w:p>
        </w:tc>
        <w:tc>
          <w:tcPr>
            <w:tcW w:w="899" w:type="dxa"/>
          </w:tcPr>
          <w:p w14:paraId="1D06F4F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</w:t>
            </w:r>
          </w:p>
        </w:tc>
        <w:tc>
          <w:tcPr>
            <w:tcW w:w="2044" w:type="dxa"/>
          </w:tcPr>
          <w:p w14:paraId="2EF053F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систем способом сложения</w:t>
            </w:r>
          </w:p>
        </w:tc>
        <w:tc>
          <w:tcPr>
            <w:tcW w:w="1135" w:type="dxa"/>
          </w:tcPr>
          <w:p w14:paraId="54D0FE7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0BF2B1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70E507F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9E6B869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924D717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90</w:t>
            </w:r>
          </w:p>
        </w:tc>
        <w:tc>
          <w:tcPr>
            <w:tcW w:w="899" w:type="dxa"/>
          </w:tcPr>
          <w:p w14:paraId="755C7B3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</w:t>
            </w:r>
          </w:p>
        </w:tc>
        <w:tc>
          <w:tcPr>
            <w:tcW w:w="2044" w:type="dxa"/>
          </w:tcPr>
          <w:p w14:paraId="77EF384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Выбор рационального способа решения системы</w:t>
            </w:r>
          </w:p>
        </w:tc>
        <w:tc>
          <w:tcPr>
            <w:tcW w:w="1135" w:type="dxa"/>
          </w:tcPr>
          <w:p w14:paraId="2F4FEE0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86AD5A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259395C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362418E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33D4CF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91</w:t>
            </w:r>
          </w:p>
        </w:tc>
        <w:tc>
          <w:tcPr>
            <w:tcW w:w="899" w:type="dxa"/>
          </w:tcPr>
          <w:p w14:paraId="31BD874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11</w:t>
            </w:r>
          </w:p>
        </w:tc>
        <w:tc>
          <w:tcPr>
            <w:tcW w:w="2044" w:type="dxa"/>
          </w:tcPr>
          <w:p w14:paraId="4EFA89F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Решение задач с помощью систем уравнений</w:t>
            </w:r>
          </w:p>
        </w:tc>
        <w:tc>
          <w:tcPr>
            <w:tcW w:w="1135" w:type="dxa"/>
          </w:tcPr>
          <w:p w14:paraId="7C8B181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7F287BB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4F1E95B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30883E3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4B79C7A4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92</w:t>
            </w:r>
          </w:p>
        </w:tc>
        <w:tc>
          <w:tcPr>
            <w:tcW w:w="899" w:type="dxa"/>
          </w:tcPr>
          <w:p w14:paraId="19ECBD5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12</w:t>
            </w:r>
          </w:p>
        </w:tc>
        <w:tc>
          <w:tcPr>
            <w:tcW w:w="2044" w:type="dxa"/>
          </w:tcPr>
          <w:p w14:paraId="2A296A0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Задачи на движение с помощью систем уравнений</w:t>
            </w:r>
          </w:p>
        </w:tc>
        <w:tc>
          <w:tcPr>
            <w:tcW w:w="1135" w:type="dxa"/>
          </w:tcPr>
          <w:p w14:paraId="11D4A4A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5BE1B13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09217169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4F87FCFD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8B884E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93</w:t>
            </w:r>
          </w:p>
        </w:tc>
        <w:tc>
          <w:tcPr>
            <w:tcW w:w="899" w:type="dxa"/>
          </w:tcPr>
          <w:p w14:paraId="39CEE81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13</w:t>
            </w:r>
          </w:p>
        </w:tc>
        <w:tc>
          <w:tcPr>
            <w:tcW w:w="2044" w:type="dxa"/>
          </w:tcPr>
          <w:p w14:paraId="51AB466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Задачи на смеси, сплавы и проценты</w:t>
            </w:r>
          </w:p>
        </w:tc>
        <w:tc>
          <w:tcPr>
            <w:tcW w:w="1135" w:type="dxa"/>
          </w:tcPr>
          <w:p w14:paraId="32B7A04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498D722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526032C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5CAB10A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F015ED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94</w:t>
            </w:r>
          </w:p>
        </w:tc>
        <w:tc>
          <w:tcPr>
            <w:tcW w:w="899" w:type="dxa"/>
          </w:tcPr>
          <w:p w14:paraId="629F106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14</w:t>
            </w:r>
          </w:p>
        </w:tc>
        <w:tc>
          <w:tcPr>
            <w:tcW w:w="2044" w:type="dxa"/>
          </w:tcPr>
          <w:p w14:paraId="0B460EA7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Практико-ориентированные задачи с системами уравнений</w:t>
            </w:r>
          </w:p>
        </w:tc>
        <w:tc>
          <w:tcPr>
            <w:tcW w:w="1135" w:type="dxa"/>
          </w:tcPr>
          <w:p w14:paraId="19ACC31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3C5C39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24EE51F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22949F1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BF6BDB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95</w:t>
            </w:r>
          </w:p>
        </w:tc>
        <w:tc>
          <w:tcPr>
            <w:tcW w:w="899" w:type="dxa"/>
          </w:tcPr>
          <w:p w14:paraId="33D8598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15</w:t>
            </w:r>
          </w:p>
        </w:tc>
        <w:tc>
          <w:tcPr>
            <w:tcW w:w="2044" w:type="dxa"/>
          </w:tcPr>
          <w:p w14:paraId="0DEFD0FD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Обобщение по теме «Системы линейных уравнений»</w:t>
            </w:r>
          </w:p>
        </w:tc>
        <w:tc>
          <w:tcPr>
            <w:tcW w:w="1135" w:type="dxa"/>
          </w:tcPr>
          <w:p w14:paraId="443122D2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C11B2E0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3E07F40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C6A40" w14:paraId="11AA4578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506927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96</w:t>
            </w:r>
          </w:p>
        </w:tc>
        <w:tc>
          <w:tcPr>
            <w:tcW w:w="899" w:type="dxa"/>
          </w:tcPr>
          <w:p w14:paraId="382ED3D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16</w:t>
            </w:r>
          </w:p>
        </w:tc>
        <w:tc>
          <w:tcPr>
            <w:tcW w:w="2044" w:type="dxa"/>
          </w:tcPr>
          <w:p w14:paraId="7782112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35" w:type="dxa"/>
          </w:tcPr>
          <w:p w14:paraId="53D8355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2884464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1" w:type="dxa"/>
          </w:tcPr>
          <w:p w14:paraId="758886D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C6A40" w14:paraId="1487E4EB" w14:textId="77777777" w:rsidTr="00AC6A40">
        <w:tc>
          <w:tcPr>
            <w:tcW w:w="10307" w:type="dxa"/>
            <w:gridSpan w:val="7"/>
          </w:tcPr>
          <w:p w14:paraId="4C37D23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Повторение и обобщение изученного материала — 6 ч.</w:t>
            </w:r>
          </w:p>
        </w:tc>
      </w:tr>
      <w:tr w:rsidR="00AC6A40" w:rsidRPr="00AC6A40" w14:paraId="633FDAB0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3C65BE8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97</w:t>
            </w:r>
          </w:p>
        </w:tc>
        <w:tc>
          <w:tcPr>
            <w:tcW w:w="899" w:type="dxa"/>
          </w:tcPr>
          <w:p w14:paraId="264BDD0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2044" w:type="dxa"/>
          </w:tcPr>
          <w:p w14:paraId="476AF2B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Повторение: выражения и тождественные преобразования</w:t>
            </w:r>
          </w:p>
        </w:tc>
        <w:tc>
          <w:tcPr>
            <w:tcW w:w="1135" w:type="dxa"/>
          </w:tcPr>
          <w:p w14:paraId="6CED3D06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644B0F6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1" w:type="dxa"/>
          </w:tcPr>
          <w:p w14:paraId="2E99F45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4F9ED53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23B58268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98</w:t>
            </w:r>
          </w:p>
        </w:tc>
        <w:tc>
          <w:tcPr>
            <w:tcW w:w="899" w:type="dxa"/>
          </w:tcPr>
          <w:p w14:paraId="05589BE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2</w:t>
            </w:r>
          </w:p>
        </w:tc>
        <w:tc>
          <w:tcPr>
            <w:tcW w:w="2044" w:type="dxa"/>
          </w:tcPr>
          <w:p w14:paraId="3362021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Повторение: уравнения и текстовые задачи</w:t>
            </w:r>
          </w:p>
        </w:tc>
        <w:tc>
          <w:tcPr>
            <w:tcW w:w="1135" w:type="dxa"/>
          </w:tcPr>
          <w:p w14:paraId="51F76BB9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BEC6E9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585BCDF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5E4E66AA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13126C8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99</w:t>
            </w:r>
          </w:p>
        </w:tc>
        <w:tc>
          <w:tcPr>
            <w:tcW w:w="899" w:type="dxa"/>
          </w:tcPr>
          <w:p w14:paraId="44D98B85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3</w:t>
            </w:r>
          </w:p>
        </w:tc>
        <w:tc>
          <w:tcPr>
            <w:tcW w:w="2044" w:type="dxa"/>
          </w:tcPr>
          <w:p w14:paraId="68CA546A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Повторение: функции и графики</w:t>
            </w:r>
          </w:p>
        </w:tc>
        <w:tc>
          <w:tcPr>
            <w:tcW w:w="1135" w:type="dxa"/>
          </w:tcPr>
          <w:p w14:paraId="3515645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0B629EE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1" w:type="dxa"/>
          </w:tcPr>
          <w:p w14:paraId="3773534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5B2AF36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00C5777B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100</w:t>
            </w:r>
          </w:p>
        </w:tc>
        <w:tc>
          <w:tcPr>
            <w:tcW w:w="899" w:type="dxa"/>
          </w:tcPr>
          <w:p w14:paraId="3285567E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4</w:t>
            </w:r>
          </w:p>
        </w:tc>
        <w:tc>
          <w:tcPr>
            <w:tcW w:w="2044" w:type="dxa"/>
          </w:tcPr>
          <w:p w14:paraId="4053EB14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Повторение: степени, одночлены и многочлены</w:t>
            </w:r>
          </w:p>
        </w:tc>
        <w:tc>
          <w:tcPr>
            <w:tcW w:w="1135" w:type="dxa"/>
          </w:tcPr>
          <w:p w14:paraId="6E6E324C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148C6F7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1" w:type="dxa"/>
          </w:tcPr>
          <w:p w14:paraId="6A9D0AC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64E2624A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2F87253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101</w:t>
            </w:r>
          </w:p>
        </w:tc>
        <w:tc>
          <w:tcPr>
            <w:tcW w:w="899" w:type="dxa"/>
          </w:tcPr>
          <w:p w14:paraId="2046AD7A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5</w:t>
            </w:r>
          </w:p>
        </w:tc>
        <w:tc>
          <w:tcPr>
            <w:tcW w:w="2044" w:type="dxa"/>
          </w:tcPr>
          <w:p w14:paraId="5279D432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Повторение: формулы сокращённого умножения и системы уравнений</w:t>
            </w:r>
          </w:p>
        </w:tc>
        <w:tc>
          <w:tcPr>
            <w:tcW w:w="1135" w:type="dxa"/>
          </w:tcPr>
          <w:p w14:paraId="26CE68D1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797EDEB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1" w:type="dxa"/>
          </w:tcPr>
          <w:p w14:paraId="7A8F41F6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C6A40" w14:paraId="2DE17EA8" w14:textId="77777777" w:rsidTr="00AC6A40">
        <w:trPr>
          <w:gridAfter w:val="1"/>
          <w:wAfter w:w="32" w:type="dxa"/>
        </w:trPr>
        <w:tc>
          <w:tcPr>
            <w:tcW w:w="743" w:type="dxa"/>
          </w:tcPr>
          <w:p w14:paraId="5BE1AEB0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102</w:t>
            </w:r>
          </w:p>
        </w:tc>
        <w:tc>
          <w:tcPr>
            <w:tcW w:w="899" w:type="dxa"/>
          </w:tcPr>
          <w:p w14:paraId="7BF76ECD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6</w:t>
            </w:r>
          </w:p>
        </w:tc>
        <w:tc>
          <w:tcPr>
            <w:tcW w:w="2044" w:type="dxa"/>
          </w:tcPr>
          <w:p w14:paraId="5E6298A5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Итоговое обобщение курса алгебры 7 класса</w:t>
            </w:r>
          </w:p>
        </w:tc>
        <w:tc>
          <w:tcPr>
            <w:tcW w:w="1135" w:type="dxa"/>
          </w:tcPr>
          <w:p w14:paraId="0786DA9F" w14:textId="77777777" w:rsidR="00AC6A40" w:rsidRPr="00AC6A40" w:rsidRDefault="00AC6A40" w:rsidP="0088238D">
            <w:pPr>
              <w:jc w:val="center"/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1</w:t>
            </w:r>
          </w:p>
        </w:tc>
        <w:tc>
          <w:tcPr>
            <w:tcW w:w="3543" w:type="dxa"/>
          </w:tcPr>
          <w:p w14:paraId="5B7DAFB8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Систематизировать изученное; применять знания в комплексных заданиях; выбирать рациональные алгоритмы; осуществлять самоконтроль и коррекцию.</w:t>
            </w:r>
          </w:p>
        </w:tc>
        <w:tc>
          <w:tcPr>
            <w:tcW w:w="1911" w:type="dxa"/>
          </w:tcPr>
          <w:p w14:paraId="7FCB1B4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sz w:val="20"/>
                <w:szCs w:val="20"/>
              </w:rPr>
              <w:t>Текущий контроль, самооценка</w:t>
            </w:r>
          </w:p>
        </w:tc>
      </w:tr>
      <w:tr w:rsidR="00AC6A40" w:rsidRPr="00AC6A40" w14:paraId="1199FBFF" w14:textId="77777777" w:rsidTr="00AC6A40">
        <w:trPr>
          <w:gridAfter w:val="1"/>
          <w:wAfter w:w="29" w:type="dxa"/>
        </w:trPr>
        <w:tc>
          <w:tcPr>
            <w:tcW w:w="3686" w:type="dxa"/>
            <w:gridSpan w:val="3"/>
          </w:tcPr>
          <w:p w14:paraId="3EC4B83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Итого за 7 класс</w:t>
            </w:r>
          </w:p>
        </w:tc>
        <w:tc>
          <w:tcPr>
            <w:tcW w:w="1135" w:type="dxa"/>
          </w:tcPr>
          <w:p w14:paraId="1BDAFC61" w14:textId="77777777" w:rsidR="00AC6A40" w:rsidRPr="00AC6A40" w:rsidRDefault="00AC6A40" w:rsidP="0088238D">
            <w:pPr>
              <w:rPr>
                <w:sz w:val="20"/>
                <w:szCs w:val="20"/>
              </w:rPr>
            </w:pPr>
            <w:r w:rsidRPr="00AC6A40">
              <w:rPr>
                <w:b/>
                <w:sz w:val="20"/>
                <w:szCs w:val="20"/>
              </w:rPr>
              <w:t>102</w:t>
            </w:r>
          </w:p>
        </w:tc>
        <w:tc>
          <w:tcPr>
            <w:tcW w:w="5457" w:type="dxa"/>
            <w:gridSpan w:val="2"/>
          </w:tcPr>
          <w:p w14:paraId="3B10E124" w14:textId="77777777" w:rsidR="00AC6A40" w:rsidRPr="00AC6A40" w:rsidRDefault="00AC6A40" w:rsidP="0088238D">
            <w:pPr>
              <w:rPr>
                <w:sz w:val="20"/>
                <w:szCs w:val="20"/>
              </w:rPr>
            </w:pPr>
          </w:p>
        </w:tc>
      </w:tr>
    </w:tbl>
    <w:p w14:paraId="50534147" w14:textId="4ACD9FE3" w:rsidR="00AC6A40" w:rsidRDefault="00AC6A40" w:rsidP="00AC6A40">
      <w:pPr>
        <w:jc w:val="center"/>
      </w:pPr>
      <w:r>
        <w:rPr>
          <w:b/>
          <w:sz w:val="26"/>
        </w:rPr>
        <w:t>8 КЛАСС</w:t>
      </w:r>
    </w:p>
    <w:tbl>
      <w:tblPr>
        <w:tblStyle w:val="aa"/>
        <w:tblW w:w="0" w:type="auto"/>
        <w:tblInd w:w="-459" w:type="dxa"/>
        <w:tblLook w:val="04A0" w:firstRow="1" w:lastRow="0" w:firstColumn="1" w:lastColumn="0" w:noHBand="0" w:noVBand="1"/>
      </w:tblPr>
      <w:tblGrid>
        <w:gridCol w:w="743"/>
        <w:gridCol w:w="955"/>
        <w:gridCol w:w="2022"/>
        <w:gridCol w:w="1132"/>
        <w:gridCol w:w="3512"/>
        <w:gridCol w:w="1914"/>
      </w:tblGrid>
      <w:tr w:rsidR="00AC6A40" w:rsidRPr="00A57966" w14:paraId="5FA964FD" w14:textId="77777777" w:rsidTr="00A57966">
        <w:tc>
          <w:tcPr>
            <w:tcW w:w="743" w:type="dxa"/>
          </w:tcPr>
          <w:p w14:paraId="24FC0F6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№ урока</w:t>
            </w:r>
          </w:p>
        </w:tc>
        <w:tc>
          <w:tcPr>
            <w:tcW w:w="955" w:type="dxa"/>
          </w:tcPr>
          <w:p w14:paraId="74E75DE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№ в разделе</w:t>
            </w:r>
          </w:p>
        </w:tc>
        <w:tc>
          <w:tcPr>
            <w:tcW w:w="2022" w:type="dxa"/>
          </w:tcPr>
          <w:p w14:paraId="6B0B047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Тема урока / содержание</w:t>
            </w:r>
          </w:p>
        </w:tc>
        <w:tc>
          <w:tcPr>
            <w:tcW w:w="1132" w:type="dxa"/>
          </w:tcPr>
          <w:p w14:paraId="20B7526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3512" w:type="dxa"/>
          </w:tcPr>
          <w:p w14:paraId="33E1E98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Основные виды учебной деятельности обучающихся</w:t>
            </w:r>
          </w:p>
        </w:tc>
        <w:tc>
          <w:tcPr>
            <w:tcW w:w="1913" w:type="dxa"/>
          </w:tcPr>
          <w:p w14:paraId="7CC9AAC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Формы текущего контроля</w:t>
            </w:r>
          </w:p>
        </w:tc>
      </w:tr>
      <w:tr w:rsidR="00AC6A40" w:rsidRPr="00A57966" w14:paraId="4FFD88C7" w14:textId="77777777" w:rsidTr="00A57966">
        <w:tc>
          <w:tcPr>
            <w:tcW w:w="10278" w:type="dxa"/>
            <w:gridSpan w:val="6"/>
          </w:tcPr>
          <w:p w14:paraId="00942FE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Рациональные выражения и дроби — 23 ч.</w:t>
            </w:r>
          </w:p>
        </w:tc>
      </w:tr>
      <w:tr w:rsidR="00AC6A40" w:rsidRPr="00A57966" w14:paraId="2AEEBBC3" w14:textId="77777777" w:rsidTr="00A57966">
        <w:tc>
          <w:tcPr>
            <w:tcW w:w="743" w:type="dxa"/>
          </w:tcPr>
          <w:p w14:paraId="4C75236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955" w:type="dxa"/>
          </w:tcPr>
          <w:p w14:paraId="44DC9F1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22" w:type="dxa"/>
          </w:tcPr>
          <w:p w14:paraId="5ED0A37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Рациональные выражения. Допустимые значения переменных</w:t>
            </w:r>
          </w:p>
        </w:tc>
        <w:tc>
          <w:tcPr>
            <w:tcW w:w="1132" w:type="dxa"/>
          </w:tcPr>
          <w:p w14:paraId="051C62E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D0AFAC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194298D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550FA75" w14:textId="77777777" w:rsidTr="00A57966">
        <w:tc>
          <w:tcPr>
            <w:tcW w:w="743" w:type="dxa"/>
          </w:tcPr>
          <w:p w14:paraId="23A5F62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955" w:type="dxa"/>
          </w:tcPr>
          <w:p w14:paraId="30E095C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22" w:type="dxa"/>
          </w:tcPr>
          <w:p w14:paraId="32DFA15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Основное свойство алгебраической дроби</w:t>
            </w:r>
          </w:p>
        </w:tc>
        <w:tc>
          <w:tcPr>
            <w:tcW w:w="1132" w:type="dxa"/>
          </w:tcPr>
          <w:p w14:paraId="483CF4C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58720E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0C070B8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6D171C4" w14:textId="77777777" w:rsidTr="00A57966">
        <w:tc>
          <w:tcPr>
            <w:tcW w:w="743" w:type="dxa"/>
          </w:tcPr>
          <w:p w14:paraId="0EA4FC8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955" w:type="dxa"/>
          </w:tcPr>
          <w:p w14:paraId="6A7865F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22" w:type="dxa"/>
          </w:tcPr>
          <w:p w14:paraId="27ED756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Сокращение алгебраических дробей</w:t>
            </w:r>
          </w:p>
        </w:tc>
        <w:tc>
          <w:tcPr>
            <w:tcW w:w="1132" w:type="dxa"/>
          </w:tcPr>
          <w:p w14:paraId="5BBE9A4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3A30B0A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78F5552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D73F245" w14:textId="77777777" w:rsidTr="00A57966">
        <w:tc>
          <w:tcPr>
            <w:tcW w:w="743" w:type="dxa"/>
          </w:tcPr>
          <w:p w14:paraId="5C0664E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955" w:type="dxa"/>
          </w:tcPr>
          <w:p w14:paraId="7C5A307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22" w:type="dxa"/>
          </w:tcPr>
          <w:p w14:paraId="2B01F55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Сложение дробей с одинаковыми знаменателями</w:t>
            </w:r>
          </w:p>
        </w:tc>
        <w:tc>
          <w:tcPr>
            <w:tcW w:w="1132" w:type="dxa"/>
          </w:tcPr>
          <w:p w14:paraId="052DAF6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4AE96A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78D639C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13DB9FC" w14:textId="77777777" w:rsidTr="00A57966">
        <w:tc>
          <w:tcPr>
            <w:tcW w:w="743" w:type="dxa"/>
          </w:tcPr>
          <w:p w14:paraId="74220C8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955" w:type="dxa"/>
          </w:tcPr>
          <w:p w14:paraId="594720C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22" w:type="dxa"/>
          </w:tcPr>
          <w:p w14:paraId="18C18A2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Вычитание дробей с одинаковыми знаменателями</w:t>
            </w:r>
          </w:p>
        </w:tc>
        <w:tc>
          <w:tcPr>
            <w:tcW w:w="1132" w:type="dxa"/>
          </w:tcPr>
          <w:p w14:paraId="53DE9AF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DEAEB0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5847B02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2F9AFCC8" w14:textId="77777777" w:rsidTr="00A57966">
        <w:tc>
          <w:tcPr>
            <w:tcW w:w="743" w:type="dxa"/>
          </w:tcPr>
          <w:p w14:paraId="4814CF0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955" w:type="dxa"/>
          </w:tcPr>
          <w:p w14:paraId="6156977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22" w:type="dxa"/>
          </w:tcPr>
          <w:p w14:paraId="51FD368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Сложение дробей с разными знаменателями</w:t>
            </w:r>
          </w:p>
        </w:tc>
        <w:tc>
          <w:tcPr>
            <w:tcW w:w="1132" w:type="dxa"/>
          </w:tcPr>
          <w:p w14:paraId="7A21966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5940AE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4B73AC0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10389B9" w14:textId="77777777" w:rsidTr="00A57966">
        <w:tc>
          <w:tcPr>
            <w:tcW w:w="743" w:type="dxa"/>
          </w:tcPr>
          <w:p w14:paraId="67E04AA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955" w:type="dxa"/>
          </w:tcPr>
          <w:p w14:paraId="229C421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22" w:type="dxa"/>
          </w:tcPr>
          <w:p w14:paraId="5F9FE49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Вычитание дробей с разными знаменателями</w:t>
            </w:r>
          </w:p>
        </w:tc>
        <w:tc>
          <w:tcPr>
            <w:tcW w:w="1132" w:type="dxa"/>
          </w:tcPr>
          <w:p w14:paraId="1410465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F679C9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54EF725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E3E7901" w14:textId="77777777" w:rsidTr="00A57966">
        <w:tc>
          <w:tcPr>
            <w:tcW w:w="743" w:type="dxa"/>
          </w:tcPr>
          <w:p w14:paraId="7FC71E3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955" w:type="dxa"/>
          </w:tcPr>
          <w:p w14:paraId="14DE79E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22" w:type="dxa"/>
          </w:tcPr>
          <w:p w14:paraId="35F6423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Преобразование суммы и разности рациональных дробей</w:t>
            </w:r>
          </w:p>
        </w:tc>
        <w:tc>
          <w:tcPr>
            <w:tcW w:w="1132" w:type="dxa"/>
          </w:tcPr>
          <w:p w14:paraId="4358236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7523EC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193FC39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BE328C2" w14:textId="77777777" w:rsidTr="00A57966">
        <w:tc>
          <w:tcPr>
            <w:tcW w:w="743" w:type="dxa"/>
          </w:tcPr>
          <w:p w14:paraId="7DB4E15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955" w:type="dxa"/>
          </w:tcPr>
          <w:p w14:paraId="1F35DFD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22" w:type="dxa"/>
          </w:tcPr>
          <w:p w14:paraId="70D8D9C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Умножение алгебраических дробей</w:t>
            </w:r>
          </w:p>
        </w:tc>
        <w:tc>
          <w:tcPr>
            <w:tcW w:w="1132" w:type="dxa"/>
          </w:tcPr>
          <w:p w14:paraId="4A267FC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1FFE34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10BE342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93D9FD6" w14:textId="77777777" w:rsidTr="00A57966">
        <w:tc>
          <w:tcPr>
            <w:tcW w:w="743" w:type="dxa"/>
          </w:tcPr>
          <w:p w14:paraId="049F98F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955" w:type="dxa"/>
          </w:tcPr>
          <w:p w14:paraId="79BBB9D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22" w:type="dxa"/>
          </w:tcPr>
          <w:p w14:paraId="31D5F20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Возведение алгебраической дроби в степень</w:t>
            </w:r>
          </w:p>
        </w:tc>
        <w:tc>
          <w:tcPr>
            <w:tcW w:w="1132" w:type="dxa"/>
          </w:tcPr>
          <w:p w14:paraId="77B1FC7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22FFF0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0656C12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DCFD591" w14:textId="77777777" w:rsidTr="00A57966">
        <w:tc>
          <w:tcPr>
            <w:tcW w:w="743" w:type="dxa"/>
          </w:tcPr>
          <w:p w14:paraId="5C299FF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955" w:type="dxa"/>
          </w:tcPr>
          <w:p w14:paraId="43EA790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22" w:type="dxa"/>
          </w:tcPr>
          <w:p w14:paraId="153116F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Деление алгебраических дробей</w:t>
            </w:r>
          </w:p>
        </w:tc>
        <w:tc>
          <w:tcPr>
            <w:tcW w:w="1132" w:type="dxa"/>
          </w:tcPr>
          <w:p w14:paraId="174C033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A25036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58FFF11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B58E49A" w14:textId="77777777" w:rsidTr="00A57966">
        <w:tc>
          <w:tcPr>
            <w:tcW w:w="743" w:type="dxa"/>
          </w:tcPr>
          <w:p w14:paraId="594104F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955" w:type="dxa"/>
          </w:tcPr>
          <w:p w14:paraId="2E67C00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2022" w:type="dxa"/>
          </w:tcPr>
          <w:p w14:paraId="5D3FDAD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Преобразование произведений и частных рациональных дробей</w:t>
            </w:r>
          </w:p>
        </w:tc>
        <w:tc>
          <w:tcPr>
            <w:tcW w:w="1132" w:type="dxa"/>
          </w:tcPr>
          <w:p w14:paraId="75BC1AD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C5E79A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5F6EDE7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199BD04F" w14:textId="77777777" w:rsidTr="00A57966">
        <w:tc>
          <w:tcPr>
            <w:tcW w:w="743" w:type="dxa"/>
          </w:tcPr>
          <w:p w14:paraId="5C46C75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955" w:type="dxa"/>
          </w:tcPr>
          <w:p w14:paraId="2259C42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2022" w:type="dxa"/>
          </w:tcPr>
          <w:p w14:paraId="68C5B49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Преобразование рациональных выражений</w:t>
            </w:r>
          </w:p>
        </w:tc>
        <w:tc>
          <w:tcPr>
            <w:tcW w:w="1132" w:type="dxa"/>
          </w:tcPr>
          <w:p w14:paraId="03AE3B8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E2EA41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6E5A4F2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734B894" w14:textId="77777777" w:rsidTr="00A57966">
        <w:tc>
          <w:tcPr>
            <w:tcW w:w="743" w:type="dxa"/>
          </w:tcPr>
          <w:p w14:paraId="0993164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955" w:type="dxa"/>
          </w:tcPr>
          <w:p w14:paraId="6ACA88B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2022" w:type="dxa"/>
          </w:tcPr>
          <w:p w14:paraId="76ECD0E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Рациональные выражения: практикум</w:t>
            </w:r>
          </w:p>
        </w:tc>
        <w:tc>
          <w:tcPr>
            <w:tcW w:w="1132" w:type="dxa"/>
          </w:tcPr>
          <w:p w14:paraId="76169C0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C6BE93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32DDEF5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D0014F0" w14:textId="77777777" w:rsidTr="00A57966">
        <w:tc>
          <w:tcPr>
            <w:tcW w:w="743" w:type="dxa"/>
          </w:tcPr>
          <w:p w14:paraId="0C99A79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955" w:type="dxa"/>
          </w:tcPr>
          <w:p w14:paraId="7DBDEFB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2022" w:type="dxa"/>
          </w:tcPr>
          <w:p w14:paraId="7AA2265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Функция y=k/x</w:t>
            </w:r>
          </w:p>
        </w:tc>
        <w:tc>
          <w:tcPr>
            <w:tcW w:w="1132" w:type="dxa"/>
          </w:tcPr>
          <w:p w14:paraId="39A65A0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3DD8D12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3" w:type="dxa"/>
          </w:tcPr>
          <w:p w14:paraId="41DD973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41F5B25" w14:textId="77777777" w:rsidTr="00A57966">
        <w:tc>
          <w:tcPr>
            <w:tcW w:w="743" w:type="dxa"/>
          </w:tcPr>
          <w:p w14:paraId="37303F3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16</w:t>
            </w:r>
          </w:p>
        </w:tc>
        <w:tc>
          <w:tcPr>
            <w:tcW w:w="955" w:type="dxa"/>
          </w:tcPr>
          <w:p w14:paraId="50F5D68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16</w:t>
            </w:r>
          </w:p>
        </w:tc>
        <w:tc>
          <w:tcPr>
            <w:tcW w:w="2022" w:type="dxa"/>
          </w:tcPr>
          <w:p w14:paraId="0234DA8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График функции y=k/x</w:t>
            </w:r>
          </w:p>
        </w:tc>
        <w:tc>
          <w:tcPr>
            <w:tcW w:w="1132" w:type="dxa"/>
          </w:tcPr>
          <w:p w14:paraId="40B152A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DBD8F9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3" w:type="dxa"/>
          </w:tcPr>
          <w:p w14:paraId="1C397A8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F15B706" w14:textId="77777777" w:rsidTr="00A57966">
        <w:tc>
          <w:tcPr>
            <w:tcW w:w="743" w:type="dxa"/>
          </w:tcPr>
          <w:p w14:paraId="21F8982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17</w:t>
            </w:r>
          </w:p>
        </w:tc>
        <w:tc>
          <w:tcPr>
            <w:tcW w:w="955" w:type="dxa"/>
          </w:tcPr>
          <w:p w14:paraId="58F2A1E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17</w:t>
            </w:r>
          </w:p>
        </w:tc>
        <w:tc>
          <w:tcPr>
            <w:tcW w:w="2022" w:type="dxa"/>
          </w:tcPr>
          <w:p w14:paraId="6F39230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Свойства функции обратной пропорциональности</w:t>
            </w:r>
          </w:p>
        </w:tc>
        <w:tc>
          <w:tcPr>
            <w:tcW w:w="1132" w:type="dxa"/>
          </w:tcPr>
          <w:p w14:paraId="7E01D22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6E72F4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3" w:type="dxa"/>
          </w:tcPr>
          <w:p w14:paraId="0E0E8BC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9DB2868" w14:textId="77777777" w:rsidTr="00A57966">
        <w:tc>
          <w:tcPr>
            <w:tcW w:w="743" w:type="dxa"/>
          </w:tcPr>
          <w:p w14:paraId="5F1B379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18</w:t>
            </w:r>
          </w:p>
        </w:tc>
        <w:tc>
          <w:tcPr>
            <w:tcW w:w="955" w:type="dxa"/>
          </w:tcPr>
          <w:p w14:paraId="322FC67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18</w:t>
            </w:r>
          </w:p>
        </w:tc>
        <w:tc>
          <w:tcPr>
            <w:tcW w:w="2022" w:type="dxa"/>
          </w:tcPr>
          <w:p w14:paraId="6DDC8DD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задач с использованием обратной пропорциональности</w:t>
            </w:r>
          </w:p>
        </w:tc>
        <w:tc>
          <w:tcPr>
            <w:tcW w:w="1132" w:type="dxa"/>
          </w:tcPr>
          <w:p w14:paraId="4139E15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487CDF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48F4FEA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67A7577" w14:textId="77777777" w:rsidTr="00A57966">
        <w:tc>
          <w:tcPr>
            <w:tcW w:w="743" w:type="dxa"/>
          </w:tcPr>
          <w:p w14:paraId="67AA1DC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19</w:t>
            </w:r>
          </w:p>
        </w:tc>
        <w:tc>
          <w:tcPr>
            <w:tcW w:w="955" w:type="dxa"/>
          </w:tcPr>
          <w:p w14:paraId="04447E9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19</w:t>
            </w:r>
          </w:p>
        </w:tc>
        <w:tc>
          <w:tcPr>
            <w:tcW w:w="2022" w:type="dxa"/>
          </w:tcPr>
          <w:p w14:paraId="52B9E60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Рациональные уравнения: введение</w:t>
            </w:r>
          </w:p>
        </w:tc>
        <w:tc>
          <w:tcPr>
            <w:tcW w:w="1132" w:type="dxa"/>
          </w:tcPr>
          <w:p w14:paraId="40BBC0E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DE4A75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47F3FE9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DCB4119" w14:textId="77777777" w:rsidTr="00A57966">
        <w:tc>
          <w:tcPr>
            <w:tcW w:w="743" w:type="dxa"/>
          </w:tcPr>
          <w:p w14:paraId="52F9402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20</w:t>
            </w:r>
          </w:p>
        </w:tc>
        <w:tc>
          <w:tcPr>
            <w:tcW w:w="955" w:type="dxa"/>
          </w:tcPr>
          <w:p w14:paraId="3F1FF88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20</w:t>
            </w:r>
          </w:p>
        </w:tc>
        <w:tc>
          <w:tcPr>
            <w:tcW w:w="2022" w:type="dxa"/>
          </w:tcPr>
          <w:p w14:paraId="488F433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простейших рациональных уравнений</w:t>
            </w:r>
          </w:p>
        </w:tc>
        <w:tc>
          <w:tcPr>
            <w:tcW w:w="1132" w:type="dxa"/>
          </w:tcPr>
          <w:p w14:paraId="3B136B5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3094C2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46BA8D4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D85ADA4" w14:textId="77777777" w:rsidTr="00A57966">
        <w:tc>
          <w:tcPr>
            <w:tcW w:w="743" w:type="dxa"/>
          </w:tcPr>
          <w:p w14:paraId="798D478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21</w:t>
            </w:r>
          </w:p>
        </w:tc>
        <w:tc>
          <w:tcPr>
            <w:tcW w:w="955" w:type="dxa"/>
          </w:tcPr>
          <w:p w14:paraId="3BFDF22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21</w:t>
            </w:r>
          </w:p>
        </w:tc>
        <w:tc>
          <w:tcPr>
            <w:tcW w:w="2022" w:type="dxa"/>
          </w:tcPr>
          <w:p w14:paraId="1840134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Практико-ориентированные задачи с рациональными выражениями</w:t>
            </w:r>
          </w:p>
        </w:tc>
        <w:tc>
          <w:tcPr>
            <w:tcW w:w="1132" w:type="dxa"/>
          </w:tcPr>
          <w:p w14:paraId="6D30FC8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B54066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31859A8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7873F82" w14:textId="77777777" w:rsidTr="00A57966">
        <w:tc>
          <w:tcPr>
            <w:tcW w:w="743" w:type="dxa"/>
          </w:tcPr>
          <w:p w14:paraId="3C6357C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22</w:t>
            </w:r>
          </w:p>
        </w:tc>
        <w:tc>
          <w:tcPr>
            <w:tcW w:w="955" w:type="dxa"/>
          </w:tcPr>
          <w:p w14:paraId="4A2C2A9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22</w:t>
            </w:r>
          </w:p>
        </w:tc>
        <w:tc>
          <w:tcPr>
            <w:tcW w:w="2022" w:type="dxa"/>
          </w:tcPr>
          <w:p w14:paraId="1B6BAC6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Обобщение по теме «Рациональные выражения и дроби»</w:t>
            </w:r>
          </w:p>
        </w:tc>
        <w:tc>
          <w:tcPr>
            <w:tcW w:w="1132" w:type="dxa"/>
          </w:tcPr>
          <w:p w14:paraId="0CC14CA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EA556D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580233B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57966" w14:paraId="15ACC1F2" w14:textId="77777777" w:rsidTr="00A57966">
        <w:tc>
          <w:tcPr>
            <w:tcW w:w="743" w:type="dxa"/>
          </w:tcPr>
          <w:p w14:paraId="4A9C4F5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23</w:t>
            </w:r>
          </w:p>
        </w:tc>
        <w:tc>
          <w:tcPr>
            <w:tcW w:w="955" w:type="dxa"/>
          </w:tcPr>
          <w:p w14:paraId="699DADA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23</w:t>
            </w:r>
          </w:p>
        </w:tc>
        <w:tc>
          <w:tcPr>
            <w:tcW w:w="2022" w:type="dxa"/>
          </w:tcPr>
          <w:p w14:paraId="611AC33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32" w:type="dxa"/>
          </w:tcPr>
          <w:p w14:paraId="5AC00AF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4728F5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09F1A0A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57966" w14:paraId="4F5C8A3D" w14:textId="77777777" w:rsidTr="00A57966">
        <w:tc>
          <w:tcPr>
            <w:tcW w:w="10278" w:type="dxa"/>
            <w:gridSpan w:val="6"/>
          </w:tcPr>
          <w:p w14:paraId="1F9918E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Квадратные корни. Действительные числа — 19 ч.</w:t>
            </w:r>
          </w:p>
        </w:tc>
      </w:tr>
      <w:tr w:rsidR="00AC6A40" w:rsidRPr="00A57966" w14:paraId="5F0ED32F" w14:textId="77777777" w:rsidTr="00A57966">
        <w:tc>
          <w:tcPr>
            <w:tcW w:w="743" w:type="dxa"/>
          </w:tcPr>
          <w:p w14:paraId="2C3034D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24</w:t>
            </w:r>
          </w:p>
        </w:tc>
        <w:tc>
          <w:tcPr>
            <w:tcW w:w="955" w:type="dxa"/>
          </w:tcPr>
          <w:p w14:paraId="50678DB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22" w:type="dxa"/>
          </w:tcPr>
          <w:p w14:paraId="2FB4AA7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Рациональные и иррациональные числа</w:t>
            </w:r>
          </w:p>
        </w:tc>
        <w:tc>
          <w:tcPr>
            <w:tcW w:w="1132" w:type="dxa"/>
          </w:tcPr>
          <w:p w14:paraId="40FCF3F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3284F4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7C763CF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22AEE71B" w14:textId="77777777" w:rsidTr="00A57966">
        <w:tc>
          <w:tcPr>
            <w:tcW w:w="743" w:type="dxa"/>
          </w:tcPr>
          <w:p w14:paraId="56C8961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25</w:t>
            </w:r>
          </w:p>
        </w:tc>
        <w:tc>
          <w:tcPr>
            <w:tcW w:w="955" w:type="dxa"/>
          </w:tcPr>
          <w:p w14:paraId="6833501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22" w:type="dxa"/>
          </w:tcPr>
          <w:p w14:paraId="13946AB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Действительные числа</w:t>
            </w:r>
          </w:p>
        </w:tc>
        <w:tc>
          <w:tcPr>
            <w:tcW w:w="1132" w:type="dxa"/>
          </w:tcPr>
          <w:p w14:paraId="3FCF62B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20C18E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7524DFE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2C1A7BE" w14:textId="77777777" w:rsidTr="00A57966">
        <w:tc>
          <w:tcPr>
            <w:tcW w:w="743" w:type="dxa"/>
          </w:tcPr>
          <w:p w14:paraId="2AE4BB3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26</w:t>
            </w:r>
          </w:p>
        </w:tc>
        <w:tc>
          <w:tcPr>
            <w:tcW w:w="955" w:type="dxa"/>
          </w:tcPr>
          <w:p w14:paraId="23EF26F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22" w:type="dxa"/>
          </w:tcPr>
          <w:p w14:paraId="28B6A07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Понятие арифметического квадратного корня</w:t>
            </w:r>
          </w:p>
        </w:tc>
        <w:tc>
          <w:tcPr>
            <w:tcW w:w="1132" w:type="dxa"/>
          </w:tcPr>
          <w:p w14:paraId="013764D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524D4B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13" w:type="dxa"/>
          </w:tcPr>
          <w:p w14:paraId="3100477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214EEA3" w14:textId="77777777" w:rsidTr="00A57966">
        <w:tc>
          <w:tcPr>
            <w:tcW w:w="743" w:type="dxa"/>
          </w:tcPr>
          <w:p w14:paraId="0A4D213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27</w:t>
            </w:r>
          </w:p>
        </w:tc>
        <w:tc>
          <w:tcPr>
            <w:tcW w:w="955" w:type="dxa"/>
          </w:tcPr>
          <w:p w14:paraId="4C009BF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22" w:type="dxa"/>
          </w:tcPr>
          <w:p w14:paraId="4E6D24A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Уравнение x²=a</w:t>
            </w:r>
          </w:p>
        </w:tc>
        <w:tc>
          <w:tcPr>
            <w:tcW w:w="1132" w:type="dxa"/>
          </w:tcPr>
          <w:p w14:paraId="4C24228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14CE17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1D7379D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2137B6D6" w14:textId="77777777" w:rsidTr="00A57966">
        <w:tc>
          <w:tcPr>
            <w:tcW w:w="743" w:type="dxa"/>
          </w:tcPr>
          <w:p w14:paraId="2813C76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28</w:t>
            </w:r>
          </w:p>
        </w:tc>
        <w:tc>
          <w:tcPr>
            <w:tcW w:w="955" w:type="dxa"/>
          </w:tcPr>
          <w:p w14:paraId="19D541F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22" w:type="dxa"/>
          </w:tcPr>
          <w:p w14:paraId="255147A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Нахождение приближённых значений квадратного корня</w:t>
            </w:r>
          </w:p>
        </w:tc>
        <w:tc>
          <w:tcPr>
            <w:tcW w:w="1132" w:type="dxa"/>
          </w:tcPr>
          <w:p w14:paraId="3A3682B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842B24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13" w:type="dxa"/>
          </w:tcPr>
          <w:p w14:paraId="11BD2B6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1BD6857" w14:textId="77777777" w:rsidTr="00A57966">
        <w:tc>
          <w:tcPr>
            <w:tcW w:w="743" w:type="dxa"/>
          </w:tcPr>
          <w:p w14:paraId="716DF91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29</w:t>
            </w:r>
          </w:p>
        </w:tc>
        <w:tc>
          <w:tcPr>
            <w:tcW w:w="955" w:type="dxa"/>
          </w:tcPr>
          <w:p w14:paraId="22FA074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22" w:type="dxa"/>
          </w:tcPr>
          <w:p w14:paraId="6CF5141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Функция y=√x и её график</w:t>
            </w:r>
          </w:p>
        </w:tc>
        <w:tc>
          <w:tcPr>
            <w:tcW w:w="1132" w:type="dxa"/>
          </w:tcPr>
          <w:p w14:paraId="110FA6A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078D31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3" w:type="dxa"/>
          </w:tcPr>
          <w:p w14:paraId="564720A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2D728BF" w14:textId="77777777" w:rsidTr="00A57966">
        <w:tc>
          <w:tcPr>
            <w:tcW w:w="743" w:type="dxa"/>
          </w:tcPr>
          <w:p w14:paraId="5A587CC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30</w:t>
            </w:r>
          </w:p>
        </w:tc>
        <w:tc>
          <w:tcPr>
            <w:tcW w:w="955" w:type="dxa"/>
          </w:tcPr>
          <w:p w14:paraId="0FB736A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22" w:type="dxa"/>
          </w:tcPr>
          <w:p w14:paraId="02B8B88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Квадратный корень из произведения</w:t>
            </w:r>
          </w:p>
        </w:tc>
        <w:tc>
          <w:tcPr>
            <w:tcW w:w="1132" w:type="dxa"/>
          </w:tcPr>
          <w:p w14:paraId="038AEEC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3F8025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5C7DD81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395B482" w14:textId="77777777" w:rsidTr="00A57966">
        <w:tc>
          <w:tcPr>
            <w:tcW w:w="743" w:type="dxa"/>
          </w:tcPr>
          <w:p w14:paraId="7343042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31</w:t>
            </w:r>
          </w:p>
        </w:tc>
        <w:tc>
          <w:tcPr>
            <w:tcW w:w="955" w:type="dxa"/>
          </w:tcPr>
          <w:p w14:paraId="6D02FAB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22" w:type="dxa"/>
          </w:tcPr>
          <w:p w14:paraId="2658773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Квадратный корень из дроби</w:t>
            </w:r>
          </w:p>
        </w:tc>
        <w:tc>
          <w:tcPr>
            <w:tcW w:w="1132" w:type="dxa"/>
          </w:tcPr>
          <w:p w14:paraId="2AE2A99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490BE3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4FDD9B2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5093614" w14:textId="77777777" w:rsidTr="00A57966">
        <w:tc>
          <w:tcPr>
            <w:tcW w:w="743" w:type="dxa"/>
          </w:tcPr>
          <w:p w14:paraId="213A9F7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32</w:t>
            </w:r>
          </w:p>
        </w:tc>
        <w:tc>
          <w:tcPr>
            <w:tcW w:w="955" w:type="dxa"/>
          </w:tcPr>
          <w:p w14:paraId="61037F1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22" w:type="dxa"/>
          </w:tcPr>
          <w:p w14:paraId="5E2EF19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Квадратный корень из степени</w:t>
            </w:r>
          </w:p>
        </w:tc>
        <w:tc>
          <w:tcPr>
            <w:tcW w:w="1132" w:type="dxa"/>
          </w:tcPr>
          <w:p w14:paraId="49F7FB9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97B846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229263B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CD41BD5" w14:textId="77777777" w:rsidTr="00A57966">
        <w:tc>
          <w:tcPr>
            <w:tcW w:w="743" w:type="dxa"/>
          </w:tcPr>
          <w:p w14:paraId="2D6C971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33</w:t>
            </w:r>
          </w:p>
        </w:tc>
        <w:tc>
          <w:tcPr>
            <w:tcW w:w="955" w:type="dxa"/>
          </w:tcPr>
          <w:p w14:paraId="39ED814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22" w:type="dxa"/>
          </w:tcPr>
          <w:p w14:paraId="67849F6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Вынесение множителя из-под знака корня</w:t>
            </w:r>
          </w:p>
        </w:tc>
        <w:tc>
          <w:tcPr>
            <w:tcW w:w="1132" w:type="dxa"/>
          </w:tcPr>
          <w:p w14:paraId="65E36DB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0F4A34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13" w:type="dxa"/>
          </w:tcPr>
          <w:p w14:paraId="2429A60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7F989D1" w14:textId="77777777" w:rsidTr="00A57966">
        <w:tc>
          <w:tcPr>
            <w:tcW w:w="743" w:type="dxa"/>
          </w:tcPr>
          <w:p w14:paraId="203CB5C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34</w:t>
            </w:r>
          </w:p>
        </w:tc>
        <w:tc>
          <w:tcPr>
            <w:tcW w:w="955" w:type="dxa"/>
          </w:tcPr>
          <w:p w14:paraId="5416C02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22" w:type="dxa"/>
          </w:tcPr>
          <w:p w14:paraId="07D673B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Внесение множителя под знак корня</w:t>
            </w:r>
          </w:p>
        </w:tc>
        <w:tc>
          <w:tcPr>
            <w:tcW w:w="1132" w:type="dxa"/>
          </w:tcPr>
          <w:p w14:paraId="4922A56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1310DE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13" w:type="dxa"/>
          </w:tcPr>
          <w:p w14:paraId="61F03A4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E1B61F1" w14:textId="77777777" w:rsidTr="00A57966">
        <w:tc>
          <w:tcPr>
            <w:tcW w:w="743" w:type="dxa"/>
          </w:tcPr>
          <w:p w14:paraId="1B28FBB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35</w:t>
            </w:r>
          </w:p>
        </w:tc>
        <w:tc>
          <w:tcPr>
            <w:tcW w:w="955" w:type="dxa"/>
          </w:tcPr>
          <w:p w14:paraId="0E4D0DF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2022" w:type="dxa"/>
          </w:tcPr>
          <w:p w14:paraId="3D1EAEC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Преобразование выражений с квадратными корнями</w:t>
            </w:r>
          </w:p>
        </w:tc>
        <w:tc>
          <w:tcPr>
            <w:tcW w:w="1132" w:type="dxa"/>
          </w:tcPr>
          <w:p w14:paraId="5D24CD0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7DA8E9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13" w:type="dxa"/>
          </w:tcPr>
          <w:p w14:paraId="469CF2C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0004B09" w14:textId="77777777" w:rsidTr="00A57966">
        <w:tc>
          <w:tcPr>
            <w:tcW w:w="743" w:type="dxa"/>
          </w:tcPr>
          <w:p w14:paraId="4B89084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36</w:t>
            </w:r>
          </w:p>
        </w:tc>
        <w:tc>
          <w:tcPr>
            <w:tcW w:w="955" w:type="dxa"/>
          </w:tcPr>
          <w:p w14:paraId="630E9E2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2022" w:type="dxa"/>
          </w:tcPr>
          <w:p w14:paraId="42D6E1C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Освобождение от иррациональности в знаменателе</w:t>
            </w:r>
          </w:p>
        </w:tc>
        <w:tc>
          <w:tcPr>
            <w:tcW w:w="1132" w:type="dxa"/>
          </w:tcPr>
          <w:p w14:paraId="48A0DA2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DDCCC0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7A8AF5B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122E4D40" w14:textId="77777777" w:rsidTr="00A57966">
        <w:tc>
          <w:tcPr>
            <w:tcW w:w="743" w:type="dxa"/>
          </w:tcPr>
          <w:p w14:paraId="664B79E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37</w:t>
            </w:r>
          </w:p>
        </w:tc>
        <w:tc>
          <w:tcPr>
            <w:tcW w:w="955" w:type="dxa"/>
          </w:tcPr>
          <w:p w14:paraId="7890606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2022" w:type="dxa"/>
          </w:tcPr>
          <w:p w14:paraId="55CED57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Тождественные преобразования выражений с корнями</w:t>
            </w:r>
          </w:p>
        </w:tc>
        <w:tc>
          <w:tcPr>
            <w:tcW w:w="1132" w:type="dxa"/>
          </w:tcPr>
          <w:p w14:paraId="7AE0EB4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1B019C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13" w:type="dxa"/>
          </w:tcPr>
          <w:p w14:paraId="7BDAC11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D8AA85E" w14:textId="77777777" w:rsidTr="00A57966">
        <w:tc>
          <w:tcPr>
            <w:tcW w:w="743" w:type="dxa"/>
          </w:tcPr>
          <w:p w14:paraId="1556453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38</w:t>
            </w:r>
          </w:p>
        </w:tc>
        <w:tc>
          <w:tcPr>
            <w:tcW w:w="955" w:type="dxa"/>
          </w:tcPr>
          <w:p w14:paraId="29AA85A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2022" w:type="dxa"/>
          </w:tcPr>
          <w:p w14:paraId="0DD651B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Сравнение действительных чисел</w:t>
            </w:r>
          </w:p>
        </w:tc>
        <w:tc>
          <w:tcPr>
            <w:tcW w:w="1132" w:type="dxa"/>
          </w:tcPr>
          <w:p w14:paraId="720A224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9D242E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625E7A6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EEF7D5D" w14:textId="77777777" w:rsidTr="00A57966">
        <w:tc>
          <w:tcPr>
            <w:tcW w:w="743" w:type="dxa"/>
          </w:tcPr>
          <w:p w14:paraId="2B6A0E0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39</w:t>
            </w:r>
          </w:p>
        </w:tc>
        <w:tc>
          <w:tcPr>
            <w:tcW w:w="955" w:type="dxa"/>
          </w:tcPr>
          <w:p w14:paraId="1EA8909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16</w:t>
            </w:r>
          </w:p>
        </w:tc>
        <w:tc>
          <w:tcPr>
            <w:tcW w:w="2022" w:type="dxa"/>
          </w:tcPr>
          <w:p w14:paraId="43BEA76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Приближённые вычисления с квадратными корнями</w:t>
            </w:r>
          </w:p>
        </w:tc>
        <w:tc>
          <w:tcPr>
            <w:tcW w:w="1132" w:type="dxa"/>
          </w:tcPr>
          <w:p w14:paraId="0427D72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775E5B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13" w:type="dxa"/>
          </w:tcPr>
          <w:p w14:paraId="50FB2CB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E8E9D6D" w14:textId="77777777" w:rsidTr="00A57966">
        <w:tc>
          <w:tcPr>
            <w:tcW w:w="743" w:type="dxa"/>
          </w:tcPr>
          <w:p w14:paraId="54A92F8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40</w:t>
            </w:r>
          </w:p>
        </w:tc>
        <w:tc>
          <w:tcPr>
            <w:tcW w:w="955" w:type="dxa"/>
          </w:tcPr>
          <w:p w14:paraId="79921B1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17</w:t>
            </w:r>
          </w:p>
        </w:tc>
        <w:tc>
          <w:tcPr>
            <w:tcW w:w="2022" w:type="dxa"/>
          </w:tcPr>
          <w:p w14:paraId="752676F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Практико-ориентированные задачи</w:t>
            </w:r>
          </w:p>
        </w:tc>
        <w:tc>
          <w:tcPr>
            <w:tcW w:w="1132" w:type="dxa"/>
          </w:tcPr>
          <w:p w14:paraId="5FAF606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612854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6F8F7BD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3465C24" w14:textId="77777777" w:rsidTr="00A57966">
        <w:tc>
          <w:tcPr>
            <w:tcW w:w="743" w:type="dxa"/>
          </w:tcPr>
          <w:p w14:paraId="703A52F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41</w:t>
            </w:r>
          </w:p>
        </w:tc>
        <w:tc>
          <w:tcPr>
            <w:tcW w:w="955" w:type="dxa"/>
          </w:tcPr>
          <w:p w14:paraId="088D84A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18</w:t>
            </w:r>
          </w:p>
        </w:tc>
        <w:tc>
          <w:tcPr>
            <w:tcW w:w="2022" w:type="dxa"/>
          </w:tcPr>
          <w:p w14:paraId="3826DA0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Обобщение по теме «Квадратные корни»</w:t>
            </w:r>
          </w:p>
        </w:tc>
        <w:tc>
          <w:tcPr>
            <w:tcW w:w="1132" w:type="dxa"/>
          </w:tcPr>
          <w:p w14:paraId="4588075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E8DFCD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13" w:type="dxa"/>
          </w:tcPr>
          <w:p w14:paraId="782A212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57966" w14:paraId="65FC180D" w14:textId="77777777" w:rsidTr="00A57966">
        <w:tc>
          <w:tcPr>
            <w:tcW w:w="743" w:type="dxa"/>
          </w:tcPr>
          <w:p w14:paraId="3D49808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42</w:t>
            </w:r>
          </w:p>
        </w:tc>
        <w:tc>
          <w:tcPr>
            <w:tcW w:w="955" w:type="dxa"/>
          </w:tcPr>
          <w:p w14:paraId="47D3D43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19</w:t>
            </w:r>
          </w:p>
        </w:tc>
        <w:tc>
          <w:tcPr>
            <w:tcW w:w="2022" w:type="dxa"/>
          </w:tcPr>
          <w:p w14:paraId="2482374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32" w:type="dxa"/>
          </w:tcPr>
          <w:p w14:paraId="328F4FB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3EF2372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6D3A05C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57966" w14:paraId="3ECCA7CE" w14:textId="77777777" w:rsidTr="00A57966">
        <w:tc>
          <w:tcPr>
            <w:tcW w:w="10278" w:type="dxa"/>
            <w:gridSpan w:val="6"/>
          </w:tcPr>
          <w:p w14:paraId="1333A1A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Квадратные уравнения — 21 ч.</w:t>
            </w:r>
          </w:p>
        </w:tc>
      </w:tr>
      <w:tr w:rsidR="00AC6A40" w:rsidRPr="00A57966" w14:paraId="5DB9A6A3" w14:textId="77777777" w:rsidTr="00A57966">
        <w:tc>
          <w:tcPr>
            <w:tcW w:w="743" w:type="dxa"/>
          </w:tcPr>
          <w:p w14:paraId="4C4E6F8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43</w:t>
            </w:r>
          </w:p>
        </w:tc>
        <w:tc>
          <w:tcPr>
            <w:tcW w:w="955" w:type="dxa"/>
          </w:tcPr>
          <w:p w14:paraId="7818E11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22" w:type="dxa"/>
          </w:tcPr>
          <w:p w14:paraId="6D7FE36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Квадратное уравнение. Неполные квадратные уравнения</w:t>
            </w:r>
          </w:p>
        </w:tc>
        <w:tc>
          <w:tcPr>
            <w:tcW w:w="1132" w:type="dxa"/>
          </w:tcPr>
          <w:p w14:paraId="5E44D61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1D6163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5D1DDD2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925C797" w14:textId="77777777" w:rsidTr="00A57966">
        <w:tc>
          <w:tcPr>
            <w:tcW w:w="743" w:type="dxa"/>
          </w:tcPr>
          <w:p w14:paraId="363A9F0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44</w:t>
            </w:r>
          </w:p>
        </w:tc>
        <w:tc>
          <w:tcPr>
            <w:tcW w:w="955" w:type="dxa"/>
          </w:tcPr>
          <w:p w14:paraId="01F35A9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22" w:type="dxa"/>
          </w:tcPr>
          <w:p w14:paraId="6FE5EE5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неполных квадратных уравнений</w:t>
            </w:r>
          </w:p>
        </w:tc>
        <w:tc>
          <w:tcPr>
            <w:tcW w:w="1132" w:type="dxa"/>
          </w:tcPr>
          <w:p w14:paraId="62F4BFD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2709C3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152575D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843A7F6" w14:textId="77777777" w:rsidTr="00A57966">
        <w:tc>
          <w:tcPr>
            <w:tcW w:w="743" w:type="dxa"/>
          </w:tcPr>
          <w:p w14:paraId="1966BE9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45</w:t>
            </w:r>
          </w:p>
        </w:tc>
        <w:tc>
          <w:tcPr>
            <w:tcW w:w="955" w:type="dxa"/>
          </w:tcPr>
          <w:p w14:paraId="15A9FBA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22" w:type="dxa"/>
          </w:tcPr>
          <w:p w14:paraId="3526E40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Формула корней квадратного уравнения</w:t>
            </w:r>
          </w:p>
        </w:tc>
        <w:tc>
          <w:tcPr>
            <w:tcW w:w="1132" w:type="dxa"/>
          </w:tcPr>
          <w:p w14:paraId="300664D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05666F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0DB8DEA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DE4D97A" w14:textId="77777777" w:rsidTr="00A57966">
        <w:tc>
          <w:tcPr>
            <w:tcW w:w="743" w:type="dxa"/>
          </w:tcPr>
          <w:p w14:paraId="268F35A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46</w:t>
            </w:r>
          </w:p>
        </w:tc>
        <w:tc>
          <w:tcPr>
            <w:tcW w:w="955" w:type="dxa"/>
          </w:tcPr>
          <w:p w14:paraId="5F0B31C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22" w:type="dxa"/>
          </w:tcPr>
          <w:p w14:paraId="4B817BF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Дискриминант квадратного уравнения</w:t>
            </w:r>
          </w:p>
        </w:tc>
        <w:tc>
          <w:tcPr>
            <w:tcW w:w="1132" w:type="dxa"/>
          </w:tcPr>
          <w:p w14:paraId="417E1A1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DBC7A6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62B110F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C2458C8" w14:textId="77777777" w:rsidTr="00A57966">
        <w:tc>
          <w:tcPr>
            <w:tcW w:w="743" w:type="dxa"/>
          </w:tcPr>
          <w:p w14:paraId="0F77FFE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47</w:t>
            </w:r>
          </w:p>
        </w:tc>
        <w:tc>
          <w:tcPr>
            <w:tcW w:w="955" w:type="dxa"/>
          </w:tcPr>
          <w:p w14:paraId="09A2027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22" w:type="dxa"/>
          </w:tcPr>
          <w:p w14:paraId="2744464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квадратных уравнений по формуле</w:t>
            </w:r>
          </w:p>
        </w:tc>
        <w:tc>
          <w:tcPr>
            <w:tcW w:w="1132" w:type="dxa"/>
          </w:tcPr>
          <w:p w14:paraId="0148BF2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ED9045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4688760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7B37993" w14:textId="77777777" w:rsidTr="00A57966">
        <w:tc>
          <w:tcPr>
            <w:tcW w:w="743" w:type="dxa"/>
          </w:tcPr>
          <w:p w14:paraId="196EEEF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48</w:t>
            </w:r>
          </w:p>
        </w:tc>
        <w:tc>
          <w:tcPr>
            <w:tcW w:w="955" w:type="dxa"/>
          </w:tcPr>
          <w:p w14:paraId="4FD31CF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22" w:type="dxa"/>
          </w:tcPr>
          <w:p w14:paraId="710B7E1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Квадратные уравнения: практикум</w:t>
            </w:r>
          </w:p>
        </w:tc>
        <w:tc>
          <w:tcPr>
            <w:tcW w:w="1132" w:type="dxa"/>
          </w:tcPr>
          <w:p w14:paraId="60F0CE9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1330E9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6EC2869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CBFD72D" w14:textId="77777777" w:rsidTr="00A57966">
        <w:tc>
          <w:tcPr>
            <w:tcW w:w="743" w:type="dxa"/>
          </w:tcPr>
          <w:p w14:paraId="7B4BC0F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49</w:t>
            </w:r>
          </w:p>
        </w:tc>
        <w:tc>
          <w:tcPr>
            <w:tcW w:w="955" w:type="dxa"/>
          </w:tcPr>
          <w:p w14:paraId="24367EE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22" w:type="dxa"/>
          </w:tcPr>
          <w:p w14:paraId="59B010C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Теорема Виета</w:t>
            </w:r>
          </w:p>
        </w:tc>
        <w:tc>
          <w:tcPr>
            <w:tcW w:w="1132" w:type="dxa"/>
          </w:tcPr>
          <w:p w14:paraId="527FA0F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54F104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45313B6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5AA83D1" w14:textId="77777777" w:rsidTr="00A57966">
        <w:tc>
          <w:tcPr>
            <w:tcW w:w="743" w:type="dxa"/>
          </w:tcPr>
          <w:p w14:paraId="36AE922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50</w:t>
            </w:r>
          </w:p>
        </w:tc>
        <w:tc>
          <w:tcPr>
            <w:tcW w:w="955" w:type="dxa"/>
          </w:tcPr>
          <w:p w14:paraId="6229632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22" w:type="dxa"/>
          </w:tcPr>
          <w:p w14:paraId="68CD43C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Теорема, обратная теореме Виета</w:t>
            </w:r>
          </w:p>
        </w:tc>
        <w:tc>
          <w:tcPr>
            <w:tcW w:w="1132" w:type="dxa"/>
          </w:tcPr>
          <w:p w14:paraId="25AE121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1F9E72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0B25D6B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8496303" w14:textId="77777777" w:rsidTr="00A57966">
        <w:tc>
          <w:tcPr>
            <w:tcW w:w="743" w:type="dxa"/>
          </w:tcPr>
          <w:p w14:paraId="398FCD4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51</w:t>
            </w:r>
          </w:p>
        </w:tc>
        <w:tc>
          <w:tcPr>
            <w:tcW w:w="955" w:type="dxa"/>
          </w:tcPr>
          <w:p w14:paraId="5CC218C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22" w:type="dxa"/>
          </w:tcPr>
          <w:p w14:paraId="1D3D157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Применение теоремы Виета</w:t>
            </w:r>
          </w:p>
        </w:tc>
        <w:tc>
          <w:tcPr>
            <w:tcW w:w="1132" w:type="dxa"/>
          </w:tcPr>
          <w:p w14:paraId="4B6D05D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3084F46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779FCB5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3796B4A" w14:textId="77777777" w:rsidTr="00A57966">
        <w:tc>
          <w:tcPr>
            <w:tcW w:w="743" w:type="dxa"/>
          </w:tcPr>
          <w:p w14:paraId="426834C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52</w:t>
            </w:r>
          </w:p>
        </w:tc>
        <w:tc>
          <w:tcPr>
            <w:tcW w:w="955" w:type="dxa"/>
          </w:tcPr>
          <w:p w14:paraId="32BE2D4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22" w:type="dxa"/>
          </w:tcPr>
          <w:p w14:paraId="44DB0AD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Уравнения, сводящиеся к квадратным</w:t>
            </w:r>
          </w:p>
        </w:tc>
        <w:tc>
          <w:tcPr>
            <w:tcW w:w="1132" w:type="dxa"/>
          </w:tcPr>
          <w:p w14:paraId="223B364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49E957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62D8D53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1D40BFCC" w14:textId="77777777" w:rsidTr="00A57966">
        <w:tc>
          <w:tcPr>
            <w:tcW w:w="743" w:type="dxa"/>
          </w:tcPr>
          <w:p w14:paraId="5415BF7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53</w:t>
            </w:r>
          </w:p>
        </w:tc>
        <w:tc>
          <w:tcPr>
            <w:tcW w:w="955" w:type="dxa"/>
          </w:tcPr>
          <w:p w14:paraId="615EF9F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22" w:type="dxa"/>
          </w:tcPr>
          <w:p w14:paraId="13A777D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Биквадратные уравнения</w:t>
            </w:r>
          </w:p>
        </w:tc>
        <w:tc>
          <w:tcPr>
            <w:tcW w:w="1132" w:type="dxa"/>
          </w:tcPr>
          <w:p w14:paraId="1AADD63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9FFC4A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0428689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2E6835A" w14:textId="77777777" w:rsidTr="00A57966">
        <w:tc>
          <w:tcPr>
            <w:tcW w:w="743" w:type="dxa"/>
          </w:tcPr>
          <w:p w14:paraId="580ABA4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54</w:t>
            </w:r>
          </w:p>
        </w:tc>
        <w:tc>
          <w:tcPr>
            <w:tcW w:w="955" w:type="dxa"/>
          </w:tcPr>
          <w:p w14:paraId="2E98B5A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2022" w:type="dxa"/>
          </w:tcPr>
          <w:p w14:paraId="337D46D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Дробно-рациональные уравнения</w:t>
            </w:r>
          </w:p>
        </w:tc>
        <w:tc>
          <w:tcPr>
            <w:tcW w:w="1132" w:type="dxa"/>
          </w:tcPr>
          <w:p w14:paraId="6813A66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4E2D63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1D41DDC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58D1D88" w14:textId="77777777" w:rsidTr="00A57966">
        <w:tc>
          <w:tcPr>
            <w:tcW w:w="743" w:type="dxa"/>
          </w:tcPr>
          <w:p w14:paraId="6049B59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55</w:t>
            </w:r>
          </w:p>
        </w:tc>
        <w:tc>
          <w:tcPr>
            <w:tcW w:w="955" w:type="dxa"/>
          </w:tcPr>
          <w:p w14:paraId="06C7330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2022" w:type="dxa"/>
          </w:tcPr>
          <w:p w14:paraId="22FE4D1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Допустимые значения переменных в дробно-рациональных уравнениях</w:t>
            </w:r>
          </w:p>
        </w:tc>
        <w:tc>
          <w:tcPr>
            <w:tcW w:w="1132" w:type="dxa"/>
          </w:tcPr>
          <w:p w14:paraId="10E1581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FFDE65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3A7A6BF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0E8C5E1" w14:textId="77777777" w:rsidTr="00A57966">
        <w:tc>
          <w:tcPr>
            <w:tcW w:w="743" w:type="dxa"/>
          </w:tcPr>
          <w:p w14:paraId="11B2975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56</w:t>
            </w:r>
          </w:p>
        </w:tc>
        <w:tc>
          <w:tcPr>
            <w:tcW w:w="955" w:type="dxa"/>
          </w:tcPr>
          <w:p w14:paraId="0B65A40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2022" w:type="dxa"/>
          </w:tcPr>
          <w:p w14:paraId="555260D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дробно-рациональных уравнений</w:t>
            </w:r>
          </w:p>
        </w:tc>
        <w:tc>
          <w:tcPr>
            <w:tcW w:w="1132" w:type="dxa"/>
          </w:tcPr>
          <w:p w14:paraId="54599F5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D43F11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02855A6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F79549B" w14:textId="77777777" w:rsidTr="00A57966">
        <w:tc>
          <w:tcPr>
            <w:tcW w:w="743" w:type="dxa"/>
          </w:tcPr>
          <w:p w14:paraId="0CFC1AA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57</w:t>
            </w:r>
          </w:p>
        </w:tc>
        <w:tc>
          <w:tcPr>
            <w:tcW w:w="955" w:type="dxa"/>
          </w:tcPr>
          <w:p w14:paraId="3E96BE2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2022" w:type="dxa"/>
          </w:tcPr>
          <w:p w14:paraId="380996F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Проверка корней уравнения</w:t>
            </w:r>
          </w:p>
        </w:tc>
        <w:tc>
          <w:tcPr>
            <w:tcW w:w="1132" w:type="dxa"/>
          </w:tcPr>
          <w:p w14:paraId="62F14F6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E8116A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194F3A3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64BF081" w14:textId="77777777" w:rsidTr="00A57966">
        <w:tc>
          <w:tcPr>
            <w:tcW w:w="743" w:type="dxa"/>
          </w:tcPr>
          <w:p w14:paraId="3CAF851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58</w:t>
            </w:r>
          </w:p>
        </w:tc>
        <w:tc>
          <w:tcPr>
            <w:tcW w:w="955" w:type="dxa"/>
          </w:tcPr>
          <w:p w14:paraId="34929C5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16</w:t>
            </w:r>
          </w:p>
        </w:tc>
        <w:tc>
          <w:tcPr>
            <w:tcW w:w="2022" w:type="dxa"/>
          </w:tcPr>
          <w:p w14:paraId="7784007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текстовых задач с помощью квадратных уравнений</w:t>
            </w:r>
          </w:p>
        </w:tc>
        <w:tc>
          <w:tcPr>
            <w:tcW w:w="1132" w:type="dxa"/>
          </w:tcPr>
          <w:p w14:paraId="1E1350D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611202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3A0B15B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20EE6C6F" w14:textId="77777777" w:rsidTr="00A57966">
        <w:tc>
          <w:tcPr>
            <w:tcW w:w="743" w:type="dxa"/>
          </w:tcPr>
          <w:p w14:paraId="3A56707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59</w:t>
            </w:r>
          </w:p>
        </w:tc>
        <w:tc>
          <w:tcPr>
            <w:tcW w:w="955" w:type="dxa"/>
          </w:tcPr>
          <w:p w14:paraId="2125326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17</w:t>
            </w:r>
          </w:p>
        </w:tc>
        <w:tc>
          <w:tcPr>
            <w:tcW w:w="2022" w:type="dxa"/>
          </w:tcPr>
          <w:p w14:paraId="2B0BD44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Задачи на движение</w:t>
            </w:r>
          </w:p>
        </w:tc>
        <w:tc>
          <w:tcPr>
            <w:tcW w:w="1132" w:type="dxa"/>
          </w:tcPr>
          <w:p w14:paraId="7FDBF52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34596E1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65E1C27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F353BB4" w14:textId="77777777" w:rsidTr="00A57966">
        <w:tc>
          <w:tcPr>
            <w:tcW w:w="743" w:type="dxa"/>
          </w:tcPr>
          <w:p w14:paraId="75C294F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60</w:t>
            </w:r>
          </w:p>
        </w:tc>
        <w:tc>
          <w:tcPr>
            <w:tcW w:w="955" w:type="dxa"/>
          </w:tcPr>
          <w:p w14:paraId="44D8F1B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18</w:t>
            </w:r>
          </w:p>
        </w:tc>
        <w:tc>
          <w:tcPr>
            <w:tcW w:w="2022" w:type="dxa"/>
          </w:tcPr>
          <w:p w14:paraId="51BDBF3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Задачи на работу</w:t>
            </w:r>
          </w:p>
        </w:tc>
        <w:tc>
          <w:tcPr>
            <w:tcW w:w="1132" w:type="dxa"/>
          </w:tcPr>
          <w:p w14:paraId="775E651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B5A278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4CAC75E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FE0C5E5" w14:textId="77777777" w:rsidTr="00A57966">
        <w:tc>
          <w:tcPr>
            <w:tcW w:w="743" w:type="dxa"/>
          </w:tcPr>
          <w:p w14:paraId="08400EC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61</w:t>
            </w:r>
          </w:p>
        </w:tc>
        <w:tc>
          <w:tcPr>
            <w:tcW w:w="955" w:type="dxa"/>
          </w:tcPr>
          <w:p w14:paraId="1C82DBF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19</w:t>
            </w:r>
          </w:p>
        </w:tc>
        <w:tc>
          <w:tcPr>
            <w:tcW w:w="2022" w:type="dxa"/>
          </w:tcPr>
          <w:p w14:paraId="633CF15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Практико-ориентированные задачи</w:t>
            </w:r>
          </w:p>
        </w:tc>
        <w:tc>
          <w:tcPr>
            <w:tcW w:w="1132" w:type="dxa"/>
          </w:tcPr>
          <w:p w14:paraId="3402637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AAE275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66290CE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D66738B" w14:textId="77777777" w:rsidTr="00A57966">
        <w:tc>
          <w:tcPr>
            <w:tcW w:w="743" w:type="dxa"/>
          </w:tcPr>
          <w:p w14:paraId="7D14C31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62</w:t>
            </w:r>
          </w:p>
        </w:tc>
        <w:tc>
          <w:tcPr>
            <w:tcW w:w="955" w:type="dxa"/>
          </w:tcPr>
          <w:p w14:paraId="208C846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20</w:t>
            </w:r>
          </w:p>
        </w:tc>
        <w:tc>
          <w:tcPr>
            <w:tcW w:w="2022" w:type="dxa"/>
          </w:tcPr>
          <w:p w14:paraId="49C0F8E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Обобщение по теме «Квадратные уравнения»</w:t>
            </w:r>
          </w:p>
        </w:tc>
        <w:tc>
          <w:tcPr>
            <w:tcW w:w="1132" w:type="dxa"/>
          </w:tcPr>
          <w:p w14:paraId="0B189AD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9F81DE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4EA0799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57966" w14:paraId="34E15C25" w14:textId="77777777" w:rsidTr="00A57966">
        <w:tc>
          <w:tcPr>
            <w:tcW w:w="743" w:type="dxa"/>
          </w:tcPr>
          <w:p w14:paraId="5E6B90D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63</w:t>
            </w:r>
          </w:p>
        </w:tc>
        <w:tc>
          <w:tcPr>
            <w:tcW w:w="955" w:type="dxa"/>
          </w:tcPr>
          <w:p w14:paraId="5FA0269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21</w:t>
            </w:r>
          </w:p>
        </w:tc>
        <w:tc>
          <w:tcPr>
            <w:tcW w:w="2022" w:type="dxa"/>
          </w:tcPr>
          <w:p w14:paraId="1DF5B90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32" w:type="dxa"/>
          </w:tcPr>
          <w:p w14:paraId="76C7847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F3214B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1F52570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57966" w14:paraId="32D2E929" w14:textId="77777777" w:rsidTr="00A57966">
        <w:tc>
          <w:tcPr>
            <w:tcW w:w="10278" w:type="dxa"/>
            <w:gridSpan w:val="6"/>
          </w:tcPr>
          <w:p w14:paraId="4498BE8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Неравенства — 20 ч.</w:t>
            </w:r>
          </w:p>
        </w:tc>
      </w:tr>
      <w:tr w:rsidR="00AC6A40" w:rsidRPr="00A57966" w14:paraId="320D9932" w14:textId="77777777" w:rsidTr="00A57966">
        <w:tc>
          <w:tcPr>
            <w:tcW w:w="743" w:type="dxa"/>
          </w:tcPr>
          <w:p w14:paraId="60479DB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64</w:t>
            </w:r>
          </w:p>
        </w:tc>
        <w:tc>
          <w:tcPr>
            <w:tcW w:w="955" w:type="dxa"/>
          </w:tcPr>
          <w:p w14:paraId="367B3F5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22" w:type="dxa"/>
          </w:tcPr>
          <w:p w14:paraId="3138D03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Числовые неравенства</w:t>
            </w:r>
          </w:p>
        </w:tc>
        <w:tc>
          <w:tcPr>
            <w:tcW w:w="1132" w:type="dxa"/>
          </w:tcPr>
          <w:p w14:paraId="6B993E0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0EE51A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01BFB19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6BFAE7B" w14:textId="77777777" w:rsidTr="00A57966">
        <w:tc>
          <w:tcPr>
            <w:tcW w:w="743" w:type="dxa"/>
          </w:tcPr>
          <w:p w14:paraId="4EBADFB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65</w:t>
            </w:r>
          </w:p>
        </w:tc>
        <w:tc>
          <w:tcPr>
            <w:tcW w:w="955" w:type="dxa"/>
          </w:tcPr>
          <w:p w14:paraId="72265EE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22" w:type="dxa"/>
          </w:tcPr>
          <w:p w14:paraId="4514A14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Свойства числовых неравенств</w:t>
            </w:r>
          </w:p>
        </w:tc>
        <w:tc>
          <w:tcPr>
            <w:tcW w:w="1132" w:type="dxa"/>
          </w:tcPr>
          <w:p w14:paraId="437D2D3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343D595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309888A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0579269" w14:textId="77777777" w:rsidTr="00A57966">
        <w:tc>
          <w:tcPr>
            <w:tcW w:w="743" w:type="dxa"/>
          </w:tcPr>
          <w:p w14:paraId="6295A4E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66</w:t>
            </w:r>
          </w:p>
        </w:tc>
        <w:tc>
          <w:tcPr>
            <w:tcW w:w="955" w:type="dxa"/>
          </w:tcPr>
          <w:p w14:paraId="21E36A2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22" w:type="dxa"/>
          </w:tcPr>
          <w:p w14:paraId="2C6B9A1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Сложение и умножение числовых неравенств</w:t>
            </w:r>
          </w:p>
        </w:tc>
        <w:tc>
          <w:tcPr>
            <w:tcW w:w="1132" w:type="dxa"/>
          </w:tcPr>
          <w:p w14:paraId="3703CC0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7B7410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3C464F2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004A007" w14:textId="77777777" w:rsidTr="00A57966">
        <w:tc>
          <w:tcPr>
            <w:tcW w:w="743" w:type="dxa"/>
          </w:tcPr>
          <w:p w14:paraId="6A98C10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67</w:t>
            </w:r>
          </w:p>
        </w:tc>
        <w:tc>
          <w:tcPr>
            <w:tcW w:w="955" w:type="dxa"/>
          </w:tcPr>
          <w:p w14:paraId="0131FF3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22" w:type="dxa"/>
          </w:tcPr>
          <w:p w14:paraId="76179F8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Оценка значения выражения</w:t>
            </w:r>
          </w:p>
        </w:tc>
        <w:tc>
          <w:tcPr>
            <w:tcW w:w="1132" w:type="dxa"/>
          </w:tcPr>
          <w:p w14:paraId="034F64F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7E05CC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1553EF0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12B03232" w14:textId="77777777" w:rsidTr="00A57966">
        <w:tc>
          <w:tcPr>
            <w:tcW w:w="743" w:type="dxa"/>
          </w:tcPr>
          <w:p w14:paraId="5C7BFBE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68</w:t>
            </w:r>
          </w:p>
        </w:tc>
        <w:tc>
          <w:tcPr>
            <w:tcW w:w="955" w:type="dxa"/>
          </w:tcPr>
          <w:p w14:paraId="1B7B416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22" w:type="dxa"/>
          </w:tcPr>
          <w:p w14:paraId="6288012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Неравенство с одной переменной</w:t>
            </w:r>
          </w:p>
        </w:tc>
        <w:tc>
          <w:tcPr>
            <w:tcW w:w="1132" w:type="dxa"/>
          </w:tcPr>
          <w:p w14:paraId="16A00F2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5712B0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318D3ED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7412DD3" w14:textId="77777777" w:rsidTr="00A57966">
        <w:tc>
          <w:tcPr>
            <w:tcW w:w="743" w:type="dxa"/>
          </w:tcPr>
          <w:p w14:paraId="0C82603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69</w:t>
            </w:r>
          </w:p>
        </w:tc>
        <w:tc>
          <w:tcPr>
            <w:tcW w:w="955" w:type="dxa"/>
          </w:tcPr>
          <w:p w14:paraId="00B1CC5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22" w:type="dxa"/>
          </w:tcPr>
          <w:p w14:paraId="3FF9CFF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Равносильные неравенства</w:t>
            </w:r>
          </w:p>
        </w:tc>
        <w:tc>
          <w:tcPr>
            <w:tcW w:w="1132" w:type="dxa"/>
          </w:tcPr>
          <w:p w14:paraId="6DAC422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473789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5CE4F96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364A00F" w14:textId="77777777" w:rsidTr="00A57966">
        <w:tc>
          <w:tcPr>
            <w:tcW w:w="743" w:type="dxa"/>
          </w:tcPr>
          <w:p w14:paraId="7A87DB1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70</w:t>
            </w:r>
          </w:p>
        </w:tc>
        <w:tc>
          <w:tcPr>
            <w:tcW w:w="955" w:type="dxa"/>
          </w:tcPr>
          <w:p w14:paraId="48EC8FE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22" w:type="dxa"/>
          </w:tcPr>
          <w:p w14:paraId="365900F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линейных неравенств</w:t>
            </w:r>
          </w:p>
        </w:tc>
        <w:tc>
          <w:tcPr>
            <w:tcW w:w="1132" w:type="dxa"/>
          </w:tcPr>
          <w:p w14:paraId="0F869CC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3A388B9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264F831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7760368" w14:textId="77777777" w:rsidTr="00A57966">
        <w:tc>
          <w:tcPr>
            <w:tcW w:w="743" w:type="dxa"/>
          </w:tcPr>
          <w:p w14:paraId="565D3AB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71</w:t>
            </w:r>
          </w:p>
        </w:tc>
        <w:tc>
          <w:tcPr>
            <w:tcW w:w="955" w:type="dxa"/>
          </w:tcPr>
          <w:p w14:paraId="51A23B1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22" w:type="dxa"/>
          </w:tcPr>
          <w:p w14:paraId="57C205E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Числовые промежутки</w:t>
            </w:r>
          </w:p>
        </w:tc>
        <w:tc>
          <w:tcPr>
            <w:tcW w:w="1132" w:type="dxa"/>
          </w:tcPr>
          <w:p w14:paraId="49691DE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0ACD61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619F4DB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35768E5" w14:textId="77777777" w:rsidTr="00A57966">
        <w:tc>
          <w:tcPr>
            <w:tcW w:w="743" w:type="dxa"/>
          </w:tcPr>
          <w:p w14:paraId="456D8C0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72</w:t>
            </w:r>
          </w:p>
        </w:tc>
        <w:tc>
          <w:tcPr>
            <w:tcW w:w="955" w:type="dxa"/>
          </w:tcPr>
          <w:p w14:paraId="16A14A2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22" w:type="dxa"/>
          </w:tcPr>
          <w:p w14:paraId="44A56AD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Изображение решений неравенств на координатной прямой</w:t>
            </w:r>
          </w:p>
        </w:tc>
        <w:tc>
          <w:tcPr>
            <w:tcW w:w="1132" w:type="dxa"/>
          </w:tcPr>
          <w:p w14:paraId="1900A34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885C21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4E732B7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41CF55A" w14:textId="77777777" w:rsidTr="00A57966">
        <w:tc>
          <w:tcPr>
            <w:tcW w:w="743" w:type="dxa"/>
          </w:tcPr>
          <w:p w14:paraId="3B5FEBE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73</w:t>
            </w:r>
          </w:p>
        </w:tc>
        <w:tc>
          <w:tcPr>
            <w:tcW w:w="955" w:type="dxa"/>
          </w:tcPr>
          <w:p w14:paraId="69EA37D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22" w:type="dxa"/>
          </w:tcPr>
          <w:p w14:paraId="596DFA8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неравенств и запись ответа промежутками</w:t>
            </w:r>
          </w:p>
        </w:tc>
        <w:tc>
          <w:tcPr>
            <w:tcW w:w="1132" w:type="dxa"/>
          </w:tcPr>
          <w:p w14:paraId="6B31777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3C2042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2526FF4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C278962" w14:textId="77777777" w:rsidTr="00A57966">
        <w:tc>
          <w:tcPr>
            <w:tcW w:w="743" w:type="dxa"/>
          </w:tcPr>
          <w:p w14:paraId="45FD695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74</w:t>
            </w:r>
          </w:p>
        </w:tc>
        <w:tc>
          <w:tcPr>
            <w:tcW w:w="955" w:type="dxa"/>
          </w:tcPr>
          <w:p w14:paraId="25C015A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22" w:type="dxa"/>
          </w:tcPr>
          <w:p w14:paraId="550BDE6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Системы линейных неравенств</w:t>
            </w:r>
          </w:p>
        </w:tc>
        <w:tc>
          <w:tcPr>
            <w:tcW w:w="1132" w:type="dxa"/>
          </w:tcPr>
          <w:p w14:paraId="4360898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9891E5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4C5ECE9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2711785E" w14:textId="77777777" w:rsidTr="00A57966">
        <w:tc>
          <w:tcPr>
            <w:tcW w:w="743" w:type="dxa"/>
          </w:tcPr>
          <w:p w14:paraId="43CE665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75</w:t>
            </w:r>
          </w:p>
        </w:tc>
        <w:tc>
          <w:tcPr>
            <w:tcW w:w="955" w:type="dxa"/>
          </w:tcPr>
          <w:p w14:paraId="60390D9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2022" w:type="dxa"/>
          </w:tcPr>
          <w:p w14:paraId="07CC437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систем линейных неравенств</w:t>
            </w:r>
          </w:p>
        </w:tc>
        <w:tc>
          <w:tcPr>
            <w:tcW w:w="1132" w:type="dxa"/>
          </w:tcPr>
          <w:p w14:paraId="4244D04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64F6CF1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6B729D8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C8BD320" w14:textId="77777777" w:rsidTr="00A57966">
        <w:tc>
          <w:tcPr>
            <w:tcW w:w="743" w:type="dxa"/>
          </w:tcPr>
          <w:p w14:paraId="6443769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76</w:t>
            </w:r>
          </w:p>
        </w:tc>
        <w:tc>
          <w:tcPr>
            <w:tcW w:w="955" w:type="dxa"/>
          </w:tcPr>
          <w:p w14:paraId="0B29E49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2022" w:type="dxa"/>
          </w:tcPr>
          <w:p w14:paraId="613324E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Двойные неравенства</w:t>
            </w:r>
          </w:p>
        </w:tc>
        <w:tc>
          <w:tcPr>
            <w:tcW w:w="1132" w:type="dxa"/>
          </w:tcPr>
          <w:p w14:paraId="021ADC8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B89F1A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560803E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FB0982B" w14:textId="77777777" w:rsidTr="00A57966">
        <w:tc>
          <w:tcPr>
            <w:tcW w:w="743" w:type="dxa"/>
          </w:tcPr>
          <w:p w14:paraId="6B2F2A4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77</w:t>
            </w:r>
          </w:p>
        </w:tc>
        <w:tc>
          <w:tcPr>
            <w:tcW w:w="955" w:type="dxa"/>
          </w:tcPr>
          <w:p w14:paraId="0B767DE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2022" w:type="dxa"/>
          </w:tcPr>
          <w:p w14:paraId="5BC7D35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задач с использованием неравенств</w:t>
            </w:r>
          </w:p>
        </w:tc>
        <w:tc>
          <w:tcPr>
            <w:tcW w:w="1132" w:type="dxa"/>
          </w:tcPr>
          <w:p w14:paraId="1C02953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A22D05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14A0963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7C74432" w14:textId="77777777" w:rsidTr="00A57966">
        <w:tc>
          <w:tcPr>
            <w:tcW w:w="743" w:type="dxa"/>
          </w:tcPr>
          <w:p w14:paraId="64CAAD0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78</w:t>
            </w:r>
          </w:p>
        </w:tc>
        <w:tc>
          <w:tcPr>
            <w:tcW w:w="955" w:type="dxa"/>
          </w:tcPr>
          <w:p w14:paraId="4E5D6FE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2022" w:type="dxa"/>
          </w:tcPr>
          <w:p w14:paraId="719B339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Доказательство неравенств</w:t>
            </w:r>
          </w:p>
        </w:tc>
        <w:tc>
          <w:tcPr>
            <w:tcW w:w="1132" w:type="dxa"/>
          </w:tcPr>
          <w:p w14:paraId="6A16B13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399A65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388DECE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2B702E18" w14:textId="77777777" w:rsidTr="00A57966">
        <w:tc>
          <w:tcPr>
            <w:tcW w:w="743" w:type="dxa"/>
          </w:tcPr>
          <w:p w14:paraId="729014E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79</w:t>
            </w:r>
          </w:p>
        </w:tc>
        <w:tc>
          <w:tcPr>
            <w:tcW w:w="955" w:type="dxa"/>
          </w:tcPr>
          <w:p w14:paraId="1C7F64A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16</w:t>
            </w:r>
          </w:p>
        </w:tc>
        <w:tc>
          <w:tcPr>
            <w:tcW w:w="2022" w:type="dxa"/>
          </w:tcPr>
          <w:p w14:paraId="5E44EFB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Оценка и сравнение величин</w:t>
            </w:r>
          </w:p>
        </w:tc>
        <w:tc>
          <w:tcPr>
            <w:tcW w:w="1132" w:type="dxa"/>
          </w:tcPr>
          <w:p w14:paraId="15AD679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386D095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4A0B380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AF5D6E3" w14:textId="77777777" w:rsidTr="00A57966">
        <w:tc>
          <w:tcPr>
            <w:tcW w:w="743" w:type="dxa"/>
          </w:tcPr>
          <w:p w14:paraId="09A51D3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80</w:t>
            </w:r>
          </w:p>
        </w:tc>
        <w:tc>
          <w:tcPr>
            <w:tcW w:w="955" w:type="dxa"/>
          </w:tcPr>
          <w:p w14:paraId="1E5FBB2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17</w:t>
            </w:r>
          </w:p>
        </w:tc>
        <w:tc>
          <w:tcPr>
            <w:tcW w:w="2022" w:type="dxa"/>
          </w:tcPr>
          <w:p w14:paraId="599B82A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Практико-ориентированные задачи</w:t>
            </w:r>
          </w:p>
        </w:tc>
        <w:tc>
          <w:tcPr>
            <w:tcW w:w="1132" w:type="dxa"/>
          </w:tcPr>
          <w:p w14:paraId="3DF06FC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BFCEBB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40EC0E8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1AB93926" w14:textId="77777777" w:rsidTr="00A57966">
        <w:tc>
          <w:tcPr>
            <w:tcW w:w="743" w:type="dxa"/>
          </w:tcPr>
          <w:p w14:paraId="0441A2C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81</w:t>
            </w:r>
          </w:p>
        </w:tc>
        <w:tc>
          <w:tcPr>
            <w:tcW w:w="955" w:type="dxa"/>
          </w:tcPr>
          <w:p w14:paraId="650D62E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18</w:t>
            </w:r>
          </w:p>
        </w:tc>
        <w:tc>
          <w:tcPr>
            <w:tcW w:w="2022" w:type="dxa"/>
          </w:tcPr>
          <w:p w14:paraId="4D976EB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Неравенства: практикум</w:t>
            </w:r>
          </w:p>
        </w:tc>
        <w:tc>
          <w:tcPr>
            <w:tcW w:w="1132" w:type="dxa"/>
          </w:tcPr>
          <w:p w14:paraId="457F2A9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3A90A61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5A416B2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83B7803" w14:textId="77777777" w:rsidTr="00A57966">
        <w:tc>
          <w:tcPr>
            <w:tcW w:w="743" w:type="dxa"/>
          </w:tcPr>
          <w:p w14:paraId="4ED2293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82</w:t>
            </w:r>
          </w:p>
        </w:tc>
        <w:tc>
          <w:tcPr>
            <w:tcW w:w="955" w:type="dxa"/>
          </w:tcPr>
          <w:p w14:paraId="6F83141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19</w:t>
            </w:r>
          </w:p>
        </w:tc>
        <w:tc>
          <w:tcPr>
            <w:tcW w:w="2022" w:type="dxa"/>
          </w:tcPr>
          <w:p w14:paraId="12A6A7A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Обобщение по теме «Неравенства»</w:t>
            </w:r>
          </w:p>
        </w:tc>
        <w:tc>
          <w:tcPr>
            <w:tcW w:w="1132" w:type="dxa"/>
          </w:tcPr>
          <w:p w14:paraId="1E7A575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67625E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13" w:type="dxa"/>
          </w:tcPr>
          <w:p w14:paraId="0D992C0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57966" w14:paraId="5EE8ECE2" w14:textId="77777777" w:rsidTr="00A57966">
        <w:tc>
          <w:tcPr>
            <w:tcW w:w="743" w:type="dxa"/>
          </w:tcPr>
          <w:p w14:paraId="2C77F90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83</w:t>
            </w:r>
          </w:p>
        </w:tc>
        <w:tc>
          <w:tcPr>
            <w:tcW w:w="955" w:type="dxa"/>
          </w:tcPr>
          <w:p w14:paraId="1198AD7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20</w:t>
            </w:r>
          </w:p>
        </w:tc>
        <w:tc>
          <w:tcPr>
            <w:tcW w:w="2022" w:type="dxa"/>
          </w:tcPr>
          <w:p w14:paraId="2943DC7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32" w:type="dxa"/>
          </w:tcPr>
          <w:p w14:paraId="2B6C9A9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0736DE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674BB84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57966" w14:paraId="7A50EC22" w14:textId="77777777" w:rsidTr="00A57966">
        <w:tc>
          <w:tcPr>
            <w:tcW w:w="10278" w:type="dxa"/>
            <w:gridSpan w:val="6"/>
          </w:tcPr>
          <w:p w14:paraId="28D479C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Степень с целым показателем. Стандартный вид числа — 11 ч.</w:t>
            </w:r>
          </w:p>
        </w:tc>
      </w:tr>
      <w:tr w:rsidR="00AC6A40" w:rsidRPr="00A57966" w14:paraId="1690EE89" w14:textId="77777777" w:rsidTr="00A57966">
        <w:tc>
          <w:tcPr>
            <w:tcW w:w="743" w:type="dxa"/>
          </w:tcPr>
          <w:p w14:paraId="0D7FC59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84</w:t>
            </w:r>
          </w:p>
        </w:tc>
        <w:tc>
          <w:tcPr>
            <w:tcW w:w="955" w:type="dxa"/>
          </w:tcPr>
          <w:p w14:paraId="79CB373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22" w:type="dxa"/>
          </w:tcPr>
          <w:p w14:paraId="04116C1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Определение степени с целым отрицательным показателем</w:t>
            </w:r>
          </w:p>
        </w:tc>
        <w:tc>
          <w:tcPr>
            <w:tcW w:w="1132" w:type="dxa"/>
          </w:tcPr>
          <w:p w14:paraId="2B6D13D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29FC6C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16996A5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AFEB0CB" w14:textId="77777777" w:rsidTr="00A57966">
        <w:tc>
          <w:tcPr>
            <w:tcW w:w="743" w:type="dxa"/>
          </w:tcPr>
          <w:p w14:paraId="511BC55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85</w:t>
            </w:r>
          </w:p>
        </w:tc>
        <w:tc>
          <w:tcPr>
            <w:tcW w:w="955" w:type="dxa"/>
          </w:tcPr>
          <w:p w14:paraId="316DECE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22" w:type="dxa"/>
          </w:tcPr>
          <w:p w14:paraId="6126150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Свойства степени с целым показателем</w:t>
            </w:r>
          </w:p>
        </w:tc>
        <w:tc>
          <w:tcPr>
            <w:tcW w:w="1132" w:type="dxa"/>
          </w:tcPr>
          <w:p w14:paraId="0D01E02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C01D30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0D095B4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AA4D850" w14:textId="77777777" w:rsidTr="00A57966">
        <w:tc>
          <w:tcPr>
            <w:tcW w:w="743" w:type="dxa"/>
          </w:tcPr>
          <w:p w14:paraId="57D12FF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86</w:t>
            </w:r>
          </w:p>
        </w:tc>
        <w:tc>
          <w:tcPr>
            <w:tcW w:w="955" w:type="dxa"/>
          </w:tcPr>
          <w:p w14:paraId="0F29F6D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22" w:type="dxa"/>
          </w:tcPr>
          <w:p w14:paraId="57F057D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Умножение и деление степеней с целым показателем</w:t>
            </w:r>
          </w:p>
        </w:tc>
        <w:tc>
          <w:tcPr>
            <w:tcW w:w="1132" w:type="dxa"/>
          </w:tcPr>
          <w:p w14:paraId="3A66F85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B514F7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19631EE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061B447" w14:textId="77777777" w:rsidTr="00A57966">
        <w:tc>
          <w:tcPr>
            <w:tcW w:w="743" w:type="dxa"/>
          </w:tcPr>
          <w:p w14:paraId="710B337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87</w:t>
            </w:r>
          </w:p>
        </w:tc>
        <w:tc>
          <w:tcPr>
            <w:tcW w:w="955" w:type="dxa"/>
          </w:tcPr>
          <w:p w14:paraId="55C2B4E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22" w:type="dxa"/>
          </w:tcPr>
          <w:p w14:paraId="29A3A74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Возведение степени в степень</w:t>
            </w:r>
          </w:p>
        </w:tc>
        <w:tc>
          <w:tcPr>
            <w:tcW w:w="1132" w:type="dxa"/>
          </w:tcPr>
          <w:p w14:paraId="065493E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5BAC13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1893FD1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CCF1CF0" w14:textId="77777777" w:rsidTr="00A57966">
        <w:tc>
          <w:tcPr>
            <w:tcW w:w="743" w:type="dxa"/>
          </w:tcPr>
          <w:p w14:paraId="3F4DB58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88</w:t>
            </w:r>
          </w:p>
        </w:tc>
        <w:tc>
          <w:tcPr>
            <w:tcW w:w="955" w:type="dxa"/>
          </w:tcPr>
          <w:p w14:paraId="2338C1B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22" w:type="dxa"/>
          </w:tcPr>
          <w:p w14:paraId="536BBBD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Преобразование выражений со степенями</w:t>
            </w:r>
          </w:p>
        </w:tc>
        <w:tc>
          <w:tcPr>
            <w:tcW w:w="1132" w:type="dxa"/>
          </w:tcPr>
          <w:p w14:paraId="6712938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4EB198A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0E39070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593122D8" w14:textId="77777777" w:rsidTr="00A57966">
        <w:tc>
          <w:tcPr>
            <w:tcW w:w="743" w:type="dxa"/>
          </w:tcPr>
          <w:p w14:paraId="7096000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89</w:t>
            </w:r>
          </w:p>
        </w:tc>
        <w:tc>
          <w:tcPr>
            <w:tcW w:w="955" w:type="dxa"/>
          </w:tcPr>
          <w:p w14:paraId="458BC20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22" w:type="dxa"/>
          </w:tcPr>
          <w:p w14:paraId="1D9FEE2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Стандартный вид числа</w:t>
            </w:r>
          </w:p>
        </w:tc>
        <w:tc>
          <w:tcPr>
            <w:tcW w:w="1132" w:type="dxa"/>
          </w:tcPr>
          <w:p w14:paraId="1B7FEC9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5A42CF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565D6D2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0B54A388" w14:textId="77777777" w:rsidTr="00A57966">
        <w:tc>
          <w:tcPr>
            <w:tcW w:w="743" w:type="dxa"/>
          </w:tcPr>
          <w:p w14:paraId="4D12A2B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90</w:t>
            </w:r>
          </w:p>
        </w:tc>
        <w:tc>
          <w:tcPr>
            <w:tcW w:w="955" w:type="dxa"/>
          </w:tcPr>
          <w:p w14:paraId="5EF9360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22" w:type="dxa"/>
          </w:tcPr>
          <w:p w14:paraId="199B55F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Порядок числа</w:t>
            </w:r>
          </w:p>
        </w:tc>
        <w:tc>
          <w:tcPr>
            <w:tcW w:w="1132" w:type="dxa"/>
          </w:tcPr>
          <w:p w14:paraId="773D6B8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A53C80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13" w:type="dxa"/>
          </w:tcPr>
          <w:p w14:paraId="4B2CA8C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C079B82" w14:textId="77777777" w:rsidTr="00A57966">
        <w:tc>
          <w:tcPr>
            <w:tcW w:w="743" w:type="dxa"/>
          </w:tcPr>
          <w:p w14:paraId="491250D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91</w:t>
            </w:r>
          </w:p>
        </w:tc>
        <w:tc>
          <w:tcPr>
            <w:tcW w:w="955" w:type="dxa"/>
          </w:tcPr>
          <w:p w14:paraId="5EB3A63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22" w:type="dxa"/>
          </w:tcPr>
          <w:p w14:paraId="2CFD481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Действия с числами, записанными в стандартном виде</w:t>
            </w:r>
          </w:p>
        </w:tc>
        <w:tc>
          <w:tcPr>
            <w:tcW w:w="1132" w:type="dxa"/>
          </w:tcPr>
          <w:p w14:paraId="0BC3F46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783B68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12FF6D0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66F37BF7" w14:textId="77777777" w:rsidTr="00A57966">
        <w:tc>
          <w:tcPr>
            <w:tcW w:w="743" w:type="dxa"/>
          </w:tcPr>
          <w:p w14:paraId="7AE5B9D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92</w:t>
            </w:r>
          </w:p>
        </w:tc>
        <w:tc>
          <w:tcPr>
            <w:tcW w:w="955" w:type="dxa"/>
          </w:tcPr>
          <w:p w14:paraId="5A186C5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22" w:type="dxa"/>
          </w:tcPr>
          <w:p w14:paraId="7602093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Применение стандартного вида числа в практических задачах</w:t>
            </w:r>
          </w:p>
        </w:tc>
        <w:tc>
          <w:tcPr>
            <w:tcW w:w="1132" w:type="dxa"/>
          </w:tcPr>
          <w:p w14:paraId="4728969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B25F26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79D1213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7F8D75CD" w14:textId="77777777" w:rsidTr="00A57966">
        <w:tc>
          <w:tcPr>
            <w:tcW w:w="743" w:type="dxa"/>
          </w:tcPr>
          <w:p w14:paraId="25E795D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93</w:t>
            </w:r>
          </w:p>
        </w:tc>
        <w:tc>
          <w:tcPr>
            <w:tcW w:w="955" w:type="dxa"/>
          </w:tcPr>
          <w:p w14:paraId="406CFEA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22" w:type="dxa"/>
          </w:tcPr>
          <w:p w14:paraId="3072FFF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Обобщение по теме «Степень с целым показателем»</w:t>
            </w:r>
          </w:p>
        </w:tc>
        <w:tc>
          <w:tcPr>
            <w:tcW w:w="1132" w:type="dxa"/>
          </w:tcPr>
          <w:p w14:paraId="46D1E39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D1521A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2EB8B89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:rsidRPr="00A57966" w14:paraId="4E0ECFC0" w14:textId="77777777" w:rsidTr="00A57966">
        <w:tc>
          <w:tcPr>
            <w:tcW w:w="743" w:type="dxa"/>
          </w:tcPr>
          <w:p w14:paraId="70ED459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94</w:t>
            </w:r>
          </w:p>
        </w:tc>
        <w:tc>
          <w:tcPr>
            <w:tcW w:w="955" w:type="dxa"/>
          </w:tcPr>
          <w:p w14:paraId="59937F1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22" w:type="dxa"/>
          </w:tcPr>
          <w:p w14:paraId="0A80132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32" w:type="dxa"/>
          </w:tcPr>
          <w:p w14:paraId="6E6B07D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B19CDE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13" w:type="dxa"/>
          </w:tcPr>
          <w:p w14:paraId="47FCF34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:rsidRPr="00A57966" w14:paraId="523E2648" w14:textId="77777777" w:rsidTr="00A57966">
        <w:tc>
          <w:tcPr>
            <w:tcW w:w="10278" w:type="dxa"/>
            <w:gridSpan w:val="6"/>
          </w:tcPr>
          <w:p w14:paraId="2944DF7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Повторение и обобщение изученного материала — 8 ч.</w:t>
            </w:r>
          </w:p>
        </w:tc>
      </w:tr>
      <w:tr w:rsidR="00AC6A40" w:rsidRPr="00A57966" w14:paraId="51EC029D" w14:textId="77777777" w:rsidTr="00A57966">
        <w:tc>
          <w:tcPr>
            <w:tcW w:w="743" w:type="dxa"/>
          </w:tcPr>
          <w:p w14:paraId="354F85A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95</w:t>
            </w:r>
          </w:p>
        </w:tc>
        <w:tc>
          <w:tcPr>
            <w:tcW w:w="955" w:type="dxa"/>
          </w:tcPr>
          <w:p w14:paraId="46C6336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22" w:type="dxa"/>
          </w:tcPr>
          <w:p w14:paraId="3CAFB07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рациональные выражения</w:t>
            </w:r>
          </w:p>
        </w:tc>
        <w:tc>
          <w:tcPr>
            <w:tcW w:w="1132" w:type="dxa"/>
          </w:tcPr>
          <w:p w14:paraId="3B10C2B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D0A639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13" w:type="dxa"/>
          </w:tcPr>
          <w:p w14:paraId="629A3B9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8A61828" w14:textId="77777777" w:rsidTr="00A57966">
        <w:tc>
          <w:tcPr>
            <w:tcW w:w="743" w:type="dxa"/>
          </w:tcPr>
          <w:p w14:paraId="662D322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96</w:t>
            </w:r>
          </w:p>
        </w:tc>
        <w:tc>
          <w:tcPr>
            <w:tcW w:w="955" w:type="dxa"/>
          </w:tcPr>
          <w:p w14:paraId="6EEACCD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22" w:type="dxa"/>
          </w:tcPr>
          <w:p w14:paraId="40C0AAB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квадратные корни</w:t>
            </w:r>
          </w:p>
        </w:tc>
        <w:tc>
          <w:tcPr>
            <w:tcW w:w="1132" w:type="dxa"/>
          </w:tcPr>
          <w:p w14:paraId="3A63310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A5D035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13" w:type="dxa"/>
          </w:tcPr>
          <w:p w14:paraId="2D559E4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DB75ACA" w14:textId="77777777" w:rsidTr="00A57966">
        <w:tc>
          <w:tcPr>
            <w:tcW w:w="743" w:type="dxa"/>
          </w:tcPr>
          <w:p w14:paraId="26F994D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97</w:t>
            </w:r>
          </w:p>
        </w:tc>
        <w:tc>
          <w:tcPr>
            <w:tcW w:w="955" w:type="dxa"/>
          </w:tcPr>
          <w:p w14:paraId="4FD0D66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22" w:type="dxa"/>
          </w:tcPr>
          <w:p w14:paraId="19BEDBE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квадратные уравнения</w:t>
            </w:r>
          </w:p>
        </w:tc>
        <w:tc>
          <w:tcPr>
            <w:tcW w:w="1132" w:type="dxa"/>
          </w:tcPr>
          <w:p w14:paraId="4A07119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0C3BDF6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6FF60F5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5496074" w14:textId="77777777" w:rsidTr="00A57966">
        <w:tc>
          <w:tcPr>
            <w:tcW w:w="743" w:type="dxa"/>
          </w:tcPr>
          <w:p w14:paraId="0E22DDA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98</w:t>
            </w:r>
          </w:p>
        </w:tc>
        <w:tc>
          <w:tcPr>
            <w:tcW w:w="955" w:type="dxa"/>
          </w:tcPr>
          <w:p w14:paraId="6A9E73E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22" w:type="dxa"/>
          </w:tcPr>
          <w:p w14:paraId="5BD1917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дробно-рациональные уравнения</w:t>
            </w:r>
          </w:p>
        </w:tc>
        <w:tc>
          <w:tcPr>
            <w:tcW w:w="1132" w:type="dxa"/>
          </w:tcPr>
          <w:p w14:paraId="11C6DB6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4DAB47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254AE53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22DBD9A8" w14:textId="77777777" w:rsidTr="00A57966">
        <w:tc>
          <w:tcPr>
            <w:tcW w:w="743" w:type="dxa"/>
          </w:tcPr>
          <w:p w14:paraId="2B060F5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99</w:t>
            </w:r>
          </w:p>
        </w:tc>
        <w:tc>
          <w:tcPr>
            <w:tcW w:w="955" w:type="dxa"/>
          </w:tcPr>
          <w:p w14:paraId="228673B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22" w:type="dxa"/>
          </w:tcPr>
          <w:p w14:paraId="1B11EC6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неравенства и их системы</w:t>
            </w:r>
          </w:p>
        </w:tc>
        <w:tc>
          <w:tcPr>
            <w:tcW w:w="1132" w:type="dxa"/>
          </w:tcPr>
          <w:p w14:paraId="19A7ED3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5A44F64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13" w:type="dxa"/>
          </w:tcPr>
          <w:p w14:paraId="22A8053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4E5163DE" w14:textId="77777777" w:rsidTr="00A57966">
        <w:tc>
          <w:tcPr>
            <w:tcW w:w="743" w:type="dxa"/>
          </w:tcPr>
          <w:p w14:paraId="6739C5F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100</w:t>
            </w:r>
          </w:p>
        </w:tc>
        <w:tc>
          <w:tcPr>
            <w:tcW w:w="955" w:type="dxa"/>
          </w:tcPr>
          <w:p w14:paraId="2E6D717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22" w:type="dxa"/>
          </w:tcPr>
          <w:p w14:paraId="37A609E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функции и графики</w:t>
            </w:r>
          </w:p>
        </w:tc>
        <w:tc>
          <w:tcPr>
            <w:tcW w:w="1132" w:type="dxa"/>
          </w:tcPr>
          <w:p w14:paraId="77D643B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71F1E10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13" w:type="dxa"/>
          </w:tcPr>
          <w:p w14:paraId="6751F5D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3090EE36" w14:textId="77777777" w:rsidTr="00A57966">
        <w:tc>
          <w:tcPr>
            <w:tcW w:w="743" w:type="dxa"/>
          </w:tcPr>
          <w:p w14:paraId="237113E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101</w:t>
            </w:r>
          </w:p>
        </w:tc>
        <w:tc>
          <w:tcPr>
            <w:tcW w:w="955" w:type="dxa"/>
          </w:tcPr>
          <w:p w14:paraId="4415D0C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22" w:type="dxa"/>
          </w:tcPr>
          <w:p w14:paraId="13F8055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степень с целым показателем и стандартный вид числа</w:t>
            </w:r>
          </w:p>
        </w:tc>
        <w:tc>
          <w:tcPr>
            <w:tcW w:w="1132" w:type="dxa"/>
          </w:tcPr>
          <w:p w14:paraId="2CF0BAC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2A3A7A0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13" w:type="dxa"/>
          </w:tcPr>
          <w:p w14:paraId="206728B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:rsidRPr="00A57966" w14:paraId="236C0B22" w14:textId="77777777" w:rsidTr="00A57966">
        <w:tc>
          <w:tcPr>
            <w:tcW w:w="743" w:type="dxa"/>
          </w:tcPr>
          <w:p w14:paraId="430F544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102</w:t>
            </w:r>
          </w:p>
        </w:tc>
        <w:tc>
          <w:tcPr>
            <w:tcW w:w="955" w:type="dxa"/>
          </w:tcPr>
          <w:p w14:paraId="3E20E64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22" w:type="dxa"/>
          </w:tcPr>
          <w:p w14:paraId="0F2F44B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Итоговое обобщение курса алгебры 8 класса</w:t>
            </w:r>
          </w:p>
        </w:tc>
        <w:tc>
          <w:tcPr>
            <w:tcW w:w="1132" w:type="dxa"/>
          </w:tcPr>
          <w:p w14:paraId="236C74F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12" w:type="dxa"/>
          </w:tcPr>
          <w:p w14:paraId="12D079C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Систематизировать изученное; применять знания в комплексных заданиях; выбирать рациональные алгоритмы; осуществлять самоконтроль и коррекцию.</w:t>
            </w:r>
          </w:p>
        </w:tc>
        <w:tc>
          <w:tcPr>
            <w:tcW w:w="1913" w:type="dxa"/>
          </w:tcPr>
          <w:p w14:paraId="62DBC04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Текущий контроль, самооценка</w:t>
            </w:r>
          </w:p>
        </w:tc>
      </w:tr>
      <w:tr w:rsidR="00AC6A40" w:rsidRPr="00A57966" w14:paraId="5A47DE41" w14:textId="77777777" w:rsidTr="00A57966">
        <w:tc>
          <w:tcPr>
            <w:tcW w:w="3720" w:type="dxa"/>
            <w:gridSpan w:val="3"/>
          </w:tcPr>
          <w:p w14:paraId="02F3D8B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Итого за 8 класс</w:t>
            </w:r>
          </w:p>
        </w:tc>
        <w:tc>
          <w:tcPr>
            <w:tcW w:w="1132" w:type="dxa"/>
          </w:tcPr>
          <w:p w14:paraId="5FCCC0C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102</w:t>
            </w:r>
          </w:p>
        </w:tc>
        <w:tc>
          <w:tcPr>
            <w:tcW w:w="5426" w:type="dxa"/>
            <w:gridSpan w:val="2"/>
          </w:tcPr>
          <w:p w14:paraId="4D0BD71A" w14:textId="77777777" w:rsidR="00AC6A40" w:rsidRPr="00A57966" w:rsidRDefault="00AC6A40" w:rsidP="0088238D">
            <w:pPr>
              <w:rPr>
                <w:sz w:val="20"/>
                <w:szCs w:val="20"/>
              </w:rPr>
            </w:pPr>
          </w:p>
        </w:tc>
      </w:tr>
    </w:tbl>
    <w:p w14:paraId="6271C165" w14:textId="529CBA37" w:rsidR="00AC6A40" w:rsidRDefault="00AC6A40" w:rsidP="00A57966">
      <w:pPr>
        <w:jc w:val="center"/>
      </w:pPr>
      <w:r>
        <w:rPr>
          <w:b/>
          <w:sz w:val="26"/>
        </w:rPr>
        <w:t>9 КЛАСС</w:t>
      </w:r>
    </w:p>
    <w:tbl>
      <w:tblPr>
        <w:tblStyle w:val="aa"/>
        <w:tblW w:w="0" w:type="auto"/>
        <w:tblInd w:w="-459" w:type="dxa"/>
        <w:tblLook w:val="04A0" w:firstRow="1" w:lastRow="0" w:firstColumn="1" w:lastColumn="0" w:noHBand="0" w:noVBand="1"/>
      </w:tblPr>
      <w:tblGrid>
        <w:gridCol w:w="743"/>
        <w:gridCol w:w="953"/>
        <w:gridCol w:w="2006"/>
        <w:gridCol w:w="1118"/>
        <w:gridCol w:w="3544"/>
        <w:gridCol w:w="1904"/>
        <w:gridCol w:w="7"/>
      </w:tblGrid>
      <w:tr w:rsidR="00AC6A40" w14:paraId="32367764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11521C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№ урока</w:t>
            </w:r>
          </w:p>
        </w:tc>
        <w:tc>
          <w:tcPr>
            <w:tcW w:w="953" w:type="dxa"/>
          </w:tcPr>
          <w:p w14:paraId="62BD79D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№ в разделе</w:t>
            </w:r>
          </w:p>
        </w:tc>
        <w:tc>
          <w:tcPr>
            <w:tcW w:w="2006" w:type="dxa"/>
          </w:tcPr>
          <w:p w14:paraId="19F880A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Тема урока / содержание</w:t>
            </w:r>
          </w:p>
        </w:tc>
        <w:tc>
          <w:tcPr>
            <w:tcW w:w="1118" w:type="dxa"/>
          </w:tcPr>
          <w:p w14:paraId="6D6B718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Кол-во часов</w:t>
            </w:r>
          </w:p>
        </w:tc>
        <w:tc>
          <w:tcPr>
            <w:tcW w:w="3544" w:type="dxa"/>
          </w:tcPr>
          <w:p w14:paraId="4DF0695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Основные виды учебной деятельности обучающихся</w:t>
            </w:r>
          </w:p>
        </w:tc>
        <w:tc>
          <w:tcPr>
            <w:tcW w:w="1904" w:type="dxa"/>
          </w:tcPr>
          <w:p w14:paraId="1B0537B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Формы текущего контроля</w:t>
            </w:r>
          </w:p>
        </w:tc>
      </w:tr>
      <w:tr w:rsidR="00AC6A40" w14:paraId="7D59A0EB" w14:textId="77777777" w:rsidTr="00A57966">
        <w:tc>
          <w:tcPr>
            <w:tcW w:w="10275" w:type="dxa"/>
            <w:gridSpan w:val="7"/>
          </w:tcPr>
          <w:p w14:paraId="6E8EF4F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Квадратичная функция — 22 ч.</w:t>
            </w:r>
          </w:p>
        </w:tc>
      </w:tr>
      <w:tr w:rsidR="00AC6A40" w14:paraId="5635CEF0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27F3FE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953" w:type="dxa"/>
          </w:tcPr>
          <w:p w14:paraId="16C31D0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06" w:type="dxa"/>
          </w:tcPr>
          <w:p w14:paraId="563D00C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Функция. Область определения и множество значений</w:t>
            </w:r>
          </w:p>
        </w:tc>
        <w:tc>
          <w:tcPr>
            <w:tcW w:w="1118" w:type="dxa"/>
          </w:tcPr>
          <w:p w14:paraId="7D54132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D6FD43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662C8D4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57B1200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950B2B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953" w:type="dxa"/>
          </w:tcPr>
          <w:p w14:paraId="57E4F50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06" w:type="dxa"/>
          </w:tcPr>
          <w:p w14:paraId="0599635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Свойства функций</w:t>
            </w:r>
          </w:p>
        </w:tc>
        <w:tc>
          <w:tcPr>
            <w:tcW w:w="1118" w:type="dxa"/>
          </w:tcPr>
          <w:p w14:paraId="6883D65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4C3B9F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03C27FE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D8FEDB0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12669F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953" w:type="dxa"/>
          </w:tcPr>
          <w:p w14:paraId="79BCC04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06" w:type="dxa"/>
          </w:tcPr>
          <w:p w14:paraId="5929A54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 xml:space="preserve">Нули функции и промежутки </w:t>
            </w:r>
            <w:proofErr w:type="spellStart"/>
            <w:r w:rsidRPr="00A57966">
              <w:rPr>
                <w:sz w:val="20"/>
                <w:szCs w:val="20"/>
              </w:rPr>
              <w:t>знакопостоянства</w:t>
            </w:r>
            <w:proofErr w:type="spellEnd"/>
          </w:p>
        </w:tc>
        <w:tc>
          <w:tcPr>
            <w:tcW w:w="1118" w:type="dxa"/>
          </w:tcPr>
          <w:p w14:paraId="2DB5AED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E00599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5E7A1BF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77CB1C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59E1E5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953" w:type="dxa"/>
          </w:tcPr>
          <w:p w14:paraId="7DFE487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06" w:type="dxa"/>
          </w:tcPr>
          <w:p w14:paraId="1F2FEAA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Промежутки возрастания и убывания</w:t>
            </w:r>
          </w:p>
        </w:tc>
        <w:tc>
          <w:tcPr>
            <w:tcW w:w="1118" w:type="dxa"/>
          </w:tcPr>
          <w:p w14:paraId="0C4A03A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E79EDB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04" w:type="dxa"/>
          </w:tcPr>
          <w:p w14:paraId="76A2329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C40156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15BC621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953" w:type="dxa"/>
          </w:tcPr>
          <w:p w14:paraId="770B63B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06" w:type="dxa"/>
          </w:tcPr>
          <w:p w14:paraId="0AFE5EF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Наибольшее и наименьшее значения функции</w:t>
            </w:r>
          </w:p>
        </w:tc>
        <w:tc>
          <w:tcPr>
            <w:tcW w:w="1118" w:type="dxa"/>
          </w:tcPr>
          <w:p w14:paraId="5B8F109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A7B396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045717F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6E0B63A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1812D9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953" w:type="dxa"/>
          </w:tcPr>
          <w:p w14:paraId="33BEBD4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06" w:type="dxa"/>
          </w:tcPr>
          <w:p w14:paraId="3770AC0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Квадратичная функция y=ax²</w:t>
            </w:r>
          </w:p>
        </w:tc>
        <w:tc>
          <w:tcPr>
            <w:tcW w:w="1118" w:type="dxa"/>
          </w:tcPr>
          <w:p w14:paraId="7883805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7DEC17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67B035C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5121E035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5FA505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953" w:type="dxa"/>
          </w:tcPr>
          <w:p w14:paraId="2EE8D14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06" w:type="dxa"/>
          </w:tcPr>
          <w:p w14:paraId="34B1690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График функции y=ax²</w:t>
            </w:r>
          </w:p>
        </w:tc>
        <w:tc>
          <w:tcPr>
            <w:tcW w:w="1118" w:type="dxa"/>
          </w:tcPr>
          <w:p w14:paraId="15183D3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5DF2305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2F364C8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3D9170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1BA327F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953" w:type="dxa"/>
          </w:tcPr>
          <w:p w14:paraId="5D404ED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06" w:type="dxa"/>
          </w:tcPr>
          <w:p w14:paraId="071CBB5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Функция y=ax²+n</w:t>
            </w:r>
          </w:p>
        </w:tc>
        <w:tc>
          <w:tcPr>
            <w:tcW w:w="1118" w:type="dxa"/>
          </w:tcPr>
          <w:p w14:paraId="744AAA8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F7DCFC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4899803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1283E6F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A56095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953" w:type="dxa"/>
          </w:tcPr>
          <w:p w14:paraId="51B2251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06" w:type="dxa"/>
          </w:tcPr>
          <w:p w14:paraId="3A463B13" w14:textId="77777777" w:rsidR="00AC6A40" w:rsidRPr="00A57966" w:rsidRDefault="00AC6A40" w:rsidP="0088238D">
            <w:pPr>
              <w:rPr>
                <w:sz w:val="20"/>
                <w:szCs w:val="20"/>
                <w:lang w:val="es-ES"/>
              </w:rPr>
            </w:pPr>
            <w:r w:rsidRPr="00A57966">
              <w:rPr>
                <w:sz w:val="20"/>
                <w:szCs w:val="20"/>
              </w:rPr>
              <w:t>Функция</w:t>
            </w:r>
            <w:r w:rsidRPr="00A57966">
              <w:rPr>
                <w:sz w:val="20"/>
                <w:szCs w:val="20"/>
                <w:lang w:val="es-ES"/>
              </w:rPr>
              <w:t xml:space="preserve"> y=a(x-m)²</w:t>
            </w:r>
          </w:p>
        </w:tc>
        <w:tc>
          <w:tcPr>
            <w:tcW w:w="1118" w:type="dxa"/>
          </w:tcPr>
          <w:p w14:paraId="33551F9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3A8EB7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625D523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A353E1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FEFE71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953" w:type="dxa"/>
          </w:tcPr>
          <w:p w14:paraId="6182259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06" w:type="dxa"/>
          </w:tcPr>
          <w:p w14:paraId="58E9EF6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Преобразования графиков функций</w:t>
            </w:r>
          </w:p>
        </w:tc>
        <w:tc>
          <w:tcPr>
            <w:tcW w:w="1118" w:type="dxa"/>
          </w:tcPr>
          <w:p w14:paraId="2191DD1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3DBAEA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4DC8C4D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79CC9A7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79C7A4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953" w:type="dxa"/>
          </w:tcPr>
          <w:p w14:paraId="290B17C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06" w:type="dxa"/>
          </w:tcPr>
          <w:p w14:paraId="299B48E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Квадратичная функция y=ax²+bx+c</w:t>
            </w:r>
          </w:p>
        </w:tc>
        <w:tc>
          <w:tcPr>
            <w:tcW w:w="1118" w:type="dxa"/>
          </w:tcPr>
          <w:p w14:paraId="45481D6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A9C082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4EF27C7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897178A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4F0D3E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953" w:type="dxa"/>
          </w:tcPr>
          <w:p w14:paraId="05FDFC4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2006" w:type="dxa"/>
          </w:tcPr>
          <w:p w14:paraId="7BC485A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Парабола. Ось симметрии</w:t>
            </w:r>
          </w:p>
        </w:tc>
        <w:tc>
          <w:tcPr>
            <w:tcW w:w="1118" w:type="dxa"/>
          </w:tcPr>
          <w:p w14:paraId="3D47A77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0F1483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436B5B3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D3A35F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76EBDC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953" w:type="dxa"/>
          </w:tcPr>
          <w:p w14:paraId="5E747C4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2006" w:type="dxa"/>
          </w:tcPr>
          <w:p w14:paraId="35D06D9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Координаты вершины параболы</w:t>
            </w:r>
          </w:p>
        </w:tc>
        <w:tc>
          <w:tcPr>
            <w:tcW w:w="1118" w:type="dxa"/>
          </w:tcPr>
          <w:p w14:paraId="1809CDE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B2C83F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05CF4FE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B2D511B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3D3498F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953" w:type="dxa"/>
          </w:tcPr>
          <w:p w14:paraId="25DD5F4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2006" w:type="dxa"/>
          </w:tcPr>
          <w:p w14:paraId="389DD47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Построение графика квадратичной функции</w:t>
            </w:r>
          </w:p>
        </w:tc>
        <w:tc>
          <w:tcPr>
            <w:tcW w:w="1118" w:type="dxa"/>
          </w:tcPr>
          <w:p w14:paraId="19EC4AE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902FEF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22FC7BF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4958CB0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48D5B7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953" w:type="dxa"/>
          </w:tcPr>
          <w:p w14:paraId="5DFBACB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2006" w:type="dxa"/>
          </w:tcPr>
          <w:p w14:paraId="1B1DCE5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Исследование квадратичной функции по графику</w:t>
            </w:r>
          </w:p>
        </w:tc>
        <w:tc>
          <w:tcPr>
            <w:tcW w:w="1118" w:type="dxa"/>
          </w:tcPr>
          <w:p w14:paraId="618080C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9D8D7C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2EDA37A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E2E895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842E3F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16</w:t>
            </w:r>
          </w:p>
        </w:tc>
        <w:tc>
          <w:tcPr>
            <w:tcW w:w="953" w:type="dxa"/>
          </w:tcPr>
          <w:p w14:paraId="392FBAF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16</w:t>
            </w:r>
          </w:p>
        </w:tc>
        <w:tc>
          <w:tcPr>
            <w:tcW w:w="2006" w:type="dxa"/>
          </w:tcPr>
          <w:p w14:paraId="77247FE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Исследование квадратичной функции по формуле</w:t>
            </w:r>
          </w:p>
        </w:tc>
        <w:tc>
          <w:tcPr>
            <w:tcW w:w="1118" w:type="dxa"/>
          </w:tcPr>
          <w:p w14:paraId="4E4BA98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7B31CA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3D5FC5A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5C6D13EA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A5770C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17</w:t>
            </w:r>
          </w:p>
        </w:tc>
        <w:tc>
          <w:tcPr>
            <w:tcW w:w="953" w:type="dxa"/>
          </w:tcPr>
          <w:p w14:paraId="078E2F2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17</w:t>
            </w:r>
          </w:p>
        </w:tc>
        <w:tc>
          <w:tcPr>
            <w:tcW w:w="2006" w:type="dxa"/>
          </w:tcPr>
          <w:p w14:paraId="74B4A3B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Графическое решение квадратных уравнений</w:t>
            </w:r>
          </w:p>
        </w:tc>
        <w:tc>
          <w:tcPr>
            <w:tcW w:w="1118" w:type="dxa"/>
          </w:tcPr>
          <w:p w14:paraId="50F8AF0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F6008A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52387F0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A43505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FA1EDF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18</w:t>
            </w:r>
          </w:p>
        </w:tc>
        <w:tc>
          <w:tcPr>
            <w:tcW w:w="953" w:type="dxa"/>
          </w:tcPr>
          <w:p w14:paraId="6232330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18</w:t>
            </w:r>
          </w:p>
        </w:tc>
        <w:tc>
          <w:tcPr>
            <w:tcW w:w="2006" w:type="dxa"/>
          </w:tcPr>
          <w:p w14:paraId="3ADBA24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Графическое решение неравенств</w:t>
            </w:r>
          </w:p>
        </w:tc>
        <w:tc>
          <w:tcPr>
            <w:tcW w:w="1118" w:type="dxa"/>
          </w:tcPr>
          <w:p w14:paraId="16EC58E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41A6B3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049098D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264E56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36EA95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19</w:t>
            </w:r>
          </w:p>
        </w:tc>
        <w:tc>
          <w:tcPr>
            <w:tcW w:w="953" w:type="dxa"/>
          </w:tcPr>
          <w:p w14:paraId="0764741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19</w:t>
            </w:r>
          </w:p>
        </w:tc>
        <w:tc>
          <w:tcPr>
            <w:tcW w:w="2006" w:type="dxa"/>
          </w:tcPr>
          <w:p w14:paraId="33C629E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Практико-ориентированные задачи с квадратичной функцией</w:t>
            </w:r>
          </w:p>
        </w:tc>
        <w:tc>
          <w:tcPr>
            <w:tcW w:w="1118" w:type="dxa"/>
          </w:tcPr>
          <w:p w14:paraId="5442B92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EC590B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1C4C9E6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9672D0D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33C1650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20</w:t>
            </w:r>
          </w:p>
        </w:tc>
        <w:tc>
          <w:tcPr>
            <w:tcW w:w="953" w:type="dxa"/>
          </w:tcPr>
          <w:p w14:paraId="1D4E8C4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20</w:t>
            </w:r>
          </w:p>
        </w:tc>
        <w:tc>
          <w:tcPr>
            <w:tcW w:w="2006" w:type="dxa"/>
          </w:tcPr>
          <w:p w14:paraId="696735A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Математическое моделирование с использованием функций</w:t>
            </w:r>
          </w:p>
        </w:tc>
        <w:tc>
          <w:tcPr>
            <w:tcW w:w="1118" w:type="dxa"/>
          </w:tcPr>
          <w:p w14:paraId="3781858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EEB972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2F12A59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643C31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638497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21</w:t>
            </w:r>
          </w:p>
        </w:tc>
        <w:tc>
          <w:tcPr>
            <w:tcW w:w="953" w:type="dxa"/>
          </w:tcPr>
          <w:p w14:paraId="3866B93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21</w:t>
            </w:r>
          </w:p>
        </w:tc>
        <w:tc>
          <w:tcPr>
            <w:tcW w:w="2006" w:type="dxa"/>
          </w:tcPr>
          <w:p w14:paraId="57DB3C4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Обобщение по теме «Квадратичная функция»</w:t>
            </w:r>
          </w:p>
        </w:tc>
        <w:tc>
          <w:tcPr>
            <w:tcW w:w="1118" w:type="dxa"/>
          </w:tcPr>
          <w:p w14:paraId="10A55C5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2D3836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77655A3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14:paraId="08D60BD9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0A0C0D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22</w:t>
            </w:r>
          </w:p>
        </w:tc>
        <w:tc>
          <w:tcPr>
            <w:tcW w:w="953" w:type="dxa"/>
          </w:tcPr>
          <w:p w14:paraId="6212F6B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22</w:t>
            </w:r>
          </w:p>
        </w:tc>
        <w:tc>
          <w:tcPr>
            <w:tcW w:w="2006" w:type="dxa"/>
          </w:tcPr>
          <w:p w14:paraId="0C90633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18" w:type="dxa"/>
          </w:tcPr>
          <w:p w14:paraId="1A3BE5F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6F10CA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687FC5D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14:paraId="5C7F3DCF" w14:textId="77777777" w:rsidTr="00A57966">
        <w:tc>
          <w:tcPr>
            <w:tcW w:w="10275" w:type="dxa"/>
            <w:gridSpan w:val="7"/>
          </w:tcPr>
          <w:p w14:paraId="16913A8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Уравнения и неравенства с одной переменной — 14 ч.</w:t>
            </w:r>
          </w:p>
        </w:tc>
      </w:tr>
      <w:tr w:rsidR="00AC6A40" w14:paraId="091ACE6B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1873163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23</w:t>
            </w:r>
          </w:p>
        </w:tc>
        <w:tc>
          <w:tcPr>
            <w:tcW w:w="953" w:type="dxa"/>
          </w:tcPr>
          <w:p w14:paraId="122780D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06" w:type="dxa"/>
          </w:tcPr>
          <w:p w14:paraId="10876C1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Целое уравнение и его корни</w:t>
            </w:r>
          </w:p>
        </w:tc>
        <w:tc>
          <w:tcPr>
            <w:tcW w:w="1118" w:type="dxa"/>
          </w:tcPr>
          <w:p w14:paraId="36496A1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978E59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6E0D239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E8B8C1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46D96D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24</w:t>
            </w:r>
          </w:p>
        </w:tc>
        <w:tc>
          <w:tcPr>
            <w:tcW w:w="953" w:type="dxa"/>
          </w:tcPr>
          <w:p w14:paraId="5B40AA3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06" w:type="dxa"/>
          </w:tcPr>
          <w:p w14:paraId="5ACFFB3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Уравнения, сводящиеся к квадратным</w:t>
            </w:r>
          </w:p>
        </w:tc>
        <w:tc>
          <w:tcPr>
            <w:tcW w:w="1118" w:type="dxa"/>
          </w:tcPr>
          <w:p w14:paraId="77E46B8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0FD128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57BB7BD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E2939FE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A8996F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25</w:t>
            </w:r>
          </w:p>
        </w:tc>
        <w:tc>
          <w:tcPr>
            <w:tcW w:w="953" w:type="dxa"/>
          </w:tcPr>
          <w:p w14:paraId="6B72127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06" w:type="dxa"/>
          </w:tcPr>
          <w:p w14:paraId="123B660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Биквадратные уравнения</w:t>
            </w:r>
          </w:p>
        </w:tc>
        <w:tc>
          <w:tcPr>
            <w:tcW w:w="1118" w:type="dxa"/>
          </w:tcPr>
          <w:p w14:paraId="0BC5EBB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2EFB44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00E3CC8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01D9EE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EA2A9E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26</w:t>
            </w:r>
          </w:p>
        </w:tc>
        <w:tc>
          <w:tcPr>
            <w:tcW w:w="953" w:type="dxa"/>
          </w:tcPr>
          <w:p w14:paraId="515CE60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06" w:type="dxa"/>
          </w:tcPr>
          <w:p w14:paraId="73F2401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Уравнения высокого порядка, решаемые разложением на множители</w:t>
            </w:r>
          </w:p>
        </w:tc>
        <w:tc>
          <w:tcPr>
            <w:tcW w:w="1118" w:type="dxa"/>
          </w:tcPr>
          <w:p w14:paraId="2F9265A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E51F49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4921C8B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DA8DD04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B659A8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27</w:t>
            </w:r>
          </w:p>
        </w:tc>
        <w:tc>
          <w:tcPr>
            <w:tcW w:w="953" w:type="dxa"/>
          </w:tcPr>
          <w:p w14:paraId="03E6C12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06" w:type="dxa"/>
          </w:tcPr>
          <w:p w14:paraId="468CDC5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Дробно-рациональные уравнения</w:t>
            </w:r>
          </w:p>
        </w:tc>
        <w:tc>
          <w:tcPr>
            <w:tcW w:w="1118" w:type="dxa"/>
          </w:tcPr>
          <w:p w14:paraId="24EDFA6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58AB2FF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3A5C9AB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5B4CF1E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233973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28</w:t>
            </w:r>
          </w:p>
        </w:tc>
        <w:tc>
          <w:tcPr>
            <w:tcW w:w="953" w:type="dxa"/>
          </w:tcPr>
          <w:p w14:paraId="303C7AE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06" w:type="dxa"/>
          </w:tcPr>
          <w:p w14:paraId="1B4502E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уравнений заменой переменной</w:t>
            </w:r>
          </w:p>
        </w:tc>
        <w:tc>
          <w:tcPr>
            <w:tcW w:w="1118" w:type="dxa"/>
          </w:tcPr>
          <w:p w14:paraId="418C6CB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332C54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0DC6FBC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5737341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47A67A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29</w:t>
            </w:r>
          </w:p>
        </w:tc>
        <w:tc>
          <w:tcPr>
            <w:tcW w:w="953" w:type="dxa"/>
          </w:tcPr>
          <w:p w14:paraId="06E621A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06" w:type="dxa"/>
          </w:tcPr>
          <w:p w14:paraId="45A66DF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Неравенства второй степени с одной переменной</w:t>
            </w:r>
          </w:p>
        </w:tc>
        <w:tc>
          <w:tcPr>
            <w:tcW w:w="1118" w:type="dxa"/>
          </w:tcPr>
          <w:p w14:paraId="1CD59C9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9E3EF2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04" w:type="dxa"/>
          </w:tcPr>
          <w:p w14:paraId="485A261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DBFA034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91961F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30</w:t>
            </w:r>
          </w:p>
        </w:tc>
        <w:tc>
          <w:tcPr>
            <w:tcW w:w="953" w:type="dxa"/>
          </w:tcPr>
          <w:p w14:paraId="5DD073B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06" w:type="dxa"/>
          </w:tcPr>
          <w:p w14:paraId="20F4CAE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квадратных неравенств с помощью графика</w:t>
            </w:r>
          </w:p>
        </w:tc>
        <w:tc>
          <w:tcPr>
            <w:tcW w:w="1118" w:type="dxa"/>
          </w:tcPr>
          <w:p w14:paraId="6A184D4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1590BA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10202F3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6D0860B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B71BB3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31</w:t>
            </w:r>
          </w:p>
        </w:tc>
        <w:tc>
          <w:tcPr>
            <w:tcW w:w="953" w:type="dxa"/>
          </w:tcPr>
          <w:p w14:paraId="5527FC0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06" w:type="dxa"/>
          </w:tcPr>
          <w:p w14:paraId="79FC8AA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Метод интервалов</w:t>
            </w:r>
          </w:p>
        </w:tc>
        <w:tc>
          <w:tcPr>
            <w:tcW w:w="1118" w:type="dxa"/>
          </w:tcPr>
          <w:p w14:paraId="6860415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FB8BA8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04" w:type="dxa"/>
          </w:tcPr>
          <w:p w14:paraId="7CD948F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5AAC569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8B31FE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32</w:t>
            </w:r>
          </w:p>
        </w:tc>
        <w:tc>
          <w:tcPr>
            <w:tcW w:w="953" w:type="dxa"/>
          </w:tcPr>
          <w:p w14:paraId="0ADB947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06" w:type="dxa"/>
          </w:tcPr>
          <w:p w14:paraId="24DB983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рациональных неравенств методом интервалов</w:t>
            </w:r>
          </w:p>
        </w:tc>
        <w:tc>
          <w:tcPr>
            <w:tcW w:w="1118" w:type="dxa"/>
          </w:tcPr>
          <w:p w14:paraId="176C0B1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6F159C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04" w:type="dxa"/>
          </w:tcPr>
          <w:p w14:paraId="140DEF8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06C280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3364564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33</w:t>
            </w:r>
          </w:p>
        </w:tc>
        <w:tc>
          <w:tcPr>
            <w:tcW w:w="953" w:type="dxa"/>
          </w:tcPr>
          <w:p w14:paraId="2B4E31C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06" w:type="dxa"/>
          </w:tcPr>
          <w:p w14:paraId="71D7F57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Системы неравенств с одной переменной</w:t>
            </w:r>
          </w:p>
        </w:tc>
        <w:tc>
          <w:tcPr>
            <w:tcW w:w="1118" w:type="dxa"/>
          </w:tcPr>
          <w:p w14:paraId="04F1624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B5300C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7A5094D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1CF4552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0482F2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34</w:t>
            </w:r>
          </w:p>
        </w:tc>
        <w:tc>
          <w:tcPr>
            <w:tcW w:w="953" w:type="dxa"/>
          </w:tcPr>
          <w:p w14:paraId="7C45646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2006" w:type="dxa"/>
          </w:tcPr>
          <w:p w14:paraId="0D2A819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Практико-ориентированные задачи</w:t>
            </w:r>
          </w:p>
        </w:tc>
        <w:tc>
          <w:tcPr>
            <w:tcW w:w="1118" w:type="dxa"/>
          </w:tcPr>
          <w:p w14:paraId="32B954B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AF4D84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6E1A4B7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5222240F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7A309C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35</w:t>
            </w:r>
          </w:p>
        </w:tc>
        <w:tc>
          <w:tcPr>
            <w:tcW w:w="953" w:type="dxa"/>
          </w:tcPr>
          <w:p w14:paraId="14BAA02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2006" w:type="dxa"/>
          </w:tcPr>
          <w:p w14:paraId="569E39D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Обобщение по теме «Уравнения и неравенства с одной переменной»</w:t>
            </w:r>
          </w:p>
        </w:tc>
        <w:tc>
          <w:tcPr>
            <w:tcW w:w="1118" w:type="dxa"/>
          </w:tcPr>
          <w:p w14:paraId="0F1CF31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4A6613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5DEC6D1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14:paraId="0A9F9B01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2CE345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36</w:t>
            </w:r>
          </w:p>
        </w:tc>
        <w:tc>
          <w:tcPr>
            <w:tcW w:w="953" w:type="dxa"/>
          </w:tcPr>
          <w:p w14:paraId="3BBA756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2006" w:type="dxa"/>
          </w:tcPr>
          <w:p w14:paraId="7B369FB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18" w:type="dxa"/>
          </w:tcPr>
          <w:p w14:paraId="7999781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FA19B2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45CAA81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14:paraId="2B5174CF" w14:textId="77777777" w:rsidTr="00A57966">
        <w:tc>
          <w:tcPr>
            <w:tcW w:w="10275" w:type="dxa"/>
            <w:gridSpan w:val="7"/>
          </w:tcPr>
          <w:p w14:paraId="280A39A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Уравнения и неравенства с двумя переменными — 17 ч.</w:t>
            </w:r>
          </w:p>
        </w:tc>
      </w:tr>
      <w:tr w:rsidR="00AC6A40" w14:paraId="3BEBEE5A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EFB003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37</w:t>
            </w:r>
          </w:p>
        </w:tc>
        <w:tc>
          <w:tcPr>
            <w:tcW w:w="953" w:type="dxa"/>
          </w:tcPr>
          <w:p w14:paraId="2E432D3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06" w:type="dxa"/>
          </w:tcPr>
          <w:p w14:paraId="622A99E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Уравнение с двумя переменными и его график</w:t>
            </w:r>
          </w:p>
        </w:tc>
        <w:tc>
          <w:tcPr>
            <w:tcW w:w="1118" w:type="dxa"/>
          </w:tcPr>
          <w:p w14:paraId="175E331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3DAD7D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4D972ED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73EA991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523D82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38</w:t>
            </w:r>
          </w:p>
        </w:tc>
        <w:tc>
          <w:tcPr>
            <w:tcW w:w="953" w:type="dxa"/>
          </w:tcPr>
          <w:p w14:paraId="2B28016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06" w:type="dxa"/>
          </w:tcPr>
          <w:p w14:paraId="38CA667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Графический способ решения уравнений с двумя переменными</w:t>
            </w:r>
          </w:p>
        </w:tc>
        <w:tc>
          <w:tcPr>
            <w:tcW w:w="1118" w:type="dxa"/>
          </w:tcPr>
          <w:p w14:paraId="47CAD1B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ADBCFB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6DBD6E5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6146FC4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9FBEEB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39</w:t>
            </w:r>
          </w:p>
        </w:tc>
        <w:tc>
          <w:tcPr>
            <w:tcW w:w="953" w:type="dxa"/>
          </w:tcPr>
          <w:p w14:paraId="3102214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06" w:type="dxa"/>
          </w:tcPr>
          <w:p w14:paraId="39C2594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Системы уравнений с двумя переменными</w:t>
            </w:r>
          </w:p>
        </w:tc>
        <w:tc>
          <w:tcPr>
            <w:tcW w:w="1118" w:type="dxa"/>
          </w:tcPr>
          <w:p w14:paraId="6FE71DF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075FA5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191141C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59E194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1910863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40</w:t>
            </w:r>
          </w:p>
        </w:tc>
        <w:tc>
          <w:tcPr>
            <w:tcW w:w="953" w:type="dxa"/>
          </w:tcPr>
          <w:p w14:paraId="29F91DC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06" w:type="dxa"/>
          </w:tcPr>
          <w:p w14:paraId="54F75D0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Графический способ решения систем уравнений</w:t>
            </w:r>
          </w:p>
        </w:tc>
        <w:tc>
          <w:tcPr>
            <w:tcW w:w="1118" w:type="dxa"/>
          </w:tcPr>
          <w:p w14:paraId="30B9200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90D71E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23D74C7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4288782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D3C5F4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41</w:t>
            </w:r>
          </w:p>
        </w:tc>
        <w:tc>
          <w:tcPr>
            <w:tcW w:w="953" w:type="dxa"/>
          </w:tcPr>
          <w:p w14:paraId="40211B1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06" w:type="dxa"/>
          </w:tcPr>
          <w:p w14:paraId="5119F10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систем способом подстановки</w:t>
            </w:r>
          </w:p>
        </w:tc>
        <w:tc>
          <w:tcPr>
            <w:tcW w:w="1118" w:type="dxa"/>
          </w:tcPr>
          <w:p w14:paraId="6B40EDB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4ED551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0FE5F65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EB04CD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1E32B2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42</w:t>
            </w:r>
          </w:p>
        </w:tc>
        <w:tc>
          <w:tcPr>
            <w:tcW w:w="953" w:type="dxa"/>
          </w:tcPr>
          <w:p w14:paraId="22FBD92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06" w:type="dxa"/>
          </w:tcPr>
          <w:p w14:paraId="32C6806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систем алгебраическим сложением</w:t>
            </w:r>
          </w:p>
        </w:tc>
        <w:tc>
          <w:tcPr>
            <w:tcW w:w="1118" w:type="dxa"/>
          </w:tcPr>
          <w:p w14:paraId="043934C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1AAA11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29F1DCC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68FB68B8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C816A1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43</w:t>
            </w:r>
          </w:p>
        </w:tc>
        <w:tc>
          <w:tcPr>
            <w:tcW w:w="953" w:type="dxa"/>
          </w:tcPr>
          <w:p w14:paraId="5BCFC9D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06" w:type="dxa"/>
          </w:tcPr>
          <w:p w14:paraId="4D7F6D5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Системы, содержащие уравнение второй степени</w:t>
            </w:r>
          </w:p>
        </w:tc>
        <w:tc>
          <w:tcPr>
            <w:tcW w:w="1118" w:type="dxa"/>
          </w:tcPr>
          <w:p w14:paraId="2C925E7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63F26D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3FC0F81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524D792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FED422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44</w:t>
            </w:r>
          </w:p>
        </w:tc>
        <w:tc>
          <w:tcPr>
            <w:tcW w:w="953" w:type="dxa"/>
          </w:tcPr>
          <w:p w14:paraId="1C1057F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06" w:type="dxa"/>
          </w:tcPr>
          <w:p w14:paraId="3A0B919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нелинейных систем уравнений</w:t>
            </w:r>
          </w:p>
        </w:tc>
        <w:tc>
          <w:tcPr>
            <w:tcW w:w="1118" w:type="dxa"/>
          </w:tcPr>
          <w:p w14:paraId="68DD5F8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FA628F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747F4A2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3D5549A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12D170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45</w:t>
            </w:r>
          </w:p>
        </w:tc>
        <w:tc>
          <w:tcPr>
            <w:tcW w:w="953" w:type="dxa"/>
          </w:tcPr>
          <w:p w14:paraId="39D801F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06" w:type="dxa"/>
          </w:tcPr>
          <w:p w14:paraId="2ED0259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задач с помощью систем уравнений</w:t>
            </w:r>
          </w:p>
        </w:tc>
        <w:tc>
          <w:tcPr>
            <w:tcW w:w="1118" w:type="dxa"/>
          </w:tcPr>
          <w:p w14:paraId="023EF46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4324E5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58F400F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8ECA0F2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A1B681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46</w:t>
            </w:r>
          </w:p>
        </w:tc>
        <w:tc>
          <w:tcPr>
            <w:tcW w:w="953" w:type="dxa"/>
          </w:tcPr>
          <w:p w14:paraId="18762E6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06" w:type="dxa"/>
          </w:tcPr>
          <w:p w14:paraId="08DDECC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Задачи на движение</w:t>
            </w:r>
          </w:p>
        </w:tc>
        <w:tc>
          <w:tcPr>
            <w:tcW w:w="1118" w:type="dxa"/>
          </w:tcPr>
          <w:p w14:paraId="44D2125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A178C3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046A312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EAB77B8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8E766D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47</w:t>
            </w:r>
          </w:p>
        </w:tc>
        <w:tc>
          <w:tcPr>
            <w:tcW w:w="953" w:type="dxa"/>
          </w:tcPr>
          <w:p w14:paraId="50601FF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06" w:type="dxa"/>
          </w:tcPr>
          <w:p w14:paraId="12B8125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Задачи на совместную работу</w:t>
            </w:r>
          </w:p>
        </w:tc>
        <w:tc>
          <w:tcPr>
            <w:tcW w:w="1118" w:type="dxa"/>
          </w:tcPr>
          <w:p w14:paraId="3AA5516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32FB6A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087FECC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AAF34A8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31C972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48</w:t>
            </w:r>
          </w:p>
        </w:tc>
        <w:tc>
          <w:tcPr>
            <w:tcW w:w="953" w:type="dxa"/>
          </w:tcPr>
          <w:p w14:paraId="7ADE72D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2006" w:type="dxa"/>
          </w:tcPr>
          <w:p w14:paraId="42E7FE7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Задачи на смеси и проценты</w:t>
            </w:r>
          </w:p>
        </w:tc>
        <w:tc>
          <w:tcPr>
            <w:tcW w:w="1118" w:type="dxa"/>
          </w:tcPr>
          <w:p w14:paraId="5919144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22C093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5E695A0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8226968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E83C56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49</w:t>
            </w:r>
          </w:p>
        </w:tc>
        <w:tc>
          <w:tcPr>
            <w:tcW w:w="953" w:type="dxa"/>
          </w:tcPr>
          <w:p w14:paraId="2038FF5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2006" w:type="dxa"/>
          </w:tcPr>
          <w:p w14:paraId="45A8C7C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Неравенство с двумя переменными</w:t>
            </w:r>
          </w:p>
        </w:tc>
        <w:tc>
          <w:tcPr>
            <w:tcW w:w="1118" w:type="dxa"/>
          </w:tcPr>
          <w:p w14:paraId="7705245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B4EF70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04" w:type="dxa"/>
          </w:tcPr>
          <w:p w14:paraId="3F681CB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6A032905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B3274D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50</w:t>
            </w:r>
          </w:p>
        </w:tc>
        <w:tc>
          <w:tcPr>
            <w:tcW w:w="953" w:type="dxa"/>
          </w:tcPr>
          <w:p w14:paraId="59B9A04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2006" w:type="dxa"/>
          </w:tcPr>
          <w:p w14:paraId="41463F3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Графическое изображение решений неравенства с двумя переменными</w:t>
            </w:r>
          </w:p>
        </w:tc>
        <w:tc>
          <w:tcPr>
            <w:tcW w:w="1118" w:type="dxa"/>
          </w:tcPr>
          <w:p w14:paraId="3EF4447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BF3BCD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10A0204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56A54601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16498DD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51</w:t>
            </w:r>
          </w:p>
        </w:tc>
        <w:tc>
          <w:tcPr>
            <w:tcW w:w="953" w:type="dxa"/>
          </w:tcPr>
          <w:p w14:paraId="1ED44A7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2006" w:type="dxa"/>
          </w:tcPr>
          <w:p w14:paraId="5138FE9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Системы неравенств с двумя переменными</w:t>
            </w:r>
          </w:p>
        </w:tc>
        <w:tc>
          <w:tcPr>
            <w:tcW w:w="1118" w:type="dxa"/>
          </w:tcPr>
          <w:p w14:paraId="128B8E0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ED515C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1FB0A48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3F741B1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1D7B889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52</w:t>
            </w:r>
          </w:p>
        </w:tc>
        <w:tc>
          <w:tcPr>
            <w:tcW w:w="953" w:type="dxa"/>
          </w:tcPr>
          <w:p w14:paraId="2733650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16</w:t>
            </w:r>
          </w:p>
        </w:tc>
        <w:tc>
          <w:tcPr>
            <w:tcW w:w="2006" w:type="dxa"/>
          </w:tcPr>
          <w:p w14:paraId="79B8113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Обобщение по теме «Уравнения и неравенства с двумя переменными»</w:t>
            </w:r>
          </w:p>
        </w:tc>
        <w:tc>
          <w:tcPr>
            <w:tcW w:w="1118" w:type="dxa"/>
          </w:tcPr>
          <w:p w14:paraId="257949F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918550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75832A3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14:paraId="5E4F988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FA008A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53</w:t>
            </w:r>
          </w:p>
        </w:tc>
        <w:tc>
          <w:tcPr>
            <w:tcW w:w="953" w:type="dxa"/>
          </w:tcPr>
          <w:p w14:paraId="3979CBD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17</w:t>
            </w:r>
          </w:p>
        </w:tc>
        <w:tc>
          <w:tcPr>
            <w:tcW w:w="2006" w:type="dxa"/>
          </w:tcPr>
          <w:p w14:paraId="108D954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 и коррекция знаний</w:t>
            </w:r>
          </w:p>
        </w:tc>
        <w:tc>
          <w:tcPr>
            <w:tcW w:w="1118" w:type="dxa"/>
          </w:tcPr>
          <w:p w14:paraId="22A58C8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40D03E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425BFEE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Самостоятельная работа</w:t>
            </w:r>
          </w:p>
        </w:tc>
      </w:tr>
      <w:tr w:rsidR="00AC6A40" w14:paraId="34A594EE" w14:textId="77777777" w:rsidTr="00A57966">
        <w:tc>
          <w:tcPr>
            <w:tcW w:w="10275" w:type="dxa"/>
            <w:gridSpan w:val="7"/>
          </w:tcPr>
          <w:p w14:paraId="2E9C138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Арифметическая и геометрическая прогрессии — 15 ч.</w:t>
            </w:r>
          </w:p>
        </w:tc>
      </w:tr>
      <w:tr w:rsidR="00AC6A40" w14:paraId="2926789B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F4F507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54</w:t>
            </w:r>
          </w:p>
        </w:tc>
        <w:tc>
          <w:tcPr>
            <w:tcW w:w="953" w:type="dxa"/>
          </w:tcPr>
          <w:p w14:paraId="30CED58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06" w:type="dxa"/>
          </w:tcPr>
          <w:p w14:paraId="09E3406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Числовая последовательность. Способы задания</w:t>
            </w:r>
          </w:p>
        </w:tc>
        <w:tc>
          <w:tcPr>
            <w:tcW w:w="1118" w:type="dxa"/>
          </w:tcPr>
          <w:p w14:paraId="6E2AF33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0C103C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07BAED1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68CDA79D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3ED8AD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55</w:t>
            </w:r>
          </w:p>
        </w:tc>
        <w:tc>
          <w:tcPr>
            <w:tcW w:w="953" w:type="dxa"/>
          </w:tcPr>
          <w:p w14:paraId="0AF448F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06" w:type="dxa"/>
          </w:tcPr>
          <w:p w14:paraId="589FE84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Формула n-го члена последовательности</w:t>
            </w:r>
          </w:p>
        </w:tc>
        <w:tc>
          <w:tcPr>
            <w:tcW w:w="1118" w:type="dxa"/>
          </w:tcPr>
          <w:p w14:paraId="099E964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3F7FB4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7B6EE82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63C7646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34A424C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56</w:t>
            </w:r>
          </w:p>
        </w:tc>
        <w:tc>
          <w:tcPr>
            <w:tcW w:w="953" w:type="dxa"/>
          </w:tcPr>
          <w:p w14:paraId="1822B71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06" w:type="dxa"/>
          </w:tcPr>
          <w:p w14:paraId="06D7937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Рекуррентный способ задания последовательности</w:t>
            </w:r>
          </w:p>
        </w:tc>
        <w:tc>
          <w:tcPr>
            <w:tcW w:w="1118" w:type="dxa"/>
          </w:tcPr>
          <w:p w14:paraId="17407A4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FA06F1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68D2385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539971D2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363894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57</w:t>
            </w:r>
          </w:p>
        </w:tc>
        <w:tc>
          <w:tcPr>
            <w:tcW w:w="953" w:type="dxa"/>
          </w:tcPr>
          <w:p w14:paraId="4C95412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06" w:type="dxa"/>
          </w:tcPr>
          <w:p w14:paraId="14F24EF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Арифметическая прогрессия</w:t>
            </w:r>
          </w:p>
        </w:tc>
        <w:tc>
          <w:tcPr>
            <w:tcW w:w="1118" w:type="dxa"/>
          </w:tcPr>
          <w:p w14:paraId="2ECC179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6B309F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7D918B4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D4C1895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0B05A5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58</w:t>
            </w:r>
          </w:p>
        </w:tc>
        <w:tc>
          <w:tcPr>
            <w:tcW w:w="953" w:type="dxa"/>
          </w:tcPr>
          <w:p w14:paraId="48864EF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06" w:type="dxa"/>
          </w:tcPr>
          <w:p w14:paraId="638F21C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Формула n-го члена арифметической прогрессии</w:t>
            </w:r>
          </w:p>
        </w:tc>
        <w:tc>
          <w:tcPr>
            <w:tcW w:w="1118" w:type="dxa"/>
          </w:tcPr>
          <w:p w14:paraId="050FD24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B02680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365D888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8E8D03B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B57EF0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59</w:t>
            </w:r>
          </w:p>
        </w:tc>
        <w:tc>
          <w:tcPr>
            <w:tcW w:w="953" w:type="dxa"/>
          </w:tcPr>
          <w:p w14:paraId="6779FD1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06" w:type="dxa"/>
          </w:tcPr>
          <w:p w14:paraId="4DF0415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Свойства арифметической прогрессии</w:t>
            </w:r>
          </w:p>
        </w:tc>
        <w:tc>
          <w:tcPr>
            <w:tcW w:w="1118" w:type="dxa"/>
          </w:tcPr>
          <w:p w14:paraId="150861F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DA3A1D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09839B4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22520C0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36892E5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60</w:t>
            </w:r>
          </w:p>
        </w:tc>
        <w:tc>
          <w:tcPr>
            <w:tcW w:w="953" w:type="dxa"/>
          </w:tcPr>
          <w:p w14:paraId="47C2ACD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06" w:type="dxa"/>
          </w:tcPr>
          <w:p w14:paraId="126CD48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Сумма первых n членов арифметической прогрессии</w:t>
            </w:r>
          </w:p>
        </w:tc>
        <w:tc>
          <w:tcPr>
            <w:tcW w:w="1118" w:type="dxa"/>
          </w:tcPr>
          <w:p w14:paraId="7420EEA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E70EA7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3CE0ABA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6EDC0CAE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3566106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61</w:t>
            </w:r>
          </w:p>
        </w:tc>
        <w:tc>
          <w:tcPr>
            <w:tcW w:w="953" w:type="dxa"/>
          </w:tcPr>
          <w:p w14:paraId="278F670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06" w:type="dxa"/>
          </w:tcPr>
          <w:p w14:paraId="436F5E5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Задачи на арифметическую прогрессию</w:t>
            </w:r>
          </w:p>
        </w:tc>
        <w:tc>
          <w:tcPr>
            <w:tcW w:w="1118" w:type="dxa"/>
          </w:tcPr>
          <w:p w14:paraId="228211C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2F1F78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47B110B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AEDD11B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ADF703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62</w:t>
            </w:r>
          </w:p>
        </w:tc>
        <w:tc>
          <w:tcPr>
            <w:tcW w:w="953" w:type="dxa"/>
          </w:tcPr>
          <w:p w14:paraId="38E1A5E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06" w:type="dxa"/>
          </w:tcPr>
          <w:p w14:paraId="43A695A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Геометрическая прогрессия</w:t>
            </w:r>
          </w:p>
        </w:tc>
        <w:tc>
          <w:tcPr>
            <w:tcW w:w="1118" w:type="dxa"/>
          </w:tcPr>
          <w:p w14:paraId="68C77EA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853CBB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51BA80D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6F7B855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107BF59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63</w:t>
            </w:r>
          </w:p>
        </w:tc>
        <w:tc>
          <w:tcPr>
            <w:tcW w:w="953" w:type="dxa"/>
          </w:tcPr>
          <w:p w14:paraId="7E887FC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06" w:type="dxa"/>
          </w:tcPr>
          <w:p w14:paraId="559B202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Формула n-го члена геометрической прогрессии</w:t>
            </w:r>
          </w:p>
        </w:tc>
        <w:tc>
          <w:tcPr>
            <w:tcW w:w="1118" w:type="dxa"/>
          </w:tcPr>
          <w:p w14:paraId="3B2C713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3006C6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324A827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38DE382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0B7355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64</w:t>
            </w:r>
          </w:p>
        </w:tc>
        <w:tc>
          <w:tcPr>
            <w:tcW w:w="953" w:type="dxa"/>
          </w:tcPr>
          <w:p w14:paraId="3F86499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06" w:type="dxa"/>
          </w:tcPr>
          <w:p w14:paraId="1DC2BB0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Свойства геометрической прогрессии</w:t>
            </w:r>
          </w:p>
        </w:tc>
        <w:tc>
          <w:tcPr>
            <w:tcW w:w="1118" w:type="dxa"/>
          </w:tcPr>
          <w:p w14:paraId="528D5E0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45CD04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47AF84F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C06FB5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55DC6E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65</w:t>
            </w:r>
          </w:p>
        </w:tc>
        <w:tc>
          <w:tcPr>
            <w:tcW w:w="953" w:type="dxa"/>
          </w:tcPr>
          <w:p w14:paraId="59A422C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2006" w:type="dxa"/>
          </w:tcPr>
          <w:p w14:paraId="08D6C8C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Сумма первых n членов геометрической прогрессии</w:t>
            </w:r>
          </w:p>
        </w:tc>
        <w:tc>
          <w:tcPr>
            <w:tcW w:w="1118" w:type="dxa"/>
          </w:tcPr>
          <w:p w14:paraId="32E0E1F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848B31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180C543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D7CE258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2E46DF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66</w:t>
            </w:r>
          </w:p>
        </w:tc>
        <w:tc>
          <w:tcPr>
            <w:tcW w:w="953" w:type="dxa"/>
          </w:tcPr>
          <w:p w14:paraId="305BECF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2006" w:type="dxa"/>
          </w:tcPr>
          <w:p w14:paraId="519E446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Задачи на геометрическую прогрессию</w:t>
            </w:r>
          </w:p>
        </w:tc>
        <w:tc>
          <w:tcPr>
            <w:tcW w:w="1118" w:type="dxa"/>
          </w:tcPr>
          <w:p w14:paraId="3FB1FAC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9ED9CD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1BA614E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9F761AA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B04308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67</w:t>
            </w:r>
          </w:p>
        </w:tc>
        <w:tc>
          <w:tcPr>
            <w:tcW w:w="953" w:type="dxa"/>
          </w:tcPr>
          <w:p w14:paraId="7AC737E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2006" w:type="dxa"/>
          </w:tcPr>
          <w:p w14:paraId="47B7CED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Практико-ориентированные задачи на прогрессии</w:t>
            </w:r>
          </w:p>
        </w:tc>
        <w:tc>
          <w:tcPr>
            <w:tcW w:w="1118" w:type="dxa"/>
          </w:tcPr>
          <w:p w14:paraId="7185E93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94FB84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425DF7C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F96D1CF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126A7E7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68</w:t>
            </w:r>
          </w:p>
        </w:tc>
        <w:tc>
          <w:tcPr>
            <w:tcW w:w="953" w:type="dxa"/>
          </w:tcPr>
          <w:p w14:paraId="1A826E8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2006" w:type="dxa"/>
          </w:tcPr>
          <w:p w14:paraId="18D7F07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Обобщение по теме «Прогрессии»</w:t>
            </w:r>
          </w:p>
        </w:tc>
        <w:tc>
          <w:tcPr>
            <w:tcW w:w="1118" w:type="dxa"/>
          </w:tcPr>
          <w:p w14:paraId="2F30C58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D16534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5C86EF4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Тематический контроль / практическая работа</w:t>
            </w:r>
          </w:p>
        </w:tc>
      </w:tr>
      <w:tr w:rsidR="00AC6A40" w14:paraId="31709193" w14:textId="77777777" w:rsidTr="00A57966">
        <w:tc>
          <w:tcPr>
            <w:tcW w:w="10275" w:type="dxa"/>
            <w:gridSpan w:val="7"/>
          </w:tcPr>
          <w:p w14:paraId="17FBC99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Повторение, обобщение и систематизация изученного материала. Подготовка к ГИА — 34 ч.</w:t>
            </w:r>
          </w:p>
        </w:tc>
      </w:tr>
      <w:tr w:rsidR="00AC6A40" w14:paraId="790EE762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68D7C5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69</w:t>
            </w:r>
          </w:p>
        </w:tc>
        <w:tc>
          <w:tcPr>
            <w:tcW w:w="953" w:type="dxa"/>
          </w:tcPr>
          <w:p w14:paraId="3CE7B11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2006" w:type="dxa"/>
          </w:tcPr>
          <w:p w14:paraId="1F8225B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числа и вычисления</w:t>
            </w:r>
          </w:p>
        </w:tc>
        <w:tc>
          <w:tcPr>
            <w:tcW w:w="1118" w:type="dxa"/>
          </w:tcPr>
          <w:p w14:paraId="5EEC925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4B7502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Систематизировать изученное; применять знания в комплексных заданиях; выбирать рациональные алгоритмы; осуществлять самоконтроль и коррекцию.</w:t>
            </w:r>
          </w:p>
        </w:tc>
        <w:tc>
          <w:tcPr>
            <w:tcW w:w="1904" w:type="dxa"/>
          </w:tcPr>
          <w:p w14:paraId="7789B5C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2BD471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BCF8A0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70</w:t>
            </w:r>
          </w:p>
        </w:tc>
        <w:tc>
          <w:tcPr>
            <w:tcW w:w="953" w:type="dxa"/>
          </w:tcPr>
          <w:p w14:paraId="73EEBF8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</w:t>
            </w:r>
          </w:p>
        </w:tc>
        <w:tc>
          <w:tcPr>
            <w:tcW w:w="2006" w:type="dxa"/>
          </w:tcPr>
          <w:p w14:paraId="293766F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степени и их свойства</w:t>
            </w:r>
          </w:p>
        </w:tc>
        <w:tc>
          <w:tcPr>
            <w:tcW w:w="1118" w:type="dxa"/>
          </w:tcPr>
          <w:p w14:paraId="4D766E3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5370302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Применять свойства степеней; выполнять преобразования и вычисления; выбирать рациональные способы; использовать полученные знания в задачах.</w:t>
            </w:r>
          </w:p>
        </w:tc>
        <w:tc>
          <w:tcPr>
            <w:tcW w:w="1904" w:type="dxa"/>
          </w:tcPr>
          <w:p w14:paraId="11F4ADD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3811D57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25C926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71</w:t>
            </w:r>
          </w:p>
        </w:tc>
        <w:tc>
          <w:tcPr>
            <w:tcW w:w="953" w:type="dxa"/>
          </w:tcPr>
          <w:p w14:paraId="146A101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</w:t>
            </w:r>
          </w:p>
        </w:tc>
        <w:tc>
          <w:tcPr>
            <w:tcW w:w="2006" w:type="dxa"/>
          </w:tcPr>
          <w:p w14:paraId="43F796B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квадратные корни</w:t>
            </w:r>
          </w:p>
        </w:tc>
        <w:tc>
          <w:tcPr>
            <w:tcW w:w="1118" w:type="dxa"/>
          </w:tcPr>
          <w:p w14:paraId="0C5F022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3E2EAD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вычисления и преобразования с квадратными корнями; обосновывать действия; оценивать и проверять результаты.</w:t>
            </w:r>
          </w:p>
        </w:tc>
        <w:tc>
          <w:tcPr>
            <w:tcW w:w="1904" w:type="dxa"/>
          </w:tcPr>
          <w:p w14:paraId="2358DF7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FFB828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B4F4EE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72</w:t>
            </w:r>
          </w:p>
        </w:tc>
        <w:tc>
          <w:tcPr>
            <w:tcW w:w="953" w:type="dxa"/>
          </w:tcPr>
          <w:p w14:paraId="1C93960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4</w:t>
            </w:r>
          </w:p>
        </w:tc>
        <w:tc>
          <w:tcPr>
            <w:tcW w:w="2006" w:type="dxa"/>
          </w:tcPr>
          <w:p w14:paraId="64EFE37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алгебраические выражения</w:t>
            </w:r>
          </w:p>
        </w:tc>
        <w:tc>
          <w:tcPr>
            <w:tcW w:w="1118" w:type="dxa"/>
          </w:tcPr>
          <w:p w14:paraId="61F5F9E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4823E6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04" w:type="dxa"/>
          </w:tcPr>
          <w:p w14:paraId="03A0196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8483599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ECB1D0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73</w:t>
            </w:r>
          </w:p>
        </w:tc>
        <w:tc>
          <w:tcPr>
            <w:tcW w:w="953" w:type="dxa"/>
          </w:tcPr>
          <w:p w14:paraId="31267BC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5</w:t>
            </w:r>
          </w:p>
        </w:tc>
        <w:tc>
          <w:tcPr>
            <w:tcW w:w="2006" w:type="dxa"/>
          </w:tcPr>
          <w:p w14:paraId="2C67450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многочлены</w:t>
            </w:r>
          </w:p>
        </w:tc>
        <w:tc>
          <w:tcPr>
            <w:tcW w:w="1118" w:type="dxa"/>
          </w:tcPr>
          <w:p w14:paraId="10CFFF2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67D2ED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04" w:type="dxa"/>
          </w:tcPr>
          <w:p w14:paraId="5B7A277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F343394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53D321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74</w:t>
            </w:r>
          </w:p>
        </w:tc>
        <w:tc>
          <w:tcPr>
            <w:tcW w:w="953" w:type="dxa"/>
          </w:tcPr>
          <w:p w14:paraId="17B7211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6</w:t>
            </w:r>
          </w:p>
        </w:tc>
        <w:tc>
          <w:tcPr>
            <w:tcW w:w="2006" w:type="dxa"/>
          </w:tcPr>
          <w:p w14:paraId="677CC0B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формулы сокращённого умножения</w:t>
            </w:r>
          </w:p>
        </w:tc>
        <w:tc>
          <w:tcPr>
            <w:tcW w:w="1118" w:type="dxa"/>
          </w:tcPr>
          <w:p w14:paraId="37FB605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1ABB43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04" w:type="dxa"/>
          </w:tcPr>
          <w:p w14:paraId="732E385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2991F58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0AB83D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75</w:t>
            </w:r>
          </w:p>
        </w:tc>
        <w:tc>
          <w:tcPr>
            <w:tcW w:w="953" w:type="dxa"/>
          </w:tcPr>
          <w:p w14:paraId="6EECB49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</w:t>
            </w:r>
          </w:p>
        </w:tc>
        <w:tc>
          <w:tcPr>
            <w:tcW w:w="2006" w:type="dxa"/>
          </w:tcPr>
          <w:p w14:paraId="09D9635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рациональные выражения</w:t>
            </w:r>
          </w:p>
        </w:tc>
        <w:tc>
          <w:tcPr>
            <w:tcW w:w="1118" w:type="dxa"/>
          </w:tcPr>
          <w:p w14:paraId="73C3FF8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12DD2F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04" w:type="dxa"/>
          </w:tcPr>
          <w:p w14:paraId="160395D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5552DA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754479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76</w:t>
            </w:r>
          </w:p>
        </w:tc>
        <w:tc>
          <w:tcPr>
            <w:tcW w:w="953" w:type="dxa"/>
          </w:tcPr>
          <w:p w14:paraId="274A3BE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</w:t>
            </w:r>
          </w:p>
        </w:tc>
        <w:tc>
          <w:tcPr>
            <w:tcW w:w="2006" w:type="dxa"/>
          </w:tcPr>
          <w:p w14:paraId="65E9BA0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линейные уравнения</w:t>
            </w:r>
          </w:p>
        </w:tc>
        <w:tc>
          <w:tcPr>
            <w:tcW w:w="1118" w:type="dxa"/>
          </w:tcPr>
          <w:p w14:paraId="5293857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07368D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668AC93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43E50A1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FC51E3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77</w:t>
            </w:r>
          </w:p>
        </w:tc>
        <w:tc>
          <w:tcPr>
            <w:tcW w:w="953" w:type="dxa"/>
          </w:tcPr>
          <w:p w14:paraId="2825B10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</w:t>
            </w:r>
          </w:p>
        </w:tc>
        <w:tc>
          <w:tcPr>
            <w:tcW w:w="2006" w:type="dxa"/>
          </w:tcPr>
          <w:p w14:paraId="4905FD9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квадратные уравнения</w:t>
            </w:r>
          </w:p>
        </w:tc>
        <w:tc>
          <w:tcPr>
            <w:tcW w:w="1118" w:type="dxa"/>
          </w:tcPr>
          <w:p w14:paraId="05DF4B3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255A5B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0AC35FC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A40CA06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5A7E33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78</w:t>
            </w:r>
          </w:p>
        </w:tc>
        <w:tc>
          <w:tcPr>
            <w:tcW w:w="953" w:type="dxa"/>
          </w:tcPr>
          <w:p w14:paraId="74C48DB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</w:t>
            </w:r>
          </w:p>
        </w:tc>
        <w:tc>
          <w:tcPr>
            <w:tcW w:w="2006" w:type="dxa"/>
          </w:tcPr>
          <w:p w14:paraId="337CC1E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дробно-рациональные уравнения</w:t>
            </w:r>
          </w:p>
        </w:tc>
        <w:tc>
          <w:tcPr>
            <w:tcW w:w="1118" w:type="dxa"/>
          </w:tcPr>
          <w:p w14:paraId="5427857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B38428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085D318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FBECA0F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2932FC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79</w:t>
            </w:r>
          </w:p>
        </w:tc>
        <w:tc>
          <w:tcPr>
            <w:tcW w:w="953" w:type="dxa"/>
          </w:tcPr>
          <w:p w14:paraId="039DD3C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11</w:t>
            </w:r>
          </w:p>
        </w:tc>
        <w:tc>
          <w:tcPr>
            <w:tcW w:w="2006" w:type="dxa"/>
          </w:tcPr>
          <w:p w14:paraId="58D1EF8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системы уравнений</w:t>
            </w:r>
          </w:p>
        </w:tc>
        <w:tc>
          <w:tcPr>
            <w:tcW w:w="1118" w:type="dxa"/>
          </w:tcPr>
          <w:p w14:paraId="08DFDCE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F2A33E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61150DC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54A51985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55A8CD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80</w:t>
            </w:r>
          </w:p>
        </w:tc>
        <w:tc>
          <w:tcPr>
            <w:tcW w:w="953" w:type="dxa"/>
          </w:tcPr>
          <w:p w14:paraId="0DD9395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12</w:t>
            </w:r>
          </w:p>
        </w:tc>
        <w:tc>
          <w:tcPr>
            <w:tcW w:w="2006" w:type="dxa"/>
          </w:tcPr>
          <w:p w14:paraId="617AA64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линейные неравенства</w:t>
            </w:r>
          </w:p>
        </w:tc>
        <w:tc>
          <w:tcPr>
            <w:tcW w:w="1118" w:type="dxa"/>
          </w:tcPr>
          <w:p w14:paraId="39492D6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75EE8A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04" w:type="dxa"/>
          </w:tcPr>
          <w:p w14:paraId="1F106FF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6C44950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CD0F0A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81</w:t>
            </w:r>
          </w:p>
        </w:tc>
        <w:tc>
          <w:tcPr>
            <w:tcW w:w="953" w:type="dxa"/>
          </w:tcPr>
          <w:p w14:paraId="56AC779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13</w:t>
            </w:r>
          </w:p>
        </w:tc>
        <w:tc>
          <w:tcPr>
            <w:tcW w:w="2006" w:type="dxa"/>
          </w:tcPr>
          <w:p w14:paraId="317444D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квадратные неравенства</w:t>
            </w:r>
          </w:p>
        </w:tc>
        <w:tc>
          <w:tcPr>
            <w:tcW w:w="1118" w:type="dxa"/>
          </w:tcPr>
          <w:p w14:paraId="5482421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42EB04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04" w:type="dxa"/>
          </w:tcPr>
          <w:p w14:paraId="2E2E06B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5045A8E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33D49B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82</w:t>
            </w:r>
          </w:p>
        </w:tc>
        <w:tc>
          <w:tcPr>
            <w:tcW w:w="953" w:type="dxa"/>
          </w:tcPr>
          <w:p w14:paraId="0140FE0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14</w:t>
            </w:r>
          </w:p>
        </w:tc>
        <w:tc>
          <w:tcPr>
            <w:tcW w:w="2006" w:type="dxa"/>
          </w:tcPr>
          <w:p w14:paraId="355DBCD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метод интервалов</w:t>
            </w:r>
          </w:p>
        </w:tc>
        <w:tc>
          <w:tcPr>
            <w:tcW w:w="1118" w:type="dxa"/>
          </w:tcPr>
          <w:p w14:paraId="68215DD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6319E41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04" w:type="dxa"/>
          </w:tcPr>
          <w:p w14:paraId="735167B4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FC4661E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312BE4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83</w:t>
            </w:r>
          </w:p>
        </w:tc>
        <w:tc>
          <w:tcPr>
            <w:tcW w:w="953" w:type="dxa"/>
          </w:tcPr>
          <w:p w14:paraId="611B32B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15</w:t>
            </w:r>
          </w:p>
        </w:tc>
        <w:tc>
          <w:tcPr>
            <w:tcW w:w="2006" w:type="dxa"/>
          </w:tcPr>
          <w:p w14:paraId="6B76614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системы неравенств</w:t>
            </w:r>
          </w:p>
        </w:tc>
        <w:tc>
          <w:tcPr>
            <w:tcW w:w="1118" w:type="dxa"/>
          </w:tcPr>
          <w:p w14:paraId="377F2B8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4B687C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0983C90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13F22A7E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C8E4C7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84</w:t>
            </w:r>
          </w:p>
        </w:tc>
        <w:tc>
          <w:tcPr>
            <w:tcW w:w="953" w:type="dxa"/>
          </w:tcPr>
          <w:p w14:paraId="0A173FB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16</w:t>
            </w:r>
          </w:p>
        </w:tc>
        <w:tc>
          <w:tcPr>
            <w:tcW w:w="2006" w:type="dxa"/>
          </w:tcPr>
          <w:p w14:paraId="38F490A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линейная функция</w:t>
            </w:r>
          </w:p>
        </w:tc>
        <w:tc>
          <w:tcPr>
            <w:tcW w:w="1118" w:type="dxa"/>
          </w:tcPr>
          <w:p w14:paraId="195DEE2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384EF7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5DE421D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D5D44CF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C54D5E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85</w:t>
            </w:r>
          </w:p>
        </w:tc>
        <w:tc>
          <w:tcPr>
            <w:tcW w:w="953" w:type="dxa"/>
          </w:tcPr>
          <w:p w14:paraId="6D9EC63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17</w:t>
            </w:r>
          </w:p>
        </w:tc>
        <w:tc>
          <w:tcPr>
            <w:tcW w:w="2006" w:type="dxa"/>
          </w:tcPr>
          <w:p w14:paraId="7F285C1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обратная пропорциональность</w:t>
            </w:r>
          </w:p>
        </w:tc>
        <w:tc>
          <w:tcPr>
            <w:tcW w:w="1118" w:type="dxa"/>
          </w:tcPr>
          <w:p w14:paraId="4A61CC4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24E6854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Систематизировать изученное; применять знания в комплексных заданиях; выбирать рациональные алгоритмы; осуществлять самоконтроль и коррекцию.</w:t>
            </w:r>
          </w:p>
        </w:tc>
        <w:tc>
          <w:tcPr>
            <w:tcW w:w="1904" w:type="dxa"/>
          </w:tcPr>
          <w:p w14:paraId="3A92D0B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234EB1F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E25949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86</w:t>
            </w:r>
          </w:p>
        </w:tc>
        <w:tc>
          <w:tcPr>
            <w:tcW w:w="953" w:type="dxa"/>
          </w:tcPr>
          <w:p w14:paraId="32C3159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18</w:t>
            </w:r>
          </w:p>
        </w:tc>
        <w:tc>
          <w:tcPr>
            <w:tcW w:w="2006" w:type="dxa"/>
          </w:tcPr>
          <w:p w14:paraId="0120118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квадратичная функция</w:t>
            </w:r>
          </w:p>
        </w:tc>
        <w:tc>
          <w:tcPr>
            <w:tcW w:w="1118" w:type="dxa"/>
          </w:tcPr>
          <w:p w14:paraId="464C5EE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AE2748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5C9C45F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2B6924A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32CEEA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87</w:t>
            </w:r>
          </w:p>
        </w:tc>
        <w:tc>
          <w:tcPr>
            <w:tcW w:w="953" w:type="dxa"/>
          </w:tcPr>
          <w:p w14:paraId="1DCCA08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19</w:t>
            </w:r>
          </w:p>
        </w:tc>
        <w:tc>
          <w:tcPr>
            <w:tcW w:w="2006" w:type="dxa"/>
          </w:tcPr>
          <w:p w14:paraId="4E378B3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графики функций</w:t>
            </w:r>
          </w:p>
        </w:tc>
        <w:tc>
          <w:tcPr>
            <w:tcW w:w="1118" w:type="dxa"/>
          </w:tcPr>
          <w:p w14:paraId="43E3FEC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CB26E5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0440BD9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FE6E2E1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116F67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88</w:t>
            </w:r>
          </w:p>
        </w:tc>
        <w:tc>
          <w:tcPr>
            <w:tcW w:w="953" w:type="dxa"/>
          </w:tcPr>
          <w:p w14:paraId="18F9844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20</w:t>
            </w:r>
          </w:p>
        </w:tc>
        <w:tc>
          <w:tcPr>
            <w:tcW w:w="2006" w:type="dxa"/>
          </w:tcPr>
          <w:p w14:paraId="3753697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арифметическая прогрессия</w:t>
            </w:r>
          </w:p>
        </w:tc>
        <w:tc>
          <w:tcPr>
            <w:tcW w:w="1118" w:type="dxa"/>
          </w:tcPr>
          <w:p w14:paraId="1600AD8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30DE49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370758D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76E8A11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79A97D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89</w:t>
            </w:r>
          </w:p>
        </w:tc>
        <w:tc>
          <w:tcPr>
            <w:tcW w:w="953" w:type="dxa"/>
          </w:tcPr>
          <w:p w14:paraId="10C1207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21</w:t>
            </w:r>
          </w:p>
        </w:tc>
        <w:tc>
          <w:tcPr>
            <w:tcW w:w="2006" w:type="dxa"/>
          </w:tcPr>
          <w:p w14:paraId="5C06BED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Повторение: геометрическая прогрессия</w:t>
            </w:r>
          </w:p>
        </w:tc>
        <w:tc>
          <w:tcPr>
            <w:tcW w:w="1118" w:type="dxa"/>
          </w:tcPr>
          <w:p w14:paraId="09D3D02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DE5AC7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Задавать последовательности; применять формулы и свойства прогрессий; выполнять вычисления; решать математические и практико-ориентированные задачи.</w:t>
            </w:r>
          </w:p>
        </w:tc>
        <w:tc>
          <w:tcPr>
            <w:tcW w:w="1904" w:type="dxa"/>
          </w:tcPr>
          <w:p w14:paraId="0F16C0A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41BBFE8D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57845C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90</w:t>
            </w:r>
          </w:p>
        </w:tc>
        <w:tc>
          <w:tcPr>
            <w:tcW w:w="953" w:type="dxa"/>
          </w:tcPr>
          <w:p w14:paraId="021977C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22</w:t>
            </w:r>
          </w:p>
        </w:tc>
        <w:tc>
          <w:tcPr>
            <w:tcW w:w="2006" w:type="dxa"/>
          </w:tcPr>
          <w:p w14:paraId="2613CAC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Текстовые задачи на движение</w:t>
            </w:r>
          </w:p>
        </w:tc>
        <w:tc>
          <w:tcPr>
            <w:tcW w:w="1118" w:type="dxa"/>
          </w:tcPr>
          <w:p w14:paraId="60571FD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96C788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2157D61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58E45FFF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64213FC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91</w:t>
            </w:r>
          </w:p>
        </w:tc>
        <w:tc>
          <w:tcPr>
            <w:tcW w:w="953" w:type="dxa"/>
          </w:tcPr>
          <w:p w14:paraId="6A98F6A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23</w:t>
            </w:r>
          </w:p>
        </w:tc>
        <w:tc>
          <w:tcPr>
            <w:tcW w:w="2006" w:type="dxa"/>
          </w:tcPr>
          <w:p w14:paraId="093C6A4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Текстовые задачи на работу</w:t>
            </w:r>
          </w:p>
        </w:tc>
        <w:tc>
          <w:tcPr>
            <w:tcW w:w="1118" w:type="dxa"/>
          </w:tcPr>
          <w:p w14:paraId="6DC6AD7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9F98F7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76027F8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2E4C135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C43ABC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92</w:t>
            </w:r>
          </w:p>
        </w:tc>
        <w:tc>
          <w:tcPr>
            <w:tcW w:w="953" w:type="dxa"/>
          </w:tcPr>
          <w:p w14:paraId="5B20D71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24</w:t>
            </w:r>
          </w:p>
        </w:tc>
        <w:tc>
          <w:tcPr>
            <w:tcW w:w="2006" w:type="dxa"/>
          </w:tcPr>
          <w:p w14:paraId="15E86E3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Задачи на проценты и пропорции</w:t>
            </w:r>
          </w:p>
        </w:tc>
        <w:tc>
          <w:tcPr>
            <w:tcW w:w="1118" w:type="dxa"/>
          </w:tcPr>
          <w:p w14:paraId="10D9EEA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3A65ED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7091C2A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01084357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3CD4C79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93</w:t>
            </w:r>
          </w:p>
        </w:tc>
        <w:tc>
          <w:tcPr>
            <w:tcW w:w="953" w:type="dxa"/>
          </w:tcPr>
          <w:p w14:paraId="49F92A8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25</w:t>
            </w:r>
          </w:p>
        </w:tc>
        <w:tc>
          <w:tcPr>
            <w:tcW w:w="2006" w:type="dxa"/>
          </w:tcPr>
          <w:p w14:paraId="76E0FB2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Практико-ориентированные задачи</w:t>
            </w:r>
          </w:p>
        </w:tc>
        <w:tc>
          <w:tcPr>
            <w:tcW w:w="1118" w:type="dxa"/>
          </w:tcPr>
          <w:p w14:paraId="30108C12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5DA544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23E0C59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A6896C2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350C172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94</w:t>
            </w:r>
          </w:p>
        </w:tc>
        <w:tc>
          <w:tcPr>
            <w:tcW w:w="953" w:type="dxa"/>
          </w:tcPr>
          <w:p w14:paraId="2BE11600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26</w:t>
            </w:r>
          </w:p>
        </w:tc>
        <w:tc>
          <w:tcPr>
            <w:tcW w:w="2006" w:type="dxa"/>
          </w:tcPr>
          <w:p w14:paraId="7515D36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Математическое моделирование</w:t>
            </w:r>
          </w:p>
        </w:tc>
        <w:tc>
          <w:tcPr>
            <w:tcW w:w="1118" w:type="dxa"/>
          </w:tcPr>
          <w:p w14:paraId="615B1C7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7F60234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2637168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2112509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096C562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95</w:t>
            </w:r>
          </w:p>
        </w:tc>
        <w:tc>
          <w:tcPr>
            <w:tcW w:w="953" w:type="dxa"/>
          </w:tcPr>
          <w:p w14:paraId="1C3239E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27</w:t>
            </w:r>
          </w:p>
        </w:tc>
        <w:tc>
          <w:tcPr>
            <w:tcW w:w="2006" w:type="dxa"/>
          </w:tcPr>
          <w:p w14:paraId="4DE38EE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Комплексные задания по алгебре</w:t>
            </w:r>
          </w:p>
        </w:tc>
        <w:tc>
          <w:tcPr>
            <w:tcW w:w="1118" w:type="dxa"/>
          </w:tcPr>
          <w:p w14:paraId="2DED50A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043B6392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математические объекты; выполнять вычисления и преобразования; формулировать выводы; применять изученные способы действий.</w:t>
            </w:r>
          </w:p>
        </w:tc>
        <w:tc>
          <w:tcPr>
            <w:tcW w:w="1904" w:type="dxa"/>
          </w:tcPr>
          <w:p w14:paraId="7567902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6D59D32D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56AB30BC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96</w:t>
            </w:r>
          </w:p>
        </w:tc>
        <w:tc>
          <w:tcPr>
            <w:tcW w:w="953" w:type="dxa"/>
          </w:tcPr>
          <w:p w14:paraId="007981C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28</w:t>
            </w:r>
          </w:p>
        </w:tc>
        <w:tc>
          <w:tcPr>
            <w:tcW w:w="2006" w:type="dxa"/>
          </w:tcPr>
          <w:p w14:paraId="50737A5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экзаменационных заданий: выражения и вычисления</w:t>
            </w:r>
          </w:p>
        </w:tc>
        <w:tc>
          <w:tcPr>
            <w:tcW w:w="1118" w:type="dxa"/>
          </w:tcPr>
          <w:p w14:paraId="7929426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3EE57D2D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Выполнять тождественные преобразования; применять свойства и формулы; сравнивать способы решения; осуществлять самоконтроль.</w:t>
            </w:r>
          </w:p>
        </w:tc>
        <w:tc>
          <w:tcPr>
            <w:tcW w:w="1904" w:type="dxa"/>
          </w:tcPr>
          <w:p w14:paraId="050008AF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Практическая работа в формате ГИА</w:t>
            </w:r>
          </w:p>
        </w:tc>
      </w:tr>
      <w:tr w:rsidR="00AC6A40" w14:paraId="1A6C0A4E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A0748A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97</w:t>
            </w:r>
          </w:p>
        </w:tc>
        <w:tc>
          <w:tcPr>
            <w:tcW w:w="953" w:type="dxa"/>
          </w:tcPr>
          <w:p w14:paraId="747A15E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29</w:t>
            </w:r>
          </w:p>
        </w:tc>
        <w:tc>
          <w:tcPr>
            <w:tcW w:w="2006" w:type="dxa"/>
          </w:tcPr>
          <w:p w14:paraId="0AA697A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экзаменационных заданий: уравнения</w:t>
            </w:r>
          </w:p>
        </w:tc>
        <w:tc>
          <w:tcPr>
            <w:tcW w:w="1118" w:type="dxa"/>
          </w:tcPr>
          <w:p w14:paraId="3414DAFA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F21859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640E7A05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Практическая работа в формате ГИА</w:t>
            </w:r>
          </w:p>
        </w:tc>
      </w:tr>
      <w:tr w:rsidR="00AC6A40" w14:paraId="7A8E9FB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3DD408CF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98</w:t>
            </w:r>
          </w:p>
        </w:tc>
        <w:tc>
          <w:tcPr>
            <w:tcW w:w="953" w:type="dxa"/>
          </w:tcPr>
          <w:p w14:paraId="0A62C911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30</w:t>
            </w:r>
          </w:p>
        </w:tc>
        <w:tc>
          <w:tcPr>
            <w:tcW w:w="2006" w:type="dxa"/>
          </w:tcPr>
          <w:p w14:paraId="0AC838D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экзаменационных заданий: неравенства</w:t>
            </w:r>
          </w:p>
        </w:tc>
        <w:tc>
          <w:tcPr>
            <w:tcW w:w="1118" w:type="dxa"/>
          </w:tcPr>
          <w:p w14:paraId="3E3860C6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3E5644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и исследовать неравенства; изображать множество решений; применять свойства и графические представления; проверять результат.</w:t>
            </w:r>
          </w:p>
        </w:tc>
        <w:tc>
          <w:tcPr>
            <w:tcW w:w="1904" w:type="dxa"/>
          </w:tcPr>
          <w:p w14:paraId="62448AD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Практическая работа в формате ГИА</w:t>
            </w:r>
          </w:p>
        </w:tc>
      </w:tr>
      <w:tr w:rsidR="00AC6A40" w14:paraId="5C99045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4C92DC64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99</w:t>
            </w:r>
          </w:p>
        </w:tc>
        <w:tc>
          <w:tcPr>
            <w:tcW w:w="953" w:type="dxa"/>
          </w:tcPr>
          <w:p w14:paraId="391DD427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31</w:t>
            </w:r>
          </w:p>
        </w:tc>
        <w:tc>
          <w:tcPr>
            <w:tcW w:w="2006" w:type="dxa"/>
          </w:tcPr>
          <w:p w14:paraId="48609E41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экзаменационных заданий: функции и графики</w:t>
            </w:r>
          </w:p>
        </w:tc>
        <w:tc>
          <w:tcPr>
            <w:tcW w:w="1118" w:type="dxa"/>
          </w:tcPr>
          <w:p w14:paraId="3DA4056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586FCF1A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Строить и читать графики; определять свойства зависимостей; сопоставлять аналитическое и графическое представление; решать учебные и практические задачи.</w:t>
            </w:r>
          </w:p>
        </w:tc>
        <w:tc>
          <w:tcPr>
            <w:tcW w:w="1904" w:type="dxa"/>
          </w:tcPr>
          <w:p w14:paraId="5469095C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Практическая работа в формате ГИА</w:t>
            </w:r>
          </w:p>
        </w:tc>
      </w:tr>
      <w:tr w:rsidR="00AC6A40" w14:paraId="7610AE5C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549138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100</w:t>
            </w:r>
          </w:p>
        </w:tc>
        <w:tc>
          <w:tcPr>
            <w:tcW w:w="953" w:type="dxa"/>
          </w:tcPr>
          <w:p w14:paraId="0F7E7D7B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32</w:t>
            </w:r>
          </w:p>
        </w:tc>
        <w:tc>
          <w:tcPr>
            <w:tcW w:w="2006" w:type="dxa"/>
          </w:tcPr>
          <w:p w14:paraId="02A098F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Решение экзаменационных заданий: текстовые задачи</w:t>
            </w:r>
          </w:p>
        </w:tc>
        <w:tc>
          <w:tcPr>
            <w:tcW w:w="1118" w:type="dxa"/>
          </w:tcPr>
          <w:p w14:paraId="66185DC5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4FD230F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Анализировать условие; строить математическую модель; выбирать способ решения; выполнять вычисления; интерпретировать и проверять ответ.</w:t>
            </w:r>
          </w:p>
        </w:tc>
        <w:tc>
          <w:tcPr>
            <w:tcW w:w="1904" w:type="dxa"/>
          </w:tcPr>
          <w:p w14:paraId="4DACB7B6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Практическая работа в формате ГИА</w:t>
            </w:r>
          </w:p>
        </w:tc>
      </w:tr>
      <w:tr w:rsidR="00AC6A40" w14:paraId="20818BDD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78FDF92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101</w:t>
            </w:r>
          </w:p>
        </w:tc>
        <w:tc>
          <w:tcPr>
            <w:tcW w:w="953" w:type="dxa"/>
          </w:tcPr>
          <w:p w14:paraId="424D39FE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33</w:t>
            </w:r>
          </w:p>
        </w:tc>
        <w:tc>
          <w:tcPr>
            <w:tcW w:w="2006" w:type="dxa"/>
          </w:tcPr>
          <w:p w14:paraId="27B6AED9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Итоговая систематизация способов решения задач</w:t>
            </w:r>
          </w:p>
        </w:tc>
        <w:tc>
          <w:tcPr>
            <w:tcW w:w="1118" w:type="dxa"/>
          </w:tcPr>
          <w:p w14:paraId="265E920D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515C0B0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Решать уравнения и системы; выполнять равносильные преобразования; выбирать способ решения; проверять и интерпретировать результат.</w:t>
            </w:r>
          </w:p>
        </w:tc>
        <w:tc>
          <w:tcPr>
            <w:tcW w:w="1904" w:type="dxa"/>
          </w:tcPr>
          <w:p w14:paraId="7E8DC9B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Устный опрос, проверка заданий, наблюдение</w:t>
            </w:r>
          </w:p>
        </w:tc>
      </w:tr>
      <w:tr w:rsidR="00AC6A40" w14:paraId="39BD1E53" w14:textId="77777777" w:rsidTr="00A57966">
        <w:trPr>
          <w:gridAfter w:val="1"/>
          <w:wAfter w:w="7" w:type="dxa"/>
        </w:trPr>
        <w:tc>
          <w:tcPr>
            <w:tcW w:w="743" w:type="dxa"/>
          </w:tcPr>
          <w:p w14:paraId="24DF7148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102</w:t>
            </w:r>
          </w:p>
        </w:tc>
        <w:tc>
          <w:tcPr>
            <w:tcW w:w="953" w:type="dxa"/>
          </w:tcPr>
          <w:p w14:paraId="2B09A263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34</w:t>
            </w:r>
          </w:p>
        </w:tc>
        <w:tc>
          <w:tcPr>
            <w:tcW w:w="2006" w:type="dxa"/>
          </w:tcPr>
          <w:p w14:paraId="2BA77187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Итоговое обобщение курса алгебры 7–9 классов</w:t>
            </w:r>
          </w:p>
        </w:tc>
        <w:tc>
          <w:tcPr>
            <w:tcW w:w="1118" w:type="dxa"/>
          </w:tcPr>
          <w:p w14:paraId="51BB1F69" w14:textId="77777777" w:rsidR="00AC6A40" w:rsidRPr="00A57966" w:rsidRDefault="00AC6A40" w:rsidP="0088238D">
            <w:pPr>
              <w:jc w:val="center"/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1</w:t>
            </w:r>
          </w:p>
        </w:tc>
        <w:tc>
          <w:tcPr>
            <w:tcW w:w="3544" w:type="dxa"/>
          </w:tcPr>
          <w:p w14:paraId="12B0D10B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Систематизировать изученное; применять знания в комплексных заданиях; выбирать рациональные алгоритмы; осуществлять самоконтроль и коррекцию.</w:t>
            </w:r>
          </w:p>
        </w:tc>
        <w:tc>
          <w:tcPr>
            <w:tcW w:w="1904" w:type="dxa"/>
          </w:tcPr>
          <w:p w14:paraId="24505AEE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sz w:val="20"/>
                <w:szCs w:val="20"/>
              </w:rPr>
              <w:t>Текущий контроль, самооценка</w:t>
            </w:r>
          </w:p>
        </w:tc>
      </w:tr>
      <w:tr w:rsidR="00AC6A40" w14:paraId="43B9687C" w14:textId="77777777" w:rsidTr="00A57966">
        <w:tc>
          <w:tcPr>
            <w:tcW w:w="3702" w:type="dxa"/>
            <w:gridSpan w:val="3"/>
          </w:tcPr>
          <w:p w14:paraId="27412308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Итого за 9 класс</w:t>
            </w:r>
          </w:p>
        </w:tc>
        <w:tc>
          <w:tcPr>
            <w:tcW w:w="1118" w:type="dxa"/>
          </w:tcPr>
          <w:p w14:paraId="08E9AB53" w14:textId="77777777" w:rsidR="00AC6A40" w:rsidRPr="00A57966" w:rsidRDefault="00AC6A40" w:rsidP="0088238D">
            <w:pPr>
              <w:rPr>
                <w:sz w:val="20"/>
                <w:szCs w:val="20"/>
              </w:rPr>
            </w:pPr>
            <w:r w:rsidRPr="00A57966">
              <w:rPr>
                <w:b/>
                <w:sz w:val="20"/>
                <w:szCs w:val="20"/>
              </w:rPr>
              <w:t>102</w:t>
            </w:r>
          </w:p>
        </w:tc>
        <w:tc>
          <w:tcPr>
            <w:tcW w:w="5455" w:type="dxa"/>
            <w:gridSpan w:val="3"/>
          </w:tcPr>
          <w:p w14:paraId="075E3239" w14:textId="77777777" w:rsidR="00AC6A40" w:rsidRPr="00A57966" w:rsidRDefault="00AC6A40" w:rsidP="0088238D">
            <w:pPr>
              <w:rPr>
                <w:sz w:val="20"/>
                <w:szCs w:val="20"/>
              </w:rPr>
            </w:pPr>
          </w:p>
        </w:tc>
      </w:tr>
    </w:tbl>
    <w:p w14:paraId="3AEA243B" w14:textId="77777777" w:rsidR="00AC6A40" w:rsidRDefault="00AC6A40" w:rsidP="00AC6A40"/>
    <w:p w14:paraId="71CB4BF7" w14:textId="39616623" w:rsidR="008724AA" w:rsidRDefault="008724AA" w:rsidP="00DB7C43">
      <w:pPr>
        <w:pStyle w:val="21"/>
        <w:tabs>
          <w:tab w:val="left" w:pos="1350"/>
          <w:tab w:val="left" w:pos="1919"/>
        </w:tabs>
        <w:spacing w:before="6"/>
        <w:ind w:left="1919" w:right="1106"/>
        <w:jc w:val="center"/>
      </w:pPr>
    </w:p>
    <w:sectPr w:rsidR="008724AA" w:rsidSect="00282F77">
      <w:pgSz w:w="11910" w:h="16840"/>
      <w:pgMar w:top="1040" w:right="425" w:bottom="1200" w:left="1559" w:header="0" w:footer="100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805D94" w14:textId="77777777" w:rsidR="0016657A" w:rsidRDefault="0016657A">
      <w:r>
        <w:separator/>
      </w:r>
    </w:p>
  </w:endnote>
  <w:endnote w:type="continuationSeparator" w:id="0">
    <w:p w14:paraId="74D17D25" w14:textId="77777777" w:rsidR="0016657A" w:rsidRDefault="00166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1DC77" w14:textId="77777777" w:rsidR="008724AA" w:rsidRDefault="00000000">
    <w:pPr>
      <w:pStyle w:val="a5"/>
      <w:spacing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1" allowOverlap="1" wp14:anchorId="725DD48F" wp14:editId="14B06CD6">
              <wp:simplePos x="0" y="0"/>
              <wp:positionH relativeFrom="page">
                <wp:posOffset>7047992</wp:posOffset>
              </wp:positionH>
              <wp:positionV relativeFrom="page">
                <wp:posOffset>9916159</wp:posOffset>
              </wp:positionV>
              <wp:extent cx="20701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0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137657" w14:textId="77777777" w:rsidR="008724AA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t>10</w:t>
                          </w:r>
                          <w:r>
                            <w:rPr>
                              <w:rFonts w:ascii="Calibri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25DD48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4.95pt;margin-top:780.8pt;width:16.3pt;height:13.0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" filled="f" stroked="f">
              <v:textbox inset="0,0,0,0">
                <w:txbxContent>
                  <w:p w14:paraId="2C137657" w14:textId="77777777" w:rsidR="008724AA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5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</w:rPr>
                      <w:t>10</w:t>
                    </w:r>
                    <w:r>
                      <w:rPr>
                        <w:rFonts w:ascii="Calibri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B64A1" w14:textId="77777777" w:rsidR="0016657A" w:rsidRDefault="0016657A">
      <w:r>
        <w:separator/>
      </w:r>
    </w:p>
  </w:footnote>
  <w:footnote w:type="continuationSeparator" w:id="0">
    <w:p w14:paraId="408C5798" w14:textId="77777777" w:rsidR="0016657A" w:rsidRDefault="00166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BB725FB"/>
    <w:multiLevelType w:val="multilevel"/>
    <w:tmpl w:val="80362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B93F44"/>
    <w:multiLevelType w:val="multilevel"/>
    <w:tmpl w:val="967EF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093A5D"/>
    <w:multiLevelType w:val="multilevel"/>
    <w:tmpl w:val="96802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440953"/>
    <w:multiLevelType w:val="multilevel"/>
    <w:tmpl w:val="D9A63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181706"/>
    <w:multiLevelType w:val="multilevel"/>
    <w:tmpl w:val="C9C0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2C2AC5"/>
    <w:multiLevelType w:val="multilevel"/>
    <w:tmpl w:val="EBC8E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7A4DD0"/>
    <w:multiLevelType w:val="multilevel"/>
    <w:tmpl w:val="F3B29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0C78D0"/>
    <w:multiLevelType w:val="multilevel"/>
    <w:tmpl w:val="1E921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CD0984"/>
    <w:multiLevelType w:val="multilevel"/>
    <w:tmpl w:val="A118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FBF3B53"/>
    <w:multiLevelType w:val="multilevel"/>
    <w:tmpl w:val="35E01F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3E4506"/>
    <w:multiLevelType w:val="multilevel"/>
    <w:tmpl w:val="58482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A421C92"/>
    <w:multiLevelType w:val="multilevel"/>
    <w:tmpl w:val="84726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4341FD"/>
    <w:multiLevelType w:val="hybridMultilevel"/>
    <w:tmpl w:val="C3787316"/>
    <w:lvl w:ilvl="0" w:tplc="8D1E2070">
      <w:start w:val="1"/>
      <w:numFmt w:val="decimal"/>
      <w:lvlText w:val="%1."/>
      <w:lvlJc w:val="left"/>
      <w:pPr>
        <w:ind w:left="3153" w:hanging="360"/>
      </w:pPr>
      <w:rPr>
        <w:rFonts w:hint="default"/>
        <w:sz w:val="28"/>
      </w:rPr>
    </w:lvl>
    <w:lvl w:ilvl="1" w:tplc="0C0A0019" w:tentative="1">
      <w:start w:val="1"/>
      <w:numFmt w:val="lowerLetter"/>
      <w:lvlText w:val="%2."/>
      <w:lvlJc w:val="left"/>
      <w:pPr>
        <w:ind w:left="3873" w:hanging="360"/>
      </w:pPr>
    </w:lvl>
    <w:lvl w:ilvl="2" w:tplc="0C0A001B" w:tentative="1">
      <w:start w:val="1"/>
      <w:numFmt w:val="lowerRoman"/>
      <w:lvlText w:val="%3."/>
      <w:lvlJc w:val="right"/>
      <w:pPr>
        <w:ind w:left="4593" w:hanging="180"/>
      </w:pPr>
    </w:lvl>
    <w:lvl w:ilvl="3" w:tplc="0C0A000F" w:tentative="1">
      <w:start w:val="1"/>
      <w:numFmt w:val="decimal"/>
      <w:lvlText w:val="%4."/>
      <w:lvlJc w:val="left"/>
      <w:pPr>
        <w:ind w:left="5313" w:hanging="360"/>
      </w:pPr>
    </w:lvl>
    <w:lvl w:ilvl="4" w:tplc="0C0A0019" w:tentative="1">
      <w:start w:val="1"/>
      <w:numFmt w:val="lowerLetter"/>
      <w:lvlText w:val="%5."/>
      <w:lvlJc w:val="left"/>
      <w:pPr>
        <w:ind w:left="6033" w:hanging="360"/>
      </w:pPr>
    </w:lvl>
    <w:lvl w:ilvl="5" w:tplc="0C0A001B" w:tentative="1">
      <w:start w:val="1"/>
      <w:numFmt w:val="lowerRoman"/>
      <w:lvlText w:val="%6."/>
      <w:lvlJc w:val="right"/>
      <w:pPr>
        <w:ind w:left="6753" w:hanging="180"/>
      </w:pPr>
    </w:lvl>
    <w:lvl w:ilvl="6" w:tplc="0C0A000F" w:tentative="1">
      <w:start w:val="1"/>
      <w:numFmt w:val="decimal"/>
      <w:lvlText w:val="%7."/>
      <w:lvlJc w:val="left"/>
      <w:pPr>
        <w:ind w:left="7473" w:hanging="360"/>
      </w:pPr>
    </w:lvl>
    <w:lvl w:ilvl="7" w:tplc="0C0A0019" w:tentative="1">
      <w:start w:val="1"/>
      <w:numFmt w:val="lowerLetter"/>
      <w:lvlText w:val="%8."/>
      <w:lvlJc w:val="left"/>
      <w:pPr>
        <w:ind w:left="8193" w:hanging="360"/>
      </w:pPr>
    </w:lvl>
    <w:lvl w:ilvl="8" w:tplc="0C0A001B" w:tentative="1">
      <w:start w:val="1"/>
      <w:numFmt w:val="lowerRoman"/>
      <w:lvlText w:val="%9."/>
      <w:lvlJc w:val="right"/>
      <w:pPr>
        <w:ind w:left="8913" w:hanging="180"/>
      </w:pPr>
    </w:lvl>
  </w:abstractNum>
  <w:abstractNum w:abstractNumId="19" w15:restartNumberingAfterBreak="0">
    <w:nsid w:val="4ED917D1"/>
    <w:multiLevelType w:val="multilevel"/>
    <w:tmpl w:val="EA3A6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245E56"/>
    <w:multiLevelType w:val="multilevel"/>
    <w:tmpl w:val="BA828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ED7899"/>
    <w:multiLevelType w:val="multilevel"/>
    <w:tmpl w:val="50E83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5"/>
      <w:numFmt w:val="decimal"/>
      <w:lvlText w:val="%2."/>
      <w:lvlJc w:val="left"/>
      <w:pPr>
        <w:ind w:left="1495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5B71EA"/>
    <w:multiLevelType w:val="multilevel"/>
    <w:tmpl w:val="D2C6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A341BFE"/>
    <w:multiLevelType w:val="multilevel"/>
    <w:tmpl w:val="2FA4F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AF15C6B"/>
    <w:multiLevelType w:val="multilevel"/>
    <w:tmpl w:val="5D38C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09764553">
    <w:abstractNumId w:val="19"/>
  </w:num>
  <w:num w:numId="2" w16cid:durableId="534539506">
    <w:abstractNumId w:val="10"/>
  </w:num>
  <w:num w:numId="3" w16cid:durableId="281424414">
    <w:abstractNumId w:val="12"/>
  </w:num>
  <w:num w:numId="4" w16cid:durableId="568658415">
    <w:abstractNumId w:val="18"/>
  </w:num>
  <w:num w:numId="5" w16cid:durableId="1610968065">
    <w:abstractNumId w:val="16"/>
  </w:num>
  <w:num w:numId="6" w16cid:durableId="843781649">
    <w:abstractNumId w:val="11"/>
  </w:num>
  <w:num w:numId="7" w16cid:durableId="1416980011">
    <w:abstractNumId w:val="13"/>
  </w:num>
  <w:num w:numId="8" w16cid:durableId="1480151366">
    <w:abstractNumId w:val="14"/>
  </w:num>
  <w:num w:numId="9" w16cid:durableId="677776620">
    <w:abstractNumId w:val="8"/>
  </w:num>
  <w:num w:numId="10" w16cid:durableId="1018002379">
    <w:abstractNumId w:val="22"/>
  </w:num>
  <w:num w:numId="11" w16cid:durableId="1852796055">
    <w:abstractNumId w:val="24"/>
  </w:num>
  <w:num w:numId="12" w16cid:durableId="318927227">
    <w:abstractNumId w:val="7"/>
  </w:num>
  <w:num w:numId="13" w16cid:durableId="1843930165">
    <w:abstractNumId w:val="17"/>
  </w:num>
  <w:num w:numId="14" w16cid:durableId="904411744">
    <w:abstractNumId w:val="20"/>
  </w:num>
  <w:num w:numId="15" w16cid:durableId="544567632">
    <w:abstractNumId w:val="9"/>
  </w:num>
  <w:num w:numId="16" w16cid:durableId="1608079865">
    <w:abstractNumId w:val="21"/>
  </w:num>
  <w:num w:numId="17" w16cid:durableId="294263628">
    <w:abstractNumId w:val="5"/>
  </w:num>
  <w:num w:numId="18" w16cid:durableId="1970865688">
    <w:abstractNumId w:val="3"/>
  </w:num>
  <w:num w:numId="19" w16cid:durableId="1072895397">
    <w:abstractNumId w:val="2"/>
  </w:num>
  <w:num w:numId="20" w16cid:durableId="1689139210">
    <w:abstractNumId w:val="4"/>
  </w:num>
  <w:num w:numId="21" w16cid:durableId="655650098">
    <w:abstractNumId w:val="1"/>
  </w:num>
  <w:num w:numId="22" w16cid:durableId="420639598">
    <w:abstractNumId w:val="0"/>
  </w:num>
  <w:num w:numId="23" w16cid:durableId="1320309176">
    <w:abstractNumId w:val="6"/>
  </w:num>
  <w:num w:numId="24" w16cid:durableId="523790236">
    <w:abstractNumId w:val="15"/>
  </w:num>
  <w:num w:numId="25" w16cid:durableId="546378413">
    <w:abstractNumId w:val="23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724AA"/>
    <w:rsid w:val="00083334"/>
    <w:rsid w:val="0016657A"/>
    <w:rsid w:val="00282F77"/>
    <w:rsid w:val="004A04BD"/>
    <w:rsid w:val="0070660E"/>
    <w:rsid w:val="007D16BF"/>
    <w:rsid w:val="008724AA"/>
    <w:rsid w:val="00A57966"/>
    <w:rsid w:val="00AA0184"/>
    <w:rsid w:val="00AC6A40"/>
    <w:rsid w:val="00AD47F6"/>
    <w:rsid w:val="00C34197"/>
    <w:rsid w:val="00D92B2C"/>
    <w:rsid w:val="00DB7C43"/>
    <w:rsid w:val="00DB7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ED24E"/>
  <w15:docId w15:val="{B9E377F9-00E0-44D7-BA3C-72F090922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1"/>
    <w:link w:val="10"/>
    <w:uiPriority w:val="9"/>
    <w:qFormat/>
    <w:pPr>
      <w:ind w:left="1" w:hanging="279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link w:val="22"/>
    <w:uiPriority w:val="9"/>
    <w:unhideWhenUsed/>
    <w:qFormat/>
    <w:pPr>
      <w:ind w:left="275"/>
      <w:outlineLvl w:val="1"/>
    </w:pPr>
    <w:rPr>
      <w:b/>
      <w:bCs/>
      <w:sz w:val="24"/>
      <w:szCs w:val="24"/>
    </w:rPr>
  </w:style>
  <w:style w:type="paragraph" w:styleId="31">
    <w:name w:val="heading 3"/>
    <w:basedOn w:val="a1"/>
    <w:link w:val="32"/>
    <w:uiPriority w:val="9"/>
    <w:unhideWhenUsed/>
    <w:qFormat/>
    <w:pPr>
      <w:spacing w:line="274" w:lineRule="exact"/>
      <w:ind w:left="851"/>
      <w:outlineLvl w:val="2"/>
    </w:pPr>
    <w:rPr>
      <w:b/>
      <w:bCs/>
      <w:sz w:val="24"/>
      <w:szCs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AA018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AC6A40"/>
    <w:pPr>
      <w:keepNext/>
      <w:keepLines/>
      <w:widowControl/>
      <w:autoSpaceDE/>
      <w:autoSpaceDN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18"/>
      <w:lang w:val="en-US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AC6A40"/>
    <w:pPr>
      <w:keepNext/>
      <w:keepLines/>
      <w:widowControl/>
      <w:autoSpaceDE/>
      <w:autoSpaceDN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val="en-US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AC6A40"/>
    <w:pPr>
      <w:keepNext/>
      <w:keepLines/>
      <w:widowControl/>
      <w:autoSpaceDE/>
      <w:autoSpaceDN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18"/>
      <w:lang w:val="en-US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AC6A40"/>
    <w:pPr>
      <w:keepNext/>
      <w:keepLines/>
      <w:widowControl/>
      <w:autoSpaceDE/>
      <w:autoSpaceDN/>
      <w:spacing w:before="200" w:line="276" w:lineRule="auto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:lang w:val="en-US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AC6A40"/>
    <w:pPr>
      <w:keepNext/>
      <w:keepLines/>
      <w:widowControl/>
      <w:autoSpaceDE/>
      <w:autoSpaceDN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1"/>
    <w:link w:val="a6"/>
    <w:uiPriority w:val="99"/>
    <w:qFormat/>
    <w:pPr>
      <w:ind w:left="143" w:firstLine="707"/>
    </w:pPr>
    <w:rPr>
      <w:sz w:val="24"/>
      <w:szCs w:val="24"/>
    </w:rPr>
  </w:style>
  <w:style w:type="paragraph" w:styleId="a7">
    <w:name w:val="List Paragraph"/>
    <w:basedOn w:val="a1"/>
    <w:uiPriority w:val="34"/>
    <w:qFormat/>
    <w:pPr>
      <w:ind w:left="143" w:hanging="360"/>
    </w:pPr>
  </w:style>
  <w:style w:type="paragraph" w:customStyle="1" w:styleId="TableParagraph">
    <w:name w:val="Table Paragraph"/>
    <w:basedOn w:val="a1"/>
    <w:uiPriority w:val="1"/>
    <w:qFormat/>
    <w:pPr>
      <w:spacing w:line="223" w:lineRule="exact"/>
      <w:ind w:left="104"/>
    </w:pPr>
  </w:style>
  <w:style w:type="paragraph" w:customStyle="1" w:styleId="isselectedend">
    <w:name w:val="isselectedend"/>
    <w:basedOn w:val="a1"/>
    <w:rsid w:val="00AA018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paragraph" w:styleId="a8">
    <w:name w:val="Normal (Web)"/>
    <w:basedOn w:val="a1"/>
    <w:uiPriority w:val="99"/>
    <w:unhideWhenUsed/>
    <w:rsid w:val="00AA0184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s-ES" w:eastAsia="es-ES"/>
    </w:rPr>
  </w:style>
  <w:style w:type="character" w:styleId="a9">
    <w:name w:val="Strong"/>
    <w:basedOn w:val="a2"/>
    <w:uiPriority w:val="22"/>
    <w:qFormat/>
    <w:rsid w:val="00AA0184"/>
    <w:rPr>
      <w:b/>
      <w:bCs/>
    </w:rPr>
  </w:style>
  <w:style w:type="character" w:customStyle="1" w:styleId="40">
    <w:name w:val="Заголовок 4 Знак"/>
    <w:basedOn w:val="a2"/>
    <w:link w:val="4"/>
    <w:uiPriority w:val="9"/>
    <w:semiHidden/>
    <w:rsid w:val="00AA0184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  <w:style w:type="character" w:customStyle="1" w:styleId="32">
    <w:name w:val="Заголовок 3 Знак"/>
    <w:basedOn w:val="a2"/>
    <w:link w:val="31"/>
    <w:uiPriority w:val="9"/>
    <w:rsid w:val="00282F77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table" w:styleId="aa">
    <w:name w:val="Table Grid"/>
    <w:basedOn w:val="a3"/>
    <w:uiPriority w:val="59"/>
    <w:rsid w:val="00DB7C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аголовок 5 Знак"/>
    <w:basedOn w:val="a2"/>
    <w:link w:val="5"/>
    <w:uiPriority w:val="9"/>
    <w:semiHidden/>
    <w:rsid w:val="00AC6A40"/>
    <w:rPr>
      <w:rFonts w:asciiTheme="majorHAnsi" w:eastAsiaTheme="majorEastAsia" w:hAnsiTheme="majorHAnsi" w:cstheme="majorBidi"/>
      <w:color w:val="243F60" w:themeColor="accent1" w:themeShade="7F"/>
      <w:sz w:val="18"/>
    </w:rPr>
  </w:style>
  <w:style w:type="character" w:customStyle="1" w:styleId="60">
    <w:name w:val="Заголовок 6 Знак"/>
    <w:basedOn w:val="a2"/>
    <w:link w:val="6"/>
    <w:uiPriority w:val="9"/>
    <w:semiHidden/>
    <w:rsid w:val="00AC6A40"/>
    <w:rPr>
      <w:rFonts w:asciiTheme="majorHAnsi" w:eastAsiaTheme="majorEastAsia" w:hAnsiTheme="majorHAnsi" w:cstheme="majorBidi"/>
      <w:i/>
      <w:iCs/>
      <w:color w:val="243F60" w:themeColor="accent1" w:themeShade="7F"/>
      <w:sz w:val="18"/>
    </w:rPr>
  </w:style>
  <w:style w:type="character" w:customStyle="1" w:styleId="70">
    <w:name w:val="Заголовок 7 Знак"/>
    <w:basedOn w:val="a2"/>
    <w:link w:val="7"/>
    <w:uiPriority w:val="9"/>
    <w:semiHidden/>
    <w:rsid w:val="00AC6A40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80">
    <w:name w:val="Заголовок 8 Знак"/>
    <w:basedOn w:val="a2"/>
    <w:link w:val="8"/>
    <w:uiPriority w:val="9"/>
    <w:semiHidden/>
    <w:rsid w:val="00AC6A4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AC6A4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b">
    <w:name w:val="header"/>
    <w:basedOn w:val="a1"/>
    <w:link w:val="ac"/>
    <w:uiPriority w:val="99"/>
    <w:unhideWhenUsed/>
    <w:rsid w:val="00AC6A40"/>
    <w:pPr>
      <w:widowControl/>
      <w:tabs>
        <w:tab w:val="center" w:pos="4680"/>
        <w:tab w:val="right" w:pos="9360"/>
      </w:tabs>
      <w:autoSpaceDE/>
      <w:autoSpaceDN/>
    </w:pPr>
    <w:rPr>
      <w:rFonts w:eastAsiaTheme="minorEastAsia" w:cstheme="minorBidi"/>
      <w:sz w:val="18"/>
      <w:lang w:val="en-US"/>
    </w:rPr>
  </w:style>
  <w:style w:type="character" w:customStyle="1" w:styleId="ac">
    <w:name w:val="Верхний колонтитул Знак"/>
    <w:basedOn w:val="a2"/>
    <w:link w:val="ab"/>
    <w:uiPriority w:val="99"/>
    <w:rsid w:val="00AC6A40"/>
    <w:rPr>
      <w:rFonts w:ascii="Times New Roman" w:eastAsiaTheme="minorEastAsia" w:hAnsi="Times New Roman"/>
      <w:sz w:val="18"/>
    </w:rPr>
  </w:style>
  <w:style w:type="paragraph" w:styleId="ad">
    <w:name w:val="footer"/>
    <w:basedOn w:val="a1"/>
    <w:link w:val="ae"/>
    <w:uiPriority w:val="99"/>
    <w:unhideWhenUsed/>
    <w:rsid w:val="00AC6A40"/>
    <w:pPr>
      <w:widowControl/>
      <w:tabs>
        <w:tab w:val="center" w:pos="4680"/>
        <w:tab w:val="right" w:pos="9360"/>
      </w:tabs>
      <w:autoSpaceDE/>
      <w:autoSpaceDN/>
    </w:pPr>
    <w:rPr>
      <w:rFonts w:eastAsiaTheme="minorEastAsia" w:cstheme="minorBidi"/>
      <w:sz w:val="18"/>
      <w:lang w:val="en-US"/>
    </w:rPr>
  </w:style>
  <w:style w:type="character" w:customStyle="1" w:styleId="ae">
    <w:name w:val="Нижний колонтитул Знак"/>
    <w:basedOn w:val="a2"/>
    <w:link w:val="ad"/>
    <w:uiPriority w:val="99"/>
    <w:rsid w:val="00AC6A40"/>
    <w:rPr>
      <w:rFonts w:ascii="Times New Roman" w:eastAsiaTheme="minorEastAsia" w:hAnsi="Times New Roman"/>
      <w:sz w:val="18"/>
    </w:rPr>
  </w:style>
  <w:style w:type="paragraph" w:styleId="af">
    <w:name w:val="No Spacing"/>
    <w:uiPriority w:val="1"/>
    <w:qFormat/>
    <w:rsid w:val="00AC6A40"/>
    <w:pPr>
      <w:widowControl/>
      <w:autoSpaceDE/>
      <w:autoSpaceDN/>
    </w:pPr>
    <w:rPr>
      <w:rFonts w:eastAsiaTheme="minorEastAsia"/>
    </w:rPr>
  </w:style>
  <w:style w:type="character" w:customStyle="1" w:styleId="10">
    <w:name w:val="Заголовок 1 Знак"/>
    <w:basedOn w:val="a2"/>
    <w:link w:val="1"/>
    <w:uiPriority w:val="9"/>
    <w:rsid w:val="00AC6A40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character" w:customStyle="1" w:styleId="22">
    <w:name w:val="Заголовок 2 Знак"/>
    <w:basedOn w:val="a2"/>
    <w:link w:val="21"/>
    <w:uiPriority w:val="9"/>
    <w:rsid w:val="00AC6A40"/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styleId="af0">
    <w:name w:val="Title"/>
    <w:basedOn w:val="a1"/>
    <w:next w:val="a1"/>
    <w:link w:val="af1"/>
    <w:uiPriority w:val="10"/>
    <w:qFormat/>
    <w:rsid w:val="00AC6A40"/>
    <w:pPr>
      <w:widowControl/>
      <w:pBdr>
        <w:bottom w:val="single" w:sz="8" w:space="4" w:color="4F81BD" w:themeColor="accent1"/>
      </w:pBdr>
      <w:autoSpaceDE/>
      <w:autoSpaceDN/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/>
    </w:rPr>
  </w:style>
  <w:style w:type="character" w:customStyle="1" w:styleId="af1">
    <w:name w:val="Заголовок Знак"/>
    <w:basedOn w:val="a2"/>
    <w:link w:val="af0"/>
    <w:uiPriority w:val="10"/>
    <w:rsid w:val="00AC6A4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2">
    <w:name w:val="Subtitle"/>
    <w:basedOn w:val="a1"/>
    <w:next w:val="a1"/>
    <w:link w:val="af3"/>
    <w:uiPriority w:val="11"/>
    <w:qFormat/>
    <w:rsid w:val="00AC6A40"/>
    <w:pPr>
      <w:widowControl/>
      <w:numPr>
        <w:ilvl w:val="1"/>
      </w:numPr>
      <w:autoSpaceDE/>
      <w:autoSpaceDN/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/>
    </w:rPr>
  </w:style>
  <w:style w:type="character" w:customStyle="1" w:styleId="af3">
    <w:name w:val="Подзаголовок Знак"/>
    <w:basedOn w:val="a2"/>
    <w:link w:val="af2"/>
    <w:uiPriority w:val="11"/>
    <w:rsid w:val="00AC6A4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6">
    <w:name w:val="Основной текст Знак"/>
    <w:basedOn w:val="a2"/>
    <w:link w:val="a5"/>
    <w:uiPriority w:val="99"/>
    <w:rsid w:val="00AC6A40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23">
    <w:name w:val="Body Text 2"/>
    <w:basedOn w:val="a1"/>
    <w:link w:val="24"/>
    <w:uiPriority w:val="99"/>
    <w:unhideWhenUsed/>
    <w:rsid w:val="00AC6A40"/>
    <w:pPr>
      <w:widowControl/>
      <w:autoSpaceDE/>
      <w:autoSpaceDN/>
      <w:spacing w:after="120" w:line="480" w:lineRule="auto"/>
    </w:pPr>
    <w:rPr>
      <w:rFonts w:eastAsiaTheme="minorEastAsia" w:cstheme="minorBidi"/>
      <w:sz w:val="18"/>
      <w:lang w:val="en-US"/>
    </w:rPr>
  </w:style>
  <w:style w:type="character" w:customStyle="1" w:styleId="24">
    <w:name w:val="Основной текст 2 Знак"/>
    <w:basedOn w:val="a2"/>
    <w:link w:val="23"/>
    <w:uiPriority w:val="99"/>
    <w:rsid w:val="00AC6A40"/>
    <w:rPr>
      <w:rFonts w:ascii="Times New Roman" w:eastAsiaTheme="minorEastAsia" w:hAnsi="Times New Roman"/>
      <w:sz w:val="18"/>
    </w:rPr>
  </w:style>
  <w:style w:type="paragraph" w:styleId="33">
    <w:name w:val="Body Text 3"/>
    <w:basedOn w:val="a1"/>
    <w:link w:val="34"/>
    <w:uiPriority w:val="99"/>
    <w:unhideWhenUsed/>
    <w:rsid w:val="00AC6A40"/>
    <w:pPr>
      <w:widowControl/>
      <w:autoSpaceDE/>
      <w:autoSpaceDN/>
      <w:spacing w:after="120" w:line="276" w:lineRule="auto"/>
    </w:pPr>
    <w:rPr>
      <w:rFonts w:eastAsiaTheme="minorEastAsia" w:cstheme="minorBidi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AC6A40"/>
    <w:rPr>
      <w:rFonts w:ascii="Times New Roman" w:eastAsiaTheme="minorEastAsia" w:hAnsi="Times New Roman"/>
      <w:sz w:val="16"/>
      <w:szCs w:val="16"/>
    </w:rPr>
  </w:style>
  <w:style w:type="paragraph" w:styleId="af4">
    <w:name w:val="List"/>
    <w:basedOn w:val="a1"/>
    <w:uiPriority w:val="99"/>
    <w:unhideWhenUsed/>
    <w:rsid w:val="00AC6A40"/>
    <w:pPr>
      <w:widowControl/>
      <w:autoSpaceDE/>
      <w:autoSpaceDN/>
      <w:spacing w:after="200" w:line="276" w:lineRule="auto"/>
      <w:ind w:left="360" w:hanging="360"/>
      <w:contextualSpacing/>
    </w:pPr>
    <w:rPr>
      <w:rFonts w:eastAsiaTheme="minorEastAsia" w:cstheme="minorBidi"/>
      <w:sz w:val="18"/>
      <w:lang w:val="en-US"/>
    </w:rPr>
  </w:style>
  <w:style w:type="paragraph" w:styleId="25">
    <w:name w:val="List 2"/>
    <w:basedOn w:val="a1"/>
    <w:uiPriority w:val="99"/>
    <w:unhideWhenUsed/>
    <w:rsid w:val="00AC6A40"/>
    <w:pPr>
      <w:widowControl/>
      <w:autoSpaceDE/>
      <w:autoSpaceDN/>
      <w:spacing w:after="200" w:line="276" w:lineRule="auto"/>
      <w:ind w:left="720" w:hanging="360"/>
      <w:contextualSpacing/>
    </w:pPr>
    <w:rPr>
      <w:rFonts w:eastAsiaTheme="minorEastAsia" w:cstheme="minorBidi"/>
      <w:sz w:val="18"/>
      <w:lang w:val="en-US"/>
    </w:rPr>
  </w:style>
  <w:style w:type="paragraph" w:styleId="35">
    <w:name w:val="List 3"/>
    <w:basedOn w:val="a1"/>
    <w:uiPriority w:val="99"/>
    <w:unhideWhenUsed/>
    <w:rsid w:val="00AC6A40"/>
    <w:pPr>
      <w:widowControl/>
      <w:autoSpaceDE/>
      <w:autoSpaceDN/>
      <w:spacing w:after="200" w:line="276" w:lineRule="auto"/>
      <w:ind w:left="1080" w:hanging="360"/>
      <w:contextualSpacing/>
    </w:pPr>
    <w:rPr>
      <w:rFonts w:eastAsiaTheme="minorEastAsia" w:cstheme="minorBidi"/>
      <w:sz w:val="18"/>
      <w:lang w:val="en-US"/>
    </w:rPr>
  </w:style>
  <w:style w:type="paragraph" w:styleId="a0">
    <w:name w:val="List Bullet"/>
    <w:basedOn w:val="a1"/>
    <w:uiPriority w:val="99"/>
    <w:unhideWhenUsed/>
    <w:rsid w:val="00AC6A40"/>
    <w:pPr>
      <w:widowControl/>
      <w:numPr>
        <w:numId w:val="17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20">
    <w:name w:val="List Bullet 2"/>
    <w:basedOn w:val="a1"/>
    <w:uiPriority w:val="99"/>
    <w:unhideWhenUsed/>
    <w:rsid w:val="00AC6A40"/>
    <w:pPr>
      <w:widowControl/>
      <w:numPr>
        <w:numId w:val="18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30">
    <w:name w:val="List Bullet 3"/>
    <w:basedOn w:val="a1"/>
    <w:uiPriority w:val="99"/>
    <w:unhideWhenUsed/>
    <w:rsid w:val="00AC6A40"/>
    <w:pPr>
      <w:widowControl/>
      <w:numPr>
        <w:numId w:val="19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a">
    <w:name w:val="List Number"/>
    <w:basedOn w:val="a1"/>
    <w:uiPriority w:val="99"/>
    <w:unhideWhenUsed/>
    <w:rsid w:val="00AC6A40"/>
    <w:pPr>
      <w:widowControl/>
      <w:numPr>
        <w:numId w:val="20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2">
    <w:name w:val="List Number 2"/>
    <w:basedOn w:val="a1"/>
    <w:uiPriority w:val="99"/>
    <w:unhideWhenUsed/>
    <w:rsid w:val="00AC6A40"/>
    <w:pPr>
      <w:widowControl/>
      <w:numPr>
        <w:numId w:val="21"/>
      </w:numPr>
      <w:tabs>
        <w:tab w:val="clear" w:pos="72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3">
    <w:name w:val="List Number 3"/>
    <w:basedOn w:val="a1"/>
    <w:uiPriority w:val="99"/>
    <w:unhideWhenUsed/>
    <w:rsid w:val="00AC6A40"/>
    <w:pPr>
      <w:widowControl/>
      <w:numPr>
        <w:numId w:val="22"/>
      </w:numPr>
      <w:tabs>
        <w:tab w:val="clear" w:pos="1080"/>
      </w:tabs>
      <w:autoSpaceDE/>
      <w:autoSpaceDN/>
      <w:spacing w:after="200" w:line="276" w:lineRule="auto"/>
      <w:ind w:left="0" w:firstLine="0"/>
      <w:contextualSpacing/>
    </w:pPr>
    <w:rPr>
      <w:rFonts w:eastAsiaTheme="minorEastAsia" w:cstheme="minorBidi"/>
      <w:sz w:val="18"/>
      <w:lang w:val="en-US"/>
    </w:rPr>
  </w:style>
  <w:style w:type="paragraph" w:styleId="af5">
    <w:name w:val="List Continue"/>
    <w:basedOn w:val="a1"/>
    <w:uiPriority w:val="99"/>
    <w:unhideWhenUsed/>
    <w:rsid w:val="00AC6A40"/>
    <w:pPr>
      <w:widowControl/>
      <w:autoSpaceDE/>
      <w:autoSpaceDN/>
      <w:spacing w:after="120" w:line="276" w:lineRule="auto"/>
      <w:ind w:left="360"/>
      <w:contextualSpacing/>
    </w:pPr>
    <w:rPr>
      <w:rFonts w:eastAsiaTheme="minorEastAsia" w:cstheme="minorBidi"/>
      <w:sz w:val="18"/>
      <w:lang w:val="en-US"/>
    </w:rPr>
  </w:style>
  <w:style w:type="paragraph" w:styleId="26">
    <w:name w:val="List Continue 2"/>
    <w:basedOn w:val="a1"/>
    <w:uiPriority w:val="99"/>
    <w:unhideWhenUsed/>
    <w:rsid w:val="00AC6A40"/>
    <w:pPr>
      <w:widowControl/>
      <w:autoSpaceDE/>
      <w:autoSpaceDN/>
      <w:spacing w:after="120" w:line="276" w:lineRule="auto"/>
      <w:ind w:left="720"/>
      <w:contextualSpacing/>
    </w:pPr>
    <w:rPr>
      <w:rFonts w:eastAsiaTheme="minorEastAsia" w:cstheme="minorBidi"/>
      <w:sz w:val="18"/>
      <w:lang w:val="en-US"/>
    </w:rPr>
  </w:style>
  <w:style w:type="paragraph" w:styleId="36">
    <w:name w:val="List Continue 3"/>
    <w:basedOn w:val="a1"/>
    <w:uiPriority w:val="99"/>
    <w:unhideWhenUsed/>
    <w:rsid w:val="00AC6A40"/>
    <w:pPr>
      <w:widowControl/>
      <w:autoSpaceDE/>
      <w:autoSpaceDN/>
      <w:spacing w:after="120" w:line="276" w:lineRule="auto"/>
      <w:ind w:left="1080"/>
      <w:contextualSpacing/>
    </w:pPr>
    <w:rPr>
      <w:rFonts w:eastAsiaTheme="minorEastAsia" w:cstheme="minorBidi"/>
      <w:sz w:val="18"/>
      <w:lang w:val="en-US"/>
    </w:rPr>
  </w:style>
  <w:style w:type="paragraph" w:styleId="af6">
    <w:name w:val="macro"/>
    <w:link w:val="af7"/>
    <w:uiPriority w:val="99"/>
    <w:unhideWhenUsed/>
    <w:rsid w:val="00AC6A40"/>
    <w:pPr>
      <w:widowControl/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autoSpaceDE/>
      <w:autoSpaceDN/>
      <w:spacing w:after="200" w:line="276" w:lineRule="auto"/>
    </w:pPr>
    <w:rPr>
      <w:rFonts w:ascii="Courier" w:eastAsiaTheme="minorEastAsia" w:hAnsi="Courier"/>
      <w:sz w:val="20"/>
      <w:szCs w:val="20"/>
    </w:rPr>
  </w:style>
  <w:style w:type="character" w:customStyle="1" w:styleId="af7">
    <w:name w:val="Текст макроса Знак"/>
    <w:basedOn w:val="a2"/>
    <w:link w:val="af6"/>
    <w:uiPriority w:val="99"/>
    <w:rsid w:val="00AC6A40"/>
    <w:rPr>
      <w:rFonts w:ascii="Courier" w:eastAsiaTheme="minorEastAsia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AC6A40"/>
    <w:pPr>
      <w:widowControl/>
      <w:autoSpaceDE/>
      <w:autoSpaceDN/>
      <w:spacing w:after="200" w:line="276" w:lineRule="auto"/>
    </w:pPr>
    <w:rPr>
      <w:rFonts w:eastAsiaTheme="minorEastAsia" w:cstheme="minorBidi"/>
      <w:i/>
      <w:iCs/>
      <w:color w:val="000000" w:themeColor="text1"/>
      <w:sz w:val="18"/>
      <w:lang w:val="en-US"/>
    </w:rPr>
  </w:style>
  <w:style w:type="character" w:customStyle="1" w:styleId="28">
    <w:name w:val="Цитата 2 Знак"/>
    <w:basedOn w:val="a2"/>
    <w:link w:val="27"/>
    <w:uiPriority w:val="29"/>
    <w:rsid w:val="00AC6A40"/>
    <w:rPr>
      <w:rFonts w:ascii="Times New Roman" w:eastAsiaTheme="minorEastAsia" w:hAnsi="Times New Roman"/>
      <w:i/>
      <w:iCs/>
      <w:color w:val="000000" w:themeColor="text1"/>
      <w:sz w:val="18"/>
    </w:rPr>
  </w:style>
  <w:style w:type="paragraph" w:styleId="af8">
    <w:name w:val="caption"/>
    <w:basedOn w:val="a1"/>
    <w:next w:val="a1"/>
    <w:uiPriority w:val="35"/>
    <w:semiHidden/>
    <w:unhideWhenUsed/>
    <w:qFormat/>
    <w:rsid w:val="00AC6A40"/>
    <w:pPr>
      <w:widowControl/>
      <w:autoSpaceDE/>
      <w:autoSpaceDN/>
      <w:spacing w:after="200"/>
    </w:pPr>
    <w:rPr>
      <w:rFonts w:eastAsiaTheme="minorEastAsia" w:cstheme="minorBidi"/>
      <w:b/>
      <w:bCs/>
      <w:color w:val="4F81BD" w:themeColor="accent1"/>
      <w:sz w:val="18"/>
      <w:szCs w:val="18"/>
      <w:lang w:val="en-US"/>
    </w:rPr>
  </w:style>
  <w:style w:type="character" w:styleId="af9">
    <w:name w:val="Emphasis"/>
    <w:basedOn w:val="a2"/>
    <w:uiPriority w:val="20"/>
    <w:qFormat/>
    <w:rsid w:val="00AC6A40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AC6A40"/>
    <w:pPr>
      <w:widowControl/>
      <w:pBdr>
        <w:bottom w:val="single" w:sz="4" w:space="4" w:color="4F81BD" w:themeColor="accent1"/>
      </w:pBdr>
      <w:autoSpaceDE/>
      <w:autoSpaceDN/>
      <w:spacing w:before="200" w:after="280" w:line="276" w:lineRule="auto"/>
      <w:ind w:left="936" w:right="936"/>
    </w:pPr>
    <w:rPr>
      <w:rFonts w:eastAsiaTheme="minorEastAsia" w:cstheme="minorBidi"/>
      <w:b/>
      <w:bCs/>
      <w:i/>
      <w:iCs/>
      <w:color w:val="4F81BD" w:themeColor="accent1"/>
      <w:sz w:val="18"/>
      <w:lang w:val="en-US"/>
    </w:rPr>
  </w:style>
  <w:style w:type="character" w:customStyle="1" w:styleId="afb">
    <w:name w:val="Выделенная цитата Знак"/>
    <w:basedOn w:val="a2"/>
    <w:link w:val="afa"/>
    <w:uiPriority w:val="30"/>
    <w:rsid w:val="00AC6A40"/>
    <w:rPr>
      <w:rFonts w:ascii="Times New Roman" w:eastAsiaTheme="minorEastAsia" w:hAnsi="Times New Roman"/>
      <w:b/>
      <w:bCs/>
      <w:i/>
      <w:iCs/>
      <w:color w:val="4F81BD" w:themeColor="accent1"/>
      <w:sz w:val="18"/>
    </w:rPr>
  </w:style>
  <w:style w:type="character" w:styleId="afc">
    <w:name w:val="Subtle Emphasis"/>
    <w:basedOn w:val="a2"/>
    <w:uiPriority w:val="19"/>
    <w:qFormat/>
    <w:rsid w:val="00AC6A40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AC6A40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AC6A40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AC6A40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AC6A40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AC6A40"/>
    <w:pPr>
      <w:keepNext/>
      <w:keepLines/>
      <w:widowControl/>
      <w:autoSpaceDE/>
      <w:autoSpaceDN/>
      <w:spacing w:before="480" w:line="276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val="en-US"/>
    </w:rPr>
  </w:style>
  <w:style w:type="table" w:styleId="aff2">
    <w:name w:val="Light Shading"/>
    <w:basedOn w:val="a3"/>
    <w:uiPriority w:val="60"/>
    <w:rsid w:val="00AC6A40"/>
    <w:pPr>
      <w:widowControl/>
      <w:autoSpaceDE/>
      <w:autoSpaceDN/>
    </w:pPr>
    <w:rPr>
      <w:rFonts w:eastAsiaTheme="minorEastAsia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AC6A40"/>
    <w:pPr>
      <w:widowControl/>
      <w:autoSpaceDE/>
      <w:autoSpaceDN/>
    </w:pPr>
    <w:rPr>
      <w:rFonts w:eastAsiaTheme="minorEastAsia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AC6A40"/>
    <w:pPr>
      <w:widowControl/>
      <w:autoSpaceDE/>
      <w:autoSpaceDN/>
    </w:pPr>
    <w:rPr>
      <w:rFonts w:eastAsiaTheme="minorEastAsia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AC6A40"/>
    <w:pPr>
      <w:widowControl/>
      <w:autoSpaceDE/>
      <w:autoSpaceDN/>
    </w:pPr>
    <w:rPr>
      <w:rFonts w:eastAsiaTheme="minorEastAsia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AC6A40"/>
    <w:pPr>
      <w:widowControl/>
      <w:autoSpaceDE/>
      <w:autoSpaceDN/>
    </w:pPr>
    <w:rPr>
      <w:rFonts w:eastAsiaTheme="minorEastAsia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AC6A40"/>
    <w:pPr>
      <w:widowControl/>
      <w:autoSpaceDE/>
      <w:autoSpaceDN/>
    </w:pPr>
    <w:rPr>
      <w:rFonts w:eastAsiaTheme="minorEastAsia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AC6A40"/>
    <w:pPr>
      <w:widowControl/>
      <w:autoSpaceDE/>
      <w:autoSpaceDN/>
    </w:pPr>
    <w:rPr>
      <w:rFonts w:eastAsiaTheme="minorEastAsia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AC6A40"/>
    <w:pPr>
      <w:widowControl/>
      <w:autoSpaceDE/>
      <w:autoSpaceDN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AC6A4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AC6A4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AC6A4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AC6A4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AC6A4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AC6A4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AC6A4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AC6A40"/>
    <w:pPr>
      <w:widowControl/>
      <w:autoSpaceDE/>
      <w:autoSpaceDN/>
    </w:pPr>
    <w:rPr>
      <w:rFonts w:eastAsiaTheme="minorEastAsia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AC6A40"/>
    <w:pPr>
      <w:widowControl/>
      <w:autoSpaceDE/>
      <w:autoSpaceDN/>
    </w:pPr>
    <w:rPr>
      <w:rFonts w:eastAsiaTheme="minorEastAsia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aff9">
    <w:name w:val="Grid Table Light"/>
    <w:basedOn w:val="a3"/>
    <w:uiPriority w:val="40"/>
    <w:rsid w:val="00AC6A40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4">
    <w:name w:val="Plain Table 1"/>
    <w:basedOn w:val="a3"/>
    <w:uiPriority w:val="41"/>
    <w:rsid w:val="00AC6A4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37</Pages>
  <Words>11380</Words>
  <Characters>91388</Characters>
  <Application>Microsoft Office Word</Application>
  <DocSecurity>0</DocSecurity>
  <Lines>1903</Lines>
  <Paragraphs>997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33</vt:i4>
      </vt:variant>
    </vt:vector>
  </HeadingPairs>
  <TitlesOfParts>
    <vt:vector size="34" baseType="lpstr">
      <vt:lpstr/>
      <vt:lpstr>Рабочая программа «Алгебра» (7-9 классы)</vt:lpstr>
      <vt:lpstr>    ОБЩАЯ ХАРАКТЕРИСТИКА УЧЕБНОГО КУРСА «АЛГЕБРА» В 7–9 КЛАССАХ</vt:lpstr>
      <vt:lpstr>        МЕСТО УЧЕБНОГО КУРСА «АЛГЕБРА» В УЧЕБНОМ ПЛАНЕ</vt:lpstr>
      <vt:lpstr>    4. ПЛАНИРУЕМЫЕ РЕЗУЛЬТАТЫ ОСВОЕНИЯ УЧЕБНОГО КУРСА «АЛГЕБРА» В 7–9 КЛАССАХ</vt:lpstr>
      <vt:lpstr>        4.1. Личностные результаты</vt:lpstr>
      <vt:lpstr>        4.2. Метапредметные результаты</vt:lpstr>
      <vt:lpstr>        4.3. Предметные результаты</vt:lpstr>
      <vt:lpstr>5. СОДЕРЖАНИЕ УЧЕБНОГО КУРСА «АЛГЕБРА»</vt:lpstr>
      <vt:lpstr>    5.1. 7 КЛАСС</vt:lpstr>
      <vt:lpstr>        Числа и вычисления</vt:lpstr>
      <vt:lpstr>        Алгебраические выражения</vt:lpstr>
      <vt:lpstr>        Уравнения и системы уравнений</vt:lpstr>
      <vt:lpstr>        Функции</vt:lpstr>
      <vt:lpstr>    5.2. 8 КЛАСС</vt:lpstr>
      <vt:lpstr>        Числа и вычисления</vt:lpstr>
      <vt:lpstr>        Алгебраические выражения</vt:lpstr>
      <vt:lpstr>        Уравнения</vt:lpstr>
      <vt:lpstr>        Неравенства</vt:lpstr>
      <vt:lpstr>        Функции</vt:lpstr>
      <vt:lpstr>    5.3. 9 КЛАСС</vt:lpstr>
      <vt:lpstr>        Числа и вычисления</vt:lpstr>
      <vt:lpstr>        Алгебраические выражения</vt:lpstr>
      <vt:lpstr>        Функции</vt:lpstr>
      <vt:lpstr>        Уравнения и неравенства</vt:lpstr>
      <vt:lpstr>        Числовые последовательности</vt:lpstr>
      <vt:lpstr>        Обобщение и систематизация курса</vt:lpstr>
      <vt:lpstr>        Историко-культурный компонент</vt:lpstr>
      <vt:lpstr>        6. ТЕМАТИЧЕСКОЕ ПЛАНИРОВАНИЕ УЧЕБНОГО КУРСА «АЛГЕБРА» В 7–9 КЛАССАХ</vt:lpstr>
      <vt:lpstr>        При освоении учебного курса «Алгебра» организуются различные виды учебной деятел</vt:lpstr>
      <vt:lpstr>        Обучающиеся выполняют вычисления и преобразования числовых и алгебраических выра</vt:lpstr>
      <vt:lpstr>        В процессе обучения предусматриваются индивидуальная, парная и групповая работа,</vt:lpstr>
      <vt:lpstr>        Особое внимание уделяется развитию математической речи, умению аргументировать в</vt:lpstr>
      <vt:lpstr>    </vt:lpstr>
    </vt:vector>
  </TitlesOfParts>
  <Company/>
  <LinksUpToDate>false</LinksUpToDate>
  <CharactersWithSpaces>101771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Анна Ерахтина</cp:lastModifiedBy>
  <cp:revision>4</cp:revision>
  <dcterms:created xsi:type="dcterms:W3CDTF">2026-07-16T09:32:00Z</dcterms:created>
  <dcterms:modified xsi:type="dcterms:W3CDTF">2026-09-24T11:33:00Z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