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01B8" w14:textId="3D183959" w:rsidR="009A3929" w:rsidRDefault="00000000">
      <w:pPr>
        <w:pStyle w:val="1"/>
        <w:spacing w:line="242" w:lineRule="auto"/>
        <w:ind w:left="5799" w:right="2361" w:hanging="834"/>
      </w:pPr>
      <w:r>
        <w:t>Рабочая</w:t>
      </w:r>
      <w:r>
        <w:rPr>
          <w:spacing w:val="-13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0"/>
        </w:rPr>
        <w:t xml:space="preserve"> </w:t>
      </w:r>
      <w:r>
        <w:t>(3</w:t>
      </w:r>
      <w:r>
        <w:rPr>
          <w:spacing w:val="-11"/>
        </w:rPr>
        <w:t xml:space="preserve"> </w:t>
      </w:r>
      <w:r>
        <w:t xml:space="preserve">класс) </w:t>
      </w:r>
    </w:p>
    <w:p w14:paraId="357D956D" w14:textId="77777777" w:rsidR="00645409" w:rsidRDefault="00645409">
      <w:pPr>
        <w:pStyle w:val="1"/>
        <w:spacing w:line="242" w:lineRule="auto"/>
        <w:ind w:left="5799" w:right="2361" w:hanging="834"/>
      </w:pPr>
    </w:p>
    <w:p w14:paraId="5CB9E46C" w14:textId="40D1F63D" w:rsidR="00645409" w:rsidRPr="00645409" w:rsidRDefault="00645409" w:rsidP="00645409">
      <w:pPr>
        <w:pStyle w:val="a7"/>
        <w:widowControl/>
        <w:numPr>
          <w:ilvl w:val="0"/>
          <w:numId w:val="35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645409">
        <w:rPr>
          <w:b/>
          <w:bCs/>
          <w:kern w:val="36"/>
          <w:sz w:val="24"/>
          <w:szCs w:val="24"/>
          <w:lang w:eastAsia="es-ES"/>
        </w:rPr>
        <w:t>ПОЯСНИТЕЛЬНАЯ ЗАПИСКА</w:t>
      </w:r>
    </w:p>
    <w:p w14:paraId="2C973B7D" w14:textId="77777777" w:rsidR="00645409" w:rsidRPr="00645409" w:rsidRDefault="00645409" w:rsidP="00645409">
      <w:pPr>
        <w:pStyle w:val="a7"/>
        <w:widowControl/>
        <w:autoSpaceDE/>
        <w:autoSpaceDN/>
        <w:ind w:left="1080" w:firstLine="0"/>
        <w:rPr>
          <w:b/>
          <w:bCs/>
          <w:kern w:val="36"/>
          <w:sz w:val="24"/>
          <w:szCs w:val="24"/>
          <w:lang w:eastAsia="es-ES"/>
        </w:rPr>
      </w:pPr>
    </w:p>
    <w:p w14:paraId="627CDC7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645409">
        <w:rPr>
          <w:b/>
          <w:bCs/>
          <w:sz w:val="24"/>
          <w:szCs w:val="24"/>
          <w:lang w:eastAsia="es-ES"/>
        </w:rPr>
        <w:t>«Русский язык» для 3 класса</w:t>
      </w:r>
      <w:r w:rsidRPr="00645409">
        <w:rPr>
          <w:sz w:val="24"/>
          <w:szCs w:val="24"/>
          <w:lang w:eastAsia="es-ES"/>
        </w:rPr>
        <w:t xml:space="preserve"> разработана в соответствии с:</w:t>
      </w:r>
    </w:p>
    <w:p w14:paraId="6B22F49B" w14:textId="77777777" w:rsidR="00645409" w:rsidRPr="00645409" w:rsidRDefault="00645409" w:rsidP="0064540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редакции);</w:t>
      </w:r>
    </w:p>
    <w:p w14:paraId="370ED8AB" w14:textId="77777777" w:rsidR="00645409" w:rsidRPr="00645409" w:rsidRDefault="00645409" w:rsidP="0064540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редакции);</w:t>
      </w:r>
    </w:p>
    <w:p w14:paraId="4F9AE36C" w14:textId="77777777" w:rsidR="00645409" w:rsidRPr="00645409" w:rsidRDefault="00645409" w:rsidP="0064540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Федеральной рабочей программой начального общего образования по учебному предмету «Русский язык» для 1–4 классов;</w:t>
      </w:r>
    </w:p>
    <w:p w14:paraId="04139522" w14:textId="77777777" w:rsidR="00645409" w:rsidRPr="00645409" w:rsidRDefault="00645409" w:rsidP="0064540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учебным планом начального общего образования образовательной организации на 2026–2027 учебный год.</w:t>
      </w:r>
    </w:p>
    <w:p w14:paraId="7E4CE63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Рабочая программа определяет содержание обучения русскому языку в 3 классе, планируемые результаты освоения учебного предмета, распределение учебного времени по содержательным разделам и темам, основные виды учебной деятельности обучающихся и организацию текущего контроля и промежуточной аттестации.</w:t>
      </w:r>
    </w:p>
    <w:p w14:paraId="67295E1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Содержание рабочей программы направлено на реализацию требований ФГОС НОО к результатам освоения программы начального общего образования и учитывает содержание и планируемые результаты Федеральной рабочей программы по учебному предмету «Русский язык».</w:t>
      </w:r>
    </w:p>
    <w:p w14:paraId="390A9D1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Русский язык является государственным языком Российской Федерации, средством межнационального общения и важнейшей частью культурного наследия России. Изучение русского языка на уровне начального общего образования имеет особое значение для формирования у обучающихся функциональной грамотности, развития устной и письменной речи, способности использовать язык как средство общения, познания и выражения собственных мыслей.</w:t>
      </w:r>
    </w:p>
    <w:p w14:paraId="6739A9A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Учебный предмет «Русский язык» занимает ведущее место в системе начального общего образования. Сформированные в процессе его изучения знания, умения и способы деятельности необходимы не только для дальнейшего освоения русского языка, но и для успешного изучения других учебных предметов.</w:t>
      </w:r>
    </w:p>
    <w:p w14:paraId="2A2DBF1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Изучение русского языка в 3 классе обеспечивает дальнейшее развитие представлений обучающихся о языке как системе, совершенствование навыков устной и письменной речи, развитие орфографической и пунктуационной грамотности, формирование первоначальных представлений о нормах русского литературного языка, развитие умения пользоваться языковыми средствами в соответствии с целями и условиями общения.</w:t>
      </w:r>
    </w:p>
    <w:p w14:paraId="380885E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Особое внимание в программе уделяется развитию функциональной грамотности обучающихся: способности понимать, анализировать и создавать тексты, извлекать и использовать информацию, применять языковые знания для решения учебных и практических задач, осуществлять самоконтроль и корректировать собственную письменную речь.</w:t>
      </w:r>
    </w:p>
    <w:p w14:paraId="3A060A18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14BE1B6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Целью изучения учебного предмета «Русский язык» в 3 классе является дальнейшее формирование у обучающихся первоначальных представлений о русском языке как государственном языке Российской Федерации, средстве общения и явлении национальной культуры; развитие устной и письменной речи, коммуникативных умений и функциональной грамотности; освоение знаний о системе русского языка и формирование способности применять их в учебной деятельности и различных ситуациях общения.</w:t>
      </w:r>
    </w:p>
    <w:p w14:paraId="5C2D17D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lastRenderedPageBreak/>
        <w:t>Изучение русского языка направлено также на воспитание ценностного отношения к русскому языку как части культуры российского народа, формирование интереса к его изучению, стремления грамотно, точно и уместно использовать языковые средства в устной и письменной речи.</w:t>
      </w:r>
    </w:p>
    <w:p w14:paraId="48F8E834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1.2. Задачи изучения учебного предмета</w:t>
      </w:r>
    </w:p>
    <w:p w14:paraId="0FF0DCD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Основными задачами изучения русского языка в 3 классе являются:</w:t>
      </w:r>
    </w:p>
    <w:p w14:paraId="26552F06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формирование представления о русском языке как государственном языке Российской Федерации, средстве межнационального общения и явлении национальной культуры;</w:t>
      </w:r>
    </w:p>
    <w:p w14:paraId="2CF9C9E1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воспитание уважительного и ценностного отношения к русскому языку и культуре речи;</w:t>
      </w:r>
    </w:p>
    <w:p w14:paraId="05C28845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развитие устной и письменной речи обучающихся, способности использовать язык в соответствии с целями, задачами и условиями общения;</w:t>
      </w:r>
    </w:p>
    <w:p w14:paraId="12F27624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совершенствование умений слушать и понимать обращённую речь, участвовать в диалоге, создавать устные монологические и письменные высказывания;</w:t>
      </w:r>
    </w:p>
    <w:p w14:paraId="7AAB09F5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формирование и развитие представлений о системе русского языка и основных языковых единицах;</w:t>
      </w:r>
    </w:p>
    <w:p w14:paraId="0EA9F5C4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освоение и практическое применение знаний в области фонетики, графики, орфоэпии, лексики, состава слова (</w:t>
      </w:r>
      <w:proofErr w:type="spellStart"/>
      <w:r w:rsidRPr="00645409">
        <w:rPr>
          <w:sz w:val="24"/>
          <w:szCs w:val="24"/>
          <w:lang w:eastAsia="es-ES"/>
        </w:rPr>
        <w:t>морфемики</w:t>
      </w:r>
      <w:proofErr w:type="spellEnd"/>
      <w:r w:rsidRPr="00645409">
        <w:rPr>
          <w:sz w:val="24"/>
          <w:szCs w:val="24"/>
          <w:lang w:eastAsia="es-ES"/>
        </w:rPr>
        <w:t>), морфологии и синтаксиса;</w:t>
      </w:r>
    </w:p>
    <w:p w14:paraId="29461A20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совершенствование умений анализировать, сравнивать, классифицировать и характеризовать языковые единицы по изученным признакам;</w:t>
      </w:r>
    </w:p>
    <w:p w14:paraId="016500C4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формирование устойчивых орфографических и пунктуационных умений на основе осознанного применения изученных правил;</w:t>
      </w:r>
    </w:p>
    <w:p w14:paraId="1ADB0917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развитие орфографической зоркости, умения обнаруживать орфограммы, определять способы проверки написания и осуществлять орфографический самоконтроль;</w:t>
      </w:r>
    </w:p>
    <w:p w14:paraId="5FF87F70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формирование умения пользоваться орфографическим, орфоэпическим, толковым и другими учебными словарями;</w:t>
      </w:r>
    </w:p>
    <w:p w14:paraId="5B3DC6FC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развитие умения работать с текстом: определять тему и основную мысль, устанавливать последовательность частей, составлять план, различать основные типы текстов, создавать и редактировать собственные высказывания;</w:t>
      </w:r>
    </w:p>
    <w:p w14:paraId="6C07AB3A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развитие способности извлекать, анализировать, систематизировать и использовать информацию, представленную в текстовой, графической, схематической и иной форме;</w:t>
      </w:r>
    </w:p>
    <w:p w14:paraId="7D40CFAB" w14:textId="77777777" w:rsidR="00645409" w:rsidRP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формирование навыков самостоятельной учебной деятельности, самоконтроля и самооценки;</w:t>
      </w:r>
    </w:p>
    <w:p w14:paraId="3A6BE036" w14:textId="77777777" w:rsidR="00645409" w:rsidRDefault="00645409" w:rsidP="0064540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развитие коммуникативных умений, способности взаимодействовать с учителем и сверстниками, участвовать в совместной деятельности, аргументированно выражать собственную точку зрения и учитывать мнение собеседника.</w:t>
      </w:r>
    </w:p>
    <w:p w14:paraId="2ECD6E50" w14:textId="77777777" w:rsidR="00645409" w:rsidRPr="00645409" w:rsidRDefault="00645409" w:rsidP="0064540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578552A7" w14:textId="2BBC0DC0" w:rsidR="00645409" w:rsidRPr="00645409" w:rsidRDefault="00645409" w:rsidP="00645409">
      <w:pPr>
        <w:pStyle w:val="a7"/>
        <w:widowControl/>
        <w:numPr>
          <w:ilvl w:val="0"/>
          <w:numId w:val="35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645409">
        <w:rPr>
          <w:b/>
          <w:bCs/>
          <w:kern w:val="36"/>
          <w:sz w:val="24"/>
          <w:szCs w:val="24"/>
          <w:lang w:eastAsia="es-ES"/>
        </w:rPr>
        <w:t>ОБЩАЯ ХАРАКТЕРИСТИКА УЧЕБНОГО ПРЕДМЕТА «РУССКИЙ ЯЗЫК»</w:t>
      </w:r>
    </w:p>
    <w:p w14:paraId="1B6F8EA4" w14:textId="77777777" w:rsidR="00645409" w:rsidRPr="00645409" w:rsidRDefault="00645409" w:rsidP="00645409">
      <w:pPr>
        <w:pStyle w:val="a7"/>
        <w:widowControl/>
        <w:autoSpaceDE/>
        <w:autoSpaceDN/>
        <w:ind w:left="1080" w:firstLine="0"/>
        <w:rPr>
          <w:b/>
          <w:bCs/>
          <w:kern w:val="36"/>
          <w:sz w:val="24"/>
          <w:szCs w:val="24"/>
          <w:lang w:eastAsia="es-ES"/>
        </w:rPr>
      </w:pPr>
    </w:p>
    <w:p w14:paraId="30C0C51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Учебный предмет «Русский язык» является обязательным учебным предметом начального общего образования и направлен на формирование языковой, коммуникативной и социокультурной компетентности обучающихся.</w:t>
      </w:r>
    </w:p>
    <w:p w14:paraId="6E5680F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Изучение русского языка в 3 классе продолжает систематическое освоение языка, начатое в 1–2 классах. Содержание обучения строится с учётом преемственности и постепенного усложнения языкового материала, расширения круга изучаемых понятий и повышения самостоятельности обучающихся при решении языковых, орфографических и речевых задач.</w:t>
      </w:r>
    </w:p>
    <w:p w14:paraId="079F3E2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Содержание учебного предмета включает взаимосвязанные направления:</w:t>
      </w:r>
    </w:p>
    <w:p w14:paraId="031F5820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общие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сведения</w:t>
      </w:r>
      <w:proofErr w:type="spellEnd"/>
      <w:r w:rsidRPr="00645409">
        <w:rPr>
          <w:sz w:val="24"/>
          <w:szCs w:val="24"/>
          <w:lang w:val="es-ES" w:eastAsia="es-ES"/>
        </w:rPr>
        <w:t xml:space="preserve"> о </w:t>
      </w:r>
      <w:proofErr w:type="spellStart"/>
      <w:r w:rsidRPr="00645409">
        <w:rPr>
          <w:sz w:val="24"/>
          <w:szCs w:val="24"/>
          <w:lang w:val="es-ES" w:eastAsia="es-ES"/>
        </w:rPr>
        <w:t>языке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648478D2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фонетику</w:t>
      </w:r>
      <w:proofErr w:type="spellEnd"/>
      <w:r w:rsidRPr="00645409">
        <w:rPr>
          <w:sz w:val="24"/>
          <w:szCs w:val="24"/>
          <w:lang w:val="es-ES" w:eastAsia="es-ES"/>
        </w:rPr>
        <w:t xml:space="preserve"> и </w:t>
      </w:r>
      <w:proofErr w:type="spellStart"/>
      <w:r w:rsidRPr="00645409">
        <w:rPr>
          <w:sz w:val="24"/>
          <w:szCs w:val="24"/>
          <w:lang w:val="es-ES" w:eastAsia="es-ES"/>
        </w:rPr>
        <w:t>графику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491C0F25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орфоэпию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547DDCC6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лексику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7B8B8C11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состав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слова</w:t>
      </w:r>
      <w:proofErr w:type="spellEnd"/>
      <w:r w:rsidRPr="00645409">
        <w:rPr>
          <w:sz w:val="24"/>
          <w:szCs w:val="24"/>
          <w:lang w:val="es-ES" w:eastAsia="es-ES"/>
        </w:rPr>
        <w:t xml:space="preserve"> (</w:t>
      </w:r>
      <w:proofErr w:type="spellStart"/>
      <w:r w:rsidRPr="00645409">
        <w:rPr>
          <w:sz w:val="24"/>
          <w:szCs w:val="24"/>
          <w:lang w:val="es-ES" w:eastAsia="es-ES"/>
        </w:rPr>
        <w:t>морфемику</w:t>
      </w:r>
      <w:proofErr w:type="spellEnd"/>
      <w:r w:rsidRPr="00645409">
        <w:rPr>
          <w:sz w:val="24"/>
          <w:szCs w:val="24"/>
          <w:lang w:val="es-ES" w:eastAsia="es-ES"/>
        </w:rPr>
        <w:t>);</w:t>
      </w:r>
    </w:p>
    <w:p w14:paraId="338956D9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морфологию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36D58140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синтаксис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37CC337E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орфографию</w:t>
      </w:r>
      <w:proofErr w:type="spellEnd"/>
      <w:r w:rsidRPr="00645409">
        <w:rPr>
          <w:sz w:val="24"/>
          <w:szCs w:val="24"/>
          <w:lang w:val="es-ES" w:eastAsia="es-ES"/>
        </w:rPr>
        <w:t xml:space="preserve"> и </w:t>
      </w:r>
      <w:proofErr w:type="spellStart"/>
      <w:r w:rsidRPr="00645409">
        <w:rPr>
          <w:sz w:val="24"/>
          <w:szCs w:val="24"/>
          <w:lang w:val="es-ES" w:eastAsia="es-ES"/>
        </w:rPr>
        <w:t>пунктуацию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2FE027F0" w14:textId="77777777" w:rsidR="00645409" w:rsidRPr="00645409" w:rsidRDefault="00645409" w:rsidP="006454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развитие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речи</w:t>
      </w:r>
      <w:proofErr w:type="spellEnd"/>
      <w:r w:rsidRPr="00645409">
        <w:rPr>
          <w:sz w:val="24"/>
          <w:szCs w:val="24"/>
          <w:lang w:val="es-ES" w:eastAsia="es-ES"/>
        </w:rPr>
        <w:t>.</w:t>
      </w:r>
    </w:p>
    <w:p w14:paraId="456900B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Изучение </w:t>
      </w:r>
      <w:r w:rsidRPr="00645409">
        <w:rPr>
          <w:b/>
          <w:bCs/>
          <w:sz w:val="24"/>
          <w:szCs w:val="24"/>
          <w:lang w:eastAsia="es-ES"/>
        </w:rPr>
        <w:t>общих сведений о языке</w:t>
      </w:r>
      <w:r w:rsidRPr="00645409">
        <w:rPr>
          <w:sz w:val="24"/>
          <w:szCs w:val="24"/>
          <w:lang w:eastAsia="es-ES"/>
        </w:rPr>
        <w:t xml:space="preserve"> способствует формированию представлений о русском языке как государственном языке Российской Федерации, о его роли как средства общения и явления национальной культуры, а также развитию интереса к языковому многообразию и языку как объекту изучения.</w:t>
      </w:r>
    </w:p>
    <w:p w14:paraId="684E821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При изучении </w:t>
      </w:r>
      <w:r w:rsidRPr="00645409">
        <w:rPr>
          <w:b/>
          <w:bCs/>
          <w:sz w:val="24"/>
          <w:szCs w:val="24"/>
          <w:lang w:eastAsia="es-ES"/>
        </w:rPr>
        <w:t>фонетики и графики</w:t>
      </w:r>
      <w:r w:rsidRPr="00645409">
        <w:rPr>
          <w:sz w:val="24"/>
          <w:szCs w:val="24"/>
          <w:lang w:eastAsia="es-ES"/>
        </w:rPr>
        <w:t xml:space="preserve"> совершенствуются умения различать звуки и буквы, характеризовать звуки русского языка, устанавливать соотношение звукового и буквенного состава слова, выполнять </w:t>
      </w:r>
      <w:proofErr w:type="gramStart"/>
      <w:r w:rsidRPr="00645409">
        <w:rPr>
          <w:sz w:val="24"/>
          <w:szCs w:val="24"/>
          <w:lang w:eastAsia="es-ES"/>
        </w:rPr>
        <w:t>звуко-буквенный</w:t>
      </w:r>
      <w:proofErr w:type="gramEnd"/>
      <w:r w:rsidRPr="00645409">
        <w:rPr>
          <w:sz w:val="24"/>
          <w:szCs w:val="24"/>
          <w:lang w:eastAsia="es-ES"/>
        </w:rPr>
        <w:t xml:space="preserve"> анализ, использовать знание алфавита при работе со словарями и справочными материалами.</w:t>
      </w:r>
    </w:p>
    <w:p w14:paraId="26E0A87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Изучение </w:t>
      </w:r>
      <w:r w:rsidRPr="00645409">
        <w:rPr>
          <w:b/>
          <w:bCs/>
          <w:sz w:val="24"/>
          <w:szCs w:val="24"/>
          <w:lang w:eastAsia="es-ES"/>
        </w:rPr>
        <w:t>орфоэпии</w:t>
      </w:r>
      <w:r w:rsidRPr="00645409">
        <w:rPr>
          <w:sz w:val="24"/>
          <w:szCs w:val="24"/>
          <w:lang w:eastAsia="es-ES"/>
        </w:rPr>
        <w:t xml:space="preserve"> направлено на формирование внимания к правильному произношению слов и постановке ударения, развитие навыков соблюдения изученных орфоэпических норм и использования орфоэпического словаря.</w:t>
      </w:r>
    </w:p>
    <w:p w14:paraId="13AC5C8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В процессе изучения </w:t>
      </w:r>
      <w:r w:rsidRPr="00645409">
        <w:rPr>
          <w:b/>
          <w:bCs/>
          <w:sz w:val="24"/>
          <w:szCs w:val="24"/>
          <w:lang w:eastAsia="es-ES"/>
        </w:rPr>
        <w:t>лексики</w:t>
      </w:r>
      <w:r w:rsidRPr="00645409">
        <w:rPr>
          <w:sz w:val="24"/>
          <w:szCs w:val="24"/>
          <w:lang w:eastAsia="es-ES"/>
        </w:rPr>
        <w:t xml:space="preserve"> обучающиеся совершенствуют умения определять и уточнять лексическое значение слова, наблюдать за употреблением слов в прямом и переносном значении, работать с синонимами, антонимами, омонимами и фразеологизмами, пользоваться толковым словарём и выбирать языковые средства с учётом содержания и цели высказывания.</w:t>
      </w:r>
    </w:p>
    <w:p w14:paraId="5665E1A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Раздел </w:t>
      </w:r>
      <w:r w:rsidRPr="00645409">
        <w:rPr>
          <w:b/>
          <w:bCs/>
          <w:sz w:val="24"/>
          <w:szCs w:val="24"/>
          <w:lang w:eastAsia="es-ES"/>
        </w:rPr>
        <w:t>«Состав слова (</w:t>
      </w:r>
      <w:proofErr w:type="spellStart"/>
      <w:r w:rsidRPr="00645409">
        <w:rPr>
          <w:b/>
          <w:bCs/>
          <w:sz w:val="24"/>
          <w:szCs w:val="24"/>
          <w:lang w:eastAsia="es-ES"/>
        </w:rPr>
        <w:t>морфемика</w:t>
      </w:r>
      <w:proofErr w:type="spellEnd"/>
      <w:r w:rsidRPr="00645409">
        <w:rPr>
          <w:b/>
          <w:bCs/>
          <w:sz w:val="24"/>
          <w:szCs w:val="24"/>
          <w:lang w:eastAsia="es-ES"/>
        </w:rPr>
        <w:t>)»</w:t>
      </w:r>
      <w:r w:rsidRPr="00645409">
        <w:rPr>
          <w:sz w:val="24"/>
          <w:szCs w:val="24"/>
          <w:lang w:eastAsia="es-ES"/>
        </w:rPr>
        <w:t xml:space="preserve"> обеспечивает формирование представлений о значимых частях слова. Обучающиеся совершенствуют умения различать однокоренные слова и формы одного слова, выделять корень, приставку, суффикс, окончание и основу слова в предусмотренных программой случаях, наблюдать за образованием слов и использовать знания о составе слова при решении орфографических задач.</w:t>
      </w:r>
    </w:p>
    <w:p w14:paraId="1D8EE29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При изучении </w:t>
      </w:r>
      <w:r w:rsidRPr="00645409">
        <w:rPr>
          <w:b/>
          <w:bCs/>
          <w:sz w:val="24"/>
          <w:szCs w:val="24"/>
          <w:lang w:eastAsia="es-ES"/>
        </w:rPr>
        <w:t>морфологии</w:t>
      </w:r>
      <w:r w:rsidRPr="00645409">
        <w:rPr>
          <w:sz w:val="24"/>
          <w:szCs w:val="24"/>
          <w:lang w:eastAsia="es-ES"/>
        </w:rPr>
        <w:t xml:space="preserve"> формируются и систематизируются знания о частях речи и их грамматических признаках. В 3 классе продолжается изучение имени существительного, имени прилагательного, глагола и личных местоимений; формируются первоначальные представления об имени числительном, уточняется роль предлогов, союзов и частицы «не». Полученные знания применяются при анализе предложений и текстов, а также при создании собственных высказываний.</w:t>
      </w:r>
    </w:p>
    <w:p w14:paraId="0D979EA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Изучение </w:t>
      </w:r>
      <w:r w:rsidRPr="00645409">
        <w:rPr>
          <w:b/>
          <w:bCs/>
          <w:sz w:val="24"/>
          <w:szCs w:val="24"/>
          <w:lang w:eastAsia="es-ES"/>
        </w:rPr>
        <w:t>синтаксиса</w:t>
      </w:r>
      <w:r w:rsidRPr="00645409">
        <w:rPr>
          <w:sz w:val="24"/>
          <w:szCs w:val="24"/>
          <w:lang w:eastAsia="es-ES"/>
        </w:rPr>
        <w:t xml:space="preserve"> направлено на совершенствование представлений о предложении и словосочетании, видах предложений по цели высказывания и эмоциональной окраске, главных и второстепенных членах предложения, связи слов в предложении и словосочетании. Обучающиеся учатся использовать синтаксические знания при построении и анализе собственных высказываний.</w:t>
      </w:r>
    </w:p>
    <w:p w14:paraId="0CAE912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Раздел </w:t>
      </w:r>
      <w:r w:rsidRPr="00645409">
        <w:rPr>
          <w:b/>
          <w:bCs/>
          <w:sz w:val="24"/>
          <w:szCs w:val="24"/>
          <w:lang w:eastAsia="es-ES"/>
        </w:rPr>
        <w:t>«Орфография и пунктуация»</w:t>
      </w:r>
      <w:r w:rsidRPr="00645409">
        <w:rPr>
          <w:sz w:val="24"/>
          <w:szCs w:val="24"/>
          <w:lang w:eastAsia="es-ES"/>
        </w:rPr>
        <w:t xml:space="preserve"> имеет практическую направленность. Обучающиеся совершенствуют умение находить орфограммы, соотносить их с изученными правилами, выбирать способ проверки написания, использовать орфографический словарь и осуществлять самоконтроль. Продолжается освоение правил правописания корней, приставок, суффиксов и окончаний слов, разделительных мягкого и твёрдого знаков, частицы «не» с глаголами, а также изученных правил пунктуационного оформления предложений.</w:t>
      </w:r>
    </w:p>
    <w:p w14:paraId="2002BA1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Развитие речи</w:t>
      </w:r>
      <w:r w:rsidRPr="00645409">
        <w:rPr>
          <w:sz w:val="24"/>
          <w:szCs w:val="24"/>
          <w:lang w:eastAsia="es-ES"/>
        </w:rPr>
        <w:t xml:space="preserve"> осуществляется во взаимосвязи со всеми содержательными разделами курса. Обучающиеся совершенствуют умения участвовать в диалоге, создавать монологические высказывания, понимать и анализировать тексты, определять их тему и основную мысль, составлять план, различать тексты-повествования, тексты-описания и тексты-рассуждения, создавать собственные устные и письменные тексты, изложения и небольшие сочинения, а также редактировать созданные высказывания.</w:t>
      </w:r>
    </w:p>
    <w:p w14:paraId="23A9DE0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 процессе обучения используются наблюдение над языковым материалом, сравнение, анализ, классификация и моделирование языковых единиц, работа со словарями и справочными материалами, выполнение орфографических и грамматических заданий, работа с текстами, учебный диалог, индивидуальная, парная и групповая работа.</w:t>
      </w:r>
    </w:p>
    <w:p w14:paraId="46B8361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Систематическая работа с языковым материалом обеспечивает формирование у обучающихся познавательных, коммуникативных и регулятивных универсальных учебных действий, развитие самостоятельности, способности планировать учебную деятельность, осуществлять самоконтроль, находить и исправлять ошибки.</w:t>
      </w:r>
    </w:p>
    <w:p w14:paraId="2400185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Освоение содержания учебного предмета «Русский язык» создаёт условия для достижения личностных, метапредметных и предметных результатов начального общего образования и формирования функционально грамотной личности, способной использовать русский язык как средство общения, познания и решения учебных и практических задач.</w:t>
      </w:r>
    </w:p>
    <w:p w14:paraId="32B3022C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Учебно-методическое обеспечение</w:t>
      </w:r>
    </w:p>
    <w:p w14:paraId="186724C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Реализация рабочей программы осуществляется с использованием учебника:</w:t>
      </w:r>
    </w:p>
    <w:p w14:paraId="47FADB7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spellStart"/>
      <w:r w:rsidRPr="00645409">
        <w:rPr>
          <w:b/>
          <w:bCs/>
          <w:sz w:val="24"/>
          <w:szCs w:val="24"/>
          <w:lang w:eastAsia="es-ES"/>
        </w:rPr>
        <w:t>Канакина</w:t>
      </w:r>
      <w:proofErr w:type="spellEnd"/>
      <w:r w:rsidRPr="00645409">
        <w:rPr>
          <w:b/>
          <w:bCs/>
          <w:sz w:val="24"/>
          <w:szCs w:val="24"/>
          <w:lang w:eastAsia="es-ES"/>
        </w:rPr>
        <w:t xml:space="preserve"> В. П., Горецкий В. Г. Русский язык. 3 класс. В 2 частях. — М.: Просвещение.</w:t>
      </w:r>
    </w:p>
    <w:p w14:paraId="7DC2DAD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Используемые учебники и учебные пособия должны соответствовать федеральному перечню учебников, допущенных к использованию при реализации имеющих государственную аккредитацию образовательных программ начального общего образования, действующему на соответствующий учебный год.</w:t>
      </w:r>
    </w:p>
    <w:p w14:paraId="09E1C070" w14:textId="77777777" w:rsidR="00645409" w:rsidRDefault="00645409" w:rsidP="00645409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6D411E58" w14:textId="355F3967" w:rsidR="00B27CCE" w:rsidRPr="00B27CCE" w:rsidRDefault="00B27CCE" w:rsidP="00B27CCE">
      <w:pPr>
        <w:pStyle w:val="31"/>
        <w:numPr>
          <w:ilvl w:val="0"/>
          <w:numId w:val="35"/>
        </w:numPr>
        <w:jc w:val="center"/>
        <w:rPr>
          <w:i w:val="0"/>
          <w:iCs w:val="0"/>
        </w:rPr>
      </w:pPr>
      <w:r w:rsidRPr="00B27CCE">
        <w:rPr>
          <w:i w:val="0"/>
          <w:iCs w:val="0"/>
        </w:rPr>
        <w:t>МЕСТО УЧЕБНОГО ПРЕДМЕТА «РУССКИЙ ЯЗЫК» В УЧЕБНОМ ПЛАНЕ</w:t>
      </w:r>
    </w:p>
    <w:p w14:paraId="7635FBA5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lang w:val="ru-RU"/>
        </w:rPr>
        <w:t>Учебный предмет «Русский язык» входит в предметную область «Русский язык и литературное чтение» и является обязательным учебным предметом начального общего образования.</w:t>
      </w:r>
    </w:p>
    <w:p w14:paraId="1003E3E7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lang w:val="ru-RU"/>
        </w:rPr>
        <w:t xml:space="preserve">В соответствии с учебным планом образовательной организации на 2026–2027 учебный год на изучение учебного предмета «Русский язык» в 3 классе отводится </w:t>
      </w:r>
      <w:r w:rsidRPr="00B27CCE">
        <w:rPr>
          <w:rStyle w:val="af6"/>
          <w:lang w:val="ru-RU"/>
        </w:rPr>
        <w:t>170 часов в год — 5 часов в неделю при 34 учебных неделях</w:t>
      </w:r>
      <w:r w:rsidRPr="00B27CCE">
        <w:rPr>
          <w:lang w:val="ru-RU"/>
        </w:rPr>
        <w:t>.</w:t>
      </w:r>
    </w:p>
    <w:p w14:paraId="004ACB3F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lang w:val="ru-RU"/>
        </w:rPr>
        <w:t>Содержание и объём учебного времени, предусмотренные настоящей рабочей программой, обеспечивают достижение планируемых результатов освоения учебного предмета «Русский язык» на уровне 3 класса и реализацию содержания Федеральной рабочей программы по учебному предмету «Русский язык».</w:t>
      </w:r>
    </w:p>
    <w:p w14:paraId="5063D773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lang w:val="ru-RU"/>
        </w:rPr>
        <w:t>Распределение учебных часов по разделам и темам представлено в тематическом и календарно-тематическом планировании. Последовательность изучения отдельных тем и распределение учебного времени могут уточняться в пределах общего объёма часов, предусмотренного учебным планом, с учётом организации образовательного процесса и результатов освоения учебного материала обучающимися.</w:t>
      </w:r>
    </w:p>
    <w:p w14:paraId="214D2D06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lang w:val="ru-RU"/>
        </w:rPr>
        <w:t>Текущий контроль успеваемости осуществляется в ходе освоения учебного материала с использованием форм контроля, предусмотренных рабочей программой.</w:t>
      </w:r>
    </w:p>
    <w:p w14:paraId="28C503AA" w14:textId="77777777" w:rsidR="00B27CCE" w:rsidRPr="00B27CCE" w:rsidRDefault="00B27CCE" w:rsidP="00B27CCE">
      <w:pPr>
        <w:pStyle w:val="aff8"/>
        <w:spacing w:before="0" w:beforeAutospacing="0" w:after="0" w:afterAutospacing="0"/>
        <w:ind w:firstLine="720"/>
        <w:rPr>
          <w:lang w:val="ru-RU"/>
        </w:rPr>
      </w:pPr>
      <w:r w:rsidRPr="00B27CCE">
        <w:rPr>
          <w:rStyle w:val="af6"/>
          <w:lang w:val="ru-RU"/>
        </w:rPr>
        <w:t>Промежуточная аттестация по учебному предмету «Русский язык» в 3 классе проводится в форме диктанта.</w:t>
      </w:r>
    </w:p>
    <w:p w14:paraId="40F2F1B2" w14:textId="09874DBC" w:rsidR="00B27CCE" w:rsidRPr="00B27CCE" w:rsidRDefault="00B27CCE" w:rsidP="00B27CCE">
      <w:pPr>
        <w:pStyle w:val="a7"/>
        <w:widowControl/>
        <w:autoSpaceDE/>
        <w:autoSpaceDN/>
        <w:ind w:left="1080" w:firstLine="0"/>
        <w:rPr>
          <w:b/>
          <w:bCs/>
          <w:kern w:val="36"/>
          <w:sz w:val="24"/>
          <w:szCs w:val="24"/>
          <w:lang w:eastAsia="es-ES"/>
        </w:rPr>
      </w:pPr>
    </w:p>
    <w:p w14:paraId="0F80D934" w14:textId="625FF048" w:rsidR="00645409" w:rsidRPr="00645409" w:rsidRDefault="00645409" w:rsidP="00645409">
      <w:pPr>
        <w:pStyle w:val="a7"/>
        <w:widowControl/>
        <w:numPr>
          <w:ilvl w:val="0"/>
          <w:numId w:val="35"/>
        </w:numPr>
        <w:autoSpaceDE/>
        <w:autoSpaceDN/>
        <w:jc w:val="center"/>
        <w:rPr>
          <w:b/>
          <w:bCs/>
          <w:kern w:val="36"/>
          <w:sz w:val="24"/>
          <w:szCs w:val="24"/>
          <w:lang w:eastAsia="es-ES"/>
        </w:rPr>
      </w:pPr>
      <w:r w:rsidRPr="00645409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«РУССКИЙ ЯЗЫК»</w:t>
      </w:r>
    </w:p>
    <w:p w14:paraId="02F46024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5D1957C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Изучение учебного предмета «Русский язык» в 3 классе направлено на достижение обучающимися личностных, метапредметных и предметных результатов освоения программы начального общего образования.</w:t>
      </w:r>
    </w:p>
    <w:p w14:paraId="3049A73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Личностные и метапредметные результаты формируются в единстве учебной и воспитательной деятельности с учётом возрастных особенностей обучающихся. Предметные результаты конкретизируются применительно к содержанию учебного предмета «Русский язык» в 3 классе.</w:t>
      </w:r>
    </w:p>
    <w:p w14:paraId="149FCF3B" w14:textId="186D1911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>
        <w:rPr>
          <w:b/>
          <w:bCs/>
          <w:sz w:val="24"/>
          <w:szCs w:val="24"/>
          <w:lang w:eastAsia="es-ES"/>
        </w:rPr>
        <w:t>3</w:t>
      </w:r>
      <w:r w:rsidRPr="00645409">
        <w:rPr>
          <w:b/>
          <w:bCs/>
          <w:sz w:val="24"/>
          <w:szCs w:val="24"/>
          <w:lang w:eastAsia="es-ES"/>
        </w:rPr>
        <w:t>.1. Личностные результаты</w:t>
      </w:r>
    </w:p>
    <w:p w14:paraId="51DDC86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 результате изучения учебного предмета «Русский язык» у обучающегося формируются следующие личностные результаты.</w:t>
      </w:r>
    </w:p>
    <w:p w14:paraId="445DD336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Гражданско-патриотическое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E7C968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6CA6D589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становление ценностного отношения к своей Родине — России, в том числе через изучение русского языка, отражающего историю и культуру страны;</w:t>
      </w:r>
    </w:p>
    <w:p w14:paraId="575AE094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свою этнокультурную и российскую гражданскую идентичность;</w:t>
      </w:r>
    </w:p>
    <w:p w14:paraId="546678B0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сопричастность к прошлому, настоящему и будущему своей страны и родного края;</w:t>
      </w:r>
    </w:p>
    <w:p w14:paraId="7A30D97E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уважение к своему и другим народам;</w:t>
      </w:r>
    </w:p>
    <w:p w14:paraId="3F14A3A5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имеет первоначальные представления о человеке как члене общества, о правах и ответственности, уважении и достоинстве человека;</w:t>
      </w:r>
    </w:p>
    <w:p w14:paraId="15D6C7F0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значение русского языка как государственного языка Российской Федерации;</w:t>
      </w:r>
    </w:p>
    <w:p w14:paraId="6BC0F13D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понимает роль русского языка как средства общения и одной из главных духовно-нравственных ценностей народа;</w:t>
      </w:r>
    </w:p>
    <w:p w14:paraId="63F3B40F" w14:textId="77777777" w:rsidR="00645409" w:rsidRPr="00645409" w:rsidRDefault="00645409" w:rsidP="006454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5409">
        <w:rPr>
          <w:sz w:val="24"/>
          <w:szCs w:val="24"/>
          <w:lang w:eastAsia="es-ES"/>
        </w:rPr>
        <w:t xml:space="preserve">проявляет интерес к языковому и культурному многообразию </w:t>
      </w:r>
      <w:proofErr w:type="spellStart"/>
      <w:r w:rsidRPr="00645409">
        <w:rPr>
          <w:sz w:val="24"/>
          <w:szCs w:val="24"/>
          <w:lang w:val="es-ES" w:eastAsia="es-ES"/>
        </w:rPr>
        <w:t>России</w:t>
      </w:r>
      <w:proofErr w:type="spellEnd"/>
      <w:r w:rsidRPr="00645409">
        <w:rPr>
          <w:sz w:val="24"/>
          <w:szCs w:val="24"/>
          <w:lang w:val="es-ES" w:eastAsia="es-ES"/>
        </w:rPr>
        <w:t>.</w:t>
      </w:r>
    </w:p>
    <w:p w14:paraId="174F89E1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61693BD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1D290B9C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признаёт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индивидуальность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каждого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человека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4AAF201C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сопереживание, уважение и доброжелательность;</w:t>
      </w:r>
    </w:p>
    <w:p w14:paraId="3B6FB41B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неприятие любых форм поведения, направленных на причинение физического или морального вреда другим людям;</w:t>
      </w:r>
    </w:p>
    <w:p w14:paraId="475D32CB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соблюдает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нравственные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нормы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общения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5D727E6B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ответственность за собственные слова и речевое поведение;</w:t>
      </w:r>
    </w:p>
    <w:p w14:paraId="0C68C590" w14:textId="77777777" w:rsidR="00645409" w:rsidRPr="00645409" w:rsidRDefault="00645409" w:rsidP="006454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языковые средства для уважительного и корректного взаимодействия с другими людьми.</w:t>
      </w:r>
    </w:p>
    <w:p w14:paraId="2A6FCE00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1E3EA1A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63CD5538" w14:textId="77777777" w:rsidR="00645409" w:rsidRPr="00645409" w:rsidRDefault="00645409" w:rsidP="006454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уважительное отношение и интерес к художественной культуре;</w:t>
      </w:r>
    </w:p>
    <w:p w14:paraId="574B2A59" w14:textId="77777777" w:rsidR="00645409" w:rsidRPr="00645409" w:rsidRDefault="00645409" w:rsidP="006454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воспринимает русский язык как средство выражения мыслей, чувств и эстетического отношения к окружающему миру;</w:t>
      </w:r>
    </w:p>
    <w:p w14:paraId="79A46C79" w14:textId="77777777" w:rsidR="00645409" w:rsidRPr="00645409" w:rsidRDefault="00645409" w:rsidP="006454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интерес к выразительным возможностям русского языка;</w:t>
      </w:r>
    </w:p>
    <w:p w14:paraId="33E25D7C" w14:textId="77777777" w:rsidR="00645409" w:rsidRPr="00645409" w:rsidRDefault="00645409" w:rsidP="006454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стремится к точности, выразительности и уместности собственной устной и письменной речи;</w:t>
      </w:r>
    </w:p>
    <w:p w14:paraId="0E293DE2" w14:textId="77777777" w:rsidR="00645409" w:rsidRPr="00645409" w:rsidRDefault="00645409" w:rsidP="006454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интерес к словесному творчеству.</w:t>
      </w:r>
    </w:p>
    <w:p w14:paraId="5F37C6C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79D21C5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0C96BB42" w14:textId="77777777" w:rsidR="00645409" w:rsidRPr="00645409" w:rsidRDefault="00645409" w:rsidP="0064540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соблюдает правила здорового и безопасного образа жизни;</w:t>
      </w:r>
    </w:p>
    <w:p w14:paraId="0D9A918C" w14:textId="77777777" w:rsidR="00645409" w:rsidRPr="00645409" w:rsidRDefault="00645409" w:rsidP="0064540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соблюдает требования к организации учебной деятельности, способствующие сохранению здоровья;</w:t>
      </w:r>
    </w:p>
    <w:p w14:paraId="7DCE4EAB" w14:textId="77777777" w:rsidR="00645409" w:rsidRPr="00645409" w:rsidRDefault="00645409" w:rsidP="0064540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собственное эмоциональное состояние и использует доступные речевые средства для его выражения;</w:t>
      </w:r>
    </w:p>
    <w:p w14:paraId="6EACF9C5" w14:textId="77777777" w:rsidR="00645409" w:rsidRPr="00645409" w:rsidRDefault="00645409" w:rsidP="0064540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соблюдает правила безопасного поведения при использовании информационных и электронных образовательных ресурсов.</w:t>
      </w:r>
    </w:p>
    <w:p w14:paraId="7CF6D9F2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251421F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10679663" w14:textId="77777777" w:rsidR="00645409" w:rsidRPr="00645409" w:rsidRDefault="00645409" w:rsidP="0064540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ценность труда в жизни человека и общества;</w:t>
      </w:r>
    </w:p>
    <w:p w14:paraId="71011A65" w14:textId="77777777" w:rsidR="00645409" w:rsidRPr="00645409" w:rsidRDefault="00645409" w:rsidP="0064540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ответственное отношение к учебной деятельности;</w:t>
      </w:r>
    </w:p>
    <w:p w14:paraId="525E8B01" w14:textId="77777777" w:rsidR="00645409" w:rsidRPr="00645409" w:rsidRDefault="00645409" w:rsidP="0064540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стремится качественно выполнять учебные задания;</w:t>
      </w:r>
    </w:p>
    <w:p w14:paraId="10077803" w14:textId="77777777" w:rsidR="00645409" w:rsidRPr="00645409" w:rsidRDefault="00645409" w:rsidP="0064540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самостоятельность, настойчивость и аккуратность при выполнении письменных работ;</w:t>
      </w:r>
    </w:p>
    <w:p w14:paraId="0993CBFB" w14:textId="77777777" w:rsidR="00645409" w:rsidRPr="00645409" w:rsidRDefault="00645409" w:rsidP="0064540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значение грамотного владения русским языком для обучения и дальнейшей деятельности.</w:t>
      </w:r>
    </w:p>
    <w:p w14:paraId="06051B34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CF1442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1ED050BB" w14:textId="77777777" w:rsidR="00645409" w:rsidRPr="00645409" w:rsidRDefault="00645409" w:rsidP="0064540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бережное отношение к природе;</w:t>
      </w:r>
    </w:p>
    <w:p w14:paraId="38B5D121" w14:textId="77777777" w:rsidR="00645409" w:rsidRPr="00645409" w:rsidRDefault="00645409" w:rsidP="0064540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необходимость ответственного отношения к окружающей среде;</w:t>
      </w:r>
    </w:p>
    <w:p w14:paraId="3224A57F" w14:textId="77777777" w:rsidR="00645409" w:rsidRPr="00645409" w:rsidRDefault="00645409" w:rsidP="0064540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воспринимает и анализирует информацию экологической направленности при работе с учебными текстами;</w:t>
      </w:r>
    </w:p>
    <w:p w14:paraId="42EDD00E" w14:textId="77777777" w:rsidR="00645409" w:rsidRPr="00645409" w:rsidRDefault="00645409" w:rsidP="0064540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речевые средства для выражения собственного отношения к природе и окружающему миру.</w:t>
      </w:r>
    </w:p>
    <w:p w14:paraId="3853778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Ценность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познания</w:t>
      </w:r>
      <w:proofErr w:type="spellEnd"/>
    </w:p>
    <w:p w14:paraId="751DA36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0D137294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познавательный интерес к изучению русского языка;</w:t>
      </w:r>
    </w:p>
    <w:p w14:paraId="3E1F537C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ценность знаний и необходимость систематического обучения;</w:t>
      </w:r>
    </w:p>
    <w:p w14:paraId="52D28CF8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стремление к познанию закономерностей русского языка;</w:t>
      </w:r>
    </w:p>
    <w:p w14:paraId="7276E686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наблюдение, анализ, сравнение, классификацию и обобщение при изучении языковых явлений;</w:t>
      </w:r>
    </w:p>
    <w:p w14:paraId="56769A1D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самостоятельность при выполнении учебных задач;</w:t>
      </w:r>
    </w:p>
    <w:p w14:paraId="1F03390F" w14:textId="77777777" w:rsidR="00645409" w:rsidRPr="00645409" w:rsidRDefault="00645409" w:rsidP="0064540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стремится устанавливать причины собственных ошибок и находить способы их исправления.</w:t>
      </w:r>
    </w:p>
    <w:p w14:paraId="59B0A4DA" w14:textId="16187A76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>
        <w:rPr>
          <w:b/>
          <w:bCs/>
          <w:sz w:val="24"/>
          <w:szCs w:val="24"/>
          <w:lang w:eastAsia="es-ES"/>
        </w:rPr>
        <w:t>3</w:t>
      </w:r>
      <w:r w:rsidRPr="00645409">
        <w:rPr>
          <w:b/>
          <w:bCs/>
          <w:sz w:val="24"/>
          <w:szCs w:val="24"/>
          <w:lang w:eastAsia="es-ES"/>
        </w:rPr>
        <w:t>.2. Метапредметные результаты</w:t>
      </w:r>
    </w:p>
    <w:p w14:paraId="68B1261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 результате изучения русского языка у обучающегося формируются познавательные, коммуникативные и регулятивные универсальные учебные действия, а также умения совместной деятельности.</w:t>
      </w:r>
    </w:p>
    <w:p w14:paraId="6F0E6970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16EFD2EB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Базовые логические действия</w:t>
      </w:r>
    </w:p>
    <w:p w14:paraId="097B442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58F1A01F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сравнивает языковые единицы и устанавливает основания для сравнения;</w:t>
      </w:r>
    </w:p>
    <w:p w14:paraId="4898A1F3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аналогии между изучаемыми языковыми явлениями;</w:t>
      </w:r>
    </w:p>
    <w:p w14:paraId="2289B534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объединяет языковые единицы в группы по заданному признаку;</w:t>
      </w:r>
    </w:p>
    <w:p w14:paraId="17F96223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существенные признаки языковых единиц;</w:t>
      </w:r>
    </w:p>
    <w:p w14:paraId="55368ED0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существенные и несущественные признаки изучаемых языковых явлений;</w:t>
      </w:r>
    </w:p>
    <w:p w14:paraId="2911A0F3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классифицирует языковые единицы по заданным основаниям;</w:t>
      </w:r>
    </w:p>
    <w:p w14:paraId="24584686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закономерности и противоречия в рассматриваемых языковых фактах;</w:t>
      </w:r>
    </w:p>
    <w:p w14:paraId="699637A7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формулирует выводы на основе наблюдения, анализа и сравнения;</w:t>
      </w:r>
    </w:p>
    <w:p w14:paraId="42E1EB9E" w14:textId="77777777" w:rsidR="00645409" w:rsidRPr="00645409" w:rsidRDefault="00645409" w:rsidP="0064540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изученные языковые понятия при решении учебных и практических задач.</w:t>
      </w:r>
    </w:p>
    <w:p w14:paraId="7018E017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0559CE7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615170BB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учебную задачу при работе с языковым материалом;</w:t>
      </w:r>
    </w:p>
    <w:p w14:paraId="0C5EB22B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 помощью учителя формулирует цель наблюдения или исследования;</w:t>
      </w:r>
    </w:p>
    <w:p w14:paraId="27E5D53E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наблюдает за языковыми единицами и явлениями;</w:t>
      </w:r>
    </w:p>
    <w:p w14:paraId="37327926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сравнивает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результаты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наблюдений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265E878A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причинно-следственные связи в изучаемом языковом материале;</w:t>
      </w:r>
    </w:p>
    <w:p w14:paraId="13827FB8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схемы, модели, алгоритмы и таблицы для решения языковых задач;</w:t>
      </w:r>
    </w:p>
    <w:p w14:paraId="106A6D5E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формулирует выводы по результатам наблюдения;</w:t>
      </w:r>
    </w:p>
    <w:p w14:paraId="5DF2797A" w14:textId="77777777" w:rsidR="00645409" w:rsidRPr="00645409" w:rsidRDefault="00645409" w:rsidP="0064540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проверяет предположения с использованием языкового материала и доступных справочных источников.</w:t>
      </w:r>
    </w:p>
    <w:p w14:paraId="3A2B1E5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</w:p>
    <w:p w14:paraId="2338452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40C1B692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выбирает источник получения информации в соответствии с учебной задачей;</w:t>
      </w:r>
    </w:p>
    <w:p w14:paraId="6285CADD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находит необходимую информацию в учебнике, словаре, справочной литературе и других доступных источниках;</w:t>
      </w:r>
    </w:p>
    <w:p w14:paraId="41C47998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извлекает информацию, представленную в текстовой, графической, схематической и условно-знаковой форме;</w:t>
      </w:r>
    </w:p>
    <w:p w14:paraId="297998FB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достоверную и недостоверную информацию на основании предложенного учителем способа её проверки;</w:t>
      </w:r>
    </w:p>
    <w:p w14:paraId="38EEAA14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анализирует и систематизирует полученную информацию;</w:t>
      </w:r>
    </w:p>
    <w:p w14:paraId="36FF9363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орфографические, орфоэпические и толковые словари;</w:t>
      </w:r>
    </w:p>
    <w:p w14:paraId="05C619CE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преобразует информацию из одной формы представления в другую;</w:t>
      </w:r>
    </w:p>
    <w:p w14:paraId="1BD8A956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полученную информацию для решения учебных и практических задач;</w:t>
      </w:r>
    </w:p>
    <w:p w14:paraId="61E5163E" w14:textId="77777777" w:rsidR="00645409" w:rsidRPr="00645409" w:rsidRDefault="00645409" w:rsidP="0064540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соблюдает правила информационной безопасности при работе с электронными образовательными ресурсами.</w:t>
      </w:r>
    </w:p>
    <w:p w14:paraId="2C9325BC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241B75A4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Общение</w:t>
      </w:r>
    </w:p>
    <w:p w14:paraId="4C7CCDF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Обучающийся:</w:t>
      </w:r>
    </w:p>
    <w:p w14:paraId="6AF6A88A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воспринимает</w:t>
      </w:r>
      <w:proofErr w:type="spellEnd"/>
      <w:r w:rsidRPr="00645409">
        <w:rPr>
          <w:sz w:val="24"/>
          <w:szCs w:val="24"/>
          <w:lang w:val="es-ES" w:eastAsia="es-ES"/>
        </w:rPr>
        <w:t xml:space="preserve"> и </w:t>
      </w:r>
      <w:proofErr w:type="spellStart"/>
      <w:r w:rsidRPr="00645409">
        <w:rPr>
          <w:sz w:val="24"/>
          <w:szCs w:val="24"/>
          <w:lang w:val="es-ES" w:eastAsia="es-ES"/>
        </w:rPr>
        <w:t>формулирует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суждения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3ACA33B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выражает свои мысли в устной и письменной форме в соответствии с учебной и коммуникативной задачей;</w:t>
      </w:r>
    </w:p>
    <w:p w14:paraId="60FED3E4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участвует в диалоге и общей беседе;</w:t>
      </w:r>
    </w:p>
    <w:p w14:paraId="2B13BA48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внимательно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слушает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собеседника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2EDE1793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задаёт вопросы и формулирует ответы;</w:t>
      </w:r>
    </w:p>
    <w:p w14:paraId="193B3DD1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соблюдает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правила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ведения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диалога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0BF457C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использует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нормы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речевого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этикета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4D94F43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признаёт возможность существования различных точек зрения;</w:t>
      </w:r>
    </w:p>
    <w:p w14:paraId="6FC26D11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корректно и аргументированно выражает своё мнение;</w:t>
      </w:r>
    </w:p>
    <w:p w14:paraId="10DF1A11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строит устные монологические высказывания в соответствии с поставленной коммуникативной задачей;</w:t>
      </w:r>
    </w:p>
    <w:p w14:paraId="59F7BF70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создаёт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небольшие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письменные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высказывания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0780D8C" w14:textId="77777777" w:rsidR="00645409" w:rsidRPr="00645409" w:rsidRDefault="00645409" w:rsidP="0064540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языковые средства в соответствии с целью и ситуацией общения.</w:t>
      </w:r>
    </w:p>
    <w:p w14:paraId="68AC6FE0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3A4CD12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300154EF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принимает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цель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совместной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деятельности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3E242765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участвует в парной и групповой работе;</w:t>
      </w:r>
    </w:p>
    <w:p w14:paraId="0C082DFA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распределяет роли и действия при выполнении совместного задания;</w:t>
      </w:r>
    </w:p>
    <w:p w14:paraId="30D892F5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выполняет свою часть общей работы;</w:t>
      </w:r>
    </w:p>
    <w:p w14:paraId="7F8A9140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договаривается о способах выполнения учебной задачи;</w:t>
      </w:r>
    </w:p>
    <w:p w14:paraId="01F332B3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сопоставляет полученный результат с поставленной задачей;</w:t>
      </w:r>
    </w:p>
    <w:p w14:paraId="69ECA69C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готовность оказывать помощь и принимать помощь;</w:t>
      </w:r>
    </w:p>
    <w:p w14:paraId="36C0A79C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осуществляет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взаимный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контроль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7EADC99" w14:textId="77777777" w:rsidR="00645409" w:rsidRPr="00645409" w:rsidRDefault="00645409" w:rsidP="0064540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оценивает свой вклад в общий результат.</w:t>
      </w:r>
    </w:p>
    <w:p w14:paraId="281D93A7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11B63EBE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Самоорганизация</w:t>
      </w:r>
    </w:p>
    <w:p w14:paraId="1791C70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Обучающийся:</w:t>
      </w:r>
    </w:p>
    <w:p w14:paraId="4E8D46BC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понимает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учебную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задачу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CDF896B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планирует действия по её выполнению;</w:t>
      </w:r>
    </w:p>
    <w:p w14:paraId="46A78FA8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действует по предложенному или самостоятельно составленному плану;</w:t>
      </w:r>
    </w:p>
    <w:p w14:paraId="253F0C4E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последовательность действий при решении языковой, орфографической или речевой задачи;</w:t>
      </w:r>
    </w:p>
    <w:p w14:paraId="7EC7D1DE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выбирает способ действия из нескольких возможных;</w:t>
      </w:r>
    </w:p>
    <w:p w14:paraId="52CB2111" w14:textId="77777777" w:rsidR="00645409" w:rsidRPr="00645409" w:rsidRDefault="00645409" w:rsidP="0064540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организует свою учебную деятельность для достижения поставленной цели.</w:t>
      </w:r>
    </w:p>
    <w:p w14:paraId="55C066E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</w:p>
    <w:p w14:paraId="5138DB6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0D45C155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причины успеха или затруднений в учебной деятельности;</w:t>
      </w:r>
    </w:p>
    <w:p w14:paraId="48169539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сопоставляет результат своей работы с поставленной задачей, образцом, правилом или алгоритмом;</w:t>
      </w:r>
    </w:p>
    <w:p w14:paraId="25678027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осуществляет контроль процесса и результата своей деятельности;</w:t>
      </w:r>
    </w:p>
    <w:p w14:paraId="0EAC26D9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обнаруживает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ошибки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7D5AFBAA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устанавливает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причины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допущенных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ошибок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2675A8BD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исправляет ошибки самостоятельно или с помощью учителя;</w:t>
      </w:r>
    </w:p>
    <w:p w14:paraId="0AD7176E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оценивает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результат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своей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деятельности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78AA9659" w14:textId="77777777" w:rsidR="00645409" w:rsidRPr="00645409" w:rsidRDefault="00645409" w:rsidP="0064540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корректирует свои действия с учётом выявленных затруднений.</w:t>
      </w:r>
    </w:p>
    <w:p w14:paraId="4356C7CC" w14:textId="68136FFC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>
        <w:rPr>
          <w:b/>
          <w:bCs/>
          <w:sz w:val="24"/>
          <w:szCs w:val="24"/>
          <w:lang w:eastAsia="es-ES"/>
        </w:rPr>
        <w:t>3</w:t>
      </w:r>
      <w:r w:rsidRPr="00645409">
        <w:rPr>
          <w:b/>
          <w:bCs/>
          <w:sz w:val="24"/>
          <w:szCs w:val="24"/>
          <w:lang w:eastAsia="es-ES"/>
        </w:rPr>
        <w:t>.3. Предметные результаты</w:t>
      </w:r>
    </w:p>
    <w:p w14:paraId="733BB38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 концу обучения в 3 классе обучающийся овладевает следующими предметными результатами.</w:t>
      </w:r>
    </w:p>
    <w:p w14:paraId="54621FE6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Общие сведения о языке</w:t>
      </w:r>
    </w:p>
    <w:p w14:paraId="536E91B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Обучающийся:</w:t>
      </w:r>
    </w:p>
    <w:p w14:paraId="53D83D05" w14:textId="77777777" w:rsidR="00645409" w:rsidRPr="00645409" w:rsidRDefault="00645409" w:rsidP="0064540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объясняет значение русского языка как государственного языка Российской Федерации;</w:t>
      </w:r>
    </w:p>
    <w:p w14:paraId="29A9BD1D" w14:textId="77777777" w:rsidR="00645409" w:rsidRPr="00645409" w:rsidRDefault="00645409" w:rsidP="0064540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имеет представление о русском языке как одном из основных средств общения народов Российской Федерации;</w:t>
      </w:r>
    </w:p>
    <w:p w14:paraId="6FC8C245" w14:textId="77777777" w:rsidR="00645409" w:rsidRPr="00645409" w:rsidRDefault="00645409" w:rsidP="0064540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понимает роль языка как средства общения и явления национальной культуры;</w:t>
      </w:r>
    </w:p>
    <w:p w14:paraId="03D1CEE0" w14:textId="77777777" w:rsidR="00645409" w:rsidRPr="00645409" w:rsidRDefault="00645409" w:rsidP="0064540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проявляет осознанное отношение к русскому языку как одной из духовно-нравственных ценностей народа;</w:t>
      </w:r>
    </w:p>
    <w:p w14:paraId="22FA19F4" w14:textId="77777777" w:rsidR="00645409" w:rsidRPr="00645409" w:rsidRDefault="00645409" w:rsidP="0064540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изученные языковые понятия при решении учебных задач.</w:t>
      </w:r>
    </w:p>
    <w:p w14:paraId="6FC2706B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Фонетика, графика и орфоэпия</w:t>
      </w:r>
    </w:p>
    <w:p w14:paraId="115F9D5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Обучающийся:</w:t>
      </w:r>
    </w:p>
    <w:p w14:paraId="1C244F81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характеризует звуки русского языка по изученным признакам;</w:t>
      </w:r>
    </w:p>
    <w:p w14:paraId="380AB81E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соотношение звукового и буквенного состава слова;</w:t>
      </w:r>
    </w:p>
    <w:p w14:paraId="0E462FD7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выполняет </w:t>
      </w:r>
      <w:proofErr w:type="gramStart"/>
      <w:r w:rsidRPr="00645409">
        <w:rPr>
          <w:sz w:val="24"/>
          <w:szCs w:val="24"/>
          <w:lang w:eastAsia="es-ES"/>
        </w:rPr>
        <w:t>звуко-буквенный</w:t>
      </w:r>
      <w:proofErr w:type="gramEnd"/>
      <w:r w:rsidRPr="00645409">
        <w:rPr>
          <w:sz w:val="24"/>
          <w:szCs w:val="24"/>
          <w:lang w:eastAsia="es-ES"/>
        </w:rPr>
        <w:t xml:space="preserve"> анализ слова в соответствии с предложенным алгоритмом;</w:t>
      </w:r>
    </w:p>
    <w:p w14:paraId="35A615E3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определяет функцию разделительного твёрдого знака </w:t>
      </w:r>
      <w:r w:rsidRPr="00645409">
        <w:rPr>
          <w:b/>
          <w:bCs/>
          <w:sz w:val="24"/>
          <w:szCs w:val="24"/>
          <w:lang w:eastAsia="es-ES"/>
        </w:rPr>
        <w:t>ъ</w:t>
      </w:r>
      <w:r w:rsidRPr="00645409">
        <w:rPr>
          <w:sz w:val="24"/>
          <w:szCs w:val="24"/>
          <w:lang w:eastAsia="es-ES"/>
        </w:rPr>
        <w:t>;</w:t>
      </w:r>
    </w:p>
    <w:p w14:paraId="3FA26395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устанавливает соотношение звукового и буквенного состава слов с буквами </w:t>
      </w:r>
      <w:r w:rsidRPr="00645409">
        <w:rPr>
          <w:b/>
          <w:bCs/>
          <w:sz w:val="24"/>
          <w:szCs w:val="24"/>
          <w:lang w:eastAsia="es-ES"/>
        </w:rPr>
        <w:t>е, ё, ю, я</w:t>
      </w:r>
      <w:r w:rsidRPr="00645409">
        <w:rPr>
          <w:sz w:val="24"/>
          <w:szCs w:val="24"/>
          <w:lang w:eastAsia="es-ES"/>
        </w:rPr>
        <w:t xml:space="preserve">, разделительными </w:t>
      </w:r>
      <w:r w:rsidRPr="00645409">
        <w:rPr>
          <w:b/>
          <w:bCs/>
          <w:sz w:val="24"/>
          <w:szCs w:val="24"/>
          <w:lang w:eastAsia="es-ES"/>
        </w:rPr>
        <w:t>ь</w:t>
      </w:r>
      <w:r w:rsidRPr="00645409">
        <w:rPr>
          <w:sz w:val="24"/>
          <w:szCs w:val="24"/>
          <w:lang w:eastAsia="es-ES"/>
        </w:rPr>
        <w:t xml:space="preserve"> и </w:t>
      </w:r>
      <w:r w:rsidRPr="00645409">
        <w:rPr>
          <w:b/>
          <w:bCs/>
          <w:sz w:val="24"/>
          <w:szCs w:val="24"/>
          <w:lang w:eastAsia="es-ES"/>
        </w:rPr>
        <w:t>ъ</w:t>
      </w:r>
      <w:r w:rsidRPr="00645409">
        <w:rPr>
          <w:sz w:val="24"/>
          <w:szCs w:val="24"/>
          <w:lang w:eastAsia="es-ES"/>
        </w:rPr>
        <w:t>, а также слов с непроизносимыми согласными;</w:t>
      </w:r>
    </w:p>
    <w:p w14:paraId="53D314DC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знание последовательности букв русского алфавита при работе со словарями и справочниками;</w:t>
      </w:r>
    </w:p>
    <w:p w14:paraId="63D40B92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знания по фонетике при решении орфографических задач;</w:t>
      </w:r>
    </w:p>
    <w:p w14:paraId="58CCBD19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соблюдает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изученные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орфоэпические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нормы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417F58D9" w14:textId="77777777" w:rsidR="00645409" w:rsidRPr="00645409" w:rsidRDefault="00645409" w:rsidP="0064540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пользуется орфоэпическим словарём для уточнения произношения и ударения.</w:t>
      </w:r>
    </w:p>
    <w:p w14:paraId="4D8064D5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Лексика</w:t>
      </w:r>
      <w:proofErr w:type="spellEnd"/>
    </w:p>
    <w:p w14:paraId="51A91DB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5FE5C341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выявляет в тексте незнакомые слова;</w:t>
      </w:r>
    </w:p>
    <w:p w14:paraId="0C808349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значение слова по контексту или с помощью толкового словаря;</w:t>
      </w:r>
    </w:p>
    <w:p w14:paraId="393945DC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слова, употреблённые в прямом и переносном значении;</w:t>
      </w:r>
    </w:p>
    <w:p w14:paraId="6539E78E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выявляет в тексте синонимы и антонимы;</w:t>
      </w:r>
    </w:p>
    <w:p w14:paraId="79751C3B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подбирает синонимы и антонимы к словам разных частей речи;</w:t>
      </w:r>
    </w:p>
    <w:p w14:paraId="1CC907FC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имеет представление об омонимах и различает их в простых случаях;</w:t>
      </w:r>
    </w:p>
    <w:p w14:paraId="67440E75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имеет представление о фразеологизмах, понимает их значение в тексте и речи;</w:t>
      </w:r>
    </w:p>
    <w:p w14:paraId="38EB9C62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наблюдает за использованием устаревших слов;</w:t>
      </w:r>
    </w:p>
    <w:p w14:paraId="41DB3B6F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выбирает слова в соответствии с содержанием и целью высказывания;</w:t>
      </w:r>
    </w:p>
    <w:p w14:paraId="1283F761" w14:textId="77777777" w:rsidR="00645409" w:rsidRPr="00645409" w:rsidRDefault="00645409" w:rsidP="0064540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словари для решения языковых и речевых задач.</w:t>
      </w:r>
    </w:p>
    <w:p w14:paraId="6BB606D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Состав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слова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(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морфемика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>)</w:t>
      </w:r>
    </w:p>
    <w:p w14:paraId="41319F0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27AEB479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однокоренные слова по их существенным признакам;</w:t>
      </w:r>
    </w:p>
    <w:p w14:paraId="744E5321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однокоренные слова и формы одного слова;</w:t>
      </w:r>
    </w:p>
    <w:p w14:paraId="7BD81CA2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однокоренные слова и синонимы;</w:t>
      </w:r>
    </w:p>
    <w:p w14:paraId="2CCF789A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однокоренные слова с учётом значения корня;</w:t>
      </w:r>
    </w:p>
    <w:p w14:paraId="2E526844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находит в словах с однозначно выделяемыми морфемами корень, приставку, суффикс, окончание и основу;</w:t>
      </w:r>
    </w:p>
    <w:p w14:paraId="2A76B4A6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нулевое окончание в доступных случаях;</w:t>
      </w:r>
    </w:p>
    <w:p w14:paraId="26FD03C5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подбирает слова с заданной морфемой;</w:t>
      </w:r>
    </w:p>
    <w:p w14:paraId="538670A3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образует слова с помощью приставок и суффиксов;</w:t>
      </w:r>
    </w:p>
    <w:p w14:paraId="679BEF69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наблюдает за значением, которое вносят в слово приставки и суффиксы;</w:t>
      </w:r>
    </w:p>
    <w:p w14:paraId="643C72F2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знания о составе слова при решении орфографических задач;</w:t>
      </w:r>
    </w:p>
    <w:p w14:paraId="7E12AC04" w14:textId="77777777" w:rsidR="00645409" w:rsidRPr="00645409" w:rsidRDefault="00645409" w:rsidP="0064540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выполняет разбор слова по составу в соответствии с предложенным алгоритмом.</w:t>
      </w:r>
    </w:p>
    <w:p w14:paraId="2D5E0A31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Морфология</w:t>
      </w:r>
      <w:proofErr w:type="spellEnd"/>
    </w:p>
    <w:p w14:paraId="0BB9D3A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72F90C3F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изученные части речи по их значению, вопросам и грамматическим признакам;</w:t>
      </w:r>
    </w:p>
    <w:p w14:paraId="5757CCA3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распознаёт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имена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существительные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5E527DE0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начальную форму имени существительного;</w:t>
      </w:r>
    </w:p>
    <w:p w14:paraId="1DB3F376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род, число и падеж имени существительного в изученных случаях;</w:t>
      </w:r>
    </w:p>
    <w:p w14:paraId="1B8FBDBA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изменяет имена существительные по числам и падежам;</w:t>
      </w:r>
    </w:p>
    <w:p w14:paraId="746E4376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распознаёт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имена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прилагательные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451EFD3A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связь имени прилагательного с именем существительным;</w:t>
      </w:r>
    </w:p>
    <w:p w14:paraId="50E5818C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начальную форму имени прилагательного;</w:t>
      </w:r>
    </w:p>
    <w:p w14:paraId="0FA7ABC8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род и число имени прилагательного, наблюдает за изменением имён прилагательных по падежам;</w:t>
      </w:r>
    </w:p>
    <w:p w14:paraId="2E75DBEB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распознаёт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глаголы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7A828C0D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начальную (неопределённую) форму глагола в изученных случаях;</w:t>
      </w:r>
    </w:p>
    <w:p w14:paraId="7D43CC13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различает глаголы, отвечающие на вопросы </w:t>
      </w:r>
      <w:r w:rsidRPr="00645409">
        <w:rPr>
          <w:b/>
          <w:bCs/>
          <w:sz w:val="24"/>
          <w:szCs w:val="24"/>
          <w:lang w:eastAsia="es-ES"/>
        </w:rPr>
        <w:t>«что делать?»</w:t>
      </w:r>
      <w:r w:rsidRPr="00645409">
        <w:rPr>
          <w:sz w:val="24"/>
          <w:szCs w:val="24"/>
          <w:lang w:eastAsia="es-ES"/>
        </w:rPr>
        <w:t xml:space="preserve"> и </w:t>
      </w:r>
      <w:r w:rsidRPr="00645409">
        <w:rPr>
          <w:b/>
          <w:bCs/>
          <w:sz w:val="24"/>
          <w:szCs w:val="24"/>
          <w:lang w:eastAsia="es-ES"/>
        </w:rPr>
        <w:t>«что сделать?»</w:t>
      </w:r>
      <w:r w:rsidRPr="00645409">
        <w:rPr>
          <w:sz w:val="24"/>
          <w:szCs w:val="24"/>
          <w:lang w:eastAsia="es-ES"/>
        </w:rPr>
        <w:t>;</w:t>
      </w:r>
    </w:p>
    <w:p w14:paraId="2CF8F0C3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время и число глагола;</w:t>
      </w:r>
    </w:p>
    <w:p w14:paraId="6539260E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род глагола в прошедшем времени в единственном числе;</w:t>
      </w:r>
    </w:p>
    <w:p w14:paraId="5C75D049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распознаёт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личные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местоимения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2EC45B42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лицо и число личных местоимений, а для местоимений 3-го лица единственного числа — род;</w:t>
      </w:r>
    </w:p>
    <w:p w14:paraId="3DEDCB8B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личные местоимения для устранения неоправданных повторов в тексте;</w:t>
      </w:r>
    </w:p>
    <w:p w14:paraId="66A661CB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имеет общее представление об имени числительном;</w:t>
      </w:r>
    </w:p>
    <w:p w14:paraId="1802A1D5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распознаёт количественные и порядковые имена числительные в доступных случаях;</w:t>
      </w:r>
    </w:p>
    <w:p w14:paraId="3807303C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отличает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предлоги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приставок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06D24F0F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понимает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значение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частицы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не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4D2F9D15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распознаёт союзы </w:t>
      </w:r>
      <w:r w:rsidRPr="00645409">
        <w:rPr>
          <w:b/>
          <w:bCs/>
          <w:sz w:val="24"/>
          <w:szCs w:val="24"/>
          <w:lang w:eastAsia="es-ES"/>
        </w:rPr>
        <w:t>и, а, но</w:t>
      </w:r>
      <w:r w:rsidRPr="00645409">
        <w:rPr>
          <w:sz w:val="24"/>
          <w:szCs w:val="24"/>
          <w:lang w:eastAsia="es-ES"/>
        </w:rPr>
        <w:t xml:space="preserve"> и понимает их роль в предложении;</w:t>
      </w:r>
    </w:p>
    <w:p w14:paraId="36AA1608" w14:textId="77777777" w:rsidR="00645409" w:rsidRPr="00645409" w:rsidRDefault="00645409" w:rsidP="00645409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правильно употребляет изученные части речи и их формы в собственной речи.</w:t>
      </w:r>
    </w:p>
    <w:p w14:paraId="361BFDDC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Синтаксис</w:t>
      </w:r>
      <w:proofErr w:type="spellEnd"/>
    </w:p>
    <w:p w14:paraId="6AE6A94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2DF9DAA5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слово, словосочетание и предложение;</w:t>
      </w:r>
    </w:p>
    <w:p w14:paraId="6545C687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выделяет предложения в устной и письменной речи;</w:t>
      </w:r>
    </w:p>
    <w:p w14:paraId="40DE1A09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вид предложения по цели высказывания;</w:t>
      </w:r>
    </w:p>
    <w:p w14:paraId="2399A1D0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повествовательные, вопросительные и побудительные предложения;</w:t>
      </w:r>
    </w:p>
    <w:p w14:paraId="57E17A88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восклицательные и невосклицательные предложения;</w:t>
      </w:r>
    </w:p>
    <w:p w14:paraId="0026A8AC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понятия «часть речи» и «член предложения»;</w:t>
      </w:r>
    </w:p>
    <w:p w14:paraId="66218C39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находит главные члены предложения — подлежащее и сказуемое;</w:t>
      </w:r>
    </w:p>
    <w:p w14:paraId="300D5A53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находит второстепенные члены предложения без деления на виды;</w:t>
      </w:r>
    </w:p>
    <w:p w14:paraId="0B4EEE6F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с помощью вопросов связь между словами в предложении;</w:t>
      </w:r>
    </w:p>
    <w:p w14:paraId="6E1DC85A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распространённые и нераспространённые предложения;</w:t>
      </w:r>
    </w:p>
    <w:p w14:paraId="079C0F19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выделяет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словосочетания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из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предложения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08FBE2DD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устанавливает в словосочетании связь главного и зависимого слова с помощью вопроса;</w:t>
      </w:r>
    </w:p>
    <w:p w14:paraId="423AF547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составляет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предложения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заданного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вида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6AE07916" w14:textId="77777777" w:rsidR="00645409" w:rsidRPr="00645409" w:rsidRDefault="00645409" w:rsidP="00645409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выполняет разбор простого предложения в объёме изученного материала.</w:t>
      </w:r>
    </w:p>
    <w:p w14:paraId="40922818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Орфография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пунктуация</w:t>
      </w:r>
      <w:proofErr w:type="spellEnd"/>
    </w:p>
    <w:p w14:paraId="4218F82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52F515C2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ранее изученные правила правописания;</w:t>
      </w:r>
    </w:p>
    <w:p w14:paraId="1F509DA7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обнаруживает изученные орфограммы по их опознавательным признакам;</w:t>
      </w:r>
    </w:p>
    <w:p w14:paraId="72BCD1E7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вид орфограммы и соотносит её с изученным правилом;</w:t>
      </w:r>
    </w:p>
    <w:p w14:paraId="50CD7AA3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способы проверки правописания слов: изменение формы слова, подбор однокоренного слова, обращение к орфографическому словарю;</w:t>
      </w:r>
    </w:p>
    <w:p w14:paraId="75E69275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правила написания проверяемых и непроверяемых безударных гласных в корне;</w:t>
      </w:r>
    </w:p>
    <w:p w14:paraId="298D8B24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правила написания парных по звонкости — глухости согласных в корне;</w:t>
      </w:r>
    </w:p>
    <w:p w14:paraId="361FA8A3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правильно пишет слова с непроизносимыми согласными;</w:t>
      </w:r>
    </w:p>
    <w:p w14:paraId="779556C5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правильно пишет слова с разделительными </w:t>
      </w:r>
      <w:r w:rsidRPr="00645409">
        <w:rPr>
          <w:b/>
          <w:bCs/>
          <w:sz w:val="24"/>
          <w:szCs w:val="24"/>
          <w:lang w:eastAsia="es-ES"/>
        </w:rPr>
        <w:t>ь</w:t>
      </w:r>
      <w:r w:rsidRPr="00645409">
        <w:rPr>
          <w:sz w:val="24"/>
          <w:szCs w:val="24"/>
          <w:lang w:eastAsia="es-ES"/>
        </w:rPr>
        <w:t xml:space="preserve"> и </w:t>
      </w:r>
      <w:r w:rsidRPr="00645409">
        <w:rPr>
          <w:b/>
          <w:bCs/>
          <w:sz w:val="24"/>
          <w:szCs w:val="24"/>
          <w:lang w:eastAsia="es-ES"/>
        </w:rPr>
        <w:t>ъ</w:t>
      </w:r>
      <w:r w:rsidRPr="00645409">
        <w:rPr>
          <w:sz w:val="24"/>
          <w:szCs w:val="24"/>
          <w:lang w:eastAsia="es-ES"/>
        </w:rPr>
        <w:t>;</w:t>
      </w:r>
    </w:p>
    <w:p w14:paraId="372EB070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правильно пишет гласные и согласные в изученных приставках и суффиксах;</w:t>
      </w:r>
    </w:p>
    <w:p w14:paraId="15338FAF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правило написания мягкого знака после шипящих на конце имён существительных;</w:t>
      </w:r>
    </w:p>
    <w:p w14:paraId="761BDBA0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применяет изученные правила написания окончаний имён существительных и имён прилагательных;</w:t>
      </w:r>
    </w:p>
    <w:p w14:paraId="25C58C07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раздельное написание предлогов и слитное написание приставок;</w:t>
      </w:r>
    </w:p>
    <w:p w14:paraId="2699A89C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раздельно пишет частицу </w:t>
      </w:r>
      <w:r w:rsidRPr="00645409">
        <w:rPr>
          <w:b/>
          <w:bCs/>
          <w:sz w:val="24"/>
          <w:szCs w:val="24"/>
          <w:lang w:eastAsia="es-ES"/>
        </w:rPr>
        <w:t>не</w:t>
      </w:r>
      <w:r w:rsidRPr="00645409">
        <w:rPr>
          <w:sz w:val="24"/>
          <w:szCs w:val="24"/>
          <w:lang w:eastAsia="es-ES"/>
        </w:rPr>
        <w:t xml:space="preserve"> с глаголами;</w:t>
      </w:r>
    </w:p>
    <w:p w14:paraId="6FE627C2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правильно оформляет изученные виды предложений на письме;</w:t>
      </w:r>
    </w:p>
    <w:p w14:paraId="6B903B6E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пользуется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орфографическим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словарём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1744D1D7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списывает текст с соблюдением изученных орфографических и пунктуационных норм;</w:t>
      </w:r>
    </w:p>
    <w:p w14:paraId="4632E7B7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пишет под диктовку текст в соответствии с изученными правилами;</w:t>
      </w:r>
    </w:p>
    <w:p w14:paraId="29F043AE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проверяет собственный и предложенный текст;</w:t>
      </w:r>
    </w:p>
    <w:p w14:paraId="016128C8" w14:textId="77777777" w:rsidR="00645409" w:rsidRPr="00645409" w:rsidRDefault="00645409" w:rsidP="00645409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обнаруживает и исправляет орфографические и пунктуационные ошибки в пределах изученного материала.</w:t>
      </w:r>
    </w:p>
    <w:p w14:paraId="0766277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45409">
        <w:rPr>
          <w:b/>
          <w:bCs/>
          <w:sz w:val="24"/>
          <w:szCs w:val="24"/>
          <w:lang w:val="es-ES" w:eastAsia="es-ES"/>
        </w:rPr>
        <w:t>Развитие</w:t>
      </w:r>
      <w:proofErr w:type="spellEnd"/>
      <w:r w:rsidRPr="0064540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b/>
          <w:bCs/>
          <w:sz w:val="24"/>
          <w:szCs w:val="24"/>
          <w:lang w:val="es-ES" w:eastAsia="es-ES"/>
        </w:rPr>
        <w:t>речи</w:t>
      </w:r>
      <w:proofErr w:type="spellEnd"/>
    </w:p>
    <w:p w14:paraId="750503E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Обучающийся</w:t>
      </w:r>
      <w:proofErr w:type="spellEnd"/>
      <w:r w:rsidRPr="00645409">
        <w:rPr>
          <w:sz w:val="24"/>
          <w:szCs w:val="24"/>
          <w:lang w:val="es-ES" w:eastAsia="es-ES"/>
        </w:rPr>
        <w:t>:</w:t>
      </w:r>
    </w:p>
    <w:p w14:paraId="5C72B98C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осознаёт ситуацию общения и выбирает языковые средства в соответствии с целью, адресатом и условиями общения;</w:t>
      </w:r>
    </w:p>
    <w:p w14:paraId="38451A2F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участвует в диалоге и общей беседе;</w:t>
      </w:r>
    </w:p>
    <w:p w14:paraId="4E0A4D3F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соблюдает правила речевого поведения и речевого этикета;</w:t>
      </w:r>
    </w:p>
    <w:p w14:paraId="7C42515C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выражает и аргументирует собственное мнение в доступной форме;</w:t>
      </w:r>
    </w:p>
    <w:p w14:paraId="173830B5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строит устное монологическое высказывание на заданную тему;</w:t>
      </w:r>
    </w:p>
    <w:p w14:paraId="61B15403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понимает содержание прочитанного или прослушанного текста;</w:t>
      </w:r>
    </w:p>
    <w:p w14:paraId="6AF0E322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определяет тему и основную мысль текста;</w:t>
      </w:r>
    </w:p>
    <w:p w14:paraId="36468CB5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подбирает заголовок в соответствии с темой или основной мыслью;</w:t>
      </w:r>
    </w:p>
    <w:p w14:paraId="4B90D13F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определяет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частей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текста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0DB84165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делит текст на смысловые части;</w:t>
      </w:r>
    </w:p>
    <w:p w14:paraId="70B17B8E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составляет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простой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план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текста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63DDFBCE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восстанавливает нарушенную последовательность предложений и частей текста;</w:t>
      </w:r>
    </w:p>
    <w:p w14:paraId="56120C8A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различает текст-повествование, текст-описание и текст-рассуждение;</w:t>
      </w:r>
    </w:p>
    <w:p w14:paraId="0D77E9E5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наблюдает за языковыми средствами выразительности в художественном тексте;</w:t>
      </w:r>
    </w:p>
    <w:p w14:paraId="4C54AEE9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знаком с особенностями жанров объявления и письма;</w:t>
      </w:r>
    </w:p>
    <w:p w14:paraId="67C70DBD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подробно или выборочно передаёт содержание повествовательного текста в устной и письменной форме в соответствии с учебной задачей;</w:t>
      </w:r>
    </w:p>
    <w:p w14:paraId="5A66F77B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создаёт небольшие повествовательные, описательные тексты и тексты-рассуждения по заданной теме, рисунку, наблюдениям, вопросам или плану;</w:t>
      </w:r>
    </w:p>
    <w:p w14:paraId="3B311222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использует различные типы речи при создании собственных высказываний;</w:t>
      </w:r>
    </w:p>
    <w:p w14:paraId="64918422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45409">
        <w:rPr>
          <w:sz w:val="24"/>
          <w:szCs w:val="24"/>
          <w:lang w:val="es-ES" w:eastAsia="es-ES"/>
        </w:rPr>
        <w:t>редактирует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собственный</w:t>
      </w:r>
      <w:proofErr w:type="spellEnd"/>
      <w:r w:rsidRPr="00645409">
        <w:rPr>
          <w:sz w:val="24"/>
          <w:szCs w:val="24"/>
          <w:lang w:val="es-ES" w:eastAsia="es-ES"/>
        </w:rPr>
        <w:t xml:space="preserve"> </w:t>
      </w:r>
      <w:proofErr w:type="spellStart"/>
      <w:r w:rsidRPr="00645409">
        <w:rPr>
          <w:sz w:val="24"/>
          <w:szCs w:val="24"/>
          <w:lang w:val="es-ES" w:eastAsia="es-ES"/>
        </w:rPr>
        <w:t>текст</w:t>
      </w:r>
      <w:proofErr w:type="spellEnd"/>
      <w:r w:rsidRPr="00645409">
        <w:rPr>
          <w:sz w:val="24"/>
          <w:szCs w:val="24"/>
          <w:lang w:val="es-ES" w:eastAsia="es-ES"/>
        </w:rPr>
        <w:t>;</w:t>
      </w:r>
    </w:p>
    <w:p w14:paraId="3D86E7C4" w14:textId="77777777" w:rsidR="00645409" w:rsidRPr="00645409" w:rsidRDefault="00645409" w:rsidP="00645409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проверяет правильность, точность, последовательность и грамотность собственной письменной речи.</w:t>
      </w:r>
    </w:p>
    <w:p w14:paraId="7E12E810" w14:textId="77777777" w:rsidR="009A3929" w:rsidRPr="00645409" w:rsidRDefault="009A3929" w:rsidP="00645409">
      <w:pPr>
        <w:pStyle w:val="a5"/>
        <w:ind w:left="0" w:firstLine="720"/>
        <w:rPr>
          <w:i/>
        </w:rPr>
      </w:pPr>
    </w:p>
    <w:p w14:paraId="447AB347" w14:textId="77777777" w:rsidR="009A3929" w:rsidRPr="00645409" w:rsidRDefault="009A3929" w:rsidP="00645409">
      <w:pPr>
        <w:pStyle w:val="a5"/>
        <w:ind w:left="0" w:firstLine="720"/>
      </w:pPr>
    </w:p>
    <w:p w14:paraId="4D1F6C3E" w14:textId="7CB1A505" w:rsidR="00645409" w:rsidRPr="00645409" w:rsidRDefault="00645409" w:rsidP="00645409">
      <w:pPr>
        <w:pStyle w:val="a7"/>
        <w:widowControl/>
        <w:numPr>
          <w:ilvl w:val="0"/>
          <w:numId w:val="35"/>
        </w:numPr>
        <w:autoSpaceDE/>
        <w:autoSpaceDN/>
        <w:jc w:val="center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СОДЕРЖАНИЕ УЧЕБНОГО ПРЕДМЕТА «РУССКИЙ ЯЗЫК»</w:t>
      </w:r>
    </w:p>
    <w:p w14:paraId="645A7118" w14:textId="77777777" w:rsidR="00645409" w:rsidRPr="00645409" w:rsidRDefault="00645409" w:rsidP="00645409">
      <w:pPr>
        <w:pStyle w:val="a7"/>
        <w:widowControl/>
        <w:autoSpaceDE/>
        <w:autoSpaceDN/>
        <w:ind w:left="1080" w:firstLine="0"/>
        <w:rPr>
          <w:b/>
          <w:bCs/>
          <w:sz w:val="24"/>
          <w:szCs w:val="24"/>
          <w:lang w:eastAsia="es-ES"/>
        </w:rPr>
      </w:pPr>
    </w:p>
    <w:p w14:paraId="49886874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4.1. Общие сведения о языке</w:t>
      </w:r>
    </w:p>
    <w:p w14:paraId="111C137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Русский язык как государственный язык Российской Федерации. Русский язык как средство межнационального общения. Значение русского языка как средства общения и явления национальной культуры.</w:t>
      </w:r>
    </w:p>
    <w:p w14:paraId="7D248B1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языковыми единицами и закономерностями их употребления. Использование различных методов изучения языка: наблюдения, анализа, сравнения, классификации.</w:t>
      </w:r>
    </w:p>
    <w:p w14:paraId="7DF89B5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Осознание необходимости бережного и уважительного отношения к русскому языку как одной из духовно-нравственных ценностей российского народа.</w:t>
      </w:r>
    </w:p>
    <w:p w14:paraId="456B417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4.2. Фонетика и графика</w:t>
      </w:r>
    </w:p>
    <w:p w14:paraId="3EBBB11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Повторение и закрепление изученного в 1–2 классах.</w:t>
      </w:r>
    </w:p>
    <w:p w14:paraId="4184F1E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Звуки и буквы. Гласные и согласные звуки. Ударные и безударные гласные звуки. Согласные звуки: твёрдые и мягкие, звонкие и глухие. Парные и непарные согласные звуки.</w:t>
      </w:r>
    </w:p>
    <w:p w14:paraId="2440259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Установление соотношения звукового и буквенного состава слова.</w:t>
      </w:r>
    </w:p>
    <w:p w14:paraId="4BF0194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Функции букв </w:t>
      </w:r>
      <w:r w:rsidRPr="00645409">
        <w:rPr>
          <w:b/>
          <w:bCs/>
          <w:sz w:val="24"/>
          <w:szCs w:val="24"/>
          <w:lang w:eastAsia="es-ES"/>
        </w:rPr>
        <w:t>е, ё, ю, я</w:t>
      </w:r>
      <w:r w:rsidRPr="00645409">
        <w:rPr>
          <w:sz w:val="24"/>
          <w:szCs w:val="24"/>
          <w:lang w:eastAsia="es-ES"/>
        </w:rPr>
        <w:t>. Обозначение мягкости согласных звуков на письме. Разделительный мягкий знак. Разделительный твёрдый знак.</w:t>
      </w:r>
    </w:p>
    <w:p w14:paraId="5506B4C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Непроизносимые согласные в словах.</w:t>
      </w:r>
    </w:p>
    <w:p w14:paraId="7D52E78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proofErr w:type="gramStart"/>
      <w:r w:rsidRPr="00645409">
        <w:rPr>
          <w:sz w:val="24"/>
          <w:szCs w:val="24"/>
          <w:lang w:eastAsia="es-ES"/>
        </w:rPr>
        <w:t>Звуко-буквенный</w:t>
      </w:r>
      <w:proofErr w:type="gramEnd"/>
      <w:r w:rsidRPr="00645409">
        <w:rPr>
          <w:sz w:val="24"/>
          <w:szCs w:val="24"/>
          <w:lang w:eastAsia="es-ES"/>
        </w:rPr>
        <w:t xml:space="preserve"> анализ слова по предложенному алгоритму.</w:t>
      </w:r>
    </w:p>
    <w:p w14:paraId="7089E63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Алфавит. Использование алфавитного порядка при работе со словарями и справочными материалами.</w:t>
      </w:r>
    </w:p>
    <w:p w14:paraId="7551854C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4.3. Орфоэпия</w:t>
      </w:r>
    </w:p>
    <w:p w14:paraId="5373B32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Правильное произношение звуков и сочетаний звуков в словах.</w:t>
      </w:r>
    </w:p>
    <w:p w14:paraId="18AD242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Нормы произношения слов и постановки ударения в соответствии с изучаемым материалом.</w:t>
      </w:r>
    </w:p>
    <w:p w14:paraId="4550DA7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произношением слов, в которых возможно расхождение произношения и написания.</w:t>
      </w:r>
    </w:p>
    <w:p w14:paraId="49D9C91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Использование орфоэпического словаря для определения нормативного произношения и места ударения в слове.</w:t>
      </w:r>
    </w:p>
    <w:p w14:paraId="43046A98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4.4. Лексика</w:t>
      </w:r>
    </w:p>
    <w:p w14:paraId="1B7A30F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Лексическое значение слова. Определение значения слова по контексту и с помощью толкового словаря.</w:t>
      </w:r>
    </w:p>
    <w:p w14:paraId="39B6701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Однозначные и многозначные слова. Прямое и переносное значение слова.</w:t>
      </w:r>
    </w:p>
    <w:p w14:paraId="26F6165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Синонимы. Антонимы. Подбор синонимов и антонимов к словам разных частей речи.</w:t>
      </w:r>
    </w:p>
    <w:p w14:paraId="49C2E89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Омонимы: общее представление, наблюдение за их использованием в речи.</w:t>
      </w:r>
    </w:p>
    <w:p w14:paraId="5562719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Устаревшие слова: общее представление.</w:t>
      </w:r>
    </w:p>
    <w:p w14:paraId="3CAC0A7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Фразеологизмы: общее представление. Наблюдение за значением и употреблением фразеологизмов в речи.</w:t>
      </w:r>
    </w:p>
    <w:p w14:paraId="2F1B417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использованием различных лексических средств в тексте.</w:t>
      </w:r>
    </w:p>
    <w:p w14:paraId="43AA525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Выбор слов в соответствии с их значением и целью высказывания.</w:t>
      </w:r>
    </w:p>
    <w:p w14:paraId="78256F4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Работа с толковым словарём и другими учебными словарями.</w:t>
      </w:r>
    </w:p>
    <w:p w14:paraId="4F29EB6D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4.5. Состав слова (</w:t>
      </w:r>
      <w:proofErr w:type="spellStart"/>
      <w:r w:rsidRPr="00645409">
        <w:rPr>
          <w:b/>
          <w:bCs/>
          <w:sz w:val="24"/>
          <w:szCs w:val="24"/>
          <w:lang w:eastAsia="es-ES"/>
        </w:rPr>
        <w:t>морфемика</w:t>
      </w:r>
      <w:proofErr w:type="spellEnd"/>
      <w:r w:rsidRPr="00645409">
        <w:rPr>
          <w:b/>
          <w:bCs/>
          <w:sz w:val="24"/>
          <w:szCs w:val="24"/>
          <w:lang w:eastAsia="es-ES"/>
        </w:rPr>
        <w:t>)</w:t>
      </w:r>
    </w:p>
    <w:p w14:paraId="1639942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Корень, приставка, суффикс, окончание как значимые части слова. Основа слова.</w:t>
      </w:r>
    </w:p>
    <w:p w14:paraId="39F4A68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Окончание как изменяемая часть слова. Нулевое окончание.</w:t>
      </w:r>
    </w:p>
    <w:p w14:paraId="79A5828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Однокоренные слова и формы одного слова. Различение однокоренных слов и синонимов.</w:t>
      </w:r>
    </w:p>
    <w:p w14:paraId="5D8C533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Корень слова. Выделение корня в однокоренных словах.</w:t>
      </w:r>
    </w:p>
    <w:p w14:paraId="6B60982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Приставка как значимая часть слова. Наблюдение за ролью приставок в образовании слов и изменении их значения.</w:t>
      </w:r>
    </w:p>
    <w:p w14:paraId="73BAEF9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Суффикс как значимая часть слова. Наблюдение за ролью суффиксов в образовании слов и изменении их значения.</w:t>
      </w:r>
    </w:p>
    <w:p w14:paraId="6585FD1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Образование однокоренных слов с помощью приставок и суффиксов.</w:t>
      </w:r>
    </w:p>
    <w:p w14:paraId="604A829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Выделение в словах с однозначно выделяемыми морфемами корня, приставки, суффикса, окончания и основы.</w:t>
      </w:r>
    </w:p>
    <w:p w14:paraId="257FC52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Разбор слова по составу по предложенному алгоритму.</w:t>
      </w:r>
    </w:p>
    <w:p w14:paraId="31BB1FC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Использование знаний о составе слова при решении орфографических задач.</w:t>
      </w:r>
    </w:p>
    <w:p w14:paraId="72BF722E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4.6. Морфология</w:t>
      </w:r>
    </w:p>
    <w:p w14:paraId="358C3AD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Части речи как группы слов, имеющих общее значение, вопросы и грамматические признаки.</w:t>
      </w:r>
    </w:p>
    <w:p w14:paraId="5FB9DB6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Имя существительное</w:t>
      </w:r>
    </w:p>
    <w:p w14:paraId="782349C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Имя существительное как часть речи. Значение и употребление имён существительных в речи.</w:t>
      </w:r>
    </w:p>
    <w:p w14:paraId="7CD209B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Одушевлённые и неодушевлённые имена существительные.</w:t>
      </w:r>
    </w:p>
    <w:p w14:paraId="20CBBB2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Собственные и нарицательные имена существительные.</w:t>
      </w:r>
    </w:p>
    <w:p w14:paraId="42D6880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Число имён существительных. Имена существительные, имеющие форму только единственного или только множественного числа: наблюдение.</w:t>
      </w:r>
    </w:p>
    <w:p w14:paraId="3B2D405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Род имён существительных: мужской, женский, средний.</w:t>
      </w:r>
    </w:p>
    <w:p w14:paraId="520B4F7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Изменение имён существительных по падежам. Названия падежей. Определение падежа имени существительного.</w:t>
      </w:r>
    </w:p>
    <w:p w14:paraId="16F4184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Начальная форма имени существительного.</w:t>
      </w:r>
    </w:p>
    <w:p w14:paraId="2D53BD9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Мягкий знак после шипящих на конце имён существительных женского рода и его отсутствие у имён существительных мужского рода.</w:t>
      </w:r>
    </w:p>
    <w:p w14:paraId="009D68B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ролью имён существительных в предложении и тексте.</w:t>
      </w:r>
    </w:p>
    <w:p w14:paraId="31C69E3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Имя прилагательное</w:t>
      </w:r>
    </w:p>
    <w:p w14:paraId="2BB0F2E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Имя прилагательное как часть речи. Значение и употребление имён прилагательных в речи.</w:t>
      </w:r>
    </w:p>
    <w:p w14:paraId="3E64945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Связь имени прилагательного с именем существительным.</w:t>
      </w:r>
    </w:p>
    <w:p w14:paraId="339B200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Начальная форма имени прилагательного.</w:t>
      </w:r>
    </w:p>
    <w:p w14:paraId="6127EBC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Изменение имён прилагательных по родам и числам.</w:t>
      </w:r>
    </w:p>
    <w:p w14:paraId="538E1A1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изменением имён прилагательных по падежам.</w:t>
      </w:r>
    </w:p>
    <w:p w14:paraId="0D8B156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Согласование имени прилагательного с именем существительным.</w:t>
      </w:r>
    </w:p>
    <w:p w14:paraId="2BC0193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Роль имён прилагательных в речи. Использование имён прилагательных для более точного и выразительного описания предметов и явлений.</w:t>
      </w:r>
    </w:p>
    <w:p w14:paraId="0393E07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Глагол</w:t>
      </w:r>
    </w:p>
    <w:p w14:paraId="5B1729B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Глагол как часть речи. Значение и употребление глаголов в речи.</w:t>
      </w:r>
    </w:p>
    <w:p w14:paraId="22A9492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Начальная (неопределённая) форма глагола.</w:t>
      </w:r>
    </w:p>
    <w:p w14:paraId="5368ED1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Различение глаголов, отвечающих на вопросы «что делать?» и «что сделать?».</w:t>
      </w:r>
    </w:p>
    <w:p w14:paraId="7B5C1F2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Изменение глаголов по временам: настоящее, прошедшее, будущее время.</w:t>
      </w:r>
    </w:p>
    <w:p w14:paraId="182359C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Изменение глаголов по числам.</w:t>
      </w:r>
    </w:p>
    <w:p w14:paraId="1F372B7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Изменение глаголов прошедшего времени в единственном числе по родам.</w:t>
      </w:r>
    </w:p>
    <w:p w14:paraId="228A37D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Правописание частицы </w:t>
      </w:r>
      <w:r w:rsidRPr="00645409">
        <w:rPr>
          <w:b/>
          <w:bCs/>
          <w:sz w:val="24"/>
          <w:szCs w:val="24"/>
          <w:lang w:eastAsia="es-ES"/>
        </w:rPr>
        <w:t>не</w:t>
      </w:r>
      <w:r w:rsidRPr="00645409">
        <w:rPr>
          <w:sz w:val="24"/>
          <w:szCs w:val="24"/>
          <w:lang w:eastAsia="es-ES"/>
        </w:rPr>
        <w:t xml:space="preserve"> с глаголами.</w:t>
      </w:r>
    </w:p>
    <w:p w14:paraId="2B8DDA6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ролью глаголов в предложении и тексте.</w:t>
      </w:r>
    </w:p>
    <w:p w14:paraId="7C004EF9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Местоимение</w:t>
      </w:r>
    </w:p>
    <w:p w14:paraId="32E2911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Личные местоимения. Значение и употребление личных местоимений в речи.</w:t>
      </w:r>
    </w:p>
    <w:p w14:paraId="38E4986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Личные местоимения 1, 2 и 3-го лица единственного и множественного числа.</w:t>
      </w:r>
    </w:p>
    <w:p w14:paraId="34B6EBE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Род местоимений 3-го лица единственного числа.</w:t>
      </w:r>
    </w:p>
    <w:p w14:paraId="6885B46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Использование личных местоимений для устранения неоправданного повторения слов в тексте.</w:t>
      </w:r>
    </w:p>
    <w:p w14:paraId="6C66639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Имя числительное</w:t>
      </w:r>
    </w:p>
    <w:p w14:paraId="2F07EDC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Общее представление об имени числительном как части речи.</w:t>
      </w:r>
    </w:p>
    <w:p w14:paraId="5E39B53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Значение имён числительных.</w:t>
      </w:r>
    </w:p>
    <w:p w14:paraId="66EB167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Количественные и порядковые имена числительные: общее представление.</w:t>
      </w:r>
    </w:p>
    <w:p w14:paraId="63C8BDB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употреблением имён числительных в речи.</w:t>
      </w:r>
    </w:p>
    <w:p w14:paraId="27243A48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Служебные слова</w:t>
      </w:r>
    </w:p>
    <w:p w14:paraId="33DC933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Предлог. Отличие предлога от приставки.</w:t>
      </w:r>
    </w:p>
    <w:p w14:paraId="3009055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Раздельное написание предлогов со словами.</w:t>
      </w:r>
    </w:p>
    <w:p w14:paraId="651DC7D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Союзы </w:t>
      </w:r>
      <w:r w:rsidRPr="00645409">
        <w:rPr>
          <w:b/>
          <w:bCs/>
          <w:sz w:val="24"/>
          <w:szCs w:val="24"/>
          <w:lang w:eastAsia="es-ES"/>
        </w:rPr>
        <w:t>и, а, но</w:t>
      </w:r>
      <w:r w:rsidRPr="00645409">
        <w:rPr>
          <w:sz w:val="24"/>
          <w:szCs w:val="24"/>
          <w:lang w:eastAsia="es-ES"/>
        </w:rPr>
        <w:t>, их роль в предложении и тексте.</w:t>
      </w:r>
    </w:p>
    <w:p w14:paraId="4287A37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Частица </w:t>
      </w:r>
      <w:r w:rsidRPr="00645409">
        <w:rPr>
          <w:b/>
          <w:bCs/>
          <w:sz w:val="24"/>
          <w:szCs w:val="24"/>
          <w:lang w:eastAsia="es-ES"/>
        </w:rPr>
        <w:t>не</w:t>
      </w:r>
      <w:r w:rsidRPr="00645409">
        <w:rPr>
          <w:sz w:val="24"/>
          <w:szCs w:val="24"/>
          <w:lang w:eastAsia="es-ES"/>
        </w:rPr>
        <w:t>, её значение и употребление.</w:t>
      </w:r>
    </w:p>
    <w:p w14:paraId="689821AA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4.7. Синтаксис</w:t>
      </w:r>
    </w:p>
    <w:p w14:paraId="2F50717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Предложение как единица языка.</w:t>
      </w:r>
    </w:p>
    <w:p w14:paraId="3C1EB67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Виды предложений по цели высказывания: повествовательные, вопросительные, побудительные.</w:t>
      </w:r>
    </w:p>
    <w:p w14:paraId="014B600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Восклицательные и невосклицательные предложения.</w:t>
      </w:r>
    </w:p>
    <w:p w14:paraId="43AEDF9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Главные члены предложения: подлежащее и сказуемое.</w:t>
      </w:r>
    </w:p>
    <w:p w14:paraId="26C4FD9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Второстепенные члены предложения без деления на виды.</w:t>
      </w:r>
    </w:p>
    <w:p w14:paraId="6E41B60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Распространённые и нераспространённые предложения.</w:t>
      </w:r>
    </w:p>
    <w:p w14:paraId="69F1873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Связь слов в предложении. Установление связи между словами с помощью вопросов.</w:t>
      </w:r>
    </w:p>
    <w:p w14:paraId="71DCD38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Различение понятий «часть речи» и «член предложения».</w:t>
      </w:r>
    </w:p>
    <w:p w14:paraId="3FAC6CC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Словосочетание. Главное и зависимое слово в словосочетании. Установление связи слов в словосочетании с помощью вопроса.</w:t>
      </w:r>
    </w:p>
    <w:p w14:paraId="54D64D6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Выделение словосочетаний из предложения.</w:t>
      </w:r>
    </w:p>
    <w:p w14:paraId="3C65832D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Составление и преобразование предложений в соответствии с учебной задачей.</w:t>
      </w:r>
    </w:p>
    <w:p w14:paraId="1D6625C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Синтаксический анализ простого предложения в объёме изученного материала.</w:t>
      </w:r>
    </w:p>
    <w:p w14:paraId="72C2E667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4.8. Орфография и пунктуация</w:t>
      </w:r>
    </w:p>
    <w:p w14:paraId="3A0DEB5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Орфограмма. Распознавание изученных орфограмм в различных частях слова.</w:t>
      </w:r>
    </w:p>
    <w:p w14:paraId="430A2E1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Использование орфографического словаря для определения нормативного написания слов.</w:t>
      </w:r>
    </w:p>
    <w:p w14:paraId="7896044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Применение ранее изученных правил правописания.</w:t>
      </w:r>
    </w:p>
    <w:p w14:paraId="2E2E601F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проверяемых безударных гласных в корне слова.</w:t>
      </w:r>
    </w:p>
    <w:p w14:paraId="442A60C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непроверяемых безударных гласных в корне слова.</w:t>
      </w:r>
    </w:p>
    <w:p w14:paraId="28CE7746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парных по звонкости — глухости согласных в корне слова.</w:t>
      </w:r>
    </w:p>
    <w:p w14:paraId="13C283E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непроизносимых согласных в корне слова.</w:t>
      </w:r>
    </w:p>
    <w:p w14:paraId="284A4B9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слов с удвоенными согласными.</w:t>
      </w:r>
    </w:p>
    <w:p w14:paraId="4541EB0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Правописание разделительных </w:t>
      </w:r>
      <w:r w:rsidRPr="00645409">
        <w:rPr>
          <w:b/>
          <w:bCs/>
          <w:sz w:val="24"/>
          <w:szCs w:val="24"/>
          <w:lang w:eastAsia="es-ES"/>
        </w:rPr>
        <w:t>ь</w:t>
      </w:r>
      <w:r w:rsidRPr="00645409">
        <w:rPr>
          <w:sz w:val="24"/>
          <w:szCs w:val="24"/>
          <w:lang w:eastAsia="es-ES"/>
        </w:rPr>
        <w:t xml:space="preserve"> и </w:t>
      </w:r>
      <w:r w:rsidRPr="00645409">
        <w:rPr>
          <w:b/>
          <w:bCs/>
          <w:sz w:val="24"/>
          <w:szCs w:val="24"/>
          <w:lang w:eastAsia="es-ES"/>
        </w:rPr>
        <w:t>ъ</w:t>
      </w:r>
      <w:r w:rsidRPr="00645409">
        <w:rPr>
          <w:sz w:val="24"/>
          <w:szCs w:val="24"/>
          <w:lang w:eastAsia="es-ES"/>
        </w:rPr>
        <w:t>.</w:t>
      </w:r>
    </w:p>
    <w:p w14:paraId="0CE2D80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гласных и согласных в изученных приставках.</w:t>
      </w:r>
    </w:p>
    <w:p w14:paraId="7585F52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изученных суффиксов.</w:t>
      </w:r>
    </w:p>
    <w:p w14:paraId="2F1BDCD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мягкого знака после шипящих на конце имён существительных женского рода.</w:t>
      </w:r>
    </w:p>
    <w:p w14:paraId="5AF4437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Раздельное написание предлогов со словами. Различение предлогов и приставок.</w:t>
      </w:r>
    </w:p>
    <w:p w14:paraId="67CD869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Раздельное написание частицы </w:t>
      </w:r>
      <w:r w:rsidRPr="00645409">
        <w:rPr>
          <w:b/>
          <w:bCs/>
          <w:sz w:val="24"/>
          <w:szCs w:val="24"/>
          <w:lang w:eastAsia="es-ES"/>
        </w:rPr>
        <w:t>не</w:t>
      </w:r>
      <w:r w:rsidRPr="00645409">
        <w:rPr>
          <w:sz w:val="24"/>
          <w:szCs w:val="24"/>
          <w:lang w:eastAsia="es-ES"/>
        </w:rPr>
        <w:t xml:space="preserve"> с глаголами.</w:t>
      </w:r>
    </w:p>
    <w:p w14:paraId="52B0746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Правописание изученных окончаний имён существительных и имён прилагательных в пределах содержания программы.</w:t>
      </w:r>
    </w:p>
    <w:p w14:paraId="566EFD7E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Прописная буква в начале предложения и в именах собственных.</w:t>
      </w:r>
    </w:p>
    <w:p w14:paraId="7AFFB5B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Знаки препинания в конце предложения: точка, вопросительный и восклицательный знаки.</w:t>
      </w:r>
    </w:p>
    <w:p w14:paraId="3EEA4F3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Орфографический самоконтроль. Проверка написанного текста. Обнаружение и исправление орфографических и пунктуационных ошибок в пределах изученных правил.</w:t>
      </w:r>
    </w:p>
    <w:p w14:paraId="3DEE045D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4.9. Развитие речи</w:t>
      </w:r>
    </w:p>
    <w:p w14:paraId="6F2A48A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Речь как средство общения. Устная и письменная речь.</w:t>
      </w:r>
    </w:p>
    <w:p w14:paraId="443181C9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Ситуация речевого общения. Цель и адресат высказывания. Выбор языковых средств в соответствии с целью и условиями общения.</w:t>
      </w:r>
    </w:p>
    <w:p w14:paraId="3A4CDD80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Диалог. Участие в диалоге и общей беседе. Правила речевого поведения.</w:t>
      </w:r>
    </w:p>
    <w:p w14:paraId="31DA5D6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Монолог. Создание устного монологического высказывания на заданную тему.</w:t>
      </w:r>
    </w:p>
    <w:p w14:paraId="213E137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Нормы речевого этикета в различных ситуациях общения.</w:t>
      </w:r>
    </w:p>
    <w:p w14:paraId="657D3D94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Текст. Признаки текста. Смысловое единство предложений в тексте. Последовательность и связность предложений.</w:t>
      </w:r>
    </w:p>
    <w:p w14:paraId="10B03AF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Тема текста. Основная мысль текста.</w:t>
      </w:r>
    </w:p>
    <w:p w14:paraId="53D22A2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Заголовок текста. Соответствие заголовка теме или основной мысли.</w:t>
      </w:r>
    </w:p>
    <w:p w14:paraId="40A73A7C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Структура текста: начало, основная часть, заключение.</w:t>
      </w:r>
    </w:p>
    <w:p w14:paraId="6A7B829B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Абзац. Деление текста на смысловые части.</w:t>
      </w:r>
    </w:p>
    <w:p w14:paraId="1F4E732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План текста. Составление простого плана текста.</w:t>
      </w:r>
    </w:p>
    <w:p w14:paraId="1FA4D998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Типы текста: повествование, описание, рассуждение. Особенности их содержания и построения.</w:t>
      </w:r>
    </w:p>
    <w:p w14:paraId="123C4CB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Наблюдение за сочетанием различных типов речи в одном тексте.</w:t>
      </w:r>
    </w:p>
    <w:p w14:paraId="2E573683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Подробное и выборочное изложение содержания повествовательного текста в устной и письменной форме в соответствии с учебной задачей.</w:t>
      </w:r>
    </w:p>
    <w:p w14:paraId="62D2FE01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Создание небольших устных и письменных текстов по заданной теме, вопросам, плану, сюжетной картине, серии рисунков, наблюдениям и личному опыту.</w:t>
      </w:r>
    </w:p>
    <w:p w14:paraId="536751F7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Создание текстов-повествований, текстов-описаний и текстов-рассуждений.</w:t>
      </w:r>
    </w:p>
    <w:p w14:paraId="3DC0564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Знакомство с особенностями отдельных жанров письменной речи: письмо, объявление.</w:t>
      </w:r>
    </w:p>
    <w:p w14:paraId="16BA008A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Редактирование текста: восстановление последовательности предложений и частей текста, устранение неоправданных повторов, уточнение употребления слов.</w:t>
      </w:r>
    </w:p>
    <w:p w14:paraId="78B36A72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Проверка собственного текста с точки зрения его содержания, последовательности, речевого оформления, орфографической и пунктуационной правильности.</w:t>
      </w:r>
    </w:p>
    <w:p w14:paraId="1607A016" w14:textId="77777777" w:rsidR="00645409" w:rsidRPr="00645409" w:rsidRDefault="00645409" w:rsidP="0064540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5409">
        <w:rPr>
          <w:b/>
          <w:bCs/>
          <w:sz w:val="24"/>
          <w:szCs w:val="24"/>
          <w:lang w:eastAsia="es-ES"/>
        </w:rPr>
        <w:t>4.10. Основные виды учебной деятельности обучающихся</w:t>
      </w:r>
    </w:p>
    <w:p w14:paraId="3D952B75" w14:textId="77777777" w:rsidR="00645409" w:rsidRPr="00645409" w:rsidRDefault="00645409" w:rsidP="0064540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В процессе освоения содержания учебного предмета обучающиеся:</w:t>
      </w:r>
    </w:p>
    <w:p w14:paraId="1EB0FB93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наблюдают за языковыми единицами и явлениями, сравнивают, анализируют и классифицируют их; </w:t>
      </w:r>
    </w:p>
    <w:p w14:paraId="06B0089A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характеризуют звуки, слова, части речи, словосочетания и предложения по изученным признакам; </w:t>
      </w:r>
    </w:p>
    <w:p w14:paraId="2A46B963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выполняют </w:t>
      </w:r>
      <w:proofErr w:type="gramStart"/>
      <w:r w:rsidRPr="00645409">
        <w:rPr>
          <w:sz w:val="24"/>
          <w:szCs w:val="24"/>
          <w:lang w:eastAsia="es-ES"/>
        </w:rPr>
        <w:t>звуко-буквенный</w:t>
      </w:r>
      <w:proofErr w:type="gramEnd"/>
      <w:r w:rsidRPr="00645409">
        <w:rPr>
          <w:sz w:val="24"/>
          <w:szCs w:val="24"/>
          <w:lang w:eastAsia="es-ES"/>
        </w:rPr>
        <w:t xml:space="preserve">, морфемный, морфологический и синтаксический анализ в объёме содержания программы 3 класса; </w:t>
      </w:r>
    </w:p>
    <w:p w14:paraId="7642E2B4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моделируют структуру слова, словосочетания, предложения и текста; </w:t>
      </w:r>
    </w:p>
    <w:p w14:paraId="7F000820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устанавливают закономерности и формулируют выводы на основе наблюдений над языковым материалом; </w:t>
      </w:r>
    </w:p>
    <w:p w14:paraId="3F44B3D4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применяют изученные орфографические и пунктуационные правила; </w:t>
      </w:r>
    </w:p>
    <w:p w14:paraId="49B39DC3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решают орфографические задачи, выбирают способы проверки написания слов; </w:t>
      </w:r>
    </w:p>
    <w:p w14:paraId="0AB82234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пользуются орфографическим, орфоэпическим и толковым словарями; </w:t>
      </w:r>
    </w:p>
    <w:p w14:paraId="5504C8A1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списывают тексты, пишут под диктовку, выполняют различные виды письменных языковых заданий; </w:t>
      </w:r>
    </w:p>
    <w:p w14:paraId="3391BAFB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осуществляют самопроверку и редактирование написанного; </w:t>
      </w:r>
    </w:p>
    <w:p w14:paraId="78BEF7A3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читают и анализируют тексты различных типов; </w:t>
      </w:r>
    </w:p>
    <w:p w14:paraId="512F1ADB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определяют тему и основную мысль текста, выделяют его смысловые части, составляют план; </w:t>
      </w:r>
    </w:p>
    <w:p w14:paraId="17261A1B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создают устные и письменные высказывания различных типов; </w:t>
      </w:r>
    </w:p>
    <w:p w14:paraId="2BC4296B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пишут изложения и небольшие сочинения в соответствии с учебной задачей; </w:t>
      </w:r>
    </w:p>
    <w:p w14:paraId="1F75BCC6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участвуют в учебном диалоге, парной и групповой работе; </w:t>
      </w:r>
    </w:p>
    <w:p w14:paraId="02D7B5AD" w14:textId="77777777" w:rsidR="00645409" w:rsidRP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 xml:space="preserve">используют схемы, модели, таблицы, алгоритмы, словари и справочные материалы; </w:t>
      </w:r>
    </w:p>
    <w:p w14:paraId="286154BD" w14:textId="77777777" w:rsidR="00645409" w:rsidRDefault="00645409" w:rsidP="00645409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5409">
        <w:rPr>
          <w:sz w:val="24"/>
          <w:szCs w:val="24"/>
          <w:lang w:eastAsia="es-ES"/>
        </w:rPr>
        <w:t>осуществляют самоконтроль и корректируют результаты своей деятельности.</w:t>
      </w:r>
    </w:p>
    <w:p w14:paraId="2123F2C1" w14:textId="77777777" w:rsidR="00645409" w:rsidRPr="00645409" w:rsidRDefault="00645409" w:rsidP="0064540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5747DA53" w14:textId="77777777" w:rsidR="009A3929" w:rsidRDefault="009A3929">
      <w:pPr>
        <w:pStyle w:val="TableParagraph"/>
        <w:spacing w:line="228" w:lineRule="exact"/>
        <w:jc w:val="center"/>
        <w:rPr>
          <w:b/>
          <w:sz w:val="20"/>
        </w:rPr>
      </w:pPr>
    </w:p>
    <w:p w14:paraId="243CFBB0" w14:textId="77777777" w:rsidR="00E5366B" w:rsidRDefault="00E5366B" w:rsidP="00E5366B">
      <w:pPr>
        <w:jc w:val="center"/>
      </w:pPr>
      <w:r>
        <w:rPr>
          <w:b/>
          <w:sz w:val="24"/>
        </w:rPr>
        <w:t>Тематическое планирование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7540"/>
        <w:gridCol w:w="1499"/>
      </w:tblGrid>
      <w:tr w:rsidR="00E5366B" w:rsidRPr="002A25BB" w14:paraId="6BF1781C" w14:textId="77777777" w:rsidTr="0078209C">
        <w:trPr>
          <w:cantSplit/>
          <w:tblHeader/>
          <w:jc w:val="center"/>
        </w:trPr>
        <w:tc>
          <w:tcPr>
            <w:tcW w:w="1020" w:type="dxa"/>
            <w:vAlign w:val="center"/>
          </w:tcPr>
          <w:p w14:paraId="52904E67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540" w:type="dxa"/>
            <w:vAlign w:val="center"/>
          </w:tcPr>
          <w:p w14:paraId="051C997E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Разделы</w:t>
            </w:r>
          </w:p>
        </w:tc>
        <w:tc>
          <w:tcPr>
            <w:tcW w:w="1417" w:type="dxa"/>
            <w:vAlign w:val="center"/>
          </w:tcPr>
          <w:p w14:paraId="3539229C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Количество</w:t>
            </w:r>
            <w:r w:rsidRPr="002A25BB">
              <w:rPr>
                <w:b/>
                <w:sz w:val="24"/>
                <w:szCs w:val="24"/>
              </w:rPr>
              <w:br/>
              <w:t>часов</w:t>
            </w:r>
          </w:p>
        </w:tc>
      </w:tr>
      <w:tr w:rsidR="00E5366B" w:rsidRPr="002A25BB" w14:paraId="2B56D3B1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999C847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  <w:tc>
          <w:tcPr>
            <w:tcW w:w="7540" w:type="dxa"/>
            <w:vAlign w:val="center"/>
          </w:tcPr>
          <w:p w14:paraId="0BA51A3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1. Язык и речь (2 ч)</w:t>
            </w:r>
          </w:p>
        </w:tc>
        <w:tc>
          <w:tcPr>
            <w:tcW w:w="1417" w:type="dxa"/>
            <w:vAlign w:val="center"/>
          </w:tcPr>
          <w:p w14:paraId="57EC9D2E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0E5F3D97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D03E8F2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A0C55DE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Язык и речь</w:t>
            </w:r>
          </w:p>
        </w:tc>
        <w:tc>
          <w:tcPr>
            <w:tcW w:w="1417" w:type="dxa"/>
            <w:vAlign w:val="center"/>
          </w:tcPr>
          <w:p w14:paraId="26470A3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45CE8738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6CA956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  <w:tc>
          <w:tcPr>
            <w:tcW w:w="7540" w:type="dxa"/>
            <w:vAlign w:val="center"/>
          </w:tcPr>
          <w:p w14:paraId="54D1AE0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2. Текст. Предложение. Словосочетание (12 ч)</w:t>
            </w:r>
          </w:p>
        </w:tc>
        <w:tc>
          <w:tcPr>
            <w:tcW w:w="1417" w:type="dxa"/>
            <w:vAlign w:val="center"/>
          </w:tcPr>
          <w:p w14:paraId="0B0E7C98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43C7C79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F264B6F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1B289DDE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Текст</w:t>
            </w:r>
          </w:p>
        </w:tc>
        <w:tc>
          <w:tcPr>
            <w:tcW w:w="1417" w:type="dxa"/>
            <w:vAlign w:val="center"/>
          </w:tcPr>
          <w:p w14:paraId="003D1E80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</w:tr>
      <w:tr w:rsidR="00E5366B" w:rsidRPr="002A25BB" w14:paraId="57CF5E09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2413423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A7A1F18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Предложение</w:t>
            </w:r>
          </w:p>
        </w:tc>
        <w:tc>
          <w:tcPr>
            <w:tcW w:w="1417" w:type="dxa"/>
            <w:vAlign w:val="center"/>
          </w:tcPr>
          <w:p w14:paraId="3A07C9A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8</w:t>
            </w:r>
          </w:p>
        </w:tc>
      </w:tr>
      <w:tr w:rsidR="00E5366B" w:rsidRPr="002A25BB" w14:paraId="47B4F0B0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495767B8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932DFA0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Словосочетание</w:t>
            </w:r>
          </w:p>
        </w:tc>
        <w:tc>
          <w:tcPr>
            <w:tcW w:w="1417" w:type="dxa"/>
            <w:vAlign w:val="center"/>
          </w:tcPr>
          <w:p w14:paraId="6FB9D88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0CD728E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03825F97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  <w:tc>
          <w:tcPr>
            <w:tcW w:w="7540" w:type="dxa"/>
            <w:vAlign w:val="center"/>
          </w:tcPr>
          <w:p w14:paraId="3B99DA8E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3. Слово в языке и речи (18 ч)</w:t>
            </w:r>
          </w:p>
        </w:tc>
        <w:tc>
          <w:tcPr>
            <w:tcW w:w="1417" w:type="dxa"/>
            <w:vAlign w:val="center"/>
          </w:tcPr>
          <w:p w14:paraId="186243FE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44736630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54950FB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8B47AF5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1417" w:type="dxa"/>
            <w:vAlign w:val="center"/>
          </w:tcPr>
          <w:p w14:paraId="1EDDF7AD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093A3F0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A241E13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6A2822F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Слово и словосочетание</w:t>
            </w:r>
          </w:p>
        </w:tc>
        <w:tc>
          <w:tcPr>
            <w:tcW w:w="1417" w:type="dxa"/>
            <w:vAlign w:val="center"/>
          </w:tcPr>
          <w:p w14:paraId="5369499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6FBF3BAD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A913A27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070A3A3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Части речи</w:t>
            </w:r>
          </w:p>
        </w:tc>
        <w:tc>
          <w:tcPr>
            <w:tcW w:w="1417" w:type="dxa"/>
            <w:vAlign w:val="center"/>
          </w:tcPr>
          <w:p w14:paraId="0C428A45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601D89B7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661480C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D15B2ED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Однокоренные слова</w:t>
            </w:r>
          </w:p>
        </w:tc>
        <w:tc>
          <w:tcPr>
            <w:tcW w:w="1417" w:type="dxa"/>
            <w:vAlign w:val="center"/>
          </w:tcPr>
          <w:p w14:paraId="347DFB4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</w:tr>
      <w:tr w:rsidR="00E5366B" w:rsidRPr="002A25BB" w14:paraId="0D7B6328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83910CA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045F10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Слово и слог. Звуки и буквы</w:t>
            </w:r>
          </w:p>
        </w:tc>
        <w:tc>
          <w:tcPr>
            <w:tcW w:w="1417" w:type="dxa"/>
            <w:vAlign w:val="center"/>
          </w:tcPr>
          <w:p w14:paraId="463C2C4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6</w:t>
            </w:r>
          </w:p>
        </w:tc>
      </w:tr>
      <w:tr w:rsidR="00E5366B" w:rsidRPr="002A25BB" w14:paraId="40D66742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5197B45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4</w:t>
            </w:r>
          </w:p>
        </w:tc>
        <w:tc>
          <w:tcPr>
            <w:tcW w:w="7540" w:type="dxa"/>
            <w:vAlign w:val="center"/>
          </w:tcPr>
          <w:p w14:paraId="43ED8FD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4. Состав слова (17 ч)</w:t>
            </w:r>
          </w:p>
        </w:tc>
        <w:tc>
          <w:tcPr>
            <w:tcW w:w="1417" w:type="dxa"/>
            <w:vAlign w:val="center"/>
          </w:tcPr>
          <w:p w14:paraId="0BB52EF0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71CA87D4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C44200C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C8E5ABA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Корень слова</w:t>
            </w:r>
          </w:p>
        </w:tc>
        <w:tc>
          <w:tcPr>
            <w:tcW w:w="1417" w:type="dxa"/>
            <w:vAlign w:val="center"/>
          </w:tcPr>
          <w:p w14:paraId="5C3B80D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5E22C159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01C9B40D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20CF6B8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Формы слова. Окончание</w:t>
            </w:r>
          </w:p>
        </w:tc>
        <w:tc>
          <w:tcPr>
            <w:tcW w:w="1417" w:type="dxa"/>
            <w:vAlign w:val="center"/>
          </w:tcPr>
          <w:p w14:paraId="3661B9D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09B65518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6604A2C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670A67D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Приставка</w:t>
            </w:r>
          </w:p>
        </w:tc>
        <w:tc>
          <w:tcPr>
            <w:tcW w:w="1417" w:type="dxa"/>
            <w:vAlign w:val="center"/>
          </w:tcPr>
          <w:p w14:paraId="153E14F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400096E7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2EB30A4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03B5E2E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Суффикс</w:t>
            </w:r>
          </w:p>
        </w:tc>
        <w:tc>
          <w:tcPr>
            <w:tcW w:w="1417" w:type="dxa"/>
            <w:vAlign w:val="center"/>
          </w:tcPr>
          <w:p w14:paraId="73CDFA1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389CC31E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1AA05A4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2A749BC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Основа слова</w:t>
            </w:r>
          </w:p>
        </w:tc>
        <w:tc>
          <w:tcPr>
            <w:tcW w:w="1417" w:type="dxa"/>
            <w:vAlign w:val="center"/>
          </w:tcPr>
          <w:p w14:paraId="06C46D2B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4C7FEDD5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0F62E16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F52FA2E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Обобщение знаний о составе слова</w:t>
            </w:r>
          </w:p>
        </w:tc>
        <w:tc>
          <w:tcPr>
            <w:tcW w:w="1417" w:type="dxa"/>
            <w:vAlign w:val="center"/>
          </w:tcPr>
          <w:p w14:paraId="1D5477AD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47048EAD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2D3D0E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  <w:tc>
          <w:tcPr>
            <w:tcW w:w="7540" w:type="dxa"/>
            <w:vAlign w:val="center"/>
          </w:tcPr>
          <w:p w14:paraId="73013308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5. Правописание частей слова (29 ч)</w:t>
            </w:r>
          </w:p>
        </w:tc>
        <w:tc>
          <w:tcPr>
            <w:tcW w:w="1417" w:type="dxa"/>
            <w:vAlign w:val="center"/>
          </w:tcPr>
          <w:p w14:paraId="100FBE4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409F4B0E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4E2629C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4BEDB36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частей слова</w:t>
            </w:r>
          </w:p>
        </w:tc>
        <w:tc>
          <w:tcPr>
            <w:tcW w:w="1417" w:type="dxa"/>
            <w:vAlign w:val="center"/>
          </w:tcPr>
          <w:p w14:paraId="7907F06C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</w:tr>
      <w:tr w:rsidR="00E5366B" w:rsidRPr="002A25BB" w14:paraId="203EC50C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A0F409D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62E896B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слов с безударными гласными в корне</w:t>
            </w:r>
          </w:p>
        </w:tc>
        <w:tc>
          <w:tcPr>
            <w:tcW w:w="1417" w:type="dxa"/>
            <w:vAlign w:val="center"/>
          </w:tcPr>
          <w:p w14:paraId="725ACB8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3B04F559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31A3075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EC1BCD7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слов с глухими и звонкими согласными</w:t>
            </w:r>
          </w:p>
        </w:tc>
        <w:tc>
          <w:tcPr>
            <w:tcW w:w="1417" w:type="dxa"/>
            <w:vAlign w:val="center"/>
          </w:tcPr>
          <w:p w14:paraId="297650C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331CA683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48452D20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0E0FDA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слов с непроизносимыми согласными в корне</w:t>
            </w:r>
          </w:p>
        </w:tc>
        <w:tc>
          <w:tcPr>
            <w:tcW w:w="1417" w:type="dxa"/>
            <w:vAlign w:val="center"/>
          </w:tcPr>
          <w:p w14:paraId="726F4E5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7519B050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D2CB9D7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67E26D88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слов с удвоенными согласными</w:t>
            </w:r>
          </w:p>
        </w:tc>
        <w:tc>
          <w:tcPr>
            <w:tcW w:w="1417" w:type="dxa"/>
            <w:vAlign w:val="center"/>
          </w:tcPr>
          <w:p w14:paraId="7490E12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4</w:t>
            </w:r>
          </w:p>
        </w:tc>
      </w:tr>
      <w:tr w:rsidR="00E5366B" w:rsidRPr="002A25BB" w14:paraId="7EB79566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58DDAAE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E0B3B85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суффиксов и приставок</w:t>
            </w:r>
          </w:p>
        </w:tc>
        <w:tc>
          <w:tcPr>
            <w:tcW w:w="1417" w:type="dxa"/>
            <w:vAlign w:val="center"/>
          </w:tcPr>
          <w:p w14:paraId="6FF75653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51F72869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3EB75F2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B18A38C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приставок и предлогов</w:t>
            </w:r>
          </w:p>
        </w:tc>
        <w:tc>
          <w:tcPr>
            <w:tcW w:w="1417" w:type="dxa"/>
            <w:vAlign w:val="center"/>
          </w:tcPr>
          <w:p w14:paraId="5B471B8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10</w:t>
            </w:r>
          </w:p>
        </w:tc>
      </w:tr>
      <w:tr w:rsidR="00E5366B" w:rsidRPr="002A25BB" w14:paraId="1DAC62F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1D62A5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6</w:t>
            </w:r>
          </w:p>
        </w:tc>
        <w:tc>
          <w:tcPr>
            <w:tcW w:w="7540" w:type="dxa"/>
            <w:vAlign w:val="center"/>
          </w:tcPr>
          <w:p w14:paraId="602368E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6. Части речи (75 ч)</w:t>
            </w:r>
          </w:p>
        </w:tc>
        <w:tc>
          <w:tcPr>
            <w:tcW w:w="1417" w:type="dxa"/>
            <w:vAlign w:val="center"/>
          </w:tcPr>
          <w:p w14:paraId="497B63B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1EDEBB43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95DFD50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5CBE6DE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Что такое части речи</w:t>
            </w:r>
          </w:p>
        </w:tc>
        <w:tc>
          <w:tcPr>
            <w:tcW w:w="1417" w:type="dxa"/>
            <w:vAlign w:val="center"/>
          </w:tcPr>
          <w:p w14:paraId="1A648F6B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</w:tr>
      <w:tr w:rsidR="00E5366B" w:rsidRPr="002A25BB" w14:paraId="7A340906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1C2C670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0843B35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6. Имя существительное (30 ч)</w:t>
            </w:r>
          </w:p>
        </w:tc>
        <w:tc>
          <w:tcPr>
            <w:tcW w:w="1417" w:type="dxa"/>
            <w:vAlign w:val="center"/>
          </w:tcPr>
          <w:p w14:paraId="2845009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08F44725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94B3486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152AD093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  <w:vAlign w:val="center"/>
          </w:tcPr>
          <w:p w14:paraId="26904D5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6</w:t>
            </w:r>
          </w:p>
        </w:tc>
      </w:tr>
      <w:tr w:rsidR="00E5366B" w:rsidRPr="002A25BB" w14:paraId="630B2338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E5A1AEE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01C7D0B1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417" w:type="dxa"/>
            <w:vAlign w:val="center"/>
          </w:tcPr>
          <w:p w14:paraId="699DBA90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3C4D067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3D530452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4D983A0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Род имён существительных</w:t>
            </w:r>
          </w:p>
        </w:tc>
        <w:tc>
          <w:tcPr>
            <w:tcW w:w="1417" w:type="dxa"/>
            <w:vAlign w:val="center"/>
          </w:tcPr>
          <w:p w14:paraId="179B4FB1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6</w:t>
            </w:r>
          </w:p>
        </w:tc>
      </w:tr>
      <w:tr w:rsidR="00E5366B" w:rsidRPr="002A25BB" w14:paraId="54463DB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1FE539A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44DA409E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1417" w:type="dxa"/>
            <w:vAlign w:val="center"/>
          </w:tcPr>
          <w:p w14:paraId="03EDC90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16</w:t>
            </w:r>
          </w:p>
        </w:tc>
      </w:tr>
      <w:tr w:rsidR="00E5366B" w:rsidRPr="002A25BB" w14:paraId="50DA7A3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5BAF225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0FE84CA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7. Имя прилагательное (17 ч)</w:t>
            </w:r>
          </w:p>
        </w:tc>
        <w:tc>
          <w:tcPr>
            <w:tcW w:w="1417" w:type="dxa"/>
            <w:vAlign w:val="center"/>
          </w:tcPr>
          <w:p w14:paraId="5DD1B35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367F00F2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89010E8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9E58E90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  <w:vAlign w:val="center"/>
          </w:tcPr>
          <w:p w14:paraId="769B14EF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1ED523B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415421F3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3A73F8B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Род имён прилагательных</w:t>
            </w:r>
          </w:p>
        </w:tc>
        <w:tc>
          <w:tcPr>
            <w:tcW w:w="1417" w:type="dxa"/>
            <w:vAlign w:val="center"/>
          </w:tcPr>
          <w:p w14:paraId="523D904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5FF8C0AC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1C85CED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EA1DF71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Число имён прилагательных</w:t>
            </w:r>
          </w:p>
        </w:tc>
        <w:tc>
          <w:tcPr>
            <w:tcW w:w="1417" w:type="dxa"/>
            <w:vAlign w:val="center"/>
          </w:tcPr>
          <w:p w14:paraId="1305C8E5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4</w:t>
            </w:r>
          </w:p>
        </w:tc>
      </w:tr>
      <w:tr w:rsidR="00E5366B" w:rsidRPr="002A25BB" w14:paraId="6472B2E6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5046B43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593CEF1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Падеж имён прилагательных</w:t>
            </w:r>
          </w:p>
        </w:tc>
        <w:tc>
          <w:tcPr>
            <w:tcW w:w="1417" w:type="dxa"/>
            <w:vAlign w:val="center"/>
          </w:tcPr>
          <w:p w14:paraId="4276D91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4717275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F460B35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5D28A813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8. Местоимение (5 ч)</w:t>
            </w:r>
          </w:p>
        </w:tc>
        <w:tc>
          <w:tcPr>
            <w:tcW w:w="1417" w:type="dxa"/>
            <w:vAlign w:val="center"/>
          </w:tcPr>
          <w:p w14:paraId="7BC4C71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43F9CEA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5E4DB216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65B5E2A3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Личные местоимения</w:t>
            </w:r>
          </w:p>
        </w:tc>
        <w:tc>
          <w:tcPr>
            <w:tcW w:w="1417" w:type="dxa"/>
            <w:vAlign w:val="center"/>
          </w:tcPr>
          <w:p w14:paraId="0DC46F98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3672CAD1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17A55A7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D34D83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9. Глагол (22 ч)</w:t>
            </w:r>
          </w:p>
        </w:tc>
        <w:tc>
          <w:tcPr>
            <w:tcW w:w="1417" w:type="dxa"/>
            <w:vAlign w:val="center"/>
          </w:tcPr>
          <w:p w14:paraId="5F5762B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4152BC7C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6CDB8093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BE080A3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  <w:vAlign w:val="center"/>
          </w:tcPr>
          <w:p w14:paraId="2EB3C32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3</w:t>
            </w:r>
          </w:p>
        </w:tc>
      </w:tr>
      <w:tr w:rsidR="00E5366B" w:rsidRPr="002A25BB" w14:paraId="44B7EDD5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E15AA8E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403CC45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1417" w:type="dxa"/>
            <w:vAlign w:val="center"/>
          </w:tcPr>
          <w:p w14:paraId="7644B3F0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6E23EE32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5F2BD0BB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EF3734C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Число глаголов</w:t>
            </w:r>
          </w:p>
        </w:tc>
        <w:tc>
          <w:tcPr>
            <w:tcW w:w="1417" w:type="dxa"/>
            <w:vAlign w:val="center"/>
          </w:tcPr>
          <w:p w14:paraId="4C9AEA86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6D60639A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375D3FF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0A52C3C5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Времена глаголов</w:t>
            </w:r>
          </w:p>
        </w:tc>
        <w:tc>
          <w:tcPr>
            <w:tcW w:w="1417" w:type="dxa"/>
            <w:vAlign w:val="center"/>
          </w:tcPr>
          <w:p w14:paraId="242CFFDC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5</w:t>
            </w:r>
          </w:p>
        </w:tc>
      </w:tr>
      <w:tr w:rsidR="00E5366B" w:rsidRPr="002A25BB" w14:paraId="7D53D949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5D9EC21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4447818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1417" w:type="dxa"/>
            <w:vAlign w:val="center"/>
          </w:tcPr>
          <w:p w14:paraId="41BFFCD9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5B8BBF4B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4C3B82A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337CD370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Правописание частицы не с глаголами</w:t>
            </w:r>
          </w:p>
        </w:tc>
        <w:tc>
          <w:tcPr>
            <w:tcW w:w="1417" w:type="dxa"/>
            <w:vAlign w:val="center"/>
          </w:tcPr>
          <w:p w14:paraId="56C841A8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2</w:t>
            </w:r>
          </w:p>
        </w:tc>
      </w:tr>
      <w:tr w:rsidR="00E5366B" w:rsidRPr="002A25BB" w14:paraId="5997B9CF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1B36845A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15803DF3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417" w:type="dxa"/>
            <w:vAlign w:val="center"/>
          </w:tcPr>
          <w:p w14:paraId="73D5512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6</w:t>
            </w:r>
          </w:p>
        </w:tc>
      </w:tr>
      <w:tr w:rsidR="00E5366B" w:rsidRPr="002A25BB" w14:paraId="24C4D5E1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CC0164A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10</w:t>
            </w:r>
          </w:p>
        </w:tc>
        <w:tc>
          <w:tcPr>
            <w:tcW w:w="7540" w:type="dxa"/>
            <w:vAlign w:val="center"/>
          </w:tcPr>
          <w:p w14:paraId="6023D16C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Раздел № 10. Повторение (16 ч)</w:t>
            </w:r>
          </w:p>
        </w:tc>
        <w:tc>
          <w:tcPr>
            <w:tcW w:w="1417" w:type="dxa"/>
            <w:vAlign w:val="center"/>
          </w:tcPr>
          <w:p w14:paraId="59261372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</w:p>
        </w:tc>
      </w:tr>
      <w:tr w:rsidR="00E5366B" w:rsidRPr="002A25BB" w14:paraId="36B72BFF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E4DEDEF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7EADB174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Повторение и обобщение пройденного за год</w:t>
            </w:r>
          </w:p>
        </w:tc>
        <w:tc>
          <w:tcPr>
            <w:tcW w:w="1417" w:type="dxa"/>
            <w:vAlign w:val="center"/>
          </w:tcPr>
          <w:p w14:paraId="687DA1DB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16</w:t>
            </w:r>
          </w:p>
        </w:tc>
      </w:tr>
      <w:tr w:rsidR="00E5366B" w:rsidRPr="002A25BB" w14:paraId="0B05B5B0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2C1F9C85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11</w:t>
            </w:r>
          </w:p>
        </w:tc>
        <w:tc>
          <w:tcPr>
            <w:tcW w:w="7540" w:type="dxa"/>
            <w:vAlign w:val="center"/>
          </w:tcPr>
          <w:p w14:paraId="53C46DB6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Промежуточная аттестация. Диктант</w:t>
            </w:r>
          </w:p>
        </w:tc>
        <w:tc>
          <w:tcPr>
            <w:tcW w:w="1417" w:type="dxa"/>
            <w:vAlign w:val="center"/>
          </w:tcPr>
          <w:p w14:paraId="31B1BF54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sz w:val="24"/>
                <w:szCs w:val="24"/>
              </w:rPr>
              <w:t>1</w:t>
            </w:r>
          </w:p>
        </w:tc>
      </w:tr>
      <w:tr w:rsidR="00E5366B" w:rsidRPr="002A25BB" w14:paraId="583532BD" w14:textId="77777777" w:rsidTr="0078209C">
        <w:trPr>
          <w:cantSplit/>
          <w:jc w:val="center"/>
        </w:trPr>
        <w:tc>
          <w:tcPr>
            <w:tcW w:w="1020" w:type="dxa"/>
            <w:vAlign w:val="center"/>
          </w:tcPr>
          <w:p w14:paraId="7517CEF1" w14:textId="77777777" w:rsidR="00E5366B" w:rsidRPr="002A25BB" w:rsidRDefault="00E5366B" w:rsidP="0078209C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vAlign w:val="center"/>
          </w:tcPr>
          <w:p w14:paraId="2D6AE19F" w14:textId="77777777" w:rsidR="00E5366B" w:rsidRPr="002A25BB" w:rsidRDefault="00E5366B" w:rsidP="0078209C">
            <w:pPr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vAlign w:val="center"/>
          </w:tcPr>
          <w:p w14:paraId="785E6427" w14:textId="77777777" w:rsidR="00E5366B" w:rsidRPr="002A25BB" w:rsidRDefault="00E5366B" w:rsidP="0078209C">
            <w:pPr>
              <w:jc w:val="center"/>
              <w:rPr>
                <w:sz w:val="24"/>
                <w:szCs w:val="24"/>
              </w:rPr>
            </w:pPr>
            <w:r w:rsidRPr="002A25BB">
              <w:rPr>
                <w:b/>
                <w:sz w:val="24"/>
                <w:szCs w:val="24"/>
              </w:rPr>
              <w:t>170</w:t>
            </w:r>
          </w:p>
        </w:tc>
      </w:tr>
    </w:tbl>
    <w:p w14:paraId="0BE85F32" w14:textId="77777777" w:rsidR="00E5366B" w:rsidRDefault="00E5366B" w:rsidP="00E5366B"/>
    <w:p w14:paraId="5EEFFAD6" w14:textId="77777777" w:rsidR="00E5366B" w:rsidRDefault="00E5366B">
      <w:pPr>
        <w:pStyle w:val="TableParagraph"/>
        <w:spacing w:line="228" w:lineRule="exact"/>
        <w:jc w:val="center"/>
        <w:rPr>
          <w:b/>
          <w:sz w:val="20"/>
        </w:rPr>
        <w:sectPr w:rsidR="00E5366B">
          <w:footerReference w:type="default" r:id="rId7"/>
          <w:pgSz w:w="16840" w:h="11910" w:orient="landscape"/>
          <w:pgMar w:top="1100" w:right="566" w:bottom="1160" w:left="566" w:header="0" w:footer="926" w:gutter="0"/>
          <w:cols w:space="720"/>
        </w:sectPr>
      </w:pPr>
    </w:p>
    <w:p w14:paraId="17CABF51" w14:textId="77777777" w:rsidR="00E5366B" w:rsidRPr="00E5366B" w:rsidRDefault="00E5366B" w:rsidP="00E5366B">
      <w:pPr>
        <w:jc w:val="center"/>
        <w:rPr>
          <w:sz w:val="24"/>
          <w:szCs w:val="24"/>
        </w:rPr>
      </w:pPr>
      <w:r w:rsidRPr="00516872">
        <w:rPr>
          <w:b/>
          <w:sz w:val="24"/>
        </w:rPr>
        <w:t>КАЛЕНДАРНО-ТЕМАТИЧЕСКОЕ ПЛАНИРОВАНИЕ</w:t>
      </w:r>
      <w:r w:rsidRPr="00516872">
        <w:rPr>
          <w:b/>
          <w:sz w:val="24"/>
        </w:rPr>
        <w:br/>
      </w:r>
      <w:r w:rsidRPr="00E5366B">
        <w:rPr>
          <w:sz w:val="24"/>
          <w:szCs w:val="24"/>
        </w:rPr>
        <w:t>по учебному предмету «Русский язык», 3 класс</w:t>
      </w:r>
      <w:r w:rsidRPr="00E5366B">
        <w:rPr>
          <w:sz w:val="24"/>
          <w:szCs w:val="24"/>
        </w:rPr>
        <w:br/>
        <w:t>2026–2027 учебный год</w:t>
      </w:r>
      <w:r w:rsidRPr="00E5366B">
        <w:rPr>
          <w:sz w:val="24"/>
          <w:szCs w:val="24"/>
        </w:rPr>
        <w:br/>
        <w:t>170 часов (5 часов в неделю)</w:t>
      </w:r>
    </w:p>
    <w:p w14:paraId="581A5519" w14:textId="1E025E5B" w:rsidR="00E5366B" w:rsidRPr="00E5366B" w:rsidRDefault="00E5366B" w:rsidP="00E5366B">
      <w:pPr>
        <w:rPr>
          <w:sz w:val="24"/>
          <w:szCs w:val="24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1839"/>
        <w:gridCol w:w="3568"/>
        <w:gridCol w:w="2711"/>
        <w:gridCol w:w="3046"/>
        <w:gridCol w:w="2492"/>
        <w:gridCol w:w="1634"/>
      </w:tblGrid>
      <w:tr w:rsidR="00E5366B" w:rsidRPr="00E5366B" w14:paraId="776744F7" w14:textId="77777777" w:rsidTr="00E5366B">
        <w:trPr>
          <w:cantSplit/>
          <w:tblHeader/>
          <w:jc w:val="center"/>
        </w:trPr>
        <w:tc>
          <w:tcPr>
            <w:tcW w:w="516" w:type="dxa"/>
            <w:vAlign w:val="center"/>
          </w:tcPr>
          <w:p w14:paraId="053F95A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839" w:type="dxa"/>
            <w:vAlign w:val="center"/>
          </w:tcPr>
          <w:p w14:paraId="735CB48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568" w:type="dxa"/>
            <w:vAlign w:val="center"/>
          </w:tcPr>
          <w:p w14:paraId="46878EB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2711" w:type="dxa"/>
            <w:vAlign w:val="center"/>
          </w:tcPr>
          <w:p w14:paraId="597AE84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3046" w:type="dxa"/>
            <w:vAlign w:val="center"/>
          </w:tcPr>
          <w:p w14:paraId="5B2EF2C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Метапредметные результаты</w:t>
            </w:r>
          </w:p>
        </w:tc>
        <w:tc>
          <w:tcPr>
            <w:tcW w:w="2492" w:type="dxa"/>
            <w:vAlign w:val="center"/>
          </w:tcPr>
          <w:p w14:paraId="332441C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391" w:type="dxa"/>
            <w:vAlign w:val="center"/>
          </w:tcPr>
          <w:p w14:paraId="3F8BF5F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b/>
                <w:sz w:val="20"/>
                <w:szCs w:val="20"/>
              </w:rPr>
              <w:t>Домашнее задание</w:t>
            </w:r>
          </w:p>
        </w:tc>
      </w:tr>
      <w:tr w:rsidR="00E5366B" w:rsidRPr="00E5366B" w14:paraId="0A036C22" w14:textId="77777777" w:rsidTr="00E5366B">
        <w:trPr>
          <w:cantSplit/>
          <w:jc w:val="center"/>
        </w:trPr>
        <w:tc>
          <w:tcPr>
            <w:tcW w:w="516" w:type="dxa"/>
          </w:tcPr>
          <w:p w14:paraId="4FCDA1D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</w:t>
            </w:r>
          </w:p>
        </w:tc>
        <w:tc>
          <w:tcPr>
            <w:tcW w:w="1839" w:type="dxa"/>
          </w:tcPr>
          <w:p w14:paraId="1EC623A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Наша речь. Виды речи</w:t>
            </w:r>
          </w:p>
        </w:tc>
        <w:tc>
          <w:tcPr>
            <w:tcW w:w="3568" w:type="dxa"/>
          </w:tcPr>
          <w:p w14:paraId="325264C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1DF11F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465073F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177DA7D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01A74B6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Упр.№4, с.7.</w:t>
            </w:r>
          </w:p>
        </w:tc>
      </w:tr>
      <w:tr w:rsidR="00E5366B" w:rsidRPr="00E5366B" w14:paraId="40ECBBC9" w14:textId="77777777" w:rsidTr="00E5366B">
        <w:trPr>
          <w:cantSplit/>
          <w:jc w:val="center"/>
        </w:trPr>
        <w:tc>
          <w:tcPr>
            <w:tcW w:w="516" w:type="dxa"/>
          </w:tcPr>
          <w:p w14:paraId="4058080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</w:t>
            </w:r>
          </w:p>
        </w:tc>
        <w:tc>
          <w:tcPr>
            <w:tcW w:w="1839" w:type="dxa"/>
          </w:tcPr>
          <w:p w14:paraId="0C39CCC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Наш язык.</w:t>
            </w:r>
          </w:p>
        </w:tc>
        <w:tc>
          <w:tcPr>
            <w:tcW w:w="3568" w:type="dxa"/>
          </w:tcPr>
          <w:p w14:paraId="2072B03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6ADDE18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5D20D0F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4EFCF86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5FD6725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Упр.№9, с.9.</w:t>
            </w:r>
          </w:p>
        </w:tc>
      </w:tr>
      <w:tr w:rsidR="00E5366B" w:rsidRPr="00E5366B" w14:paraId="0A3F60A9" w14:textId="77777777" w:rsidTr="00E5366B">
        <w:trPr>
          <w:cantSplit/>
          <w:jc w:val="center"/>
        </w:trPr>
        <w:tc>
          <w:tcPr>
            <w:tcW w:w="516" w:type="dxa"/>
          </w:tcPr>
          <w:p w14:paraId="54ECDB7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</w:t>
            </w:r>
          </w:p>
        </w:tc>
        <w:tc>
          <w:tcPr>
            <w:tcW w:w="1839" w:type="dxa"/>
          </w:tcPr>
          <w:p w14:paraId="1DAD69E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Текст. Типы</w:t>
            </w:r>
          </w:p>
        </w:tc>
        <w:tc>
          <w:tcPr>
            <w:tcW w:w="3568" w:type="dxa"/>
          </w:tcPr>
          <w:p w14:paraId="20C5C4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5E15F17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0ADC4D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40930C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4646192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</w:t>
            </w:r>
          </w:p>
        </w:tc>
      </w:tr>
      <w:tr w:rsidR="00E5366B" w:rsidRPr="00E5366B" w14:paraId="05E5E245" w14:textId="77777777" w:rsidTr="00E5366B">
        <w:trPr>
          <w:cantSplit/>
          <w:jc w:val="center"/>
        </w:trPr>
        <w:tc>
          <w:tcPr>
            <w:tcW w:w="516" w:type="dxa"/>
          </w:tcPr>
          <w:p w14:paraId="3C6BDA0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</w:t>
            </w:r>
          </w:p>
        </w:tc>
        <w:tc>
          <w:tcPr>
            <w:tcW w:w="1839" w:type="dxa"/>
          </w:tcPr>
          <w:p w14:paraId="109940C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Предложение.</w:t>
            </w:r>
          </w:p>
        </w:tc>
        <w:tc>
          <w:tcPr>
            <w:tcW w:w="3568" w:type="dxa"/>
          </w:tcPr>
          <w:p w14:paraId="6257B9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5A7A634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243FA7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390FC4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772C9F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предложение на тему «Летним днём».</w:t>
            </w:r>
          </w:p>
        </w:tc>
      </w:tr>
      <w:tr w:rsidR="00E5366B" w:rsidRPr="00E5366B" w14:paraId="054308EF" w14:textId="77777777" w:rsidTr="00E5366B">
        <w:trPr>
          <w:cantSplit/>
          <w:jc w:val="center"/>
        </w:trPr>
        <w:tc>
          <w:tcPr>
            <w:tcW w:w="516" w:type="dxa"/>
          </w:tcPr>
          <w:p w14:paraId="5F26355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</w:t>
            </w:r>
          </w:p>
        </w:tc>
        <w:tc>
          <w:tcPr>
            <w:tcW w:w="1839" w:type="dxa"/>
          </w:tcPr>
          <w:p w14:paraId="57D89D3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Виды предложения по цели высказывания.</w:t>
            </w:r>
          </w:p>
        </w:tc>
        <w:tc>
          <w:tcPr>
            <w:tcW w:w="3568" w:type="dxa"/>
          </w:tcPr>
          <w:p w14:paraId="2C13848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03CFB7B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52C883D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717668B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4E7BFA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Упр.№26, с.20.</w:t>
            </w:r>
          </w:p>
        </w:tc>
      </w:tr>
      <w:tr w:rsidR="00E5366B" w:rsidRPr="00E5366B" w14:paraId="17FFC977" w14:textId="77777777" w:rsidTr="00E5366B">
        <w:trPr>
          <w:cantSplit/>
          <w:jc w:val="center"/>
        </w:trPr>
        <w:tc>
          <w:tcPr>
            <w:tcW w:w="516" w:type="dxa"/>
          </w:tcPr>
          <w:p w14:paraId="77BA6A6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</w:t>
            </w:r>
          </w:p>
        </w:tc>
        <w:tc>
          <w:tcPr>
            <w:tcW w:w="1839" w:type="dxa"/>
          </w:tcPr>
          <w:p w14:paraId="4591BAE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Виды предложения по интонации.</w:t>
            </w:r>
          </w:p>
        </w:tc>
        <w:tc>
          <w:tcPr>
            <w:tcW w:w="3568" w:type="dxa"/>
          </w:tcPr>
          <w:p w14:paraId="02BB17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5E738BE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11CB163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3720A2D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0DF556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Упр.№33, с.23.</w:t>
            </w:r>
          </w:p>
        </w:tc>
      </w:tr>
      <w:tr w:rsidR="00E5366B" w:rsidRPr="00E5366B" w14:paraId="41A80830" w14:textId="77777777" w:rsidTr="00E5366B">
        <w:trPr>
          <w:cantSplit/>
          <w:jc w:val="center"/>
        </w:trPr>
        <w:tc>
          <w:tcPr>
            <w:tcW w:w="516" w:type="dxa"/>
          </w:tcPr>
          <w:p w14:paraId="4AE0A83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</w:t>
            </w:r>
          </w:p>
        </w:tc>
        <w:tc>
          <w:tcPr>
            <w:tcW w:w="1839" w:type="dxa"/>
          </w:tcPr>
          <w:p w14:paraId="27A2BCA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Предложения с обращениями</w:t>
            </w:r>
          </w:p>
        </w:tc>
        <w:tc>
          <w:tcPr>
            <w:tcW w:w="3568" w:type="dxa"/>
          </w:tcPr>
          <w:p w14:paraId="292BDE4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12FB4FE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4E35A31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7ABE96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5C3A3F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Упр.№36, с.26.</w:t>
            </w:r>
          </w:p>
        </w:tc>
      </w:tr>
      <w:tr w:rsidR="00E5366B" w:rsidRPr="00E5366B" w14:paraId="7D2D9130" w14:textId="77777777" w:rsidTr="00E5366B">
        <w:trPr>
          <w:cantSplit/>
          <w:jc w:val="center"/>
        </w:trPr>
        <w:tc>
          <w:tcPr>
            <w:tcW w:w="516" w:type="dxa"/>
          </w:tcPr>
          <w:p w14:paraId="664EE73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</w:t>
            </w:r>
          </w:p>
        </w:tc>
        <w:tc>
          <w:tcPr>
            <w:tcW w:w="1839" w:type="dxa"/>
          </w:tcPr>
          <w:p w14:paraId="7C08F14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7E1D62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484E03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73E30A5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68101DA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2065D1C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</w:t>
            </w:r>
          </w:p>
        </w:tc>
      </w:tr>
      <w:tr w:rsidR="00E5366B" w:rsidRPr="00E5366B" w14:paraId="7EEBD555" w14:textId="77777777" w:rsidTr="00E5366B">
        <w:trPr>
          <w:cantSplit/>
          <w:jc w:val="center"/>
        </w:trPr>
        <w:tc>
          <w:tcPr>
            <w:tcW w:w="516" w:type="dxa"/>
          </w:tcPr>
          <w:p w14:paraId="5827CCB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</w:t>
            </w:r>
          </w:p>
        </w:tc>
        <w:tc>
          <w:tcPr>
            <w:tcW w:w="1839" w:type="dxa"/>
          </w:tcPr>
          <w:p w14:paraId="09E60A2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Главные и второстепенные члены предложения.</w:t>
            </w:r>
          </w:p>
        </w:tc>
        <w:tc>
          <w:tcPr>
            <w:tcW w:w="3568" w:type="dxa"/>
          </w:tcPr>
          <w:p w14:paraId="592093C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51D1D4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79CBFD6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21C50C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758809C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Упр.№41, с.28.</w:t>
            </w:r>
          </w:p>
        </w:tc>
      </w:tr>
      <w:tr w:rsidR="00E5366B" w:rsidRPr="00E5366B" w14:paraId="1A98E09D" w14:textId="77777777" w:rsidTr="00E5366B">
        <w:trPr>
          <w:cantSplit/>
          <w:jc w:val="center"/>
        </w:trPr>
        <w:tc>
          <w:tcPr>
            <w:tcW w:w="516" w:type="dxa"/>
          </w:tcPr>
          <w:p w14:paraId="3864070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</w:t>
            </w:r>
          </w:p>
        </w:tc>
        <w:tc>
          <w:tcPr>
            <w:tcW w:w="1839" w:type="dxa"/>
          </w:tcPr>
          <w:p w14:paraId="706D85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Главные и второстепенные члены предложения.</w:t>
            </w:r>
          </w:p>
        </w:tc>
        <w:tc>
          <w:tcPr>
            <w:tcW w:w="3568" w:type="dxa"/>
          </w:tcPr>
          <w:p w14:paraId="349C25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6567259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411A432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278E66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6AC820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Упр.№46, с.30.</w:t>
            </w:r>
          </w:p>
        </w:tc>
      </w:tr>
      <w:tr w:rsidR="00E5366B" w:rsidRPr="00E5366B" w14:paraId="77876A60" w14:textId="77777777" w:rsidTr="00E5366B">
        <w:trPr>
          <w:cantSplit/>
          <w:jc w:val="center"/>
        </w:trPr>
        <w:tc>
          <w:tcPr>
            <w:tcW w:w="516" w:type="dxa"/>
          </w:tcPr>
          <w:p w14:paraId="75EDAF5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</w:t>
            </w:r>
          </w:p>
        </w:tc>
        <w:tc>
          <w:tcPr>
            <w:tcW w:w="1839" w:type="dxa"/>
          </w:tcPr>
          <w:p w14:paraId="3A6C81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Простое и сложное предложение.</w:t>
            </w:r>
          </w:p>
        </w:tc>
        <w:tc>
          <w:tcPr>
            <w:tcW w:w="3568" w:type="dxa"/>
          </w:tcPr>
          <w:p w14:paraId="6FA9925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575FB08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0D04096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6EE89C0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2988934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Упр.№51, с.32.</w:t>
            </w:r>
          </w:p>
        </w:tc>
      </w:tr>
      <w:tr w:rsidR="00E5366B" w:rsidRPr="00E5366B" w14:paraId="630729A1" w14:textId="77777777" w:rsidTr="00E5366B">
        <w:trPr>
          <w:cantSplit/>
          <w:jc w:val="center"/>
        </w:trPr>
        <w:tc>
          <w:tcPr>
            <w:tcW w:w="516" w:type="dxa"/>
          </w:tcPr>
          <w:p w14:paraId="2108E5A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</w:t>
            </w:r>
          </w:p>
        </w:tc>
        <w:tc>
          <w:tcPr>
            <w:tcW w:w="1839" w:type="dxa"/>
          </w:tcPr>
          <w:p w14:paraId="6D6000F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Словосочетание.</w:t>
            </w:r>
          </w:p>
        </w:tc>
        <w:tc>
          <w:tcPr>
            <w:tcW w:w="3568" w:type="dxa"/>
          </w:tcPr>
          <w:p w14:paraId="17125C9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367640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719B2AE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68CA7AE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52E9810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Упр.№60, с.36.</w:t>
            </w:r>
          </w:p>
        </w:tc>
      </w:tr>
      <w:tr w:rsidR="00E5366B" w:rsidRPr="00E5366B" w14:paraId="31E3036E" w14:textId="77777777" w:rsidTr="00E5366B">
        <w:trPr>
          <w:cantSplit/>
          <w:jc w:val="center"/>
        </w:trPr>
        <w:tc>
          <w:tcPr>
            <w:tcW w:w="516" w:type="dxa"/>
          </w:tcPr>
          <w:p w14:paraId="24D4E1A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</w:t>
            </w:r>
          </w:p>
        </w:tc>
        <w:tc>
          <w:tcPr>
            <w:tcW w:w="1839" w:type="dxa"/>
          </w:tcPr>
          <w:p w14:paraId="15E187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Словосочетание.</w:t>
            </w:r>
          </w:p>
        </w:tc>
        <w:tc>
          <w:tcPr>
            <w:tcW w:w="3568" w:type="dxa"/>
          </w:tcPr>
          <w:p w14:paraId="080BBC7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4548EE8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19F382B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2DEA7FD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77CDEBF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Упр.№63, с.37.</w:t>
            </w:r>
          </w:p>
        </w:tc>
      </w:tr>
      <w:tr w:rsidR="00E5366B" w:rsidRPr="00E5366B" w14:paraId="6FE31311" w14:textId="77777777" w:rsidTr="00E5366B">
        <w:trPr>
          <w:cantSplit/>
          <w:jc w:val="center"/>
        </w:trPr>
        <w:tc>
          <w:tcPr>
            <w:tcW w:w="516" w:type="dxa"/>
          </w:tcPr>
          <w:p w14:paraId="6D07678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</w:t>
            </w:r>
          </w:p>
        </w:tc>
        <w:tc>
          <w:tcPr>
            <w:tcW w:w="1839" w:type="dxa"/>
          </w:tcPr>
          <w:p w14:paraId="501C8F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«Предложение».</w:t>
            </w:r>
          </w:p>
        </w:tc>
        <w:tc>
          <w:tcPr>
            <w:tcW w:w="3568" w:type="dxa"/>
          </w:tcPr>
          <w:p w14:paraId="72AE5E7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66B95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084FB9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7587AF1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DA5E22F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74A7E78D" w14:textId="77777777" w:rsidTr="00E5366B">
        <w:trPr>
          <w:cantSplit/>
          <w:jc w:val="center"/>
        </w:trPr>
        <w:tc>
          <w:tcPr>
            <w:tcW w:w="516" w:type="dxa"/>
          </w:tcPr>
          <w:p w14:paraId="755F65E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</w:t>
            </w:r>
          </w:p>
        </w:tc>
        <w:tc>
          <w:tcPr>
            <w:tcW w:w="1839" w:type="dxa"/>
          </w:tcPr>
          <w:p w14:paraId="67D4B94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Лексическое</w:t>
            </w:r>
          </w:p>
        </w:tc>
        <w:tc>
          <w:tcPr>
            <w:tcW w:w="3568" w:type="dxa"/>
          </w:tcPr>
          <w:p w14:paraId="66D42C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74C229C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7C8D3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4E691E4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C44561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Упр.№67, с.42.</w:t>
            </w:r>
          </w:p>
        </w:tc>
      </w:tr>
      <w:tr w:rsidR="00E5366B" w:rsidRPr="00E5366B" w14:paraId="4B4D254E" w14:textId="77777777" w:rsidTr="00E5366B">
        <w:trPr>
          <w:cantSplit/>
          <w:jc w:val="center"/>
        </w:trPr>
        <w:tc>
          <w:tcPr>
            <w:tcW w:w="516" w:type="dxa"/>
          </w:tcPr>
          <w:p w14:paraId="686B10B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</w:t>
            </w:r>
          </w:p>
        </w:tc>
        <w:tc>
          <w:tcPr>
            <w:tcW w:w="1839" w:type="dxa"/>
          </w:tcPr>
          <w:p w14:paraId="6E6C5BE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Синонимы и антонимы.</w:t>
            </w:r>
          </w:p>
        </w:tc>
        <w:tc>
          <w:tcPr>
            <w:tcW w:w="3568" w:type="dxa"/>
          </w:tcPr>
          <w:p w14:paraId="4E0E5B3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значение слова по контексту и словарю; сравнивает слова по значению; подбирает синонимы и антонимы; наблюдает за употреблением слов.</w:t>
            </w:r>
          </w:p>
        </w:tc>
        <w:tc>
          <w:tcPr>
            <w:tcW w:w="2711" w:type="dxa"/>
          </w:tcPr>
          <w:p w14:paraId="17CE7D7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лексическое значение слова; распознаёт изученные лексические группы; использует словари и выбирает слова с учётом задачи высказывания.</w:t>
            </w:r>
          </w:p>
        </w:tc>
        <w:tc>
          <w:tcPr>
            <w:tcW w:w="3046" w:type="dxa"/>
          </w:tcPr>
          <w:p w14:paraId="67AF027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и систематизирует информацию; сравнивает и классифицирует языковые единицы; формулирует выводы.</w:t>
            </w:r>
          </w:p>
        </w:tc>
        <w:tc>
          <w:tcPr>
            <w:tcW w:w="2492" w:type="dxa"/>
          </w:tcPr>
          <w:p w14:paraId="3FFE3B5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богатству русского языка; стремится к точности и выразительности речи.</w:t>
            </w:r>
          </w:p>
        </w:tc>
        <w:tc>
          <w:tcPr>
            <w:tcW w:w="1391" w:type="dxa"/>
          </w:tcPr>
          <w:p w14:paraId="6E3A3D4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Упр.№74, с.44.</w:t>
            </w:r>
          </w:p>
        </w:tc>
      </w:tr>
      <w:tr w:rsidR="00E5366B" w:rsidRPr="00E5366B" w14:paraId="031E0C2F" w14:textId="77777777" w:rsidTr="00E5366B">
        <w:trPr>
          <w:cantSplit/>
          <w:jc w:val="center"/>
        </w:trPr>
        <w:tc>
          <w:tcPr>
            <w:tcW w:w="516" w:type="dxa"/>
          </w:tcPr>
          <w:p w14:paraId="699D05D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17</w:t>
            </w:r>
          </w:p>
        </w:tc>
        <w:tc>
          <w:tcPr>
            <w:tcW w:w="1839" w:type="dxa"/>
          </w:tcPr>
          <w:p w14:paraId="47F4EC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Омонимы.</w:t>
            </w:r>
          </w:p>
        </w:tc>
        <w:tc>
          <w:tcPr>
            <w:tcW w:w="3568" w:type="dxa"/>
          </w:tcPr>
          <w:p w14:paraId="1A27B8A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значение слова по контексту и словарю; сравнивает слова по значению; подбирает синонимы и антонимы; наблюдает за употреблением слов.</w:t>
            </w:r>
          </w:p>
        </w:tc>
        <w:tc>
          <w:tcPr>
            <w:tcW w:w="2711" w:type="dxa"/>
          </w:tcPr>
          <w:p w14:paraId="00E4C84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лексическое значение слова; распознаёт изученные лексические группы; использует словари и выбирает слова с учётом задачи высказывания.</w:t>
            </w:r>
          </w:p>
        </w:tc>
        <w:tc>
          <w:tcPr>
            <w:tcW w:w="3046" w:type="dxa"/>
          </w:tcPr>
          <w:p w14:paraId="63E3EFD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и систематизирует информацию; сравнивает и классифицирует языковые единицы; формулирует выводы.</w:t>
            </w:r>
          </w:p>
        </w:tc>
        <w:tc>
          <w:tcPr>
            <w:tcW w:w="2492" w:type="dxa"/>
          </w:tcPr>
          <w:p w14:paraId="3A74A66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богатству русского языка; стремится к точности и выразительности речи.</w:t>
            </w:r>
          </w:p>
        </w:tc>
        <w:tc>
          <w:tcPr>
            <w:tcW w:w="1391" w:type="dxa"/>
          </w:tcPr>
          <w:p w14:paraId="7EF4744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Упр.№78, с.46.</w:t>
            </w:r>
          </w:p>
        </w:tc>
      </w:tr>
      <w:tr w:rsidR="00E5366B" w:rsidRPr="00E5366B" w14:paraId="6ABDBF65" w14:textId="77777777" w:rsidTr="00E5366B">
        <w:trPr>
          <w:cantSplit/>
          <w:jc w:val="center"/>
        </w:trPr>
        <w:tc>
          <w:tcPr>
            <w:tcW w:w="516" w:type="dxa"/>
          </w:tcPr>
          <w:p w14:paraId="32C61DB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18</w:t>
            </w:r>
          </w:p>
        </w:tc>
        <w:tc>
          <w:tcPr>
            <w:tcW w:w="1839" w:type="dxa"/>
          </w:tcPr>
          <w:p w14:paraId="756E1F7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Слово и словосочетание.</w:t>
            </w:r>
          </w:p>
        </w:tc>
        <w:tc>
          <w:tcPr>
            <w:tcW w:w="3568" w:type="dxa"/>
          </w:tcPr>
          <w:p w14:paraId="1CB9F4F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24F889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6DB8C87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64F011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694081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Упр.№82, с.48.</w:t>
            </w:r>
          </w:p>
        </w:tc>
      </w:tr>
      <w:tr w:rsidR="00E5366B" w:rsidRPr="00E5366B" w14:paraId="78592957" w14:textId="77777777" w:rsidTr="00E5366B">
        <w:trPr>
          <w:cantSplit/>
          <w:jc w:val="center"/>
        </w:trPr>
        <w:tc>
          <w:tcPr>
            <w:tcW w:w="516" w:type="dxa"/>
          </w:tcPr>
          <w:p w14:paraId="0C64651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19</w:t>
            </w:r>
          </w:p>
        </w:tc>
        <w:tc>
          <w:tcPr>
            <w:tcW w:w="1839" w:type="dxa"/>
          </w:tcPr>
          <w:p w14:paraId="02866C8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Фразеологизмы.</w:t>
            </w:r>
          </w:p>
        </w:tc>
        <w:tc>
          <w:tcPr>
            <w:tcW w:w="3568" w:type="dxa"/>
          </w:tcPr>
          <w:p w14:paraId="79FD92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значение слова по контексту и словарю; сравнивает слова по значению; подбирает синонимы и антонимы; наблюдает за употреблением слов.</w:t>
            </w:r>
          </w:p>
        </w:tc>
        <w:tc>
          <w:tcPr>
            <w:tcW w:w="2711" w:type="dxa"/>
          </w:tcPr>
          <w:p w14:paraId="0FEC884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лексическое значение слова; распознаёт изученные лексические группы; использует словари и выбирает слова с учётом задачи высказывания.</w:t>
            </w:r>
          </w:p>
        </w:tc>
        <w:tc>
          <w:tcPr>
            <w:tcW w:w="3046" w:type="dxa"/>
          </w:tcPr>
          <w:p w14:paraId="00345D1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и систематизирует информацию; сравнивает и классифицирует языковые единицы; формулирует выводы.</w:t>
            </w:r>
          </w:p>
        </w:tc>
        <w:tc>
          <w:tcPr>
            <w:tcW w:w="2492" w:type="dxa"/>
          </w:tcPr>
          <w:p w14:paraId="73E4F5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богатству русского языка; стремится к точности и выразительности речи.</w:t>
            </w:r>
          </w:p>
        </w:tc>
        <w:tc>
          <w:tcPr>
            <w:tcW w:w="1391" w:type="dxa"/>
          </w:tcPr>
          <w:p w14:paraId="1E95EAB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Упр.№87, с.50.</w:t>
            </w:r>
          </w:p>
        </w:tc>
      </w:tr>
      <w:tr w:rsidR="00E5366B" w:rsidRPr="00E5366B" w14:paraId="00CB2CF3" w14:textId="77777777" w:rsidTr="00E5366B">
        <w:trPr>
          <w:cantSplit/>
          <w:jc w:val="center"/>
        </w:trPr>
        <w:tc>
          <w:tcPr>
            <w:tcW w:w="516" w:type="dxa"/>
          </w:tcPr>
          <w:p w14:paraId="0F93F2C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20</w:t>
            </w:r>
          </w:p>
        </w:tc>
        <w:tc>
          <w:tcPr>
            <w:tcW w:w="1839" w:type="dxa"/>
          </w:tcPr>
          <w:p w14:paraId="39D5A6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44ECC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6E0C38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65DC254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498DE8A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2DC52FE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и записать 2 предложения </w:t>
            </w:r>
            <w:proofErr w:type="gramStart"/>
            <w:r w:rsidRPr="00E5366B">
              <w:rPr>
                <w:sz w:val="20"/>
                <w:szCs w:val="20"/>
              </w:rPr>
              <w:t>с фразеологизмам</w:t>
            </w:r>
            <w:proofErr w:type="gramEnd"/>
            <w:r w:rsidRPr="00E5366B">
              <w:rPr>
                <w:sz w:val="20"/>
                <w:szCs w:val="20"/>
              </w:rPr>
              <w:t xml:space="preserve"> и.</w:t>
            </w:r>
          </w:p>
        </w:tc>
      </w:tr>
      <w:tr w:rsidR="00E5366B" w:rsidRPr="00E5366B" w14:paraId="4341DE56" w14:textId="77777777" w:rsidTr="00E5366B">
        <w:trPr>
          <w:cantSplit/>
          <w:jc w:val="center"/>
        </w:trPr>
        <w:tc>
          <w:tcPr>
            <w:tcW w:w="516" w:type="dxa"/>
          </w:tcPr>
          <w:p w14:paraId="0D88281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21</w:t>
            </w:r>
          </w:p>
        </w:tc>
        <w:tc>
          <w:tcPr>
            <w:tcW w:w="1839" w:type="dxa"/>
          </w:tcPr>
          <w:p w14:paraId="3B75DA1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Части речи.</w:t>
            </w:r>
          </w:p>
        </w:tc>
        <w:tc>
          <w:tcPr>
            <w:tcW w:w="3568" w:type="dxa"/>
          </w:tcPr>
          <w:p w14:paraId="333C4F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BB0973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30A5BA0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60DE55F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F84587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Упр.№92, с.54.</w:t>
            </w:r>
          </w:p>
        </w:tc>
      </w:tr>
      <w:tr w:rsidR="00E5366B" w:rsidRPr="00E5366B" w14:paraId="1159F011" w14:textId="77777777" w:rsidTr="00E5366B">
        <w:trPr>
          <w:cantSplit/>
          <w:jc w:val="center"/>
        </w:trPr>
        <w:tc>
          <w:tcPr>
            <w:tcW w:w="516" w:type="dxa"/>
          </w:tcPr>
          <w:p w14:paraId="50FB69A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22</w:t>
            </w:r>
          </w:p>
        </w:tc>
        <w:tc>
          <w:tcPr>
            <w:tcW w:w="1839" w:type="dxa"/>
          </w:tcPr>
          <w:p w14:paraId="5811E2E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Имя существительное.</w:t>
            </w:r>
          </w:p>
        </w:tc>
        <w:tc>
          <w:tcPr>
            <w:tcW w:w="3568" w:type="dxa"/>
          </w:tcPr>
          <w:p w14:paraId="413B3FB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90924D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ED7AE5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3471B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4F9E1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Упр.№96, с.56.</w:t>
            </w:r>
          </w:p>
        </w:tc>
      </w:tr>
      <w:tr w:rsidR="00E5366B" w:rsidRPr="00E5366B" w14:paraId="0EA6D1CB" w14:textId="77777777" w:rsidTr="00E5366B">
        <w:trPr>
          <w:cantSplit/>
          <w:jc w:val="center"/>
        </w:trPr>
        <w:tc>
          <w:tcPr>
            <w:tcW w:w="516" w:type="dxa"/>
          </w:tcPr>
          <w:p w14:paraId="425B726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23</w:t>
            </w:r>
          </w:p>
        </w:tc>
        <w:tc>
          <w:tcPr>
            <w:tcW w:w="1839" w:type="dxa"/>
          </w:tcPr>
          <w:p w14:paraId="4941868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Имя прилагательное.</w:t>
            </w:r>
          </w:p>
        </w:tc>
        <w:tc>
          <w:tcPr>
            <w:tcW w:w="3568" w:type="dxa"/>
          </w:tcPr>
          <w:p w14:paraId="71D3CFF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5DD795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C85C7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34D82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5DDF2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Упр.№100, с.58.</w:t>
            </w:r>
          </w:p>
        </w:tc>
      </w:tr>
      <w:tr w:rsidR="00E5366B" w:rsidRPr="00E5366B" w14:paraId="058C6F43" w14:textId="77777777" w:rsidTr="00E5366B">
        <w:trPr>
          <w:cantSplit/>
          <w:jc w:val="center"/>
        </w:trPr>
        <w:tc>
          <w:tcPr>
            <w:tcW w:w="516" w:type="dxa"/>
          </w:tcPr>
          <w:p w14:paraId="30CB189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24</w:t>
            </w:r>
          </w:p>
        </w:tc>
        <w:tc>
          <w:tcPr>
            <w:tcW w:w="1839" w:type="dxa"/>
          </w:tcPr>
          <w:p w14:paraId="7A7B03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Глагол.</w:t>
            </w:r>
          </w:p>
        </w:tc>
        <w:tc>
          <w:tcPr>
            <w:tcW w:w="3568" w:type="dxa"/>
          </w:tcPr>
          <w:p w14:paraId="5C307A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4ADBB2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6954C7D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484151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B8B2EB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предложения, подчеркнуть главные члены.</w:t>
            </w:r>
          </w:p>
        </w:tc>
      </w:tr>
      <w:tr w:rsidR="00E5366B" w:rsidRPr="00E5366B" w14:paraId="11450CDC" w14:textId="77777777" w:rsidTr="00E5366B">
        <w:trPr>
          <w:cantSplit/>
          <w:jc w:val="center"/>
        </w:trPr>
        <w:tc>
          <w:tcPr>
            <w:tcW w:w="516" w:type="dxa"/>
          </w:tcPr>
          <w:p w14:paraId="7795211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25</w:t>
            </w:r>
          </w:p>
        </w:tc>
        <w:tc>
          <w:tcPr>
            <w:tcW w:w="1839" w:type="dxa"/>
          </w:tcPr>
          <w:p w14:paraId="2F22B78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имя числительное?</w:t>
            </w:r>
          </w:p>
        </w:tc>
        <w:tc>
          <w:tcPr>
            <w:tcW w:w="3568" w:type="dxa"/>
          </w:tcPr>
          <w:p w14:paraId="61E7D0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152FB38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620819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6BBF096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327A1A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Упр.№105, с.60.</w:t>
            </w:r>
          </w:p>
        </w:tc>
      </w:tr>
      <w:tr w:rsidR="00E5366B" w:rsidRPr="00E5366B" w14:paraId="003CD7F8" w14:textId="77777777" w:rsidTr="00E5366B">
        <w:trPr>
          <w:cantSplit/>
          <w:jc w:val="center"/>
        </w:trPr>
        <w:tc>
          <w:tcPr>
            <w:tcW w:w="516" w:type="dxa"/>
          </w:tcPr>
          <w:p w14:paraId="210AFBA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26</w:t>
            </w:r>
          </w:p>
        </w:tc>
        <w:tc>
          <w:tcPr>
            <w:tcW w:w="1839" w:type="dxa"/>
          </w:tcPr>
          <w:p w14:paraId="3D645A0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Однокоренные слова.</w:t>
            </w:r>
          </w:p>
        </w:tc>
        <w:tc>
          <w:tcPr>
            <w:tcW w:w="3568" w:type="dxa"/>
          </w:tcPr>
          <w:p w14:paraId="4DDEB92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7470E0C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296B4E0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149DAE4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064E2DB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Упр.№111, с.62.</w:t>
            </w:r>
          </w:p>
        </w:tc>
      </w:tr>
      <w:tr w:rsidR="00E5366B" w:rsidRPr="00E5366B" w14:paraId="4A424DA4" w14:textId="77777777" w:rsidTr="00E5366B">
        <w:trPr>
          <w:cantSplit/>
          <w:jc w:val="center"/>
        </w:trPr>
        <w:tc>
          <w:tcPr>
            <w:tcW w:w="516" w:type="dxa"/>
          </w:tcPr>
          <w:p w14:paraId="3935FCB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27</w:t>
            </w:r>
          </w:p>
        </w:tc>
        <w:tc>
          <w:tcPr>
            <w:tcW w:w="1839" w:type="dxa"/>
          </w:tcPr>
          <w:p w14:paraId="672BE39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Звуки и буквы. Гласные звуки.</w:t>
            </w:r>
          </w:p>
        </w:tc>
        <w:tc>
          <w:tcPr>
            <w:tcW w:w="3568" w:type="dxa"/>
          </w:tcPr>
          <w:p w14:paraId="19C74F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Характеризует звуки; устанавливает соотношение звуков и букв; выполняет </w:t>
            </w:r>
            <w:proofErr w:type="gramStart"/>
            <w:r w:rsidRPr="00E5366B">
              <w:rPr>
                <w:sz w:val="20"/>
                <w:szCs w:val="20"/>
              </w:rPr>
              <w:t>звуко-буквенный</w:t>
            </w:r>
            <w:proofErr w:type="gramEnd"/>
            <w:r w:rsidRPr="00E5366B">
              <w:rPr>
                <w:sz w:val="20"/>
                <w:szCs w:val="20"/>
              </w:rPr>
              <w:t xml:space="preserve"> анализ; применяет знания при письме.</w:t>
            </w:r>
          </w:p>
        </w:tc>
        <w:tc>
          <w:tcPr>
            <w:tcW w:w="2711" w:type="dxa"/>
          </w:tcPr>
          <w:p w14:paraId="0E5048C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Различает звуки и буквы; характеризует звуки по изученным признакам; выполняет </w:t>
            </w:r>
            <w:proofErr w:type="gramStart"/>
            <w:r w:rsidRPr="00E5366B">
              <w:rPr>
                <w:sz w:val="20"/>
                <w:szCs w:val="20"/>
              </w:rPr>
              <w:t>звуко-буквенный</w:t>
            </w:r>
            <w:proofErr w:type="gramEnd"/>
            <w:r w:rsidRPr="00E5366B">
              <w:rPr>
                <w:sz w:val="20"/>
                <w:szCs w:val="20"/>
              </w:rPr>
              <w:t xml:space="preserve"> анализ в объёме программы.</w:t>
            </w:r>
          </w:p>
        </w:tc>
        <w:tc>
          <w:tcPr>
            <w:tcW w:w="3046" w:type="dxa"/>
          </w:tcPr>
          <w:p w14:paraId="3904AC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алгоритм анализа; сравнивает и классифицирует; осуществляет самоконтроль.</w:t>
            </w:r>
          </w:p>
        </w:tc>
        <w:tc>
          <w:tcPr>
            <w:tcW w:w="2492" w:type="dxa"/>
          </w:tcPr>
          <w:p w14:paraId="034ED2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устройству языка; аккуратно выполняет письменные задания.</w:t>
            </w:r>
          </w:p>
        </w:tc>
        <w:tc>
          <w:tcPr>
            <w:tcW w:w="1391" w:type="dxa"/>
          </w:tcPr>
          <w:p w14:paraId="16FEDBC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Упр.№116, с.64.</w:t>
            </w:r>
          </w:p>
        </w:tc>
      </w:tr>
      <w:tr w:rsidR="00E5366B" w:rsidRPr="00E5366B" w14:paraId="7696D9DE" w14:textId="77777777" w:rsidTr="00E5366B">
        <w:trPr>
          <w:cantSplit/>
          <w:jc w:val="center"/>
        </w:trPr>
        <w:tc>
          <w:tcPr>
            <w:tcW w:w="516" w:type="dxa"/>
          </w:tcPr>
          <w:p w14:paraId="6CA9591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28</w:t>
            </w:r>
          </w:p>
        </w:tc>
        <w:tc>
          <w:tcPr>
            <w:tcW w:w="1839" w:type="dxa"/>
          </w:tcPr>
          <w:p w14:paraId="37CB3F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Звуки и буквы. Согласные звуки.</w:t>
            </w:r>
          </w:p>
        </w:tc>
        <w:tc>
          <w:tcPr>
            <w:tcW w:w="3568" w:type="dxa"/>
          </w:tcPr>
          <w:p w14:paraId="0B52555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70A10F9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6DE0395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4E05D4C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442C67C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Упр.№120, с.66.</w:t>
            </w:r>
          </w:p>
        </w:tc>
      </w:tr>
      <w:tr w:rsidR="00E5366B" w:rsidRPr="00E5366B" w14:paraId="1501928B" w14:textId="77777777" w:rsidTr="00E5366B">
        <w:trPr>
          <w:cantSplit/>
          <w:jc w:val="center"/>
        </w:trPr>
        <w:tc>
          <w:tcPr>
            <w:tcW w:w="516" w:type="dxa"/>
          </w:tcPr>
          <w:p w14:paraId="143114E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29</w:t>
            </w:r>
          </w:p>
        </w:tc>
        <w:tc>
          <w:tcPr>
            <w:tcW w:w="1839" w:type="dxa"/>
          </w:tcPr>
          <w:p w14:paraId="39FBDA7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Звонкие и глухие согласные звуки. Разделительный мягкий знак.</w:t>
            </w:r>
          </w:p>
        </w:tc>
        <w:tc>
          <w:tcPr>
            <w:tcW w:w="3568" w:type="dxa"/>
          </w:tcPr>
          <w:p w14:paraId="0DF95E2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329CC95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43E5E9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663C935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74A264C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Упр.№127, с.69.</w:t>
            </w:r>
          </w:p>
        </w:tc>
      </w:tr>
      <w:tr w:rsidR="00E5366B" w:rsidRPr="00E5366B" w14:paraId="176C3327" w14:textId="77777777" w:rsidTr="00E5366B">
        <w:trPr>
          <w:cantSplit/>
          <w:jc w:val="center"/>
        </w:trPr>
        <w:tc>
          <w:tcPr>
            <w:tcW w:w="516" w:type="dxa"/>
          </w:tcPr>
          <w:p w14:paraId="785FAD6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30</w:t>
            </w:r>
          </w:p>
        </w:tc>
        <w:tc>
          <w:tcPr>
            <w:tcW w:w="1839" w:type="dxa"/>
          </w:tcPr>
          <w:p w14:paraId="098BDFC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61562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0D6B47A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67A993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6F7A9C4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00B413E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5слов с разделительным мягким знаком и 5 слов с ь, показателем мягкости согласного.</w:t>
            </w:r>
          </w:p>
        </w:tc>
      </w:tr>
      <w:tr w:rsidR="00E5366B" w:rsidRPr="00E5366B" w14:paraId="2F289CE1" w14:textId="77777777" w:rsidTr="00E5366B">
        <w:trPr>
          <w:cantSplit/>
          <w:jc w:val="center"/>
        </w:trPr>
        <w:tc>
          <w:tcPr>
            <w:tcW w:w="516" w:type="dxa"/>
          </w:tcPr>
          <w:p w14:paraId="2CF3156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31</w:t>
            </w:r>
          </w:p>
        </w:tc>
        <w:tc>
          <w:tcPr>
            <w:tcW w:w="1839" w:type="dxa"/>
          </w:tcPr>
          <w:p w14:paraId="04897C5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и закрепление изученного. Проект «Рассказ о слове».</w:t>
            </w:r>
          </w:p>
        </w:tc>
        <w:tc>
          <w:tcPr>
            <w:tcW w:w="3568" w:type="dxa"/>
          </w:tcPr>
          <w:p w14:paraId="29738B8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50BC968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6DE822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7D74326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46B1D44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Подготовить проект по теме «Рассказ о слове».</w:t>
            </w:r>
          </w:p>
        </w:tc>
      </w:tr>
      <w:tr w:rsidR="00E5366B" w:rsidRPr="00E5366B" w14:paraId="682A9BE6" w14:textId="77777777" w:rsidTr="00E5366B">
        <w:trPr>
          <w:cantSplit/>
          <w:jc w:val="center"/>
        </w:trPr>
        <w:tc>
          <w:tcPr>
            <w:tcW w:w="516" w:type="dxa"/>
          </w:tcPr>
          <w:p w14:paraId="4417205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32</w:t>
            </w:r>
          </w:p>
        </w:tc>
        <w:tc>
          <w:tcPr>
            <w:tcW w:w="1839" w:type="dxa"/>
          </w:tcPr>
          <w:p w14:paraId="46411AE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«Слово в языке и речи».</w:t>
            </w:r>
          </w:p>
        </w:tc>
        <w:tc>
          <w:tcPr>
            <w:tcW w:w="3568" w:type="dxa"/>
          </w:tcPr>
          <w:p w14:paraId="4AB0D8B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7D76E06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48C069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AE6B9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6D7998E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04983406" w14:textId="77777777" w:rsidTr="00E5366B">
        <w:trPr>
          <w:cantSplit/>
          <w:jc w:val="center"/>
        </w:trPr>
        <w:tc>
          <w:tcPr>
            <w:tcW w:w="516" w:type="dxa"/>
          </w:tcPr>
          <w:p w14:paraId="45ABB30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33</w:t>
            </w:r>
          </w:p>
        </w:tc>
        <w:tc>
          <w:tcPr>
            <w:tcW w:w="1839" w:type="dxa"/>
          </w:tcPr>
          <w:p w14:paraId="6700D4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Что такое корень слова?</w:t>
            </w:r>
          </w:p>
        </w:tc>
        <w:tc>
          <w:tcPr>
            <w:tcW w:w="3568" w:type="dxa"/>
          </w:tcPr>
          <w:p w14:paraId="25D80BF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6C4F480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388C5F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7C26B2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3ECE1F6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однокоренные слова с корнем мор, гор.</w:t>
            </w:r>
          </w:p>
        </w:tc>
      </w:tr>
      <w:tr w:rsidR="00E5366B" w:rsidRPr="00E5366B" w14:paraId="6835ECA8" w14:textId="77777777" w:rsidTr="00E5366B">
        <w:trPr>
          <w:cantSplit/>
          <w:jc w:val="center"/>
        </w:trPr>
        <w:tc>
          <w:tcPr>
            <w:tcW w:w="516" w:type="dxa"/>
          </w:tcPr>
          <w:p w14:paraId="5E10901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34</w:t>
            </w:r>
          </w:p>
        </w:tc>
        <w:tc>
          <w:tcPr>
            <w:tcW w:w="1839" w:type="dxa"/>
          </w:tcPr>
          <w:p w14:paraId="3C7487E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Как найти в слове корень?</w:t>
            </w:r>
          </w:p>
        </w:tc>
        <w:tc>
          <w:tcPr>
            <w:tcW w:w="3568" w:type="dxa"/>
          </w:tcPr>
          <w:p w14:paraId="5D8DFE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2B7801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35E871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315BF4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711C5D5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однокоренные слова с корнем лес, дом.</w:t>
            </w:r>
          </w:p>
        </w:tc>
      </w:tr>
      <w:tr w:rsidR="00E5366B" w:rsidRPr="00E5366B" w14:paraId="46AC6313" w14:textId="77777777" w:rsidTr="00E5366B">
        <w:trPr>
          <w:cantSplit/>
          <w:jc w:val="center"/>
        </w:trPr>
        <w:tc>
          <w:tcPr>
            <w:tcW w:w="516" w:type="dxa"/>
          </w:tcPr>
          <w:p w14:paraId="77C4D44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35</w:t>
            </w:r>
          </w:p>
        </w:tc>
        <w:tc>
          <w:tcPr>
            <w:tcW w:w="1839" w:type="dxa"/>
          </w:tcPr>
          <w:p w14:paraId="550F98A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Сложные слова.</w:t>
            </w:r>
          </w:p>
        </w:tc>
        <w:tc>
          <w:tcPr>
            <w:tcW w:w="3568" w:type="dxa"/>
          </w:tcPr>
          <w:p w14:paraId="526127B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743EB0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240F212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7377643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13628C4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Упр.№141, с.78.</w:t>
            </w:r>
          </w:p>
        </w:tc>
      </w:tr>
      <w:tr w:rsidR="00E5366B" w:rsidRPr="00E5366B" w14:paraId="0C4AA5B5" w14:textId="77777777" w:rsidTr="00E5366B">
        <w:trPr>
          <w:cantSplit/>
          <w:jc w:val="center"/>
        </w:trPr>
        <w:tc>
          <w:tcPr>
            <w:tcW w:w="516" w:type="dxa"/>
          </w:tcPr>
          <w:p w14:paraId="5E619D3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36</w:t>
            </w:r>
          </w:p>
        </w:tc>
        <w:tc>
          <w:tcPr>
            <w:tcW w:w="1839" w:type="dxa"/>
          </w:tcPr>
          <w:p w14:paraId="61D9A5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окончание? Как найти в слове окончание?</w:t>
            </w:r>
          </w:p>
        </w:tc>
        <w:tc>
          <w:tcPr>
            <w:tcW w:w="3568" w:type="dxa"/>
          </w:tcPr>
          <w:p w14:paraId="75A705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2383AA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0D2ED64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58DEDC6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57C3C4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Упр.№146, с.81.</w:t>
            </w:r>
          </w:p>
        </w:tc>
      </w:tr>
      <w:tr w:rsidR="00E5366B" w:rsidRPr="00E5366B" w14:paraId="077FEB6F" w14:textId="77777777" w:rsidTr="00E5366B">
        <w:trPr>
          <w:cantSplit/>
          <w:jc w:val="center"/>
        </w:trPr>
        <w:tc>
          <w:tcPr>
            <w:tcW w:w="516" w:type="dxa"/>
          </w:tcPr>
          <w:p w14:paraId="26C3C7A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37</w:t>
            </w:r>
          </w:p>
        </w:tc>
        <w:tc>
          <w:tcPr>
            <w:tcW w:w="1839" w:type="dxa"/>
          </w:tcPr>
          <w:p w14:paraId="3FD0172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окончание? Как найти в слове окончание?</w:t>
            </w:r>
          </w:p>
        </w:tc>
        <w:tc>
          <w:tcPr>
            <w:tcW w:w="3568" w:type="dxa"/>
          </w:tcPr>
          <w:p w14:paraId="2D1535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21A5921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67E1F2D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622DF9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3AEF403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Упр.№152, с.83.</w:t>
            </w:r>
          </w:p>
        </w:tc>
      </w:tr>
      <w:tr w:rsidR="00E5366B" w:rsidRPr="00E5366B" w14:paraId="35836495" w14:textId="77777777" w:rsidTr="00E5366B">
        <w:trPr>
          <w:cantSplit/>
          <w:jc w:val="center"/>
        </w:trPr>
        <w:tc>
          <w:tcPr>
            <w:tcW w:w="516" w:type="dxa"/>
          </w:tcPr>
          <w:p w14:paraId="5177A63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38</w:t>
            </w:r>
          </w:p>
        </w:tc>
        <w:tc>
          <w:tcPr>
            <w:tcW w:w="1839" w:type="dxa"/>
          </w:tcPr>
          <w:p w14:paraId="762F67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Итоговая контрольная работа за I четверть.</w:t>
            </w:r>
          </w:p>
        </w:tc>
        <w:tc>
          <w:tcPr>
            <w:tcW w:w="3568" w:type="dxa"/>
          </w:tcPr>
          <w:p w14:paraId="139D322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1099D4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786F17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58F2BF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975567A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04C6AFE8" w14:textId="77777777" w:rsidTr="00E5366B">
        <w:trPr>
          <w:cantSplit/>
          <w:jc w:val="center"/>
        </w:trPr>
        <w:tc>
          <w:tcPr>
            <w:tcW w:w="516" w:type="dxa"/>
          </w:tcPr>
          <w:p w14:paraId="0CB66EF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39</w:t>
            </w:r>
          </w:p>
        </w:tc>
        <w:tc>
          <w:tcPr>
            <w:tcW w:w="1839" w:type="dxa"/>
          </w:tcPr>
          <w:p w14:paraId="4DCAB99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3568" w:type="dxa"/>
          </w:tcPr>
          <w:p w14:paraId="753FA0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4F7F1F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70982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22E3C51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02C96F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Подготовить проект по теме «Семья слов».</w:t>
            </w:r>
          </w:p>
        </w:tc>
      </w:tr>
      <w:tr w:rsidR="00E5366B" w:rsidRPr="00E5366B" w14:paraId="4EAEC659" w14:textId="77777777" w:rsidTr="00E5366B">
        <w:trPr>
          <w:cantSplit/>
          <w:jc w:val="center"/>
        </w:trPr>
        <w:tc>
          <w:tcPr>
            <w:tcW w:w="516" w:type="dxa"/>
          </w:tcPr>
          <w:p w14:paraId="5557122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40</w:t>
            </w:r>
          </w:p>
        </w:tc>
        <w:tc>
          <w:tcPr>
            <w:tcW w:w="1839" w:type="dxa"/>
          </w:tcPr>
          <w:p w14:paraId="0861305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приставка? Как найти в слове приставку?</w:t>
            </w:r>
          </w:p>
        </w:tc>
        <w:tc>
          <w:tcPr>
            <w:tcW w:w="3568" w:type="dxa"/>
          </w:tcPr>
          <w:p w14:paraId="138848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6E5820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45EBAB2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7D10CFB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51CA08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глаголами с приставками.</w:t>
            </w:r>
          </w:p>
        </w:tc>
      </w:tr>
      <w:tr w:rsidR="00E5366B" w:rsidRPr="00E5366B" w14:paraId="6D7E4E53" w14:textId="77777777" w:rsidTr="00E5366B">
        <w:trPr>
          <w:cantSplit/>
          <w:jc w:val="center"/>
        </w:trPr>
        <w:tc>
          <w:tcPr>
            <w:tcW w:w="516" w:type="dxa"/>
          </w:tcPr>
          <w:p w14:paraId="21FC2EE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41</w:t>
            </w:r>
          </w:p>
        </w:tc>
        <w:tc>
          <w:tcPr>
            <w:tcW w:w="1839" w:type="dxa"/>
          </w:tcPr>
          <w:p w14:paraId="629F52D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Значения приставок</w:t>
            </w:r>
          </w:p>
        </w:tc>
        <w:tc>
          <w:tcPr>
            <w:tcW w:w="3568" w:type="dxa"/>
          </w:tcPr>
          <w:p w14:paraId="1538F70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456A0FA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10E83F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38E87BE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11470B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Упр.№163, с.88.</w:t>
            </w:r>
          </w:p>
        </w:tc>
      </w:tr>
      <w:tr w:rsidR="00E5366B" w:rsidRPr="00E5366B" w14:paraId="75F8453E" w14:textId="77777777" w:rsidTr="00E5366B">
        <w:trPr>
          <w:cantSplit/>
          <w:jc w:val="center"/>
        </w:trPr>
        <w:tc>
          <w:tcPr>
            <w:tcW w:w="516" w:type="dxa"/>
          </w:tcPr>
          <w:p w14:paraId="218FB6F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42</w:t>
            </w:r>
          </w:p>
        </w:tc>
        <w:tc>
          <w:tcPr>
            <w:tcW w:w="1839" w:type="dxa"/>
          </w:tcPr>
          <w:p w14:paraId="216C1D6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суффикс? Как найти в слове суффикс?</w:t>
            </w:r>
          </w:p>
        </w:tc>
        <w:tc>
          <w:tcPr>
            <w:tcW w:w="3568" w:type="dxa"/>
          </w:tcPr>
          <w:p w14:paraId="4BB06D7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4A64CD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183005C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055986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6731A0F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10 слов с суффиксами.</w:t>
            </w:r>
          </w:p>
        </w:tc>
      </w:tr>
      <w:tr w:rsidR="00E5366B" w:rsidRPr="00E5366B" w14:paraId="04736236" w14:textId="77777777" w:rsidTr="00E5366B">
        <w:trPr>
          <w:cantSplit/>
          <w:jc w:val="center"/>
        </w:trPr>
        <w:tc>
          <w:tcPr>
            <w:tcW w:w="516" w:type="dxa"/>
          </w:tcPr>
          <w:p w14:paraId="508559D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43</w:t>
            </w:r>
          </w:p>
        </w:tc>
        <w:tc>
          <w:tcPr>
            <w:tcW w:w="1839" w:type="dxa"/>
          </w:tcPr>
          <w:p w14:paraId="26D4E3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суффиксов.</w:t>
            </w:r>
          </w:p>
        </w:tc>
        <w:tc>
          <w:tcPr>
            <w:tcW w:w="3568" w:type="dxa"/>
          </w:tcPr>
          <w:p w14:paraId="502D4C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74D854F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2A3F9F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65DF9E4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36054D4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Упр.№176, с.94.</w:t>
            </w:r>
          </w:p>
        </w:tc>
      </w:tr>
      <w:tr w:rsidR="00E5366B" w:rsidRPr="00E5366B" w14:paraId="74918EAF" w14:textId="77777777" w:rsidTr="00E5366B">
        <w:trPr>
          <w:cantSplit/>
          <w:jc w:val="center"/>
        </w:trPr>
        <w:tc>
          <w:tcPr>
            <w:tcW w:w="516" w:type="dxa"/>
          </w:tcPr>
          <w:p w14:paraId="598B5FE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44</w:t>
            </w:r>
          </w:p>
        </w:tc>
        <w:tc>
          <w:tcPr>
            <w:tcW w:w="1839" w:type="dxa"/>
          </w:tcPr>
          <w:p w14:paraId="52EBC45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Проект «Семья слов».</w:t>
            </w:r>
          </w:p>
        </w:tc>
        <w:tc>
          <w:tcPr>
            <w:tcW w:w="3568" w:type="dxa"/>
          </w:tcPr>
          <w:p w14:paraId="39D71A4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0C17571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767472D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6C6623A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4698F23B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6460C955" w14:textId="77777777" w:rsidTr="00E5366B">
        <w:trPr>
          <w:cantSplit/>
          <w:jc w:val="center"/>
        </w:trPr>
        <w:tc>
          <w:tcPr>
            <w:tcW w:w="516" w:type="dxa"/>
          </w:tcPr>
          <w:p w14:paraId="0F1BB3D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45</w:t>
            </w:r>
          </w:p>
        </w:tc>
        <w:tc>
          <w:tcPr>
            <w:tcW w:w="1839" w:type="dxa"/>
          </w:tcPr>
          <w:p w14:paraId="34CEA7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Что такое основа слова?</w:t>
            </w:r>
          </w:p>
        </w:tc>
        <w:tc>
          <w:tcPr>
            <w:tcW w:w="3568" w:type="dxa"/>
          </w:tcPr>
          <w:p w14:paraId="76F711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7F6CBA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0940D50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173886D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5BB9077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Упр.№182, с.96.</w:t>
            </w:r>
          </w:p>
        </w:tc>
      </w:tr>
      <w:tr w:rsidR="00E5366B" w:rsidRPr="00E5366B" w14:paraId="458F630A" w14:textId="77777777" w:rsidTr="00E5366B">
        <w:trPr>
          <w:cantSplit/>
          <w:jc w:val="center"/>
        </w:trPr>
        <w:tc>
          <w:tcPr>
            <w:tcW w:w="516" w:type="dxa"/>
          </w:tcPr>
          <w:p w14:paraId="70189EF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46</w:t>
            </w:r>
          </w:p>
        </w:tc>
        <w:tc>
          <w:tcPr>
            <w:tcW w:w="1839" w:type="dxa"/>
          </w:tcPr>
          <w:p w14:paraId="7B964DF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Сочинение по репродукции картины А. А. Рылова "В голубом просторе"</w:t>
            </w:r>
          </w:p>
        </w:tc>
        <w:tc>
          <w:tcPr>
            <w:tcW w:w="3568" w:type="dxa"/>
          </w:tcPr>
          <w:p w14:paraId="503971B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46CC5E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295FEE8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604F356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76F58F8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Упр.№171, с.92.</w:t>
            </w:r>
          </w:p>
        </w:tc>
      </w:tr>
      <w:tr w:rsidR="00E5366B" w:rsidRPr="00E5366B" w14:paraId="1AF8F380" w14:textId="77777777" w:rsidTr="00E5366B">
        <w:trPr>
          <w:cantSplit/>
          <w:jc w:val="center"/>
        </w:trPr>
        <w:tc>
          <w:tcPr>
            <w:tcW w:w="516" w:type="dxa"/>
          </w:tcPr>
          <w:p w14:paraId="28D7575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47</w:t>
            </w:r>
          </w:p>
        </w:tc>
        <w:tc>
          <w:tcPr>
            <w:tcW w:w="1839" w:type="dxa"/>
          </w:tcPr>
          <w:p w14:paraId="683F77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 о составе слова.</w:t>
            </w:r>
          </w:p>
        </w:tc>
        <w:tc>
          <w:tcPr>
            <w:tcW w:w="3568" w:type="dxa"/>
          </w:tcPr>
          <w:p w14:paraId="65E11ED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0868289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1EEB16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3BC85C6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2BCE0DE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Упр.№188, с.98.</w:t>
            </w:r>
          </w:p>
        </w:tc>
      </w:tr>
      <w:tr w:rsidR="00E5366B" w:rsidRPr="00E5366B" w14:paraId="268A7E43" w14:textId="77777777" w:rsidTr="00E5366B">
        <w:trPr>
          <w:cantSplit/>
          <w:jc w:val="center"/>
        </w:trPr>
        <w:tc>
          <w:tcPr>
            <w:tcW w:w="516" w:type="dxa"/>
          </w:tcPr>
          <w:p w14:paraId="5BA2240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48</w:t>
            </w:r>
          </w:p>
        </w:tc>
        <w:tc>
          <w:tcPr>
            <w:tcW w:w="1839" w:type="dxa"/>
          </w:tcPr>
          <w:p w14:paraId="764D190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06C5FE6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74BCAB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04FFB2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6068A6A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6D8F1E4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Упр.№190, с.99.</w:t>
            </w:r>
          </w:p>
        </w:tc>
      </w:tr>
      <w:tr w:rsidR="00E5366B" w:rsidRPr="00E5366B" w14:paraId="24B1AC68" w14:textId="77777777" w:rsidTr="00E5366B">
        <w:trPr>
          <w:cantSplit/>
          <w:jc w:val="center"/>
        </w:trPr>
        <w:tc>
          <w:tcPr>
            <w:tcW w:w="516" w:type="dxa"/>
          </w:tcPr>
          <w:p w14:paraId="2A1AA7C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49</w:t>
            </w:r>
          </w:p>
        </w:tc>
        <w:tc>
          <w:tcPr>
            <w:tcW w:w="1839" w:type="dxa"/>
          </w:tcPr>
          <w:p w14:paraId="5BA37C8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"Состав слова".</w:t>
            </w:r>
          </w:p>
        </w:tc>
        <w:tc>
          <w:tcPr>
            <w:tcW w:w="3568" w:type="dxa"/>
          </w:tcPr>
          <w:p w14:paraId="29ECE47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000678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1336D4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3980EC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A680C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2B91C67A" w14:textId="77777777" w:rsidTr="00E5366B">
        <w:trPr>
          <w:cantSplit/>
          <w:jc w:val="center"/>
        </w:trPr>
        <w:tc>
          <w:tcPr>
            <w:tcW w:w="516" w:type="dxa"/>
          </w:tcPr>
          <w:p w14:paraId="4F2FE07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50</w:t>
            </w:r>
          </w:p>
        </w:tc>
        <w:tc>
          <w:tcPr>
            <w:tcW w:w="1839" w:type="dxa"/>
          </w:tcPr>
          <w:p w14:paraId="7AC2B7B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В каких значимых частях слова есть орфограммы?</w:t>
            </w:r>
          </w:p>
        </w:tc>
        <w:tc>
          <w:tcPr>
            <w:tcW w:w="3568" w:type="dxa"/>
          </w:tcPr>
          <w:p w14:paraId="1B0E4E0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0ED35F7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E034A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3F4EEA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27315B8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Упр.№195, 2ч., с.105.</w:t>
            </w:r>
          </w:p>
        </w:tc>
      </w:tr>
      <w:tr w:rsidR="00E5366B" w:rsidRPr="00E5366B" w14:paraId="25AAFFDC" w14:textId="77777777" w:rsidTr="00E5366B">
        <w:trPr>
          <w:cantSplit/>
          <w:jc w:val="center"/>
        </w:trPr>
        <w:tc>
          <w:tcPr>
            <w:tcW w:w="516" w:type="dxa"/>
          </w:tcPr>
          <w:p w14:paraId="12780E2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51</w:t>
            </w:r>
          </w:p>
        </w:tc>
        <w:tc>
          <w:tcPr>
            <w:tcW w:w="1839" w:type="dxa"/>
          </w:tcPr>
          <w:p w14:paraId="22C32A0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безударными гласными в корне.</w:t>
            </w:r>
          </w:p>
        </w:tc>
        <w:tc>
          <w:tcPr>
            <w:tcW w:w="3568" w:type="dxa"/>
          </w:tcPr>
          <w:p w14:paraId="343157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63E41EE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418348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6475F87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5CA449A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Упр.№200, с.107.</w:t>
            </w:r>
          </w:p>
        </w:tc>
      </w:tr>
      <w:tr w:rsidR="00E5366B" w:rsidRPr="00E5366B" w14:paraId="01406F33" w14:textId="77777777" w:rsidTr="00E5366B">
        <w:trPr>
          <w:cantSplit/>
          <w:jc w:val="center"/>
        </w:trPr>
        <w:tc>
          <w:tcPr>
            <w:tcW w:w="516" w:type="dxa"/>
          </w:tcPr>
          <w:p w14:paraId="2C26737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52</w:t>
            </w:r>
          </w:p>
        </w:tc>
        <w:tc>
          <w:tcPr>
            <w:tcW w:w="1839" w:type="dxa"/>
          </w:tcPr>
          <w:p w14:paraId="5A2950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безударными гласными в корне.</w:t>
            </w:r>
          </w:p>
        </w:tc>
        <w:tc>
          <w:tcPr>
            <w:tcW w:w="3568" w:type="dxa"/>
          </w:tcPr>
          <w:p w14:paraId="7E0A28D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66CD87F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75E5C9B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0B77AFF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1E8C23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Упр.№203, с.108.</w:t>
            </w:r>
          </w:p>
        </w:tc>
      </w:tr>
      <w:tr w:rsidR="00E5366B" w:rsidRPr="00E5366B" w14:paraId="23DDE13C" w14:textId="77777777" w:rsidTr="00E5366B">
        <w:trPr>
          <w:cantSplit/>
          <w:jc w:val="center"/>
        </w:trPr>
        <w:tc>
          <w:tcPr>
            <w:tcW w:w="516" w:type="dxa"/>
          </w:tcPr>
          <w:p w14:paraId="1FF6AD7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53</w:t>
            </w:r>
          </w:p>
        </w:tc>
        <w:tc>
          <w:tcPr>
            <w:tcW w:w="1839" w:type="dxa"/>
          </w:tcPr>
          <w:p w14:paraId="5569F2C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безударными гласными в корне. Объяснительный диктант</w:t>
            </w:r>
          </w:p>
        </w:tc>
        <w:tc>
          <w:tcPr>
            <w:tcW w:w="3568" w:type="dxa"/>
          </w:tcPr>
          <w:p w14:paraId="5C933F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17F9ED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6A1622F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6E4883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0788BD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10 слов с безударными гласными в корне.</w:t>
            </w:r>
          </w:p>
        </w:tc>
      </w:tr>
      <w:tr w:rsidR="00E5366B" w:rsidRPr="00E5366B" w14:paraId="0B68807A" w14:textId="77777777" w:rsidTr="00E5366B">
        <w:trPr>
          <w:cantSplit/>
          <w:jc w:val="center"/>
        </w:trPr>
        <w:tc>
          <w:tcPr>
            <w:tcW w:w="516" w:type="dxa"/>
          </w:tcPr>
          <w:p w14:paraId="1216880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54</w:t>
            </w:r>
          </w:p>
        </w:tc>
        <w:tc>
          <w:tcPr>
            <w:tcW w:w="1839" w:type="dxa"/>
          </w:tcPr>
          <w:p w14:paraId="056E189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глухими и звонкими согласными в корне.</w:t>
            </w:r>
          </w:p>
        </w:tc>
        <w:tc>
          <w:tcPr>
            <w:tcW w:w="3568" w:type="dxa"/>
          </w:tcPr>
          <w:p w14:paraId="6BB31A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5101D8B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4EE3E6C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18195B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485BF8E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10 слов с парными согласными, подобрать проверочные слова.</w:t>
            </w:r>
          </w:p>
        </w:tc>
      </w:tr>
      <w:tr w:rsidR="00E5366B" w:rsidRPr="00E5366B" w14:paraId="08D33440" w14:textId="77777777" w:rsidTr="00E5366B">
        <w:trPr>
          <w:cantSplit/>
          <w:jc w:val="center"/>
        </w:trPr>
        <w:tc>
          <w:tcPr>
            <w:tcW w:w="516" w:type="dxa"/>
          </w:tcPr>
          <w:p w14:paraId="4315718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55</w:t>
            </w:r>
          </w:p>
        </w:tc>
        <w:tc>
          <w:tcPr>
            <w:tcW w:w="1839" w:type="dxa"/>
          </w:tcPr>
          <w:p w14:paraId="28B1448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глухими и звонкими согласными в</w:t>
            </w:r>
          </w:p>
        </w:tc>
        <w:tc>
          <w:tcPr>
            <w:tcW w:w="3568" w:type="dxa"/>
          </w:tcPr>
          <w:p w14:paraId="339DB1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439D1AC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7D1A32B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711792A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61800F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Упр.№214, с.113.</w:t>
            </w:r>
          </w:p>
        </w:tc>
      </w:tr>
      <w:tr w:rsidR="00E5366B" w:rsidRPr="00E5366B" w14:paraId="7C431329" w14:textId="77777777" w:rsidTr="00E5366B">
        <w:trPr>
          <w:cantSplit/>
          <w:jc w:val="center"/>
        </w:trPr>
        <w:tc>
          <w:tcPr>
            <w:tcW w:w="516" w:type="dxa"/>
          </w:tcPr>
          <w:p w14:paraId="29883B3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56</w:t>
            </w:r>
          </w:p>
        </w:tc>
        <w:tc>
          <w:tcPr>
            <w:tcW w:w="1839" w:type="dxa"/>
          </w:tcPr>
          <w:p w14:paraId="6A5571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глухими и звонкими согласными в корне.</w:t>
            </w:r>
          </w:p>
        </w:tc>
        <w:tc>
          <w:tcPr>
            <w:tcW w:w="3568" w:type="dxa"/>
          </w:tcPr>
          <w:p w14:paraId="6AF5A2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6C6DC71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4A7BC9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09E454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274E273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Упр.№218, с.115.</w:t>
            </w:r>
          </w:p>
        </w:tc>
      </w:tr>
      <w:tr w:rsidR="00E5366B" w:rsidRPr="00E5366B" w14:paraId="4482949B" w14:textId="77777777" w:rsidTr="00E5366B">
        <w:trPr>
          <w:cantSplit/>
          <w:jc w:val="center"/>
        </w:trPr>
        <w:tc>
          <w:tcPr>
            <w:tcW w:w="516" w:type="dxa"/>
          </w:tcPr>
          <w:p w14:paraId="3443163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57</w:t>
            </w:r>
          </w:p>
        </w:tc>
        <w:tc>
          <w:tcPr>
            <w:tcW w:w="1839" w:type="dxa"/>
          </w:tcPr>
          <w:p w14:paraId="0CB7FB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глухими и звонкими согласными в корне.</w:t>
            </w:r>
          </w:p>
        </w:tc>
        <w:tc>
          <w:tcPr>
            <w:tcW w:w="3568" w:type="dxa"/>
          </w:tcPr>
          <w:p w14:paraId="093618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7B561F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31F9715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497D7B4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093800C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Написать пословицы с изученными орфограммами.</w:t>
            </w:r>
          </w:p>
        </w:tc>
      </w:tr>
      <w:tr w:rsidR="00E5366B" w:rsidRPr="00E5366B" w14:paraId="62FE7F29" w14:textId="77777777" w:rsidTr="00E5366B">
        <w:trPr>
          <w:cantSplit/>
          <w:jc w:val="center"/>
        </w:trPr>
        <w:tc>
          <w:tcPr>
            <w:tcW w:w="516" w:type="dxa"/>
          </w:tcPr>
          <w:p w14:paraId="608BCEA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58</w:t>
            </w:r>
          </w:p>
        </w:tc>
        <w:tc>
          <w:tcPr>
            <w:tcW w:w="1839" w:type="dxa"/>
          </w:tcPr>
          <w:p w14:paraId="6E82EB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. Составление текста по сюжетному рисунку</w:t>
            </w:r>
          </w:p>
        </w:tc>
        <w:tc>
          <w:tcPr>
            <w:tcW w:w="3568" w:type="dxa"/>
          </w:tcPr>
          <w:p w14:paraId="2FA0C89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463C5AB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1471F7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73349A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5E4A49C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по 5 слов с парными согласными в середине и на конце слова.</w:t>
            </w:r>
          </w:p>
        </w:tc>
      </w:tr>
      <w:tr w:rsidR="00E5366B" w:rsidRPr="00E5366B" w14:paraId="6A7BAD29" w14:textId="77777777" w:rsidTr="00E5366B">
        <w:trPr>
          <w:cantSplit/>
          <w:jc w:val="center"/>
        </w:trPr>
        <w:tc>
          <w:tcPr>
            <w:tcW w:w="516" w:type="dxa"/>
          </w:tcPr>
          <w:p w14:paraId="5861367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59</w:t>
            </w:r>
          </w:p>
        </w:tc>
        <w:tc>
          <w:tcPr>
            <w:tcW w:w="1839" w:type="dxa"/>
          </w:tcPr>
          <w:p w14:paraId="2474372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непроизносимыми согласными в корне.</w:t>
            </w:r>
          </w:p>
        </w:tc>
        <w:tc>
          <w:tcPr>
            <w:tcW w:w="3568" w:type="dxa"/>
          </w:tcPr>
          <w:p w14:paraId="1974693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21F48C7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3DBC866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047CA52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527841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Упр.№224, с.117.</w:t>
            </w:r>
          </w:p>
        </w:tc>
      </w:tr>
      <w:tr w:rsidR="00E5366B" w:rsidRPr="00E5366B" w14:paraId="182D4B37" w14:textId="77777777" w:rsidTr="00E5366B">
        <w:trPr>
          <w:cantSplit/>
          <w:jc w:val="center"/>
        </w:trPr>
        <w:tc>
          <w:tcPr>
            <w:tcW w:w="516" w:type="dxa"/>
          </w:tcPr>
          <w:p w14:paraId="25AEE3A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60</w:t>
            </w:r>
          </w:p>
        </w:tc>
        <w:tc>
          <w:tcPr>
            <w:tcW w:w="1839" w:type="dxa"/>
          </w:tcPr>
          <w:p w14:paraId="4160246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непроизносимыми согласными в корне.</w:t>
            </w:r>
          </w:p>
        </w:tc>
        <w:tc>
          <w:tcPr>
            <w:tcW w:w="3568" w:type="dxa"/>
          </w:tcPr>
          <w:p w14:paraId="2061801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577C228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5044D6D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7BF34C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0D15CB8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Упр.№229, с.120.</w:t>
            </w:r>
          </w:p>
        </w:tc>
      </w:tr>
      <w:tr w:rsidR="00E5366B" w:rsidRPr="00E5366B" w14:paraId="4777476C" w14:textId="77777777" w:rsidTr="00E5366B">
        <w:trPr>
          <w:cantSplit/>
          <w:jc w:val="center"/>
        </w:trPr>
        <w:tc>
          <w:tcPr>
            <w:tcW w:w="516" w:type="dxa"/>
          </w:tcPr>
          <w:p w14:paraId="1CAB42A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61</w:t>
            </w:r>
          </w:p>
        </w:tc>
        <w:tc>
          <w:tcPr>
            <w:tcW w:w="1839" w:type="dxa"/>
          </w:tcPr>
          <w:p w14:paraId="71294AB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непроизносимыми согласными в корне.</w:t>
            </w:r>
          </w:p>
        </w:tc>
        <w:tc>
          <w:tcPr>
            <w:tcW w:w="3568" w:type="dxa"/>
          </w:tcPr>
          <w:p w14:paraId="58257D2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313FB7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74625FE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7D053F9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78BB60A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Упр.№230, с.120.</w:t>
            </w:r>
          </w:p>
        </w:tc>
      </w:tr>
      <w:tr w:rsidR="00E5366B" w:rsidRPr="00E5366B" w14:paraId="436698B5" w14:textId="77777777" w:rsidTr="00E5366B">
        <w:trPr>
          <w:cantSplit/>
          <w:jc w:val="center"/>
        </w:trPr>
        <w:tc>
          <w:tcPr>
            <w:tcW w:w="516" w:type="dxa"/>
          </w:tcPr>
          <w:p w14:paraId="45FBDDF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62</w:t>
            </w:r>
          </w:p>
        </w:tc>
        <w:tc>
          <w:tcPr>
            <w:tcW w:w="1839" w:type="dxa"/>
          </w:tcPr>
          <w:p w14:paraId="6A7F1D8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удвоенными согласными.</w:t>
            </w:r>
          </w:p>
        </w:tc>
        <w:tc>
          <w:tcPr>
            <w:tcW w:w="3568" w:type="dxa"/>
          </w:tcPr>
          <w:p w14:paraId="299BB0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54C992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540F23E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63E1BE3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03DCA9B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Упр.№235, с.122.</w:t>
            </w:r>
          </w:p>
        </w:tc>
      </w:tr>
      <w:tr w:rsidR="00E5366B" w:rsidRPr="00E5366B" w14:paraId="4DD53486" w14:textId="77777777" w:rsidTr="00E5366B">
        <w:trPr>
          <w:cantSplit/>
          <w:jc w:val="center"/>
        </w:trPr>
        <w:tc>
          <w:tcPr>
            <w:tcW w:w="516" w:type="dxa"/>
          </w:tcPr>
          <w:p w14:paraId="51FD347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63</w:t>
            </w:r>
          </w:p>
        </w:tc>
        <w:tc>
          <w:tcPr>
            <w:tcW w:w="1839" w:type="dxa"/>
          </w:tcPr>
          <w:p w14:paraId="79D1A0F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удвоенными согласными.</w:t>
            </w:r>
          </w:p>
        </w:tc>
        <w:tc>
          <w:tcPr>
            <w:tcW w:w="3568" w:type="dxa"/>
          </w:tcPr>
          <w:p w14:paraId="7A196D0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3C79DB5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29E0CB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2FF5B6E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32C86B9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10 слов с удвоенными согласными.</w:t>
            </w:r>
          </w:p>
        </w:tc>
      </w:tr>
      <w:tr w:rsidR="00E5366B" w:rsidRPr="00E5366B" w14:paraId="1B076442" w14:textId="77777777" w:rsidTr="00E5366B">
        <w:trPr>
          <w:cantSplit/>
          <w:jc w:val="center"/>
        </w:trPr>
        <w:tc>
          <w:tcPr>
            <w:tcW w:w="516" w:type="dxa"/>
          </w:tcPr>
          <w:p w14:paraId="074CC9A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64</w:t>
            </w:r>
          </w:p>
        </w:tc>
        <w:tc>
          <w:tcPr>
            <w:tcW w:w="1839" w:type="dxa"/>
          </w:tcPr>
          <w:p w14:paraId="27E0695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Сочинение по репродукции картины </w:t>
            </w:r>
            <w:proofErr w:type="gramStart"/>
            <w:r w:rsidRPr="00E5366B">
              <w:rPr>
                <w:sz w:val="20"/>
                <w:szCs w:val="20"/>
              </w:rPr>
              <w:t>В.М.</w:t>
            </w:r>
            <w:proofErr w:type="gramEnd"/>
            <w:r w:rsidRPr="00E5366B">
              <w:rPr>
                <w:sz w:val="20"/>
                <w:szCs w:val="20"/>
              </w:rPr>
              <w:t xml:space="preserve"> Васнецова "Снегурочка".</w:t>
            </w:r>
          </w:p>
        </w:tc>
        <w:tc>
          <w:tcPr>
            <w:tcW w:w="3568" w:type="dxa"/>
          </w:tcPr>
          <w:p w14:paraId="6736743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2F14551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3A12272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6574F96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40BFD9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Подготовиться к диктанту.</w:t>
            </w:r>
          </w:p>
        </w:tc>
      </w:tr>
      <w:tr w:rsidR="00E5366B" w:rsidRPr="00E5366B" w14:paraId="0700FCD9" w14:textId="77777777" w:rsidTr="00E5366B">
        <w:trPr>
          <w:cantSplit/>
          <w:jc w:val="center"/>
        </w:trPr>
        <w:tc>
          <w:tcPr>
            <w:tcW w:w="516" w:type="dxa"/>
          </w:tcPr>
          <w:p w14:paraId="059DF54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65</w:t>
            </w:r>
          </w:p>
        </w:tc>
        <w:tc>
          <w:tcPr>
            <w:tcW w:w="1839" w:type="dxa"/>
          </w:tcPr>
          <w:p w14:paraId="17D721E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«Правописание корней слов».</w:t>
            </w:r>
          </w:p>
        </w:tc>
        <w:tc>
          <w:tcPr>
            <w:tcW w:w="3568" w:type="dxa"/>
          </w:tcPr>
          <w:p w14:paraId="333B3E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02DE7F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2CCB69B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2A45C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52544C53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6663850B" w14:textId="77777777" w:rsidTr="00E5366B">
        <w:trPr>
          <w:cantSplit/>
          <w:jc w:val="center"/>
        </w:trPr>
        <w:tc>
          <w:tcPr>
            <w:tcW w:w="516" w:type="dxa"/>
          </w:tcPr>
          <w:p w14:paraId="4BF0CB8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66</w:t>
            </w:r>
          </w:p>
        </w:tc>
        <w:tc>
          <w:tcPr>
            <w:tcW w:w="1839" w:type="dxa"/>
          </w:tcPr>
          <w:p w14:paraId="6FBBCFF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Правописание суффиксов и приставок.</w:t>
            </w:r>
          </w:p>
        </w:tc>
        <w:tc>
          <w:tcPr>
            <w:tcW w:w="3568" w:type="dxa"/>
          </w:tcPr>
          <w:p w14:paraId="1325B76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8F9DCA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1493FF7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0CBD370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1CC519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Упр.№241, с.125.</w:t>
            </w:r>
          </w:p>
        </w:tc>
      </w:tr>
      <w:tr w:rsidR="00E5366B" w:rsidRPr="00E5366B" w14:paraId="666EACA5" w14:textId="77777777" w:rsidTr="00E5366B">
        <w:trPr>
          <w:cantSplit/>
          <w:jc w:val="center"/>
        </w:trPr>
        <w:tc>
          <w:tcPr>
            <w:tcW w:w="516" w:type="dxa"/>
          </w:tcPr>
          <w:p w14:paraId="12F3D9C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67</w:t>
            </w:r>
          </w:p>
        </w:tc>
        <w:tc>
          <w:tcPr>
            <w:tcW w:w="1839" w:type="dxa"/>
          </w:tcPr>
          <w:p w14:paraId="2FF584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суффиксов и приставок.</w:t>
            </w:r>
          </w:p>
        </w:tc>
        <w:tc>
          <w:tcPr>
            <w:tcW w:w="3568" w:type="dxa"/>
          </w:tcPr>
          <w:p w14:paraId="78D6BB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60F2C7E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5CEC046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65716CD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6FCB545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Упр.№247, с.128.</w:t>
            </w:r>
          </w:p>
        </w:tc>
      </w:tr>
      <w:tr w:rsidR="00E5366B" w:rsidRPr="00E5366B" w14:paraId="11E3C350" w14:textId="77777777" w:rsidTr="00E5366B">
        <w:trPr>
          <w:cantSplit/>
          <w:jc w:val="center"/>
        </w:trPr>
        <w:tc>
          <w:tcPr>
            <w:tcW w:w="516" w:type="dxa"/>
          </w:tcPr>
          <w:p w14:paraId="3EE234A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68</w:t>
            </w:r>
          </w:p>
        </w:tc>
        <w:tc>
          <w:tcPr>
            <w:tcW w:w="1839" w:type="dxa"/>
          </w:tcPr>
          <w:p w14:paraId="070A7DB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суффиксов и приставок.</w:t>
            </w:r>
          </w:p>
        </w:tc>
        <w:tc>
          <w:tcPr>
            <w:tcW w:w="3568" w:type="dxa"/>
          </w:tcPr>
          <w:p w14:paraId="38851B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656DEE4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455A92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3EB4072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3E9915B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Упр.№251, с.129.</w:t>
            </w:r>
          </w:p>
        </w:tc>
      </w:tr>
      <w:tr w:rsidR="00E5366B" w:rsidRPr="00E5366B" w14:paraId="23281BB5" w14:textId="77777777" w:rsidTr="00E5366B">
        <w:trPr>
          <w:cantSplit/>
          <w:jc w:val="center"/>
        </w:trPr>
        <w:tc>
          <w:tcPr>
            <w:tcW w:w="516" w:type="dxa"/>
          </w:tcPr>
          <w:p w14:paraId="69C88AC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69</w:t>
            </w:r>
          </w:p>
        </w:tc>
        <w:tc>
          <w:tcPr>
            <w:tcW w:w="1839" w:type="dxa"/>
          </w:tcPr>
          <w:p w14:paraId="4D80253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приставок и предлогов.</w:t>
            </w:r>
          </w:p>
        </w:tc>
        <w:tc>
          <w:tcPr>
            <w:tcW w:w="3568" w:type="dxa"/>
          </w:tcPr>
          <w:p w14:paraId="4821A3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4D8B2A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6ED7A93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628404B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025F75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Упр.№260, с.132.</w:t>
            </w:r>
          </w:p>
        </w:tc>
      </w:tr>
      <w:tr w:rsidR="00E5366B" w:rsidRPr="00E5366B" w14:paraId="44F6AA7F" w14:textId="77777777" w:rsidTr="00E5366B">
        <w:trPr>
          <w:cantSplit/>
          <w:jc w:val="center"/>
        </w:trPr>
        <w:tc>
          <w:tcPr>
            <w:tcW w:w="516" w:type="dxa"/>
          </w:tcPr>
          <w:p w14:paraId="54BBAB1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70</w:t>
            </w:r>
          </w:p>
        </w:tc>
        <w:tc>
          <w:tcPr>
            <w:tcW w:w="1839" w:type="dxa"/>
          </w:tcPr>
          <w:p w14:paraId="3E9ECAD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приставок и предлогов</w:t>
            </w:r>
          </w:p>
        </w:tc>
        <w:tc>
          <w:tcPr>
            <w:tcW w:w="3568" w:type="dxa"/>
          </w:tcPr>
          <w:p w14:paraId="6CD8C3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52D473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3B50F1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2B5676B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59AFB6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Упр.№263, с.134.</w:t>
            </w:r>
          </w:p>
        </w:tc>
      </w:tr>
      <w:tr w:rsidR="00E5366B" w:rsidRPr="00E5366B" w14:paraId="2AC82F67" w14:textId="77777777" w:rsidTr="00E5366B">
        <w:trPr>
          <w:cantSplit/>
          <w:jc w:val="center"/>
        </w:trPr>
        <w:tc>
          <w:tcPr>
            <w:tcW w:w="516" w:type="dxa"/>
          </w:tcPr>
          <w:p w14:paraId="45F7B2B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71</w:t>
            </w:r>
          </w:p>
        </w:tc>
        <w:tc>
          <w:tcPr>
            <w:tcW w:w="1839" w:type="dxa"/>
          </w:tcPr>
          <w:p w14:paraId="4A90C6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слов с разделительным твёрдым знаком.</w:t>
            </w:r>
          </w:p>
        </w:tc>
        <w:tc>
          <w:tcPr>
            <w:tcW w:w="3568" w:type="dxa"/>
          </w:tcPr>
          <w:p w14:paraId="2F095AA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14E6776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68807F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24A7D8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688AAAD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Упр.№266, с.135.</w:t>
            </w:r>
          </w:p>
        </w:tc>
      </w:tr>
      <w:tr w:rsidR="00E5366B" w:rsidRPr="00E5366B" w14:paraId="1B696D9C" w14:textId="77777777" w:rsidTr="00E5366B">
        <w:trPr>
          <w:cantSplit/>
          <w:jc w:val="center"/>
        </w:trPr>
        <w:tc>
          <w:tcPr>
            <w:tcW w:w="516" w:type="dxa"/>
          </w:tcPr>
          <w:p w14:paraId="5CCF589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72</w:t>
            </w:r>
          </w:p>
        </w:tc>
        <w:tc>
          <w:tcPr>
            <w:tcW w:w="1839" w:type="dxa"/>
          </w:tcPr>
          <w:p w14:paraId="198647F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Итоговая контрольная работа за II четверть.</w:t>
            </w:r>
          </w:p>
        </w:tc>
        <w:tc>
          <w:tcPr>
            <w:tcW w:w="3568" w:type="dxa"/>
          </w:tcPr>
          <w:p w14:paraId="4F84720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7183E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6833F57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2C5E07B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29757DD7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4938C747" w14:textId="77777777" w:rsidTr="00E5366B">
        <w:trPr>
          <w:cantSplit/>
          <w:jc w:val="center"/>
        </w:trPr>
        <w:tc>
          <w:tcPr>
            <w:tcW w:w="516" w:type="dxa"/>
          </w:tcPr>
          <w:p w14:paraId="369EBE9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73</w:t>
            </w:r>
          </w:p>
        </w:tc>
        <w:tc>
          <w:tcPr>
            <w:tcW w:w="1839" w:type="dxa"/>
          </w:tcPr>
          <w:p w14:paraId="03031E5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3568" w:type="dxa"/>
          </w:tcPr>
          <w:p w14:paraId="29AFEE3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D534C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FAE10B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33C386A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5932680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05BEE74A" w14:textId="77777777" w:rsidTr="00E5366B">
        <w:trPr>
          <w:cantSplit/>
          <w:jc w:val="center"/>
        </w:trPr>
        <w:tc>
          <w:tcPr>
            <w:tcW w:w="516" w:type="dxa"/>
          </w:tcPr>
          <w:p w14:paraId="2241D34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74</w:t>
            </w:r>
          </w:p>
        </w:tc>
        <w:tc>
          <w:tcPr>
            <w:tcW w:w="1839" w:type="dxa"/>
          </w:tcPr>
          <w:p w14:paraId="5252EE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2876A8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300F338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5239BF5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0C6EC7B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5C8C199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10 слов с приставками. Составить предложение с любым словом</w:t>
            </w:r>
            <w:proofErr w:type="gramStart"/>
            <w:r w:rsidRPr="00E5366B">
              <w:rPr>
                <w:sz w:val="20"/>
                <w:szCs w:val="20"/>
              </w:rPr>
              <w:t>.</w:t>
            </w:r>
            <w:proofErr w:type="gramEnd"/>
          </w:p>
        </w:tc>
      </w:tr>
      <w:tr w:rsidR="00E5366B" w:rsidRPr="00E5366B" w14:paraId="2B5BA107" w14:textId="77777777" w:rsidTr="00E5366B">
        <w:trPr>
          <w:cantSplit/>
          <w:jc w:val="center"/>
        </w:trPr>
        <w:tc>
          <w:tcPr>
            <w:tcW w:w="516" w:type="dxa"/>
          </w:tcPr>
          <w:p w14:paraId="07BBBA2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75</w:t>
            </w:r>
          </w:p>
        </w:tc>
        <w:tc>
          <w:tcPr>
            <w:tcW w:w="1839" w:type="dxa"/>
          </w:tcPr>
          <w:p w14:paraId="47E153D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Разделительные твёрдый и мягкий знаки.</w:t>
            </w:r>
          </w:p>
        </w:tc>
        <w:tc>
          <w:tcPr>
            <w:tcW w:w="3568" w:type="dxa"/>
          </w:tcPr>
          <w:p w14:paraId="2A5957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406FB36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18413A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196B253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7452E65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по 5 слов с разделительным и ь и ъ.</w:t>
            </w:r>
          </w:p>
        </w:tc>
      </w:tr>
      <w:tr w:rsidR="00E5366B" w:rsidRPr="00E5366B" w14:paraId="65B8C24A" w14:textId="77777777" w:rsidTr="00E5366B">
        <w:trPr>
          <w:cantSplit/>
          <w:jc w:val="center"/>
        </w:trPr>
        <w:tc>
          <w:tcPr>
            <w:tcW w:w="516" w:type="dxa"/>
          </w:tcPr>
          <w:p w14:paraId="753D421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76</w:t>
            </w:r>
          </w:p>
        </w:tc>
        <w:tc>
          <w:tcPr>
            <w:tcW w:w="1839" w:type="dxa"/>
          </w:tcPr>
          <w:p w14:paraId="4A1E31B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Разделительные твёрдый и мягкий знаки.</w:t>
            </w:r>
          </w:p>
        </w:tc>
        <w:tc>
          <w:tcPr>
            <w:tcW w:w="3568" w:type="dxa"/>
          </w:tcPr>
          <w:p w14:paraId="0365478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5F75623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35462B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600584A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159DE72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Упр.№274, с.138.</w:t>
            </w:r>
          </w:p>
        </w:tc>
      </w:tr>
      <w:tr w:rsidR="00E5366B" w:rsidRPr="00E5366B" w14:paraId="08A6CF52" w14:textId="77777777" w:rsidTr="00E5366B">
        <w:trPr>
          <w:cantSplit/>
          <w:jc w:val="center"/>
        </w:trPr>
        <w:tc>
          <w:tcPr>
            <w:tcW w:w="516" w:type="dxa"/>
          </w:tcPr>
          <w:p w14:paraId="7C0280E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77</w:t>
            </w:r>
          </w:p>
        </w:tc>
        <w:tc>
          <w:tcPr>
            <w:tcW w:w="1839" w:type="dxa"/>
          </w:tcPr>
          <w:p w14:paraId="0717E6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«Правописание частей слова».</w:t>
            </w:r>
          </w:p>
        </w:tc>
        <w:tc>
          <w:tcPr>
            <w:tcW w:w="3568" w:type="dxa"/>
          </w:tcPr>
          <w:p w14:paraId="3AF65CE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185754F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6963B7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318C9AF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8802F64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64A84303" w14:textId="77777777" w:rsidTr="00E5366B">
        <w:trPr>
          <w:cantSplit/>
          <w:jc w:val="center"/>
        </w:trPr>
        <w:tc>
          <w:tcPr>
            <w:tcW w:w="516" w:type="dxa"/>
          </w:tcPr>
          <w:p w14:paraId="026C34E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78</w:t>
            </w:r>
          </w:p>
        </w:tc>
        <w:tc>
          <w:tcPr>
            <w:tcW w:w="1839" w:type="dxa"/>
          </w:tcPr>
          <w:p w14:paraId="0C36AA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Проект «Составляем орфографический словарь».</w:t>
            </w:r>
          </w:p>
        </w:tc>
        <w:tc>
          <w:tcPr>
            <w:tcW w:w="3568" w:type="dxa"/>
          </w:tcPr>
          <w:p w14:paraId="28324B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C86D07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4AF957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5A9B53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A38808B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347A50B0" w14:textId="77777777" w:rsidTr="00E5366B">
        <w:trPr>
          <w:cantSplit/>
          <w:jc w:val="center"/>
        </w:trPr>
        <w:tc>
          <w:tcPr>
            <w:tcW w:w="516" w:type="dxa"/>
          </w:tcPr>
          <w:p w14:paraId="261FC74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79</w:t>
            </w:r>
          </w:p>
        </w:tc>
        <w:tc>
          <w:tcPr>
            <w:tcW w:w="1839" w:type="dxa"/>
          </w:tcPr>
          <w:p w14:paraId="2C2D761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Части речи.</w:t>
            </w:r>
          </w:p>
        </w:tc>
        <w:tc>
          <w:tcPr>
            <w:tcW w:w="3568" w:type="dxa"/>
          </w:tcPr>
          <w:p w14:paraId="6718352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6BB3E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86AFC2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B58DC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31D4317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Упр.№7, с.6.</w:t>
            </w:r>
          </w:p>
        </w:tc>
      </w:tr>
      <w:tr w:rsidR="00E5366B" w:rsidRPr="00E5366B" w14:paraId="0147B5D2" w14:textId="77777777" w:rsidTr="00E5366B">
        <w:trPr>
          <w:cantSplit/>
          <w:jc w:val="center"/>
        </w:trPr>
        <w:tc>
          <w:tcPr>
            <w:tcW w:w="516" w:type="dxa"/>
          </w:tcPr>
          <w:p w14:paraId="53763B1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80</w:t>
            </w:r>
          </w:p>
        </w:tc>
        <w:tc>
          <w:tcPr>
            <w:tcW w:w="1839" w:type="dxa"/>
          </w:tcPr>
          <w:p w14:paraId="79C5C2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Имя существительное и его роль в речи.</w:t>
            </w:r>
          </w:p>
        </w:tc>
        <w:tc>
          <w:tcPr>
            <w:tcW w:w="3568" w:type="dxa"/>
          </w:tcPr>
          <w:p w14:paraId="32BC52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DB7BCD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CD396B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C49967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A24651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Упр.№11, с.10.</w:t>
            </w:r>
          </w:p>
        </w:tc>
      </w:tr>
      <w:tr w:rsidR="00E5366B" w:rsidRPr="00E5366B" w14:paraId="668C4DDC" w14:textId="77777777" w:rsidTr="00E5366B">
        <w:trPr>
          <w:cantSplit/>
          <w:jc w:val="center"/>
        </w:trPr>
        <w:tc>
          <w:tcPr>
            <w:tcW w:w="516" w:type="dxa"/>
          </w:tcPr>
          <w:p w14:paraId="3716FA2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81</w:t>
            </w:r>
          </w:p>
        </w:tc>
        <w:tc>
          <w:tcPr>
            <w:tcW w:w="1839" w:type="dxa"/>
          </w:tcPr>
          <w:p w14:paraId="078875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Одушевлённые и неодушевлённые имена существительные.</w:t>
            </w:r>
          </w:p>
        </w:tc>
        <w:tc>
          <w:tcPr>
            <w:tcW w:w="3568" w:type="dxa"/>
          </w:tcPr>
          <w:p w14:paraId="19193C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838DBE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385A57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CC9CDC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30CA11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Записать 5 одушевлённых и 5неодушевлённ </w:t>
            </w:r>
            <w:proofErr w:type="spellStart"/>
            <w:r w:rsidRPr="00E5366B">
              <w:rPr>
                <w:sz w:val="20"/>
                <w:szCs w:val="20"/>
              </w:rPr>
              <w:t>ых</w:t>
            </w:r>
            <w:proofErr w:type="spellEnd"/>
            <w:r w:rsidRPr="00E5366B">
              <w:rPr>
                <w:sz w:val="20"/>
                <w:szCs w:val="20"/>
              </w:rPr>
              <w:t xml:space="preserve"> имён существительны х.</w:t>
            </w:r>
          </w:p>
        </w:tc>
      </w:tr>
      <w:tr w:rsidR="00E5366B" w:rsidRPr="00E5366B" w14:paraId="36E5FE3C" w14:textId="77777777" w:rsidTr="00E5366B">
        <w:trPr>
          <w:cantSplit/>
          <w:jc w:val="center"/>
        </w:trPr>
        <w:tc>
          <w:tcPr>
            <w:tcW w:w="516" w:type="dxa"/>
          </w:tcPr>
          <w:p w14:paraId="2F93E9B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82</w:t>
            </w:r>
          </w:p>
        </w:tc>
        <w:tc>
          <w:tcPr>
            <w:tcW w:w="1839" w:type="dxa"/>
          </w:tcPr>
          <w:p w14:paraId="5879971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Одушевлённые и неодушевлённые имена существительные. Словарный диктант</w:t>
            </w:r>
          </w:p>
        </w:tc>
        <w:tc>
          <w:tcPr>
            <w:tcW w:w="3568" w:type="dxa"/>
          </w:tcPr>
          <w:p w14:paraId="4BA68BD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4F4EED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21ECC04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299CFE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5BB8B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и записать 2 предложения с одушевлёнными и </w:t>
            </w:r>
            <w:proofErr w:type="spellStart"/>
            <w:r w:rsidRPr="00E5366B">
              <w:rPr>
                <w:sz w:val="20"/>
                <w:szCs w:val="20"/>
              </w:rPr>
              <w:t>неодушевлённы</w:t>
            </w:r>
            <w:proofErr w:type="spellEnd"/>
            <w:r w:rsidRPr="00E5366B">
              <w:rPr>
                <w:sz w:val="20"/>
                <w:szCs w:val="20"/>
              </w:rPr>
              <w:t xml:space="preserve"> ми именами существительны ми.</w:t>
            </w:r>
          </w:p>
        </w:tc>
      </w:tr>
      <w:tr w:rsidR="00E5366B" w:rsidRPr="00E5366B" w14:paraId="5ECCA6B5" w14:textId="77777777" w:rsidTr="00E5366B">
        <w:trPr>
          <w:cantSplit/>
          <w:jc w:val="center"/>
        </w:trPr>
        <w:tc>
          <w:tcPr>
            <w:tcW w:w="516" w:type="dxa"/>
          </w:tcPr>
          <w:p w14:paraId="3057256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83</w:t>
            </w:r>
          </w:p>
        </w:tc>
        <w:tc>
          <w:tcPr>
            <w:tcW w:w="1839" w:type="dxa"/>
          </w:tcPr>
          <w:p w14:paraId="1A43BA7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33542D7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3F61BCD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2397942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091B47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463E4A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Выписать из словаря по 5 одушевлённых и </w:t>
            </w:r>
            <w:proofErr w:type="spellStart"/>
            <w:r w:rsidRPr="00E5366B">
              <w:rPr>
                <w:sz w:val="20"/>
                <w:szCs w:val="20"/>
              </w:rPr>
              <w:t>неодушевлённы</w:t>
            </w:r>
            <w:proofErr w:type="spellEnd"/>
            <w:r w:rsidRPr="00E5366B">
              <w:rPr>
                <w:sz w:val="20"/>
                <w:szCs w:val="20"/>
              </w:rPr>
              <w:t xml:space="preserve"> х имён существительны х.</w:t>
            </w:r>
          </w:p>
        </w:tc>
      </w:tr>
      <w:tr w:rsidR="00E5366B" w:rsidRPr="00E5366B" w14:paraId="621BBC9A" w14:textId="77777777" w:rsidTr="00E5366B">
        <w:trPr>
          <w:cantSplit/>
          <w:jc w:val="center"/>
        </w:trPr>
        <w:tc>
          <w:tcPr>
            <w:tcW w:w="516" w:type="dxa"/>
          </w:tcPr>
          <w:p w14:paraId="6C24545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84</w:t>
            </w:r>
          </w:p>
        </w:tc>
        <w:tc>
          <w:tcPr>
            <w:tcW w:w="1839" w:type="dxa"/>
          </w:tcPr>
          <w:p w14:paraId="48C40DE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Собственные и нарицательные имена существительные.</w:t>
            </w:r>
          </w:p>
        </w:tc>
        <w:tc>
          <w:tcPr>
            <w:tcW w:w="3568" w:type="dxa"/>
          </w:tcPr>
          <w:p w14:paraId="24564C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DC6A40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688FEE8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4BE4AD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6CF84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Упр.№27, с.17.</w:t>
            </w:r>
          </w:p>
        </w:tc>
      </w:tr>
      <w:tr w:rsidR="00E5366B" w:rsidRPr="00E5366B" w14:paraId="70F7C82F" w14:textId="77777777" w:rsidTr="00E5366B">
        <w:trPr>
          <w:cantSplit/>
          <w:jc w:val="center"/>
        </w:trPr>
        <w:tc>
          <w:tcPr>
            <w:tcW w:w="516" w:type="dxa"/>
          </w:tcPr>
          <w:p w14:paraId="5D1F5B6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85</w:t>
            </w:r>
          </w:p>
        </w:tc>
        <w:tc>
          <w:tcPr>
            <w:tcW w:w="1839" w:type="dxa"/>
          </w:tcPr>
          <w:p w14:paraId="17034BA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Проект "Тайны имен"</w:t>
            </w:r>
          </w:p>
        </w:tc>
        <w:tc>
          <w:tcPr>
            <w:tcW w:w="3568" w:type="dxa"/>
          </w:tcPr>
          <w:p w14:paraId="7479099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62720F9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4CCC17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4CB048F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06E096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Подготовить проект.</w:t>
            </w:r>
          </w:p>
        </w:tc>
      </w:tr>
      <w:tr w:rsidR="00E5366B" w:rsidRPr="00E5366B" w14:paraId="52A8D994" w14:textId="77777777" w:rsidTr="00E5366B">
        <w:trPr>
          <w:cantSplit/>
          <w:jc w:val="center"/>
        </w:trPr>
        <w:tc>
          <w:tcPr>
            <w:tcW w:w="516" w:type="dxa"/>
          </w:tcPr>
          <w:p w14:paraId="6CC7A53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86</w:t>
            </w:r>
          </w:p>
        </w:tc>
        <w:tc>
          <w:tcPr>
            <w:tcW w:w="1839" w:type="dxa"/>
          </w:tcPr>
          <w:p w14:paraId="421914D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имен существительных.</w:t>
            </w:r>
          </w:p>
        </w:tc>
        <w:tc>
          <w:tcPr>
            <w:tcW w:w="3568" w:type="dxa"/>
          </w:tcPr>
          <w:p w14:paraId="5741D71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3E697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053CD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9FB16E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583F7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Упр.№32, с.21.</w:t>
            </w:r>
          </w:p>
        </w:tc>
      </w:tr>
      <w:tr w:rsidR="00E5366B" w:rsidRPr="00E5366B" w14:paraId="5CA35F10" w14:textId="77777777" w:rsidTr="00E5366B">
        <w:trPr>
          <w:cantSplit/>
          <w:jc w:val="center"/>
        </w:trPr>
        <w:tc>
          <w:tcPr>
            <w:tcW w:w="516" w:type="dxa"/>
          </w:tcPr>
          <w:p w14:paraId="32AFDD4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87</w:t>
            </w:r>
          </w:p>
        </w:tc>
        <w:tc>
          <w:tcPr>
            <w:tcW w:w="1839" w:type="dxa"/>
          </w:tcPr>
          <w:p w14:paraId="1FC8D6D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имён существительных.</w:t>
            </w:r>
          </w:p>
        </w:tc>
        <w:tc>
          <w:tcPr>
            <w:tcW w:w="3568" w:type="dxa"/>
          </w:tcPr>
          <w:p w14:paraId="76E5EA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D6574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683158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8223E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CDB85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Упр.№37, с.23.</w:t>
            </w:r>
          </w:p>
        </w:tc>
      </w:tr>
      <w:tr w:rsidR="00E5366B" w:rsidRPr="00E5366B" w14:paraId="45AB9277" w14:textId="77777777" w:rsidTr="00E5366B">
        <w:trPr>
          <w:cantSplit/>
          <w:jc w:val="center"/>
        </w:trPr>
        <w:tc>
          <w:tcPr>
            <w:tcW w:w="516" w:type="dxa"/>
          </w:tcPr>
          <w:p w14:paraId="0282CB4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88</w:t>
            </w:r>
          </w:p>
        </w:tc>
        <w:tc>
          <w:tcPr>
            <w:tcW w:w="1839" w:type="dxa"/>
          </w:tcPr>
          <w:p w14:paraId="6EBCE37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 имён существительных.</w:t>
            </w:r>
          </w:p>
        </w:tc>
        <w:tc>
          <w:tcPr>
            <w:tcW w:w="3568" w:type="dxa"/>
          </w:tcPr>
          <w:p w14:paraId="5F6F3E6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49BA9F4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77C81A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1E86422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4856D1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Упр.№44, с.27.</w:t>
            </w:r>
          </w:p>
        </w:tc>
      </w:tr>
      <w:tr w:rsidR="00E5366B" w:rsidRPr="00E5366B" w14:paraId="10830A5B" w14:textId="77777777" w:rsidTr="00E5366B">
        <w:trPr>
          <w:cantSplit/>
          <w:jc w:val="center"/>
        </w:trPr>
        <w:tc>
          <w:tcPr>
            <w:tcW w:w="516" w:type="dxa"/>
          </w:tcPr>
          <w:p w14:paraId="621EAE5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89</w:t>
            </w:r>
          </w:p>
        </w:tc>
        <w:tc>
          <w:tcPr>
            <w:tcW w:w="1839" w:type="dxa"/>
          </w:tcPr>
          <w:p w14:paraId="4E13ABB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 имён существительных.</w:t>
            </w:r>
          </w:p>
        </w:tc>
        <w:tc>
          <w:tcPr>
            <w:tcW w:w="3568" w:type="dxa"/>
          </w:tcPr>
          <w:p w14:paraId="63AEFF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4B921B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3F4756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ED3230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8E1FBB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Упр.№50, с.30.</w:t>
            </w:r>
          </w:p>
        </w:tc>
      </w:tr>
      <w:tr w:rsidR="00E5366B" w:rsidRPr="00E5366B" w14:paraId="5024C8AF" w14:textId="77777777" w:rsidTr="00E5366B">
        <w:trPr>
          <w:cantSplit/>
          <w:jc w:val="center"/>
        </w:trPr>
        <w:tc>
          <w:tcPr>
            <w:tcW w:w="516" w:type="dxa"/>
          </w:tcPr>
          <w:p w14:paraId="0E30FB3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90</w:t>
            </w:r>
          </w:p>
        </w:tc>
        <w:tc>
          <w:tcPr>
            <w:tcW w:w="1839" w:type="dxa"/>
          </w:tcPr>
          <w:p w14:paraId="0822ECC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Мягкий знак на конце имён существительных после шипящих.</w:t>
            </w:r>
          </w:p>
        </w:tc>
        <w:tc>
          <w:tcPr>
            <w:tcW w:w="3568" w:type="dxa"/>
          </w:tcPr>
          <w:p w14:paraId="3EE2B98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AF3659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68C9ED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BB6107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83BFB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Упр.№56, с.33.</w:t>
            </w:r>
          </w:p>
        </w:tc>
      </w:tr>
      <w:tr w:rsidR="00E5366B" w:rsidRPr="00E5366B" w14:paraId="66C8DD44" w14:textId="77777777" w:rsidTr="00E5366B">
        <w:trPr>
          <w:cantSplit/>
          <w:jc w:val="center"/>
        </w:trPr>
        <w:tc>
          <w:tcPr>
            <w:tcW w:w="516" w:type="dxa"/>
          </w:tcPr>
          <w:p w14:paraId="2E33CA4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91</w:t>
            </w:r>
          </w:p>
        </w:tc>
        <w:tc>
          <w:tcPr>
            <w:tcW w:w="1839" w:type="dxa"/>
          </w:tcPr>
          <w:p w14:paraId="13E2C99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Мягкий знак на конце имён существительных после шипящих.</w:t>
            </w:r>
          </w:p>
        </w:tc>
        <w:tc>
          <w:tcPr>
            <w:tcW w:w="3568" w:type="dxa"/>
          </w:tcPr>
          <w:p w14:paraId="7E5BDB7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4FEBCD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B9E897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6C0BCD5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5AD5CA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Упр.№60, с.34.</w:t>
            </w:r>
          </w:p>
        </w:tc>
      </w:tr>
      <w:tr w:rsidR="00E5366B" w:rsidRPr="00E5366B" w14:paraId="168EC675" w14:textId="77777777" w:rsidTr="00E5366B">
        <w:trPr>
          <w:cantSplit/>
          <w:jc w:val="center"/>
        </w:trPr>
        <w:tc>
          <w:tcPr>
            <w:tcW w:w="516" w:type="dxa"/>
          </w:tcPr>
          <w:p w14:paraId="42DD6F0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92</w:t>
            </w:r>
          </w:p>
        </w:tc>
        <w:tc>
          <w:tcPr>
            <w:tcW w:w="1839" w:type="dxa"/>
          </w:tcPr>
          <w:p w14:paraId="43F9BD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EEF91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27BC6F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031730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2BB04B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0AAC7EF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Упр.№63, с.35.</w:t>
            </w:r>
          </w:p>
        </w:tc>
      </w:tr>
      <w:tr w:rsidR="00E5366B" w:rsidRPr="00E5366B" w14:paraId="27BF102F" w14:textId="77777777" w:rsidTr="00E5366B">
        <w:trPr>
          <w:cantSplit/>
          <w:jc w:val="center"/>
        </w:trPr>
        <w:tc>
          <w:tcPr>
            <w:tcW w:w="516" w:type="dxa"/>
          </w:tcPr>
          <w:p w14:paraId="7E60475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93</w:t>
            </w:r>
          </w:p>
        </w:tc>
        <w:tc>
          <w:tcPr>
            <w:tcW w:w="1839" w:type="dxa"/>
          </w:tcPr>
          <w:p w14:paraId="4E9E21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«Имя существительное».</w:t>
            </w:r>
          </w:p>
        </w:tc>
        <w:tc>
          <w:tcPr>
            <w:tcW w:w="3568" w:type="dxa"/>
          </w:tcPr>
          <w:p w14:paraId="236AF7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99BB4B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45712E0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22003A1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D9D54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45BD1416" w14:textId="77777777" w:rsidTr="00E5366B">
        <w:trPr>
          <w:cantSplit/>
          <w:jc w:val="center"/>
        </w:trPr>
        <w:tc>
          <w:tcPr>
            <w:tcW w:w="516" w:type="dxa"/>
          </w:tcPr>
          <w:p w14:paraId="67DCAD9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94</w:t>
            </w:r>
          </w:p>
        </w:tc>
        <w:tc>
          <w:tcPr>
            <w:tcW w:w="1839" w:type="dxa"/>
          </w:tcPr>
          <w:p w14:paraId="17FB93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Склонение имён существительных.</w:t>
            </w:r>
          </w:p>
        </w:tc>
        <w:tc>
          <w:tcPr>
            <w:tcW w:w="3568" w:type="dxa"/>
          </w:tcPr>
          <w:p w14:paraId="2950D15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1C7AE04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30FBB59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4371ACC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604803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Просклонять слова няня, гроза.</w:t>
            </w:r>
          </w:p>
        </w:tc>
      </w:tr>
      <w:tr w:rsidR="00E5366B" w:rsidRPr="00E5366B" w14:paraId="31AE89C4" w14:textId="77777777" w:rsidTr="00E5366B">
        <w:trPr>
          <w:cantSplit/>
          <w:jc w:val="center"/>
        </w:trPr>
        <w:tc>
          <w:tcPr>
            <w:tcW w:w="516" w:type="dxa"/>
          </w:tcPr>
          <w:p w14:paraId="01B85DF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95</w:t>
            </w:r>
          </w:p>
        </w:tc>
        <w:tc>
          <w:tcPr>
            <w:tcW w:w="1839" w:type="dxa"/>
          </w:tcPr>
          <w:p w14:paraId="18FAB6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Падеж имён существительных.</w:t>
            </w:r>
          </w:p>
        </w:tc>
        <w:tc>
          <w:tcPr>
            <w:tcW w:w="3568" w:type="dxa"/>
          </w:tcPr>
          <w:p w14:paraId="65378B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EEB4B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3C4F4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5E80C6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BB033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предложения, указать падеж имён существительны х.</w:t>
            </w:r>
          </w:p>
        </w:tc>
      </w:tr>
      <w:tr w:rsidR="00E5366B" w:rsidRPr="00E5366B" w14:paraId="3AFF70DB" w14:textId="77777777" w:rsidTr="00E5366B">
        <w:trPr>
          <w:cantSplit/>
          <w:jc w:val="center"/>
        </w:trPr>
        <w:tc>
          <w:tcPr>
            <w:tcW w:w="516" w:type="dxa"/>
          </w:tcPr>
          <w:p w14:paraId="0FE7F31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96</w:t>
            </w:r>
          </w:p>
        </w:tc>
        <w:tc>
          <w:tcPr>
            <w:tcW w:w="1839" w:type="dxa"/>
          </w:tcPr>
          <w:p w14:paraId="506610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Падеж имён существительных.</w:t>
            </w:r>
          </w:p>
        </w:tc>
        <w:tc>
          <w:tcPr>
            <w:tcW w:w="3568" w:type="dxa"/>
          </w:tcPr>
          <w:p w14:paraId="7695BE7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9B90C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B164EF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1DFD0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8F1456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словосочетания со словом книга в разных падежах.</w:t>
            </w:r>
          </w:p>
        </w:tc>
      </w:tr>
      <w:tr w:rsidR="00E5366B" w:rsidRPr="00E5366B" w14:paraId="42F8499F" w14:textId="77777777" w:rsidTr="00E5366B">
        <w:trPr>
          <w:cantSplit/>
          <w:jc w:val="center"/>
        </w:trPr>
        <w:tc>
          <w:tcPr>
            <w:tcW w:w="516" w:type="dxa"/>
          </w:tcPr>
          <w:p w14:paraId="74995A7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97</w:t>
            </w:r>
          </w:p>
        </w:tc>
        <w:tc>
          <w:tcPr>
            <w:tcW w:w="1839" w:type="dxa"/>
          </w:tcPr>
          <w:p w14:paraId="3A31AB4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Сочинение по картине И.Я. Билибина «Иван-царевич и лягушка-квакушка».</w:t>
            </w:r>
          </w:p>
        </w:tc>
        <w:tc>
          <w:tcPr>
            <w:tcW w:w="3568" w:type="dxa"/>
          </w:tcPr>
          <w:p w14:paraId="1E84A7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6217B1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4210B25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1595F7F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19E00A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Просклонять слово речка.</w:t>
            </w:r>
          </w:p>
        </w:tc>
      </w:tr>
      <w:tr w:rsidR="00E5366B" w:rsidRPr="00E5366B" w14:paraId="79E7C3B4" w14:textId="77777777" w:rsidTr="00E5366B">
        <w:trPr>
          <w:cantSplit/>
          <w:jc w:val="center"/>
        </w:trPr>
        <w:tc>
          <w:tcPr>
            <w:tcW w:w="516" w:type="dxa"/>
          </w:tcPr>
          <w:p w14:paraId="4A2D393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98</w:t>
            </w:r>
          </w:p>
        </w:tc>
        <w:tc>
          <w:tcPr>
            <w:tcW w:w="1839" w:type="dxa"/>
          </w:tcPr>
          <w:p w14:paraId="43F804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Именительный падеж имен существительных.</w:t>
            </w:r>
          </w:p>
        </w:tc>
        <w:tc>
          <w:tcPr>
            <w:tcW w:w="3568" w:type="dxa"/>
          </w:tcPr>
          <w:p w14:paraId="1CC7602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7C11A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36209C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1C2FE55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4A2857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предложения, подчеркнуть главные члены.</w:t>
            </w:r>
          </w:p>
        </w:tc>
      </w:tr>
      <w:tr w:rsidR="00E5366B" w:rsidRPr="00E5366B" w14:paraId="75404183" w14:textId="77777777" w:rsidTr="00E5366B">
        <w:trPr>
          <w:cantSplit/>
          <w:jc w:val="center"/>
        </w:trPr>
        <w:tc>
          <w:tcPr>
            <w:tcW w:w="516" w:type="dxa"/>
          </w:tcPr>
          <w:p w14:paraId="4B4BD28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99</w:t>
            </w:r>
          </w:p>
        </w:tc>
        <w:tc>
          <w:tcPr>
            <w:tcW w:w="1839" w:type="dxa"/>
          </w:tcPr>
          <w:p w14:paraId="36D8E5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Родительный падеж имен существительных.</w:t>
            </w:r>
          </w:p>
        </w:tc>
        <w:tc>
          <w:tcPr>
            <w:tcW w:w="3568" w:type="dxa"/>
          </w:tcPr>
          <w:p w14:paraId="39ED2D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5AED9D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68C8F29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00F54A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21045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Упр.№81, с.45.</w:t>
            </w:r>
          </w:p>
        </w:tc>
      </w:tr>
      <w:tr w:rsidR="00E5366B" w:rsidRPr="00E5366B" w14:paraId="2BCB06FC" w14:textId="77777777" w:rsidTr="00E5366B">
        <w:trPr>
          <w:cantSplit/>
          <w:jc w:val="center"/>
        </w:trPr>
        <w:tc>
          <w:tcPr>
            <w:tcW w:w="516" w:type="dxa"/>
          </w:tcPr>
          <w:p w14:paraId="3D1E3FF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100</w:t>
            </w:r>
          </w:p>
        </w:tc>
        <w:tc>
          <w:tcPr>
            <w:tcW w:w="1839" w:type="dxa"/>
          </w:tcPr>
          <w:p w14:paraId="4C89C16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Дательный падеж имен существительных.</w:t>
            </w:r>
          </w:p>
        </w:tc>
        <w:tc>
          <w:tcPr>
            <w:tcW w:w="3568" w:type="dxa"/>
          </w:tcPr>
          <w:p w14:paraId="5BCE376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12F7AB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6583058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6E7830C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D8253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Упр.№84, с.47.</w:t>
            </w:r>
          </w:p>
        </w:tc>
      </w:tr>
      <w:tr w:rsidR="00E5366B" w:rsidRPr="00E5366B" w14:paraId="3D6AEA32" w14:textId="77777777" w:rsidTr="00E5366B">
        <w:trPr>
          <w:cantSplit/>
          <w:jc w:val="center"/>
        </w:trPr>
        <w:tc>
          <w:tcPr>
            <w:tcW w:w="516" w:type="dxa"/>
          </w:tcPr>
          <w:p w14:paraId="26D7BA1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101</w:t>
            </w:r>
          </w:p>
        </w:tc>
        <w:tc>
          <w:tcPr>
            <w:tcW w:w="1839" w:type="dxa"/>
          </w:tcPr>
          <w:p w14:paraId="3D0A648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Винительный падеж имен существительных.</w:t>
            </w:r>
          </w:p>
        </w:tc>
        <w:tc>
          <w:tcPr>
            <w:tcW w:w="3568" w:type="dxa"/>
          </w:tcPr>
          <w:p w14:paraId="52BEC7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C062DB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413D94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883944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5F4DA6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Упр.№93, с.52.</w:t>
            </w:r>
          </w:p>
        </w:tc>
      </w:tr>
      <w:tr w:rsidR="00E5366B" w:rsidRPr="00E5366B" w14:paraId="7C976303" w14:textId="77777777" w:rsidTr="00E5366B">
        <w:trPr>
          <w:cantSplit/>
          <w:jc w:val="center"/>
        </w:trPr>
        <w:tc>
          <w:tcPr>
            <w:tcW w:w="516" w:type="dxa"/>
          </w:tcPr>
          <w:p w14:paraId="49A75F0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102</w:t>
            </w:r>
          </w:p>
        </w:tc>
        <w:tc>
          <w:tcPr>
            <w:tcW w:w="1839" w:type="dxa"/>
          </w:tcPr>
          <w:p w14:paraId="34F5415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Творительный падеж имен существительных.</w:t>
            </w:r>
          </w:p>
        </w:tc>
        <w:tc>
          <w:tcPr>
            <w:tcW w:w="3568" w:type="dxa"/>
          </w:tcPr>
          <w:p w14:paraId="3FD9AB5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C8EC3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2BE38E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3D486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3DE45B8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именами существительны ми в творительном падеже.</w:t>
            </w:r>
          </w:p>
        </w:tc>
      </w:tr>
      <w:tr w:rsidR="00E5366B" w:rsidRPr="00E5366B" w14:paraId="17037A99" w14:textId="77777777" w:rsidTr="00E5366B">
        <w:trPr>
          <w:cantSplit/>
          <w:jc w:val="center"/>
        </w:trPr>
        <w:tc>
          <w:tcPr>
            <w:tcW w:w="516" w:type="dxa"/>
          </w:tcPr>
          <w:p w14:paraId="56BE73A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103</w:t>
            </w:r>
          </w:p>
        </w:tc>
        <w:tc>
          <w:tcPr>
            <w:tcW w:w="1839" w:type="dxa"/>
          </w:tcPr>
          <w:p w14:paraId="6367E0C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Предложный падеж имен существительных.</w:t>
            </w:r>
          </w:p>
        </w:tc>
        <w:tc>
          <w:tcPr>
            <w:tcW w:w="3568" w:type="dxa"/>
          </w:tcPr>
          <w:p w14:paraId="2326151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070410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1F66C0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59C1BB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3EA1A6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Упр.№98, с.54.</w:t>
            </w:r>
          </w:p>
        </w:tc>
      </w:tr>
      <w:tr w:rsidR="00E5366B" w:rsidRPr="00E5366B" w14:paraId="13677659" w14:textId="77777777" w:rsidTr="00E5366B">
        <w:trPr>
          <w:cantSplit/>
          <w:jc w:val="center"/>
        </w:trPr>
        <w:tc>
          <w:tcPr>
            <w:tcW w:w="516" w:type="dxa"/>
          </w:tcPr>
          <w:p w14:paraId="7B82F44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104</w:t>
            </w:r>
          </w:p>
        </w:tc>
        <w:tc>
          <w:tcPr>
            <w:tcW w:w="1839" w:type="dxa"/>
          </w:tcPr>
          <w:p w14:paraId="69E1560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04AF150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4BC775E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3E0210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7044CCC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65AC05C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Р.т.№88, №89, с.41</w:t>
            </w:r>
          </w:p>
        </w:tc>
      </w:tr>
      <w:tr w:rsidR="00E5366B" w:rsidRPr="00E5366B" w14:paraId="16B975C9" w14:textId="77777777" w:rsidTr="00E5366B">
        <w:trPr>
          <w:cantSplit/>
          <w:jc w:val="center"/>
        </w:trPr>
        <w:tc>
          <w:tcPr>
            <w:tcW w:w="516" w:type="dxa"/>
          </w:tcPr>
          <w:p w14:paraId="0333E4E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105</w:t>
            </w:r>
          </w:p>
        </w:tc>
        <w:tc>
          <w:tcPr>
            <w:tcW w:w="1839" w:type="dxa"/>
          </w:tcPr>
          <w:p w14:paraId="78E0A6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Все падежи.</w:t>
            </w:r>
          </w:p>
        </w:tc>
        <w:tc>
          <w:tcPr>
            <w:tcW w:w="3568" w:type="dxa"/>
          </w:tcPr>
          <w:p w14:paraId="5D703FA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364759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6A4D607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357AC89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4A1EB2A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Упр. в </w:t>
            </w:r>
            <w:proofErr w:type="spellStart"/>
            <w:r w:rsidRPr="00E5366B">
              <w:rPr>
                <w:sz w:val="20"/>
                <w:szCs w:val="20"/>
              </w:rPr>
              <w:t>р.т</w:t>
            </w:r>
            <w:proofErr w:type="spellEnd"/>
            <w:r w:rsidRPr="00E5366B">
              <w:rPr>
                <w:sz w:val="20"/>
                <w:szCs w:val="20"/>
              </w:rPr>
              <w:t>.</w:t>
            </w:r>
          </w:p>
        </w:tc>
      </w:tr>
      <w:tr w:rsidR="00E5366B" w:rsidRPr="00E5366B" w14:paraId="640EE62E" w14:textId="77777777" w:rsidTr="00E5366B">
        <w:trPr>
          <w:cantSplit/>
          <w:jc w:val="center"/>
        </w:trPr>
        <w:tc>
          <w:tcPr>
            <w:tcW w:w="516" w:type="dxa"/>
          </w:tcPr>
          <w:p w14:paraId="63E858D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106</w:t>
            </w:r>
          </w:p>
        </w:tc>
        <w:tc>
          <w:tcPr>
            <w:tcW w:w="1839" w:type="dxa"/>
          </w:tcPr>
          <w:p w14:paraId="63A417A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Сочинение по картине К.Ф. Юона «Конец зимы. Полдень».</w:t>
            </w:r>
          </w:p>
        </w:tc>
        <w:tc>
          <w:tcPr>
            <w:tcW w:w="3568" w:type="dxa"/>
          </w:tcPr>
          <w:p w14:paraId="292B3CD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7AC9537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18944D9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0C71141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7A1DCB5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Упр. в </w:t>
            </w:r>
            <w:proofErr w:type="spellStart"/>
            <w:proofErr w:type="gramStart"/>
            <w:r w:rsidRPr="00E5366B">
              <w:rPr>
                <w:sz w:val="20"/>
                <w:szCs w:val="20"/>
              </w:rPr>
              <w:t>р.т</w:t>
            </w:r>
            <w:proofErr w:type="spellEnd"/>
            <w:proofErr w:type="gramEnd"/>
          </w:p>
        </w:tc>
      </w:tr>
      <w:tr w:rsidR="00E5366B" w:rsidRPr="00E5366B" w14:paraId="2A6EA519" w14:textId="77777777" w:rsidTr="00E5366B">
        <w:trPr>
          <w:cantSplit/>
          <w:jc w:val="center"/>
        </w:trPr>
        <w:tc>
          <w:tcPr>
            <w:tcW w:w="516" w:type="dxa"/>
          </w:tcPr>
          <w:p w14:paraId="2AA1632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107</w:t>
            </w:r>
          </w:p>
        </w:tc>
        <w:tc>
          <w:tcPr>
            <w:tcW w:w="1839" w:type="dxa"/>
          </w:tcPr>
          <w:p w14:paraId="0C66A7D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знаний.</w:t>
            </w:r>
          </w:p>
        </w:tc>
        <w:tc>
          <w:tcPr>
            <w:tcW w:w="3568" w:type="dxa"/>
          </w:tcPr>
          <w:p w14:paraId="5941AB8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475F7F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35AE9A4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06604D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43AEF80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2 пословицы, указать падеж имён существительны х.</w:t>
            </w:r>
          </w:p>
        </w:tc>
      </w:tr>
      <w:tr w:rsidR="00E5366B" w:rsidRPr="00E5366B" w14:paraId="16E8BAB2" w14:textId="77777777" w:rsidTr="00E5366B">
        <w:trPr>
          <w:cantSplit/>
          <w:jc w:val="center"/>
        </w:trPr>
        <w:tc>
          <w:tcPr>
            <w:tcW w:w="516" w:type="dxa"/>
          </w:tcPr>
          <w:p w14:paraId="71C0878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108</w:t>
            </w:r>
          </w:p>
        </w:tc>
        <w:tc>
          <w:tcPr>
            <w:tcW w:w="1839" w:type="dxa"/>
          </w:tcPr>
          <w:p w14:paraId="021BF88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«Имя существительное».</w:t>
            </w:r>
          </w:p>
        </w:tc>
        <w:tc>
          <w:tcPr>
            <w:tcW w:w="3568" w:type="dxa"/>
          </w:tcPr>
          <w:p w14:paraId="061AD6D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4EB0067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1F4DB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398F542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EEAF5E8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484FD3E0" w14:textId="77777777" w:rsidTr="00E5366B">
        <w:trPr>
          <w:cantSplit/>
          <w:jc w:val="center"/>
        </w:trPr>
        <w:tc>
          <w:tcPr>
            <w:tcW w:w="516" w:type="dxa"/>
          </w:tcPr>
          <w:p w14:paraId="794F0A6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109</w:t>
            </w:r>
          </w:p>
        </w:tc>
        <w:tc>
          <w:tcPr>
            <w:tcW w:w="1839" w:type="dxa"/>
          </w:tcPr>
          <w:p w14:paraId="684F76D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 Проект «Зимняя страничка».</w:t>
            </w:r>
          </w:p>
        </w:tc>
        <w:tc>
          <w:tcPr>
            <w:tcW w:w="3568" w:type="dxa"/>
          </w:tcPr>
          <w:p w14:paraId="4B8F43D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22B57B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63D1E16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05C1DE6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2B3FC40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Подготовить проект.</w:t>
            </w:r>
          </w:p>
        </w:tc>
      </w:tr>
      <w:tr w:rsidR="00E5366B" w:rsidRPr="00E5366B" w14:paraId="56A5EE4A" w14:textId="77777777" w:rsidTr="00E5366B">
        <w:trPr>
          <w:cantSplit/>
          <w:jc w:val="center"/>
        </w:trPr>
        <w:tc>
          <w:tcPr>
            <w:tcW w:w="516" w:type="dxa"/>
          </w:tcPr>
          <w:p w14:paraId="39800CF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110</w:t>
            </w:r>
          </w:p>
        </w:tc>
        <w:tc>
          <w:tcPr>
            <w:tcW w:w="1839" w:type="dxa"/>
          </w:tcPr>
          <w:p w14:paraId="007E62B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и употребление имён прилагательных в речи.</w:t>
            </w:r>
          </w:p>
        </w:tc>
        <w:tc>
          <w:tcPr>
            <w:tcW w:w="3568" w:type="dxa"/>
          </w:tcPr>
          <w:p w14:paraId="0B9D80B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345FA07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39C764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472269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3DFAB95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Упр.№112, с.65.</w:t>
            </w:r>
          </w:p>
        </w:tc>
      </w:tr>
      <w:tr w:rsidR="00E5366B" w:rsidRPr="00E5366B" w14:paraId="013DA2E8" w14:textId="77777777" w:rsidTr="00E5366B">
        <w:trPr>
          <w:cantSplit/>
          <w:jc w:val="center"/>
        </w:trPr>
        <w:tc>
          <w:tcPr>
            <w:tcW w:w="516" w:type="dxa"/>
          </w:tcPr>
          <w:p w14:paraId="36B36DFE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111</w:t>
            </w:r>
          </w:p>
        </w:tc>
        <w:tc>
          <w:tcPr>
            <w:tcW w:w="1839" w:type="dxa"/>
          </w:tcPr>
          <w:p w14:paraId="1C8F6C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и употребление имён прилагательных в речи.</w:t>
            </w:r>
          </w:p>
        </w:tc>
        <w:tc>
          <w:tcPr>
            <w:tcW w:w="3568" w:type="dxa"/>
          </w:tcPr>
          <w:p w14:paraId="453BE8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65428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5B1358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A5F44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C1448E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Упр.№115, с.66.</w:t>
            </w:r>
          </w:p>
        </w:tc>
      </w:tr>
      <w:tr w:rsidR="00E5366B" w:rsidRPr="00E5366B" w14:paraId="59876148" w14:textId="77777777" w:rsidTr="00E5366B">
        <w:trPr>
          <w:cantSplit/>
          <w:jc w:val="center"/>
        </w:trPr>
        <w:tc>
          <w:tcPr>
            <w:tcW w:w="516" w:type="dxa"/>
          </w:tcPr>
          <w:p w14:paraId="349F61B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112</w:t>
            </w:r>
          </w:p>
        </w:tc>
        <w:tc>
          <w:tcPr>
            <w:tcW w:w="1839" w:type="dxa"/>
          </w:tcPr>
          <w:p w14:paraId="617495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Роль имен прилагательных в тексте.</w:t>
            </w:r>
          </w:p>
        </w:tc>
        <w:tc>
          <w:tcPr>
            <w:tcW w:w="3568" w:type="dxa"/>
          </w:tcPr>
          <w:p w14:paraId="509C1E6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10475BB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1C955BF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28F5AA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4BB428A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Упр.№121, с.69.</w:t>
            </w:r>
          </w:p>
        </w:tc>
      </w:tr>
      <w:tr w:rsidR="00E5366B" w:rsidRPr="00E5366B" w14:paraId="1C592795" w14:textId="77777777" w:rsidTr="00E5366B">
        <w:trPr>
          <w:cantSplit/>
          <w:jc w:val="center"/>
        </w:trPr>
        <w:tc>
          <w:tcPr>
            <w:tcW w:w="516" w:type="dxa"/>
          </w:tcPr>
          <w:p w14:paraId="39ABFB3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113</w:t>
            </w:r>
          </w:p>
        </w:tc>
        <w:tc>
          <w:tcPr>
            <w:tcW w:w="1839" w:type="dxa"/>
          </w:tcPr>
          <w:p w14:paraId="15D17B0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Текст-описание.</w:t>
            </w:r>
          </w:p>
        </w:tc>
        <w:tc>
          <w:tcPr>
            <w:tcW w:w="3568" w:type="dxa"/>
          </w:tcPr>
          <w:p w14:paraId="206A3DD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26D27F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74740B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22D7FE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21A39A0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Читать информацию, с.71.</w:t>
            </w:r>
          </w:p>
        </w:tc>
      </w:tr>
      <w:tr w:rsidR="00E5366B" w:rsidRPr="00E5366B" w14:paraId="35AB9086" w14:textId="77777777" w:rsidTr="00E5366B">
        <w:trPr>
          <w:cantSplit/>
          <w:jc w:val="center"/>
        </w:trPr>
        <w:tc>
          <w:tcPr>
            <w:tcW w:w="516" w:type="dxa"/>
          </w:tcPr>
          <w:p w14:paraId="2350509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114</w:t>
            </w:r>
          </w:p>
        </w:tc>
        <w:tc>
          <w:tcPr>
            <w:tcW w:w="1839" w:type="dxa"/>
          </w:tcPr>
          <w:p w14:paraId="5B30024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Отзыв по картине </w:t>
            </w:r>
            <w:proofErr w:type="gramStart"/>
            <w:r w:rsidRPr="00E5366B">
              <w:rPr>
                <w:sz w:val="20"/>
                <w:szCs w:val="20"/>
              </w:rPr>
              <w:t>М.А.</w:t>
            </w:r>
            <w:proofErr w:type="gramEnd"/>
            <w:r w:rsidRPr="00E5366B">
              <w:rPr>
                <w:sz w:val="20"/>
                <w:szCs w:val="20"/>
              </w:rPr>
              <w:t xml:space="preserve"> Врубеля «Царевна-Лебедь».</w:t>
            </w:r>
          </w:p>
        </w:tc>
        <w:tc>
          <w:tcPr>
            <w:tcW w:w="3568" w:type="dxa"/>
          </w:tcPr>
          <w:p w14:paraId="5BD32BD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4F45A1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3D5A7FD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53E72D1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3C376F0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Упр.№123, с.70.</w:t>
            </w:r>
          </w:p>
        </w:tc>
      </w:tr>
      <w:tr w:rsidR="00E5366B" w:rsidRPr="00E5366B" w14:paraId="246EEB6B" w14:textId="77777777" w:rsidTr="00E5366B">
        <w:trPr>
          <w:cantSplit/>
          <w:jc w:val="center"/>
        </w:trPr>
        <w:tc>
          <w:tcPr>
            <w:tcW w:w="516" w:type="dxa"/>
          </w:tcPr>
          <w:p w14:paraId="11D43FD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115</w:t>
            </w:r>
          </w:p>
        </w:tc>
        <w:tc>
          <w:tcPr>
            <w:tcW w:w="1839" w:type="dxa"/>
          </w:tcPr>
          <w:p w14:paraId="16A303A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 имен прилагательных.</w:t>
            </w:r>
          </w:p>
        </w:tc>
        <w:tc>
          <w:tcPr>
            <w:tcW w:w="3568" w:type="dxa"/>
          </w:tcPr>
          <w:p w14:paraId="06D046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F26FF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63200E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175A368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4A57C6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Упр.№126, с.73.</w:t>
            </w:r>
          </w:p>
        </w:tc>
      </w:tr>
      <w:tr w:rsidR="00E5366B" w:rsidRPr="00E5366B" w14:paraId="0D704B7F" w14:textId="77777777" w:rsidTr="00E5366B">
        <w:trPr>
          <w:cantSplit/>
          <w:jc w:val="center"/>
        </w:trPr>
        <w:tc>
          <w:tcPr>
            <w:tcW w:w="516" w:type="dxa"/>
          </w:tcPr>
          <w:p w14:paraId="4E4A1D4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116</w:t>
            </w:r>
          </w:p>
        </w:tc>
        <w:tc>
          <w:tcPr>
            <w:tcW w:w="1839" w:type="dxa"/>
          </w:tcPr>
          <w:p w14:paraId="0C52B3A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имён прилагательных по родам.</w:t>
            </w:r>
          </w:p>
        </w:tc>
        <w:tc>
          <w:tcPr>
            <w:tcW w:w="3568" w:type="dxa"/>
          </w:tcPr>
          <w:p w14:paraId="5BC27B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4F18719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7CB50F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DED6DF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419662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Упр.№130, с.75.</w:t>
            </w:r>
          </w:p>
        </w:tc>
      </w:tr>
      <w:tr w:rsidR="00E5366B" w:rsidRPr="00E5366B" w14:paraId="2E8F0490" w14:textId="77777777" w:rsidTr="00E5366B">
        <w:trPr>
          <w:cantSplit/>
          <w:jc w:val="center"/>
        </w:trPr>
        <w:tc>
          <w:tcPr>
            <w:tcW w:w="516" w:type="dxa"/>
          </w:tcPr>
          <w:p w14:paraId="280D078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117</w:t>
            </w:r>
          </w:p>
        </w:tc>
        <w:tc>
          <w:tcPr>
            <w:tcW w:w="1839" w:type="dxa"/>
          </w:tcPr>
          <w:p w14:paraId="16E5947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имён прилагательных по родам.</w:t>
            </w:r>
          </w:p>
        </w:tc>
        <w:tc>
          <w:tcPr>
            <w:tcW w:w="3568" w:type="dxa"/>
          </w:tcPr>
          <w:p w14:paraId="007D60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4E5AB8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9F2C7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1D643B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C442D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и записать 6 </w:t>
            </w:r>
            <w:proofErr w:type="spellStart"/>
            <w:r w:rsidRPr="00E5366B">
              <w:rPr>
                <w:sz w:val="20"/>
                <w:szCs w:val="20"/>
              </w:rPr>
              <w:t>словосочетани</w:t>
            </w:r>
            <w:proofErr w:type="spellEnd"/>
            <w:r w:rsidRPr="00E5366B">
              <w:rPr>
                <w:sz w:val="20"/>
                <w:szCs w:val="20"/>
              </w:rPr>
              <w:t xml:space="preserve"> й </w:t>
            </w:r>
            <w:proofErr w:type="spellStart"/>
            <w:r w:rsidRPr="00E5366B">
              <w:rPr>
                <w:sz w:val="20"/>
                <w:szCs w:val="20"/>
              </w:rPr>
              <w:t>прил+сущ</w:t>
            </w:r>
            <w:proofErr w:type="spellEnd"/>
            <w:r w:rsidRPr="00E5366B">
              <w:rPr>
                <w:sz w:val="20"/>
                <w:szCs w:val="20"/>
              </w:rPr>
              <w:t>., указать род, выделить, окончания.</w:t>
            </w:r>
          </w:p>
        </w:tc>
      </w:tr>
      <w:tr w:rsidR="00E5366B" w:rsidRPr="00E5366B" w14:paraId="4580A5F7" w14:textId="77777777" w:rsidTr="00E5366B">
        <w:trPr>
          <w:cantSplit/>
          <w:jc w:val="center"/>
        </w:trPr>
        <w:tc>
          <w:tcPr>
            <w:tcW w:w="516" w:type="dxa"/>
          </w:tcPr>
          <w:p w14:paraId="3FAEE5F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118</w:t>
            </w:r>
          </w:p>
        </w:tc>
        <w:tc>
          <w:tcPr>
            <w:tcW w:w="1839" w:type="dxa"/>
          </w:tcPr>
          <w:p w14:paraId="33B95D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имен прилагательных.</w:t>
            </w:r>
          </w:p>
        </w:tc>
        <w:tc>
          <w:tcPr>
            <w:tcW w:w="3568" w:type="dxa"/>
          </w:tcPr>
          <w:p w14:paraId="693B00E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79F18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D8389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A394B5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3CE8AE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Упр.№138, с.80.</w:t>
            </w:r>
          </w:p>
        </w:tc>
      </w:tr>
      <w:tr w:rsidR="00E5366B" w:rsidRPr="00E5366B" w14:paraId="7FA79E1D" w14:textId="77777777" w:rsidTr="00E5366B">
        <w:trPr>
          <w:cantSplit/>
          <w:jc w:val="center"/>
        </w:trPr>
        <w:tc>
          <w:tcPr>
            <w:tcW w:w="516" w:type="dxa"/>
          </w:tcPr>
          <w:p w14:paraId="736BCD25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119</w:t>
            </w:r>
          </w:p>
        </w:tc>
        <w:tc>
          <w:tcPr>
            <w:tcW w:w="1839" w:type="dxa"/>
          </w:tcPr>
          <w:p w14:paraId="09A9EB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имен прилагательных.</w:t>
            </w:r>
          </w:p>
        </w:tc>
        <w:tc>
          <w:tcPr>
            <w:tcW w:w="3568" w:type="dxa"/>
          </w:tcPr>
          <w:p w14:paraId="56AFABA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C59407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70B1FC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0CEC3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6149BB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Упр.№142, с.81.</w:t>
            </w:r>
          </w:p>
        </w:tc>
      </w:tr>
      <w:tr w:rsidR="00E5366B" w:rsidRPr="00E5366B" w14:paraId="0F599258" w14:textId="77777777" w:rsidTr="00E5366B">
        <w:trPr>
          <w:cantSplit/>
          <w:jc w:val="center"/>
        </w:trPr>
        <w:tc>
          <w:tcPr>
            <w:tcW w:w="516" w:type="dxa"/>
          </w:tcPr>
          <w:p w14:paraId="5C69B36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120</w:t>
            </w:r>
          </w:p>
        </w:tc>
        <w:tc>
          <w:tcPr>
            <w:tcW w:w="1839" w:type="dxa"/>
          </w:tcPr>
          <w:p w14:paraId="5E151D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Итоговая контрольная работа за III четверть.</w:t>
            </w:r>
          </w:p>
        </w:tc>
        <w:tc>
          <w:tcPr>
            <w:tcW w:w="3568" w:type="dxa"/>
          </w:tcPr>
          <w:p w14:paraId="6B2762C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61054EA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23A809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007BBEF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200588B0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4BDC981D" w14:textId="77777777" w:rsidTr="00E5366B">
        <w:trPr>
          <w:cantSplit/>
          <w:jc w:val="center"/>
        </w:trPr>
        <w:tc>
          <w:tcPr>
            <w:tcW w:w="516" w:type="dxa"/>
          </w:tcPr>
          <w:p w14:paraId="7A4FFB9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121</w:t>
            </w:r>
          </w:p>
        </w:tc>
        <w:tc>
          <w:tcPr>
            <w:tcW w:w="1839" w:type="dxa"/>
          </w:tcPr>
          <w:p w14:paraId="697447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3568" w:type="dxa"/>
          </w:tcPr>
          <w:p w14:paraId="2CED52C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78E050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0E63716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802351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1CF3B11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Упр.№141.</w:t>
            </w:r>
          </w:p>
        </w:tc>
      </w:tr>
      <w:tr w:rsidR="00E5366B" w:rsidRPr="00E5366B" w14:paraId="13BA1C2A" w14:textId="77777777" w:rsidTr="00E5366B">
        <w:trPr>
          <w:cantSplit/>
          <w:jc w:val="center"/>
        </w:trPr>
        <w:tc>
          <w:tcPr>
            <w:tcW w:w="516" w:type="dxa"/>
          </w:tcPr>
          <w:p w14:paraId="68C4808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122</w:t>
            </w:r>
          </w:p>
        </w:tc>
        <w:tc>
          <w:tcPr>
            <w:tcW w:w="1839" w:type="dxa"/>
          </w:tcPr>
          <w:p w14:paraId="5584904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имён прилагательных по падежам. Словарный диктант</w:t>
            </w:r>
          </w:p>
        </w:tc>
        <w:tc>
          <w:tcPr>
            <w:tcW w:w="3568" w:type="dxa"/>
          </w:tcPr>
          <w:p w14:paraId="599F61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27B0B7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574CC4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7CCE4C2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521F3ED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Просклонять прилагательно е высокая гора.</w:t>
            </w:r>
          </w:p>
        </w:tc>
      </w:tr>
      <w:tr w:rsidR="00E5366B" w:rsidRPr="00E5366B" w14:paraId="50BBF4F3" w14:textId="77777777" w:rsidTr="00E5366B">
        <w:trPr>
          <w:cantSplit/>
          <w:jc w:val="center"/>
        </w:trPr>
        <w:tc>
          <w:tcPr>
            <w:tcW w:w="516" w:type="dxa"/>
          </w:tcPr>
          <w:p w14:paraId="65D7463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123</w:t>
            </w:r>
          </w:p>
        </w:tc>
        <w:tc>
          <w:tcPr>
            <w:tcW w:w="1839" w:type="dxa"/>
          </w:tcPr>
          <w:p w14:paraId="0EAE308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имён прилагательных по падежам.</w:t>
            </w:r>
          </w:p>
        </w:tc>
        <w:tc>
          <w:tcPr>
            <w:tcW w:w="3568" w:type="dxa"/>
          </w:tcPr>
          <w:p w14:paraId="4B87B4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301EEBB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2D4496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B527FB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2F4B47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предложения, указать падеж имён прилагательны х.</w:t>
            </w:r>
          </w:p>
        </w:tc>
      </w:tr>
      <w:tr w:rsidR="00E5366B" w:rsidRPr="00E5366B" w14:paraId="1818EF36" w14:textId="77777777" w:rsidTr="00E5366B">
        <w:trPr>
          <w:cantSplit/>
          <w:jc w:val="center"/>
        </w:trPr>
        <w:tc>
          <w:tcPr>
            <w:tcW w:w="516" w:type="dxa"/>
          </w:tcPr>
          <w:p w14:paraId="55B0DF3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124</w:t>
            </w:r>
          </w:p>
        </w:tc>
        <w:tc>
          <w:tcPr>
            <w:tcW w:w="1839" w:type="dxa"/>
          </w:tcPr>
          <w:p w14:paraId="7D6F87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 об имени прилагательном.</w:t>
            </w:r>
          </w:p>
        </w:tc>
        <w:tc>
          <w:tcPr>
            <w:tcW w:w="3568" w:type="dxa"/>
          </w:tcPr>
          <w:p w14:paraId="3ABFB97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839EC3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127840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4009AB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831C32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1 предложение, разобрать имена</w:t>
            </w:r>
          </w:p>
        </w:tc>
      </w:tr>
      <w:tr w:rsidR="00E5366B" w:rsidRPr="00E5366B" w14:paraId="2D869F2F" w14:textId="77777777" w:rsidTr="00E5366B">
        <w:trPr>
          <w:cantSplit/>
          <w:jc w:val="center"/>
        </w:trPr>
        <w:tc>
          <w:tcPr>
            <w:tcW w:w="516" w:type="dxa"/>
          </w:tcPr>
          <w:p w14:paraId="0F9DB30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125</w:t>
            </w:r>
          </w:p>
        </w:tc>
        <w:tc>
          <w:tcPr>
            <w:tcW w:w="1839" w:type="dxa"/>
          </w:tcPr>
          <w:p w14:paraId="2FE8CC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Отзыв по картине </w:t>
            </w:r>
            <w:proofErr w:type="gramStart"/>
            <w:r w:rsidRPr="00E5366B">
              <w:rPr>
                <w:sz w:val="20"/>
                <w:szCs w:val="20"/>
              </w:rPr>
              <w:t>В.А.</w:t>
            </w:r>
            <w:proofErr w:type="gramEnd"/>
            <w:r w:rsidRPr="00E5366B">
              <w:rPr>
                <w:sz w:val="20"/>
                <w:szCs w:val="20"/>
              </w:rPr>
              <w:t xml:space="preserve"> Серова «Девочка с персиками».</w:t>
            </w:r>
          </w:p>
        </w:tc>
        <w:tc>
          <w:tcPr>
            <w:tcW w:w="3568" w:type="dxa"/>
          </w:tcPr>
          <w:p w14:paraId="10F2CD3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4DB77AA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12E8C0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0623DC2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2925E3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1 предложение, выполнить разбор имён прилагательны х.</w:t>
            </w:r>
          </w:p>
        </w:tc>
      </w:tr>
      <w:tr w:rsidR="00E5366B" w:rsidRPr="00E5366B" w14:paraId="3CA9EA94" w14:textId="77777777" w:rsidTr="00E5366B">
        <w:trPr>
          <w:cantSplit/>
          <w:jc w:val="center"/>
        </w:trPr>
        <w:tc>
          <w:tcPr>
            <w:tcW w:w="516" w:type="dxa"/>
          </w:tcPr>
          <w:p w14:paraId="2095AB2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126</w:t>
            </w:r>
          </w:p>
        </w:tc>
        <w:tc>
          <w:tcPr>
            <w:tcW w:w="1839" w:type="dxa"/>
          </w:tcPr>
          <w:p w14:paraId="28D3281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знаний. Проект «Имена прилагательные в загадках».</w:t>
            </w:r>
          </w:p>
        </w:tc>
        <w:tc>
          <w:tcPr>
            <w:tcW w:w="3568" w:type="dxa"/>
          </w:tcPr>
          <w:p w14:paraId="47B6EE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4FF7CBE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055B7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3717D9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E11D1C8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361DBDC7" w14:textId="77777777" w:rsidTr="00E5366B">
        <w:trPr>
          <w:cantSplit/>
          <w:jc w:val="center"/>
        </w:trPr>
        <w:tc>
          <w:tcPr>
            <w:tcW w:w="516" w:type="dxa"/>
          </w:tcPr>
          <w:p w14:paraId="5D99129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127</w:t>
            </w:r>
          </w:p>
        </w:tc>
        <w:tc>
          <w:tcPr>
            <w:tcW w:w="1839" w:type="dxa"/>
          </w:tcPr>
          <w:p w14:paraId="546B417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Личные местоимения.</w:t>
            </w:r>
          </w:p>
        </w:tc>
        <w:tc>
          <w:tcPr>
            <w:tcW w:w="3568" w:type="dxa"/>
          </w:tcPr>
          <w:p w14:paraId="31BB29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4321BF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167778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9610A5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61F9E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и записать 2 предложения </w:t>
            </w:r>
            <w:proofErr w:type="gramStart"/>
            <w:r w:rsidRPr="00E5366B">
              <w:rPr>
                <w:sz w:val="20"/>
                <w:szCs w:val="20"/>
              </w:rPr>
              <w:t>с местоимениям</w:t>
            </w:r>
            <w:proofErr w:type="gramEnd"/>
            <w:r w:rsidRPr="00E5366B">
              <w:rPr>
                <w:sz w:val="20"/>
                <w:szCs w:val="20"/>
              </w:rPr>
              <w:t xml:space="preserve"> и.</w:t>
            </w:r>
          </w:p>
        </w:tc>
      </w:tr>
      <w:tr w:rsidR="00E5366B" w:rsidRPr="00E5366B" w14:paraId="7B3DB471" w14:textId="77777777" w:rsidTr="00E5366B">
        <w:trPr>
          <w:cantSplit/>
          <w:jc w:val="center"/>
        </w:trPr>
        <w:tc>
          <w:tcPr>
            <w:tcW w:w="516" w:type="dxa"/>
          </w:tcPr>
          <w:p w14:paraId="2E06582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128</w:t>
            </w:r>
          </w:p>
        </w:tc>
        <w:tc>
          <w:tcPr>
            <w:tcW w:w="1839" w:type="dxa"/>
          </w:tcPr>
          <w:p w14:paraId="446FC5D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личных местоимений по родам. Словарный диктант</w:t>
            </w:r>
          </w:p>
        </w:tc>
        <w:tc>
          <w:tcPr>
            <w:tcW w:w="3568" w:type="dxa"/>
          </w:tcPr>
          <w:p w14:paraId="0F060A3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75C1FD5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2E2224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6ED431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082F6A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Упр.№162, с.95.</w:t>
            </w:r>
          </w:p>
        </w:tc>
      </w:tr>
      <w:tr w:rsidR="00E5366B" w:rsidRPr="00E5366B" w14:paraId="6E9ED019" w14:textId="77777777" w:rsidTr="00E5366B">
        <w:trPr>
          <w:cantSplit/>
          <w:jc w:val="center"/>
        </w:trPr>
        <w:tc>
          <w:tcPr>
            <w:tcW w:w="516" w:type="dxa"/>
          </w:tcPr>
          <w:p w14:paraId="0940475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129</w:t>
            </w:r>
          </w:p>
        </w:tc>
        <w:tc>
          <w:tcPr>
            <w:tcW w:w="1839" w:type="dxa"/>
          </w:tcPr>
          <w:p w14:paraId="01FDAAD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Местоимение.</w:t>
            </w:r>
          </w:p>
        </w:tc>
        <w:tc>
          <w:tcPr>
            <w:tcW w:w="3568" w:type="dxa"/>
          </w:tcPr>
          <w:p w14:paraId="7B9023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3A6D3A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211C11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E29AE5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78684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 с разными местоимениям и.</w:t>
            </w:r>
          </w:p>
        </w:tc>
      </w:tr>
      <w:tr w:rsidR="00E5366B" w:rsidRPr="00E5366B" w14:paraId="6B2A8427" w14:textId="77777777" w:rsidTr="00E5366B">
        <w:trPr>
          <w:cantSplit/>
          <w:jc w:val="center"/>
        </w:trPr>
        <w:tc>
          <w:tcPr>
            <w:tcW w:w="516" w:type="dxa"/>
          </w:tcPr>
          <w:p w14:paraId="5DA24AF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130</w:t>
            </w:r>
          </w:p>
        </w:tc>
        <w:tc>
          <w:tcPr>
            <w:tcW w:w="1839" w:type="dxa"/>
          </w:tcPr>
          <w:p w14:paraId="3621BCC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Местоимение. Проверочная работа.</w:t>
            </w:r>
          </w:p>
        </w:tc>
        <w:tc>
          <w:tcPr>
            <w:tcW w:w="3568" w:type="dxa"/>
          </w:tcPr>
          <w:p w14:paraId="4753946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C710E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838ED1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AECA68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801767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 с разными местоимениям и, указать число и лицо местоимений.</w:t>
            </w:r>
          </w:p>
        </w:tc>
      </w:tr>
      <w:tr w:rsidR="00E5366B" w:rsidRPr="00E5366B" w14:paraId="352DC34A" w14:textId="77777777" w:rsidTr="00E5366B">
        <w:trPr>
          <w:cantSplit/>
          <w:jc w:val="center"/>
        </w:trPr>
        <w:tc>
          <w:tcPr>
            <w:tcW w:w="516" w:type="dxa"/>
          </w:tcPr>
          <w:p w14:paraId="591CAC9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131</w:t>
            </w:r>
          </w:p>
        </w:tc>
        <w:tc>
          <w:tcPr>
            <w:tcW w:w="1839" w:type="dxa"/>
          </w:tcPr>
          <w:p w14:paraId="3C16611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4197A4B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7196055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2358FD0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27EEF3F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44D186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и записать 2 предложения </w:t>
            </w:r>
            <w:proofErr w:type="gramStart"/>
            <w:r w:rsidRPr="00E5366B">
              <w:rPr>
                <w:sz w:val="20"/>
                <w:szCs w:val="20"/>
              </w:rPr>
              <w:t>с местоимениям</w:t>
            </w:r>
            <w:proofErr w:type="gramEnd"/>
            <w:r w:rsidRPr="00E5366B">
              <w:rPr>
                <w:sz w:val="20"/>
                <w:szCs w:val="20"/>
              </w:rPr>
              <w:t xml:space="preserve"> и.</w:t>
            </w:r>
          </w:p>
        </w:tc>
      </w:tr>
      <w:tr w:rsidR="00E5366B" w:rsidRPr="00E5366B" w14:paraId="66A3B203" w14:textId="77777777" w:rsidTr="00E5366B">
        <w:trPr>
          <w:cantSplit/>
          <w:jc w:val="center"/>
        </w:trPr>
        <w:tc>
          <w:tcPr>
            <w:tcW w:w="516" w:type="dxa"/>
          </w:tcPr>
          <w:p w14:paraId="37A9ACA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132</w:t>
            </w:r>
          </w:p>
        </w:tc>
        <w:tc>
          <w:tcPr>
            <w:tcW w:w="1839" w:type="dxa"/>
          </w:tcPr>
          <w:p w14:paraId="0352249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и употребление глаголов в речи.</w:t>
            </w:r>
          </w:p>
        </w:tc>
        <w:tc>
          <w:tcPr>
            <w:tcW w:w="3568" w:type="dxa"/>
          </w:tcPr>
          <w:p w14:paraId="01519F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3364910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341C2E8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8319CD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B3CCD7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Упр.№172, с.102.</w:t>
            </w:r>
          </w:p>
        </w:tc>
      </w:tr>
      <w:tr w:rsidR="00E5366B" w:rsidRPr="00E5366B" w14:paraId="6C2BBBE5" w14:textId="77777777" w:rsidTr="00E5366B">
        <w:trPr>
          <w:cantSplit/>
          <w:jc w:val="center"/>
        </w:trPr>
        <w:tc>
          <w:tcPr>
            <w:tcW w:w="516" w:type="dxa"/>
          </w:tcPr>
          <w:p w14:paraId="30F0FE2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133</w:t>
            </w:r>
          </w:p>
        </w:tc>
        <w:tc>
          <w:tcPr>
            <w:tcW w:w="1839" w:type="dxa"/>
          </w:tcPr>
          <w:p w14:paraId="2851CDB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и употребление глаголов в речи.</w:t>
            </w:r>
          </w:p>
        </w:tc>
        <w:tc>
          <w:tcPr>
            <w:tcW w:w="3568" w:type="dxa"/>
          </w:tcPr>
          <w:p w14:paraId="654DD93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69411B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29786C6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BE46E7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6CF5C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Упр.№176, с.103.</w:t>
            </w:r>
          </w:p>
        </w:tc>
      </w:tr>
      <w:tr w:rsidR="00E5366B" w:rsidRPr="00E5366B" w14:paraId="0709AFBD" w14:textId="77777777" w:rsidTr="00E5366B">
        <w:trPr>
          <w:cantSplit/>
          <w:jc w:val="center"/>
        </w:trPr>
        <w:tc>
          <w:tcPr>
            <w:tcW w:w="516" w:type="dxa"/>
          </w:tcPr>
          <w:p w14:paraId="64D41FF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134</w:t>
            </w:r>
          </w:p>
        </w:tc>
        <w:tc>
          <w:tcPr>
            <w:tcW w:w="1839" w:type="dxa"/>
          </w:tcPr>
          <w:p w14:paraId="38DA8C8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Значение и употребление глаголов в речи.</w:t>
            </w:r>
          </w:p>
        </w:tc>
        <w:tc>
          <w:tcPr>
            <w:tcW w:w="3568" w:type="dxa"/>
          </w:tcPr>
          <w:p w14:paraId="334D524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3859918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F31DDC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171642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CF8275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Упр.№180, с.105.</w:t>
            </w:r>
          </w:p>
        </w:tc>
      </w:tr>
      <w:tr w:rsidR="00E5366B" w:rsidRPr="00E5366B" w14:paraId="56AB6D75" w14:textId="77777777" w:rsidTr="00E5366B">
        <w:trPr>
          <w:cantSplit/>
          <w:jc w:val="center"/>
        </w:trPr>
        <w:tc>
          <w:tcPr>
            <w:tcW w:w="516" w:type="dxa"/>
          </w:tcPr>
          <w:p w14:paraId="19A7A0A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135</w:t>
            </w:r>
          </w:p>
        </w:tc>
        <w:tc>
          <w:tcPr>
            <w:tcW w:w="1839" w:type="dxa"/>
          </w:tcPr>
          <w:p w14:paraId="4ECA18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Неопределенная форма глагола.</w:t>
            </w:r>
          </w:p>
        </w:tc>
        <w:tc>
          <w:tcPr>
            <w:tcW w:w="3568" w:type="dxa"/>
          </w:tcPr>
          <w:p w14:paraId="3A18FD6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BBEE58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5798A2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2B6912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B6E6F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Упр.№184, с.107.</w:t>
            </w:r>
          </w:p>
        </w:tc>
      </w:tr>
      <w:tr w:rsidR="00E5366B" w:rsidRPr="00E5366B" w14:paraId="3F2FB5B2" w14:textId="77777777" w:rsidTr="00E5366B">
        <w:trPr>
          <w:cantSplit/>
          <w:jc w:val="center"/>
        </w:trPr>
        <w:tc>
          <w:tcPr>
            <w:tcW w:w="516" w:type="dxa"/>
          </w:tcPr>
          <w:p w14:paraId="0992FB3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136</w:t>
            </w:r>
          </w:p>
        </w:tc>
        <w:tc>
          <w:tcPr>
            <w:tcW w:w="1839" w:type="dxa"/>
          </w:tcPr>
          <w:p w14:paraId="66BB70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Неопределенная форма глагола.</w:t>
            </w:r>
          </w:p>
        </w:tc>
        <w:tc>
          <w:tcPr>
            <w:tcW w:w="3568" w:type="dxa"/>
          </w:tcPr>
          <w:p w14:paraId="3FE7093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D5843E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E323AC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806BF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06B4B2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Упр.№186, с.108.</w:t>
            </w:r>
          </w:p>
        </w:tc>
      </w:tr>
      <w:tr w:rsidR="00E5366B" w:rsidRPr="00E5366B" w14:paraId="525CB3C7" w14:textId="77777777" w:rsidTr="00E5366B">
        <w:trPr>
          <w:cantSplit/>
          <w:jc w:val="center"/>
        </w:trPr>
        <w:tc>
          <w:tcPr>
            <w:tcW w:w="516" w:type="dxa"/>
          </w:tcPr>
          <w:p w14:paraId="245A37E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137</w:t>
            </w:r>
          </w:p>
        </w:tc>
        <w:tc>
          <w:tcPr>
            <w:tcW w:w="1839" w:type="dxa"/>
          </w:tcPr>
          <w:p w14:paraId="34200C7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глаголов.</w:t>
            </w:r>
          </w:p>
        </w:tc>
        <w:tc>
          <w:tcPr>
            <w:tcW w:w="3568" w:type="dxa"/>
          </w:tcPr>
          <w:p w14:paraId="4C89E4E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11F3EF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6BE994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90A86E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684DE9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глаголами в</w:t>
            </w:r>
          </w:p>
        </w:tc>
      </w:tr>
      <w:tr w:rsidR="00E5366B" w:rsidRPr="00E5366B" w14:paraId="499A4FD9" w14:textId="77777777" w:rsidTr="00E5366B">
        <w:trPr>
          <w:cantSplit/>
          <w:jc w:val="center"/>
        </w:trPr>
        <w:tc>
          <w:tcPr>
            <w:tcW w:w="516" w:type="dxa"/>
          </w:tcPr>
          <w:p w14:paraId="4969C07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138</w:t>
            </w:r>
          </w:p>
        </w:tc>
        <w:tc>
          <w:tcPr>
            <w:tcW w:w="1839" w:type="dxa"/>
          </w:tcPr>
          <w:p w14:paraId="79099A0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Число глаголов.</w:t>
            </w:r>
          </w:p>
        </w:tc>
        <w:tc>
          <w:tcPr>
            <w:tcW w:w="3568" w:type="dxa"/>
          </w:tcPr>
          <w:p w14:paraId="0065ED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1460F6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7CADB0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1C40C11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5FB54E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4 предложения на тему весна, указать число глаголов.</w:t>
            </w:r>
          </w:p>
        </w:tc>
      </w:tr>
      <w:tr w:rsidR="00E5366B" w:rsidRPr="00E5366B" w14:paraId="3FD94833" w14:textId="77777777" w:rsidTr="00E5366B">
        <w:trPr>
          <w:cantSplit/>
          <w:jc w:val="center"/>
        </w:trPr>
        <w:tc>
          <w:tcPr>
            <w:tcW w:w="516" w:type="dxa"/>
          </w:tcPr>
          <w:p w14:paraId="3FF6119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139</w:t>
            </w:r>
          </w:p>
        </w:tc>
        <w:tc>
          <w:tcPr>
            <w:tcW w:w="1839" w:type="dxa"/>
          </w:tcPr>
          <w:p w14:paraId="5E0DE54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Времена глаголов.</w:t>
            </w:r>
          </w:p>
        </w:tc>
        <w:tc>
          <w:tcPr>
            <w:tcW w:w="3568" w:type="dxa"/>
          </w:tcPr>
          <w:p w14:paraId="5621FF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141A3C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E3418B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2FA65E7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C03261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Упр.№199, с.113.</w:t>
            </w:r>
          </w:p>
        </w:tc>
      </w:tr>
      <w:tr w:rsidR="00E5366B" w:rsidRPr="00E5366B" w14:paraId="4DF0CCE5" w14:textId="77777777" w:rsidTr="00E5366B">
        <w:trPr>
          <w:cantSplit/>
          <w:jc w:val="center"/>
        </w:trPr>
        <w:tc>
          <w:tcPr>
            <w:tcW w:w="516" w:type="dxa"/>
          </w:tcPr>
          <w:p w14:paraId="0DB3B26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140</w:t>
            </w:r>
          </w:p>
        </w:tc>
        <w:tc>
          <w:tcPr>
            <w:tcW w:w="1839" w:type="dxa"/>
          </w:tcPr>
          <w:p w14:paraId="41D1010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Времена глаголов. 2-е лицо глаголов.</w:t>
            </w:r>
          </w:p>
        </w:tc>
        <w:tc>
          <w:tcPr>
            <w:tcW w:w="3568" w:type="dxa"/>
          </w:tcPr>
          <w:p w14:paraId="0A202B1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0F215C1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DD665D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50E15F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2B85FA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Упр.№204, с.116.</w:t>
            </w:r>
          </w:p>
        </w:tc>
      </w:tr>
      <w:tr w:rsidR="00E5366B" w:rsidRPr="00E5366B" w14:paraId="53470345" w14:textId="77777777" w:rsidTr="00E5366B">
        <w:trPr>
          <w:cantSplit/>
          <w:jc w:val="center"/>
        </w:trPr>
        <w:tc>
          <w:tcPr>
            <w:tcW w:w="516" w:type="dxa"/>
          </w:tcPr>
          <w:p w14:paraId="29F15BC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141</w:t>
            </w:r>
          </w:p>
        </w:tc>
        <w:tc>
          <w:tcPr>
            <w:tcW w:w="1839" w:type="dxa"/>
          </w:tcPr>
          <w:p w14:paraId="2B5B0BC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глаголов по временам.</w:t>
            </w:r>
          </w:p>
        </w:tc>
        <w:tc>
          <w:tcPr>
            <w:tcW w:w="3568" w:type="dxa"/>
          </w:tcPr>
          <w:p w14:paraId="5EDECDD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48CA6E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2EC8D7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7FAFC8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903D6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Упр.№209, с.118.</w:t>
            </w:r>
          </w:p>
        </w:tc>
      </w:tr>
      <w:tr w:rsidR="00E5366B" w:rsidRPr="00E5366B" w14:paraId="3AF0308C" w14:textId="77777777" w:rsidTr="00E5366B">
        <w:trPr>
          <w:cantSplit/>
          <w:jc w:val="center"/>
        </w:trPr>
        <w:tc>
          <w:tcPr>
            <w:tcW w:w="516" w:type="dxa"/>
          </w:tcPr>
          <w:p w14:paraId="665553D1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142</w:t>
            </w:r>
          </w:p>
        </w:tc>
        <w:tc>
          <w:tcPr>
            <w:tcW w:w="1839" w:type="dxa"/>
          </w:tcPr>
          <w:p w14:paraId="727D6C6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Изменение глаголов по временам. Словарный диктант</w:t>
            </w:r>
          </w:p>
        </w:tc>
        <w:tc>
          <w:tcPr>
            <w:tcW w:w="3568" w:type="dxa"/>
          </w:tcPr>
          <w:p w14:paraId="50B40EA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6A2B36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4AC81EC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7A5174E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7B3772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 с глаголами в разных временах.</w:t>
            </w:r>
          </w:p>
        </w:tc>
      </w:tr>
      <w:tr w:rsidR="00E5366B" w:rsidRPr="00E5366B" w14:paraId="4BFAA2A8" w14:textId="77777777" w:rsidTr="00E5366B">
        <w:trPr>
          <w:cantSplit/>
          <w:jc w:val="center"/>
        </w:trPr>
        <w:tc>
          <w:tcPr>
            <w:tcW w:w="516" w:type="dxa"/>
          </w:tcPr>
          <w:p w14:paraId="2B83490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143</w:t>
            </w:r>
          </w:p>
        </w:tc>
        <w:tc>
          <w:tcPr>
            <w:tcW w:w="1839" w:type="dxa"/>
          </w:tcPr>
          <w:p w14:paraId="6696113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261EA21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003C96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2F74353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182B2B4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56A67C4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глаголами в неопределённо й форме.</w:t>
            </w:r>
          </w:p>
        </w:tc>
      </w:tr>
      <w:tr w:rsidR="00E5366B" w:rsidRPr="00E5366B" w14:paraId="0238A456" w14:textId="77777777" w:rsidTr="00E5366B">
        <w:trPr>
          <w:cantSplit/>
          <w:jc w:val="center"/>
        </w:trPr>
        <w:tc>
          <w:tcPr>
            <w:tcW w:w="516" w:type="dxa"/>
          </w:tcPr>
          <w:p w14:paraId="693EF25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144</w:t>
            </w:r>
          </w:p>
        </w:tc>
        <w:tc>
          <w:tcPr>
            <w:tcW w:w="1839" w:type="dxa"/>
          </w:tcPr>
          <w:p w14:paraId="2EE35E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 глаголов в прошедшем времени.</w:t>
            </w:r>
          </w:p>
        </w:tc>
        <w:tc>
          <w:tcPr>
            <w:tcW w:w="3568" w:type="dxa"/>
          </w:tcPr>
          <w:p w14:paraId="63AF1F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5057D73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4E7A2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55ACC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7667F9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Упр.№218, с.122.</w:t>
            </w:r>
          </w:p>
        </w:tc>
      </w:tr>
      <w:tr w:rsidR="00E5366B" w:rsidRPr="00E5366B" w14:paraId="3EEC39DF" w14:textId="77777777" w:rsidTr="00E5366B">
        <w:trPr>
          <w:cantSplit/>
          <w:jc w:val="center"/>
        </w:trPr>
        <w:tc>
          <w:tcPr>
            <w:tcW w:w="516" w:type="dxa"/>
          </w:tcPr>
          <w:p w14:paraId="520535B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145</w:t>
            </w:r>
          </w:p>
        </w:tc>
        <w:tc>
          <w:tcPr>
            <w:tcW w:w="1839" w:type="dxa"/>
          </w:tcPr>
          <w:p w14:paraId="2CEB338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Род глаголов в прошедшем времени.</w:t>
            </w:r>
          </w:p>
        </w:tc>
        <w:tc>
          <w:tcPr>
            <w:tcW w:w="3568" w:type="dxa"/>
          </w:tcPr>
          <w:p w14:paraId="5623D44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3793574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2A88DE9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5FD03A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88845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Упр.№222, с.124.</w:t>
            </w:r>
          </w:p>
        </w:tc>
      </w:tr>
      <w:tr w:rsidR="00E5366B" w:rsidRPr="00E5366B" w14:paraId="69B9B9F9" w14:textId="77777777" w:rsidTr="00E5366B">
        <w:trPr>
          <w:cantSplit/>
          <w:jc w:val="center"/>
        </w:trPr>
        <w:tc>
          <w:tcPr>
            <w:tcW w:w="516" w:type="dxa"/>
          </w:tcPr>
          <w:p w14:paraId="0775080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146</w:t>
            </w:r>
          </w:p>
        </w:tc>
        <w:tc>
          <w:tcPr>
            <w:tcW w:w="1839" w:type="dxa"/>
          </w:tcPr>
          <w:p w14:paraId="2FC139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частицы не с глаголами.</w:t>
            </w:r>
          </w:p>
        </w:tc>
        <w:tc>
          <w:tcPr>
            <w:tcW w:w="3568" w:type="dxa"/>
          </w:tcPr>
          <w:p w14:paraId="22C4D86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4ADA3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445A006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BCEC12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0CB7E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глаголами с частицей не.</w:t>
            </w:r>
          </w:p>
        </w:tc>
      </w:tr>
      <w:tr w:rsidR="00E5366B" w:rsidRPr="00E5366B" w14:paraId="1DAED11E" w14:textId="77777777" w:rsidTr="00E5366B">
        <w:trPr>
          <w:cantSplit/>
          <w:jc w:val="center"/>
        </w:trPr>
        <w:tc>
          <w:tcPr>
            <w:tcW w:w="516" w:type="dxa"/>
          </w:tcPr>
          <w:p w14:paraId="1520696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147</w:t>
            </w:r>
          </w:p>
        </w:tc>
        <w:tc>
          <w:tcPr>
            <w:tcW w:w="1839" w:type="dxa"/>
          </w:tcPr>
          <w:p w14:paraId="1778C6D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частицы не с глаголами.</w:t>
            </w:r>
          </w:p>
        </w:tc>
        <w:tc>
          <w:tcPr>
            <w:tcW w:w="3568" w:type="dxa"/>
          </w:tcPr>
          <w:p w14:paraId="0F7052C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6324C37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146B42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71E546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363801E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2 предложения с глаголами с частицей не.</w:t>
            </w:r>
          </w:p>
        </w:tc>
      </w:tr>
      <w:tr w:rsidR="00E5366B" w:rsidRPr="00E5366B" w14:paraId="469EB118" w14:textId="77777777" w:rsidTr="00E5366B">
        <w:trPr>
          <w:cantSplit/>
          <w:jc w:val="center"/>
        </w:trPr>
        <w:tc>
          <w:tcPr>
            <w:tcW w:w="516" w:type="dxa"/>
          </w:tcPr>
          <w:p w14:paraId="5699349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148</w:t>
            </w:r>
          </w:p>
        </w:tc>
        <w:tc>
          <w:tcPr>
            <w:tcW w:w="1839" w:type="dxa"/>
          </w:tcPr>
          <w:p w14:paraId="4E82F2F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 о глаголе.</w:t>
            </w:r>
          </w:p>
        </w:tc>
        <w:tc>
          <w:tcPr>
            <w:tcW w:w="3568" w:type="dxa"/>
          </w:tcPr>
          <w:p w14:paraId="10AF1E4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292A81D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5EC4A17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3874776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0DE288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Упр.№231, с.127.</w:t>
            </w:r>
          </w:p>
        </w:tc>
      </w:tr>
      <w:tr w:rsidR="00E5366B" w:rsidRPr="00E5366B" w14:paraId="1CDC66E1" w14:textId="77777777" w:rsidTr="00E5366B">
        <w:trPr>
          <w:cantSplit/>
          <w:jc w:val="center"/>
        </w:trPr>
        <w:tc>
          <w:tcPr>
            <w:tcW w:w="516" w:type="dxa"/>
          </w:tcPr>
          <w:p w14:paraId="50FCADF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149</w:t>
            </w:r>
          </w:p>
        </w:tc>
        <w:tc>
          <w:tcPr>
            <w:tcW w:w="1839" w:type="dxa"/>
          </w:tcPr>
          <w:p w14:paraId="08AA21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 о глаголе. Проверочная работа</w:t>
            </w:r>
          </w:p>
        </w:tc>
        <w:tc>
          <w:tcPr>
            <w:tcW w:w="3568" w:type="dxa"/>
          </w:tcPr>
          <w:p w14:paraId="01C152D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709411B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7B7987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0058FC7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1126E99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предложения, указать время, число, лицо глаголов.</w:t>
            </w:r>
          </w:p>
        </w:tc>
      </w:tr>
      <w:tr w:rsidR="00E5366B" w:rsidRPr="00E5366B" w14:paraId="2D3E8CAE" w14:textId="77777777" w:rsidTr="00E5366B">
        <w:trPr>
          <w:cantSplit/>
          <w:jc w:val="center"/>
        </w:trPr>
        <w:tc>
          <w:tcPr>
            <w:tcW w:w="516" w:type="dxa"/>
          </w:tcPr>
          <w:p w14:paraId="4E63867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150</w:t>
            </w:r>
          </w:p>
        </w:tc>
        <w:tc>
          <w:tcPr>
            <w:tcW w:w="1839" w:type="dxa"/>
          </w:tcPr>
          <w:p w14:paraId="5B2ACD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знаний.</w:t>
            </w:r>
          </w:p>
        </w:tc>
        <w:tc>
          <w:tcPr>
            <w:tcW w:w="3568" w:type="dxa"/>
          </w:tcPr>
          <w:p w14:paraId="14248A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58EA059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24E44DE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658DD3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4E3A4A3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Задание №1, с.130.</w:t>
            </w:r>
          </w:p>
        </w:tc>
      </w:tr>
      <w:tr w:rsidR="00E5366B" w:rsidRPr="00E5366B" w14:paraId="53056BF4" w14:textId="77777777" w:rsidTr="00E5366B">
        <w:trPr>
          <w:cantSplit/>
          <w:jc w:val="center"/>
        </w:trPr>
        <w:tc>
          <w:tcPr>
            <w:tcW w:w="516" w:type="dxa"/>
          </w:tcPr>
          <w:p w14:paraId="53A7C17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151</w:t>
            </w:r>
          </w:p>
        </w:tc>
        <w:tc>
          <w:tcPr>
            <w:tcW w:w="1839" w:type="dxa"/>
          </w:tcPr>
          <w:p w14:paraId="65B676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знаний.</w:t>
            </w:r>
          </w:p>
        </w:tc>
        <w:tc>
          <w:tcPr>
            <w:tcW w:w="3568" w:type="dxa"/>
          </w:tcPr>
          <w:p w14:paraId="23EB3A2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1221AC6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30DEB50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6AD43C7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7811841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 в раб тетради</w:t>
            </w:r>
          </w:p>
        </w:tc>
      </w:tr>
      <w:tr w:rsidR="00E5366B" w:rsidRPr="00E5366B" w14:paraId="5909C4C6" w14:textId="77777777" w:rsidTr="00E5366B">
        <w:trPr>
          <w:cantSplit/>
          <w:jc w:val="center"/>
        </w:trPr>
        <w:tc>
          <w:tcPr>
            <w:tcW w:w="516" w:type="dxa"/>
          </w:tcPr>
          <w:p w14:paraId="120B446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152</w:t>
            </w:r>
          </w:p>
        </w:tc>
        <w:tc>
          <w:tcPr>
            <w:tcW w:w="1839" w:type="dxa"/>
          </w:tcPr>
          <w:p w14:paraId="554B4E2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Контрольный диктант по теме «Глагол».</w:t>
            </w:r>
          </w:p>
        </w:tc>
        <w:tc>
          <w:tcPr>
            <w:tcW w:w="3568" w:type="dxa"/>
          </w:tcPr>
          <w:p w14:paraId="4501EC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75E9753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1842940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4D358A5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488608BB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31D144CE" w14:textId="77777777" w:rsidTr="00E5366B">
        <w:trPr>
          <w:cantSplit/>
          <w:jc w:val="center"/>
        </w:trPr>
        <w:tc>
          <w:tcPr>
            <w:tcW w:w="516" w:type="dxa"/>
          </w:tcPr>
          <w:p w14:paraId="66CECDC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153</w:t>
            </w:r>
          </w:p>
        </w:tc>
        <w:tc>
          <w:tcPr>
            <w:tcW w:w="1839" w:type="dxa"/>
          </w:tcPr>
          <w:p w14:paraId="26B909B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контрольного диктанта.</w:t>
            </w:r>
          </w:p>
        </w:tc>
        <w:tc>
          <w:tcPr>
            <w:tcW w:w="3568" w:type="dxa"/>
          </w:tcPr>
          <w:p w14:paraId="23B64A5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234F6A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38B8DB0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26B8646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5C2C7D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3 предложения, указать время, число, лицо глаголов.</w:t>
            </w:r>
          </w:p>
        </w:tc>
      </w:tr>
      <w:tr w:rsidR="00E5366B" w:rsidRPr="00E5366B" w14:paraId="3A4664F8" w14:textId="77777777" w:rsidTr="00E5366B">
        <w:trPr>
          <w:cantSplit/>
          <w:jc w:val="center"/>
        </w:trPr>
        <w:tc>
          <w:tcPr>
            <w:tcW w:w="516" w:type="dxa"/>
          </w:tcPr>
          <w:p w14:paraId="44495047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154</w:t>
            </w:r>
          </w:p>
        </w:tc>
        <w:tc>
          <w:tcPr>
            <w:tcW w:w="1839" w:type="dxa"/>
          </w:tcPr>
          <w:p w14:paraId="4B998B8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Части речи. Словарный диктант</w:t>
            </w:r>
          </w:p>
        </w:tc>
        <w:tc>
          <w:tcPr>
            <w:tcW w:w="3568" w:type="dxa"/>
          </w:tcPr>
          <w:p w14:paraId="5C8AD5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51FC62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3F00CA1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C558FA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D86DFD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Упр.№239, с.132.</w:t>
            </w:r>
          </w:p>
        </w:tc>
      </w:tr>
      <w:tr w:rsidR="00E5366B" w:rsidRPr="00E5366B" w14:paraId="6506B721" w14:textId="77777777" w:rsidTr="00E5366B">
        <w:trPr>
          <w:cantSplit/>
          <w:jc w:val="center"/>
        </w:trPr>
        <w:tc>
          <w:tcPr>
            <w:tcW w:w="516" w:type="dxa"/>
          </w:tcPr>
          <w:p w14:paraId="399C4F8B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155</w:t>
            </w:r>
          </w:p>
        </w:tc>
        <w:tc>
          <w:tcPr>
            <w:tcW w:w="1839" w:type="dxa"/>
          </w:tcPr>
          <w:p w14:paraId="3CA44BF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Части речи.</w:t>
            </w:r>
          </w:p>
        </w:tc>
        <w:tc>
          <w:tcPr>
            <w:tcW w:w="3568" w:type="dxa"/>
          </w:tcPr>
          <w:p w14:paraId="0603B6C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5787948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075B087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4A619BB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6E02306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Составить и записать предложения, указать части речи.</w:t>
            </w:r>
          </w:p>
        </w:tc>
      </w:tr>
      <w:tr w:rsidR="00E5366B" w:rsidRPr="00E5366B" w14:paraId="1092C3B4" w14:textId="77777777" w:rsidTr="00E5366B">
        <w:trPr>
          <w:cantSplit/>
          <w:jc w:val="center"/>
        </w:trPr>
        <w:tc>
          <w:tcPr>
            <w:tcW w:w="516" w:type="dxa"/>
          </w:tcPr>
          <w:p w14:paraId="4DAC485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156</w:t>
            </w:r>
          </w:p>
        </w:tc>
        <w:tc>
          <w:tcPr>
            <w:tcW w:w="1839" w:type="dxa"/>
          </w:tcPr>
          <w:p w14:paraId="655F821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Обобщение изученного о слове, предложении.</w:t>
            </w:r>
          </w:p>
        </w:tc>
        <w:tc>
          <w:tcPr>
            <w:tcW w:w="3568" w:type="dxa"/>
          </w:tcPr>
          <w:p w14:paraId="1C0EF3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Анализирует предложения и словосочетания; устанавливает связи между словами; составляет и преобразует предложения; выполняет синтаксический анализ.</w:t>
            </w:r>
          </w:p>
        </w:tc>
        <w:tc>
          <w:tcPr>
            <w:tcW w:w="2711" w:type="dxa"/>
          </w:tcPr>
          <w:p w14:paraId="049281C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Различает предложение и словосочетание; определяет вид предложения; находит главные и второстепенные члены; устанавливает связь слов.</w:t>
            </w:r>
          </w:p>
        </w:tc>
        <w:tc>
          <w:tcPr>
            <w:tcW w:w="3046" w:type="dxa"/>
          </w:tcPr>
          <w:p w14:paraId="038A412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Строит логические рассуждения; использует схемы; участвует в учебном диалоге; осуществляет самоконтроль.</w:t>
            </w:r>
          </w:p>
        </w:tc>
        <w:tc>
          <w:tcPr>
            <w:tcW w:w="2492" w:type="dxa"/>
          </w:tcPr>
          <w:p w14:paraId="69F2716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значение точной и корректной речи; проявляет уважение к собеседнику.</w:t>
            </w:r>
          </w:p>
        </w:tc>
        <w:tc>
          <w:tcPr>
            <w:tcW w:w="1391" w:type="dxa"/>
          </w:tcPr>
          <w:p w14:paraId="561C23B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Упр.№246, с.134.</w:t>
            </w:r>
          </w:p>
        </w:tc>
      </w:tr>
      <w:tr w:rsidR="00E5366B" w:rsidRPr="00E5366B" w14:paraId="631A13A3" w14:textId="77777777" w:rsidTr="00E5366B">
        <w:trPr>
          <w:cantSplit/>
          <w:jc w:val="center"/>
        </w:trPr>
        <w:tc>
          <w:tcPr>
            <w:tcW w:w="516" w:type="dxa"/>
          </w:tcPr>
          <w:p w14:paraId="696A87E9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157</w:t>
            </w:r>
          </w:p>
        </w:tc>
        <w:tc>
          <w:tcPr>
            <w:tcW w:w="1839" w:type="dxa"/>
          </w:tcPr>
          <w:p w14:paraId="36ECE65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окончаний имён прилагательных. Свободный диктант</w:t>
            </w:r>
          </w:p>
        </w:tc>
        <w:tc>
          <w:tcPr>
            <w:tcW w:w="3568" w:type="dxa"/>
          </w:tcPr>
          <w:p w14:paraId="394D524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665A29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2C05B6D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72452E7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7145BF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Упр.№249, с.135.</w:t>
            </w:r>
          </w:p>
        </w:tc>
      </w:tr>
      <w:tr w:rsidR="00E5366B" w:rsidRPr="00E5366B" w14:paraId="6549BBAF" w14:textId="77777777" w:rsidTr="00E5366B">
        <w:trPr>
          <w:cantSplit/>
          <w:jc w:val="center"/>
        </w:trPr>
        <w:tc>
          <w:tcPr>
            <w:tcW w:w="516" w:type="dxa"/>
          </w:tcPr>
          <w:p w14:paraId="7A70317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158</w:t>
            </w:r>
          </w:p>
        </w:tc>
        <w:tc>
          <w:tcPr>
            <w:tcW w:w="1839" w:type="dxa"/>
          </w:tcPr>
          <w:p w14:paraId="3D27DAC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приставок и предлогов.</w:t>
            </w:r>
          </w:p>
        </w:tc>
        <w:tc>
          <w:tcPr>
            <w:tcW w:w="3568" w:type="dxa"/>
          </w:tcPr>
          <w:p w14:paraId="3D0212D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13997B3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02183D1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76ECE5A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2E754E4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Упр.№250, с.135.</w:t>
            </w:r>
          </w:p>
        </w:tc>
      </w:tr>
      <w:tr w:rsidR="00E5366B" w:rsidRPr="00E5366B" w14:paraId="41630273" w14:textId="77777777" w:rsidTr="00E5366B">
        <w:trPr>
          <w:cantSplit/>
          <w:jc w:val="center"/>
        </w:trPr>
        <w:tc>
          <w:tcPr>
            <w:tcW w:w="516" w:type="dxa"/>
          </w:tcPr>
          <w:p w14:paraId="58B20F00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159</w:t>
            </w:r>
          </w:p>
        </w:tc>
        <w:tc>
          <w:tcPr>
            <w:tcW w:w="1839" w:type="dxa"/>
          </w:tcPr>
          <w:p w14:paraId="41F6587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безударных гласных. Объяснительный диктант</w:t>
            </w:r>
          </w:p>
        </w:tc>
        <w:tc>
          <w:tcPr>
            <w:tcW w:w="3568" w:type="dxa"/>
          </w:tcPr>
          <w:p w14:paraId="22AC31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42FCB9B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746E433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4515F16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6E655B0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Упр.№255, с.137.</w:t>
            </w:r>
          </w:p>
        </w:tc>
      </w:tr>
      <w:tr w:rsidR="00E5366B" w:rsidRPr="00E5366B" w14:paraId="640C53AB" w14:textId="77777777" w:rsidTr="00E5366B">
        <w:trPr>
          <w:cantSplit/>
          <w:jc w:val="center"/>
        </w:trPr>
        <w:tc>
          <w:tcPr>
            <w:tcW w:w="516" w:type="dxa"/>
          </w:tcPr>
          <w:p w14:paraId="0E61DD6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160</w:t>
            </w:r>
          </w:p>
        </w:tc>
        <w:tc>
          <w:tcPr>
            <w:tcW w:w="1839" w:type="dxa"/>
          </w:tcPr>
          <w:p w14:paraId="5B779A4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Итоговая контрольная работа за IV четверть.</w:t>
            </w:r>
          </w:p>
        </w:tc>
        <w:tc>
          <w:tcPr>
            <w:tcW w:w="3568" w:type="dxa"/>
          </w:tcPr>
          <w:p w14:paraId="166651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6E5D5EF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0F122C9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4745492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56BB21CB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35AA58C4" w14:textId="77777777" w:rsidTr="00E5366B">
        <w:trPr>
          <w:cantSplit/>
          <w:jc w:val="center"/>
        </w:trPr>
        <w:tc>
          <w:tcPr>
            <w:tcW w:w="516" w:type="dxa"/>
          </w:tcPr>
          <w:p w14:paraId="47F2A8AD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161</w:t>
            </w:r>
          </w:p>
        </w:tc>
        <w:tc>
          <w:tcPr>
            <w:tcW w:w="1839" w:type="dxa"/>
          </w:tcPr>
          <w:p w14:paraId="433DE1B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3568" w:type="dxa"/>
          </w:tcPr>
          <w:p w14:paraId="380926C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5220D5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50A3588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25888C1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7258045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Выписать из текста слова с </w:t>
            </w:r>
            <w:proofErr w:type="spellStart"/>
            <w:r w:rsidRPr="00E5366B">
              <w:rPr>
                <w:sz w:val="20"/>
                <w:szCs w:val="20"/>
              </w:rPr>
              <w:t>безуд.гл</w:t>
            </w:r>
            <w:proofErr w:type="spellEnd"/>
            <w:r w:rsidRPr="00E5366B">
              <w:rPr>
                <w:sz w:val="20"/>
                <w:szCs w:val="20"/>
              </w:rPr>
              <w:t xml:space="preserve">., подобрать </w:t>
            </w:r>
            <w:proofErr w:type="spellStart"/>
            <w:r w:rsidRPr="00E5366B">
              <w:rPr>
                <w:sz w:val="20"/>
                <w:szCs w:val="20"/>
              </w:rPr>
              <w:t>провер.сл</w:t>
            </w:r>
            <w:proofErr w:type="spellEnd"/>
            <w:r w:rsidRPr="00E5366B">
              <w:rPr>
                <w:sz w:val="20"/>
                <w:szCs w:val="20"/>
              </w:rPr>
              <w:t>.</w:t>
            </w:r>
          </w:p>
        </w:tc>
      </w:tr>
      <w:tr w:rsidR="00E5366B" w:rsidRPr="00E5366B" w14:paraId="7976FAF0" w14:textId="77777777" w:rsidTr="00E5366B">
        <w:trPr>
          <w:cantSplit/>
          <w:jc w:val="center"/>
        </w:trPr>
        <w:tc>
          <w:tcPr>
            <w:tcW w:w="516" w:type="dxa"/>
          </w:tcPr>
          <w:p w14:paraId="631C19AA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162</w:t>
            </w:r>
          </w:p>
        </w:tc>
        <w:tc>
          <w:tcPr>
            <w:tcW w:w="1839" w:type="dxa"/>
          </w:tcPr>
          <w:p w14:paraId="48116D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F901F9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371A09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7CED4A8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3651E56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194EA75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Записать пословицу на тему родина, указать части речи.</w:t>
            </w:r>
          </w:p>
        </w:tc>
      </w:tr>
      <w:tr w:rsidR="00E5366B" w:rsidRPr="00E5366B" w14:paraId="2A7CAA8B" w14:textId="77777777" w:rsidTr="00E5366B">
        <w:trPr>
          <w:cantSplit/>
          <w:jc w:val="center"/>
        </w:trPr>
        <w:tc>
          <w:tcPr>
            <w:tcW w:w="516" w:type="dxa"/>
          </w:tcPr>
          <w:p w14:paraId="6485C1D2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163</w:t>
            </w:r>
          </w:p>
        </w:tc>
        <w:tc>
          <w:tcPr>
            <w:tcW w:w="1839" w:type="dxa"/>
          </w:tcPr>
          <w:p w14:paraId="7A69803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парных и непроизносимых согласных.</w:t>
            </w:r>
          </w:p>
        </w:tc>
        <w:tc>
          <w:tcPr>
            <w:tcW w:w="3568" w:type="dxa"/>
          </w:tcPr>
          <w:p w14:paraId="3C68792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0EFD7A0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2D3E5D3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4C8AF38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3224026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Упр.№257, с.138.</w:t>
            </w:r>
          </w:p>
        </w:tc>
      </w:tr>
      <w:tr w:rsidR="00E5366B" w:rsidRPr="00E5366B" w14:paraId="43B87F82" w14:textId="77777777" w:rsidTr="00E5366B">
        <w:trPr>
          <w:cantSplit/>
          <w:jc w:val="center"/>
        </w:trPr>
        <w:tc>
          <w:tcPr>
            <w:tcW w:w="516" w:type="dxa"/>
          </w:tcPr>
          <w:p w14:paraId="0BA765C6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164</w:t>
            </w:r>
          </w:p>
        </w:tc>
        <w:tc>
          <w:tcPr>
            <w:tcW w:w="1839" w:type="dxa"/>
          </w:tcPr>
          <w:p w14:paraId="2FF8172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Правописание значимых частей слова.</w:t>
            </w:r>
          </w:p>
        </w:tc>
        <w:tc>
          <w:tcPr>
            <w:tcW w:w="3568" w:type="dxa"/>
          </w:tcPr>
          <w:p w14:paraId="5B9CEB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орфограммы; определяет их вид; выбирает способ проверки; применяет правило; пользуется словарём; проверяет и исправляет написанное.</w:t>
            </w:r>
          </w:p>
        </w:tc>
        <w:tc>
          <w:tcPr>
            <w:tcW w:w="2711" w:type="dxa"/>
          </w:tcPr>
          <w:p w14:paraId="2E0F70B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орфографические правила; подбирает проверочные слова; различает приставки и предлоги; осуществляет орфографический самоконтроль.</w:t>
            </w:r>
          </w:p>
        </w:tc>
        <w:tc>
          <w:tcPr>
            <w:tcW w:w="3046" w:type="dxa"/>
          </w:tcPr>
          <w:p w14:paraId="2162FFE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Выбирает алгоритм решения орфографической задачи; сопоставляет результат с правилом; обнаруживает и исправляет ошибки.</w:t>
            </w:r>
          </w:p>
        </w:tc>
        <w:tc>
          <w:tcPr>
            <w:tcW w:w="2492" w:type="dxa"/>
          </w:tcPr>
          <w:p w14:paraId="6DFF42D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Формирует ответственное отношение к грамотности и качеству письменной речи.</w:t>
            </w:r>
          </w:p>
        </w:tc>
        <w:tc>
          <w:tcPr>
            <w:tcW w:w="1391" w:type="dxa"/>
          </w:tcPr>
          <w:p w14:paraId="15DC6918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Упр.№263, с.140.</w:t>
            </w:r>
          </w:p>
        </w:tc>
      </w:tr>
      <w:tr w:rsidR="00E5366B" w:rsidRPr="00E5366B" w14:paraId="23FF1D94" w14:textId="77777777" w:rsidTr="00E5366B">
        <w:trPr>
          <w:cantSplit/>
          <w:jc w:val="center"/>
        </w:trPr>
        <w:tc>
          <w:tcPr>
            <w:tcW w:w="516" w:type="dxa"/>
          </w:tcPr>
          <w:p w14:paraId="18006423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165</w:t>
            </w:r>
          </w:p>
        </w:tc>
        <w:tc>
          <w:tcPr>
            <w:tcW w:w="1839" w:type="dxa"/>
          </w:tcPr>
          <w:p w14:paraId="620E58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Обучающее изложение.</w:t>
            </w:r>
          </w:p>
        </w:tc>
        <w:tc>
          <w:tcPr>
            <w:tcW w:w="3568" w:type="dxa"/>
          </w:tcPr>
          <w:p w14:paraId="5B5C584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Читает и анализирует текст; определяет тему и основную мысль; устанавливает последовательность частей; составляет план; создаёт или редактирует высказывание.</w:t>
            </w:r>
          </w:p>
        </w:tc>
        <w:tc>
          <w:tcPr>
            <w:tcW w:w="2711" w:type="dxa"/>
          </w:tcPr>
          <w:p w14:paraId="00B48600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Определяет тему и основную мысль текста; делит текст на смысловые части; составляет план; создаёт связное устное или письменное высказывание.</w:t>
            </w:r>
          </w:p>
        </w:tc>
        <w:tc>
          <w:tcPr>
            <w:tcW w:w="3046" w:type="dxa"/>
          </w:tcPr>
          <w:p w14:paraId="288563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Работает с информацией; строит речевое высказывание; осуществляет самоконтроль и редактирование текста.</w:t>
            </w:r>
          </w:p>
        </w:tc>
        <w:tc>
          <w:tcPr>
            <w:tcW w:w="2492" w:type="dxa"/>
          </w:tcPr>
          <w:p w14:paraId="204413A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Осознаёт ценность грамотной и выразительной речи; проявляет интерес к словесному творчеству.</w:t>
            </w:r>
          </w:p>
        </w:tc>
        <w:tc>
          <w:tcPr>
            <w:tcW w:w="1391" w:type="dxa"/>
          </w:tcPr>
          <w:p w14:paraId="073F57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 xml:space="preserve">Составить 3 предложения со слов. с </w:t>
            </w:r>
            <w:proofErr w:type="spellStart"/>
            <w:r w:rsidRPr="00E5366B">
              <w:rPr>
                <w:sz w:val="20"/>
                <w:szCs w:val="20"/>
              </w:rPr>
              <w:t>непроизн</w:t>
            </w:r>
            <w:proofErr w:type="spellEnd"/>
            <w:r w:rsidRPr="00E5366B">
              <w:rPr>
                <w:sz w:val="20"/>
                <w:szCs w:val="20"/>
              </w:rPr>
              <w:t xml:space="preserve">. </w:t>
            </w:r>
            <w:proofErr w:type="spellStart"/>
            <w:r w:rsidRPr="00E5366B">
              <w:rPr>
                <w:sz w:val="20"/>
                <w:szCs w:val="20"/>
              </w:rPr>
              <w:t>согл</w:t>
            </w:r>
            <w:proofErr w:type="spellEnd"/>
            <w:r w:rsidRPr="00E5366B">
              <w:rPr>
                <w:sz w:val="20"/>
                <w:szCs w:val="20"/>
              </w:rPr>
              <w:t>.</w:t>
            </w:r>
          </w:p>
        </w:tc>
      </w:tr>
      <w:tr w:rsidR="00E5366B" w:rsidRPr="00E5366B" w14:paraId="6E1CAE33" w14:textId="77777777" w:rsidTr="00E5366B">
        <w:trPr>
          <w:cantSplit/>
          <w:jc w:val="center"/>
        </w:trPr>
        <w:tc>
          <w:tcPr>
            <w:tcW w:w="516" w:type="dxa"/>
          </w:tcPr>
          <w:p w14:paraId="0D1E8944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166</w:t>
            </w:r>
          </w:p>
        </w:tc>
        <w:tc>
          <w:tcPr>
            <w:tcW w:w="1839" w:type="dxa"/>
          </w:tcPr>
          <w:p w14:paraId="6784A8A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Однокоренные слова.</w:t>
            </w:r>
          </w:p>
        </w:tc>
        <w:tc>
          <w:tcPr>
            <w:tcW w:w="3568" w:type="dxa"/>
          </w:tcPr>
          <w:p w14:paraId="6746FC4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294972C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01C4481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620E0BA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330BFE0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Написать однокоренные слова к словам окно, дом.</w:t>
            </w:r>
          </w:p>
        </w:tc>
      </w:tr>
      <w:tr w:rsidR="00E5366B" w:rsidRPr="00E5366B" w14:paraId="764B0154" w14:textId="77777777" w:rsidTr="00E5366B">
        <w:trPr>
          <w:cantSplit/>
          <w:jc w:val="center"/>
        </w:trPr>
        <w:tc>
          <w:tcPr>
            <w:tcW w:w="516" w:type="dxa"/>
          </w:tcPr>
          <w:p w14:paraId="5D53D70F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167</w:t>
            </w:r>
          </w:p>
        </w:tc>
        <w:tc>
          <w:tcPr>
            <w:tcW w:w="1839" w:type="dxa"/>
          </w:tcPr>
          <w:p w14:paraId="746E301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Повторение. Состав слова и правописание значимых частей слова.</w:t>
            </w:r>
          </w:p>
        </w:tc>
        <w:tc>
          <w:tcPr>
            <w:tcW w:w="3568" w:type="dxa"/>
          </w:tcPr>
          <w:p w14:paraId="4237D3CC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Выделяет значимые части слова; подбирает однокоренные слова; сравнивает формы слова и однокоренные слова; выполняет разбор по составу.</w:t>
            </w:r>
          </w:p>
        </w:tc>
        <w:tc>
          <w:tcPr>
            <w:tcW w:w="2711" w:type="dxa"/>
          </w:tcPr>
          <w:p w14:paraId="72C5133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Находит корень, приставку, суффикс, окончание и основу в доступных словах; различает однокоренные слова и формы слова.</w:t>
            </w:r>
          </w:p>
        </w:tc>
        <w:tc>
          <w:tcPr>
            <w:tcW w:w="3046" w:type="dxa"/>
          </w:tcPr>
          <w:p w14:paraId="0D80456F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модели и алгоритмы; сравнивает, классифицирует, устанавливает закономерности словообразования.</w:t>
            </w:r>
          </w:p>
        </w:tc>
        <w:tc>
          <w:tcPr>
            <w:tcW w:w="2492" w:type="dxa"/>
          </w:tcPr>
          <w:p w14:paraId="0CF47C6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языковым закономерностям; развивает самостоятельность и аккуратность.</w:t>
            </w:r>
          </w:p>
        </w:tc>
        <w:tc>
          <w:tcPr>
            <w:tcW w:w="1391" w:type="dxa"/>
          </w:tcPr>
          <w:p w14:paraId="1414A001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08DDAF84" w14:textId="77777777" w:rsidTr="00E5366B">
        <w:trPr>
          <w:cantSplit/>
          <w:jc w:val="center"/>
        </w:trPr>
        <w:tc>
          <w:tcPr>
            <w:tcW w:w="516" w:type="dxa"/>
          </w:tcPr>
          <w:p w14:paraId="367EF1D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168</w:t>
            </w:r>
          </w:p>
        </w:tc>
        <w:tc>
          <w:tcPr>
            <w:tcW w:w="1839" w:type="dxa"/>
          </w:tcPr>
          <w:p w14:paraId="3F10CEE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Повторение. Части речи и их грамматические признаки.</w:t>
            </w:r>
          </w:p>
        </w:tc>
        <w:tc>
          <w:tcPr>
            <w:tcW w:w="3568" w:type="dxa"/>
          </w:tcPr>
          <w:p w14:paraId="02DE28D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 за грамматическими признаками слов; сравнивает и классифицирует части речи; изменяет слова по изученным грамматическим категориям; применяет знания в речи.</w:t>
            </w:r>
          </w:p>
        </w:tc>
        <w:tc>
          <w:tcPr>
            <w:tcW w:w="2711" w:type="dxa"/>
          </w:tcPr>
          <w:p w14:paraId="1FD0BCE9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Распознаёт изученные части речи и определяет их грамматические признаки в объёме программы 3 класса; правильно употребляет формы слов.</w:t>
            </w:r>
          </w:p>
        </w:tc>
        <w:tc>
          <w:tcPr>
            <w:tcW w:w="3046" w:type="dxa"/>
          </w:tcPr>
          <w:p w14:paraId="25EBE81A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Сравнивает, классифицирует и обобщает языковой материал; использует алгоритм; объясняет способ выполнения задания.</w:t>
            </w:r>
          </w:p>
        </w:tc>
        <w:tc>
          <w:tcPr>
            <w:tcW w:w="2492" w:type="dxa"/>
          </w:tcPr>
          <w:p w14:paraId="6633F36D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познавательный интерес к системе русского языка; ответственно относится к качеству своей речи.</w:t>
            </w:r>
          </w:p>
        </w:tc>
        <w:tc>
          <w:tcPr>
            <w:tcW w:w="1391" w:type="dxa"/>
          </w:tcPr>
          <w:p w14:paraId="7E0E624A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5C9B2B0A" w14:textId="77777777" w:rsidTr="00E5366B">
        <w:trPr>
          <w:cantSplit/>
          <w:jc w:val="center"/>
        </w:trPr>
        <w:tc>
          <w:tcPr>
            <w:tcW w:w="516" w:type="dxa"/>
          </w:tcPr>
          <w:p w14:paraId="3BA30D88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169</w:t>
            </w:r>
          </w:p>
        </w:tc>
        <w:tc>
          <w:tcPr>
            <w:tcW w:w="1839" w:type="dxa"/>
          </w:tcPr>
          <w:p w14:paraId="794AE52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Промежуточная аттестация. Диктант.</w:t>
            </w:r>
          </w:p>
        </w:tc>
        <w:tc>
          <w:tcPr>
            <w:tcW w:w="3568" w:type="dxa"/>
          </w:tcPr>
          <w:p w14:paraId="4947208E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Самостоятельно выполняет письменную работу; применяет изученные орфографические и пунктуационные правила; осуществляет самопроверку.</w:t>
            </w:r>
          </w:p>
        </w:tc>
        <w:tc>
          <w:tcPr>
            <w:tcW w:w="2711" w:type="dxa"/>
          </w:tcPr>
          <w:p w14:paraId="48B8B164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изученные правила правописания; пишет под диктовку в соответствии с изученными нормами; проверяет написанное и находит ошибки.</w:t>
            </w:r>
          </w:p>
        </w:tc>
        <w:tc>
          <w:tcPr>
            <w:tcW w:w="3046" w:type="dxa"/>
          </w:tcPr>
          <w:p w14:paraId="707A1FF1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Самоорганизация и самоконтроль: планирует выполнение работы, контролирует результат, корректирует ошибки.</w:t>
            </w:r>
          </w:p>
        </w:tc>
        <w:tc>
          <w:tcPr>
            <w:tcW w:w="2492" w:type="dxa"/>
          </w:tcPr>
          <w:p w14:paraId="18285FDB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Ответственное отношение к учебной деятельности; стремление к грамотной письменной речи.</w:t>
            </w:r>
          </w:p>
        </w:tc>
        <w:tc>
          <w:tcPr>
            <w:tcW w:w="1391" w:type="dxa"/>
          </w:tcPr>
          <w:p w14:paraId="6C538ED3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  <w:tr w:rsidR="00E5366B" w:rsidRPr="00E5366B" w14:paraId="0B394DDC" w14:textId="77777777" w:rsidTr="00E5366B">
        <w:trPr>
          <w:cantSplit/>
          <w:jc w:val="center"/>
        </w:trPr>
        <w:tc>
          <w:tcPr>
            <w:tcW w:w="516" w:type="dxa"/>
          </w:tcPr>
          <w:p w14:paraId="47CEF82C" w14:textId="77777777" w:rsidR="00E5366B" w:rsidRPr="00E5366B" w:rsidRDefault="00E5366B" w:rsidP="0078209C">
            <w:pPr>
              <w:jc w:val="center"/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170</w:t>
            </w:r>
          </w:p>
        </w:tc>
        <w:tc>
          <w:tcPr>
            <w:tcW w:w="1839" w:type="dxa"/>
          </w:tcPr>
          <w:p w14:paraId="6A138C25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Работа над ошибками. Итоговое повторение изученного в 3 классе.</w:t>
            </w:r>
          </w:p>
        </w:tc>
        <w:tc>
          <w:tcPr>
            <w:tcW w:w="3568" w:type="dxa"/>
          </w:tcPr>
          <w:p w14:paraId="0AF45152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Наблюдает, сравнивает и анализирует языковой материал; выполняет упражнения; формулирует выводы; применяет изученное в устной и письменной речи.</w:t>
            </w:r>
          </w:p>
        </w:tc>
        <w:tc>
          <w:tcPr>
            <w:tcW w:w="2711" w:type="dxa"/>
          </w:tcPr>
          <w:p w14:paraId="59E05D27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Применяет знания и умения по теме урока в соответствии с содержанием программы 3 класса.</w:t>
            </w:r>
          </w:p>
        </w:tc>
        <w:tc>
          <w:tcPr>
            <w:tcW w:w="3046" w:type="dxa"/>
          </w:tcPr>
          <w:p w14:paraId="0F627B03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Использует базовые логические действия, участвует в учебном диалоге, планирует работу и осуществляет самоконтроль.</w:t>
            </w:r>
          </w:p>
        </w:tc>
        <w:tc>
          <w:tcPr>
            <w:tcW w:w="2492" w:type="dxa"/>
          </w:tcPr>
          <w:p w14:paraId="5015CD66" w14:textId="77777777" w:rsidR="00E5366B" w:rsidRPr="00E5366B" w:rsidRDefault="00E5366B" w:rsidP="0078209C">
            <w:pPr>
              <w:rPr>
                <w:sz w:val="20"/>
                <w:szCs w:val="20"/>
              </w:rPr>
            </w:pPr>
            <w:r w:rsidRPr="00E5366B">
              <w:rPr>
                <w:sz w:val="20"/>
                <w:szCs w:val="20"/>
              </w:rPr>
              <w:t>Проявляет интерес к изучению русского языка, самостоятельность и ответственное отношение к учебной деятельности.</w:t>
            </w:r>
          </w:p>
        </w:tc>
        <w:tc>
          <w:tcPr>
            <w:tcW w:w="1391" w:type="dxa"/>
          </w:tcPr>
          <w:p w14:paraId="60788954" w14:textId="77777777" w:rsidR="00E5366B" w:rsidRPr="00E5366B" w:rsidRDefault="00E5366B" w:rsidP="0078209C">
            <w:pPr>
              <w:rPr>
                <w:sz w:val="20"/>
                <w:szCs w:val="20"/>
              </w:rPr>
            </w:pPr>
          </w:p>
        </w:tc>
      </w:tr>
    </w:tbl>
    <w:p w14:paraId="306CAB71" w14:textId="77777777" w:rsidR="00E5366B" w:rsidRPr="00516872" w:rsidRDefault="00E5366B" w:rsidP="00E5366B"/>
    <w:p w14:paraId="0E123E16" w14:textId="77777777" w:rsidR="002A51B2" w:rsidRDefault="002A51B2" w:rsidP="00645409">
      <w:pPr>
        <w:pStyle w:val="1"/>
        <w:spacing w:after="5"/>
        <w:ind w:right="420"/>
        <w:jc w:val="center"/>
      </w:pPr>
    </w:p>
    <w:sectPr w:rsidR="002A51B2" w:rsidSect="00E5366B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C88F8" w14:textId="77777777" w:rsidR="00A41DB2" w:rsidRDefault="00A41DB2">
      <w:r>
        <w:separator/>
      </w:r>
    </w:p>
  </w:endnote>
  <w:endnote w:type="continuationSeparator" w:id="0">
    <w:p w14:paraId="29DCF379" w14:textId="77777777" w:rsidR="00A41DB2" w:rsidRDefault="00A4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F087" w14:textId="77777777" w:rsidR="009A3929" w:rsidRDefault="00000000">
    <w:pPr>
      <w:pStyle w:val="a5"/>
      <w:spacing w:line="14" w:lineRule="auto"/>
      <w:ind w:left="0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E54DE20" wp14:editId="58DA3429">
              <wp:simplePos x="0" y="0"/>
              <wp:positionH relativeFrom="page">
                <wp:posOffset>9818369</wp:posOffset>
              </wp:positionH>
              <wp:positionV relativeFrom="page">
                <wp:posOffset>6802113</wp:posOffset>
              </wp:positionV>
              <wp:extent cx="20383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FEE1F" w14:textId="77777777" w:rsidR="009A3929" w:rsidRDefault="00000000">
                          <w:pPr>
                            <w:spacing w:before="16"/>
                            <w:ind w:left="20"/>
                            <w:rPr>
                              <w:rFonts w:ascii="Microsoft Sans Serif"/>
                              <w:sz w:val="20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Microsoft Sans Seri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54DE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3.1pt;margin-top:535.6pt;width:16.05pt;height:13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" filled="f" stroked="f">
              <v:textbox inset="0,0,0,0">
                <w:txbxContent>
                  <w:p w14:paraId="460FEE1F" w14:textId="77777777" w:rsidR="009A3929" w:rsidRDefault="00000000">
                    <w:pPr>
                      <w:spacing w:before="16"/>
                      <w:ind w:left="20"/>
                      <w:rPr>
                        <w:rFonts w:ascii="Microsoft Sans Serif"/>
                        <w:sz w:val="20"/>
                      </w:rPr>
                    </w:pPr>
                    <w:r>
                      <w:rPr>
                        <w:rFonts w:ascii="Microsoft Sans Seri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5"/>
                        <w:sz w:val="20"/>
                      </w:rPr>
                      <w:t>14</w:t>
                    </w:r>
                    <w:r>
                      <w:rPr>
                        <w:rFonts w:ascii="Microsoft Sans Seri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F5790" w14:textId="77777777" w:rsidR="00A41DB2" w:rsidRDefault="00A41DB2">
      <w:r>
        <w:separator/>
      </w:r>
    </w:p>
  </w:footnote>
  <w:footnote w:type="continuationSeparator" w:id="0">
    <w:p w14:paraId="4BE51EBB" w14:textId="77777777" w:rsidR="00A41DB2" w:rsidRDefault="00A41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E668DC"/>
    <w:multiLevelType w:val="multilevel"/>
    <w:tmpl w:val="0818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7036BC"/>
    <w:multiLevelType w:val="multilevel"/>
    <w:tmpl w:val="1B02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3D485C"/>
    <w:multiLevelType w:val="multilevel"/>
    <w:tmpl w:val="4F1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DC17A4"/>
    <w:multiLevelType w:val="multilevel"/>
    <w:tmpl w:val="635C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622574"/>
    <w:multiLevelType w:val="hybridMultilevel"/>
    <w:tmpl w:val="1444E998"/>
    <w:lvl w:ilvl="0" w:tplc="FAFC3880">
      <w:start w:val="1"/>
      <w:numFmt w:val="decimal"/>
      <w:lvlText w:val="%1.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A22C70E">
      <w:numFmt w:val="bullet"/>
      <w:lvlText w:val="•"/>
      <w:lvlJc w:val="left"/>
      <w:pPr>
        <w:ind w:left="500" w:hanging="201"/>
      </w:pPr>
      <w:rPr>
        <w:rFonts w:hint="default"/>
        <w:lang w:val="ru-RU" w:eastAsia="en-US" w:bidi="ar-SA"/>
      </w:rPr>
    </w:lvl>
    <w:lvl w:ilvl="2" w:tplc="147A079E">
      <w:numFmt w:val="bullet"/>
      <w:lvlText w:val="•"/>
      <w:lvlJc w:val="left"/>
      <w:pPr>
        <w:ind w:left="900" w:hanging="201"/>
      </w:pPr>
      <w:rPr>
        <w:rFonts w:hint="default"/>
        <w:lang w:val="ru-RU" w:eastAsia="en-US" w:bidi="ar-SA"/>
      </w:rPr>
    </w:lvl>
    <w:lvl w:ilvl="3" w:tplc="98D0CB2C">
      <w:numFmt w:val="bullet"/>
      <w:lvlText w:val="•"/>
      <w:lvlJc w:val="left"/>
      <w:pPr>
        <w:ind w:left="1300" w:hanging="201"/>
      </w:pPr>
      <w:rPr>
        <w:rFonts w:hint="default"/>
        <w:lang w:val="ru-RU" w:eastAsia="en-US" w:bidi="ar-SA"/>
      </w:rPr>
    </w:lvl>
    <w:lvl w:ilvl="4" w:tplc="13FC1FA0">
      <w:numFmt w:val="bullet"/>
      <w:lvlText w:val="•"/>
      <w:lvlJc w:val="left"/>
      <w:pPr>
        <w:ind w:left="1700" w:hanging="201"/>
      </w:pPr>
      <w:rPr>
        <w:rFonts w:hint="default"/>
        <w:lang w:val="ru-RU" w:eastAsia="en-US" w:bidi="ar-SA"/>
      </w:rPr>
    </w:lvl>
    <w:lvl w:ilvl="5" w:tplc="9498205E">
      <w:numFmt w:val="bullet"/>
      <w:lvlText w:val="•"/>
      <w:lvlJc w:val="left"/>
      <w:pPr>
        <w:ind w:left="2101" w:hanging="201"/>
      </w:pPr>
      <w:rPr>
        <w:rFonts w:hint="default"/>
        <w:lang w:val="ru-RU" w:eastAsia="en-US" w:bidi="ar-SA"/>
      </w:rPr>
    </w:lvl>
    <w:lvl w:ilvl="6" w:tplc="12826E96">
      <w:numFmt w:val="bullet"/>
      <w:lvlText w:val="•"/>
      <w:lvlJc w:val="left"/>
      <w:pPr>
        <w:ind w:left="2501" w:hanging="201"/>
      </w:pPr>
      <w:rPr>
        <w:rFonts w:hint="default"/>
        <w:lang w:val="ru-RU" w:eastAsia="en-US" w:bidi="ar-SA"/>
      </w:rPr>
    </w:lvl>
    <w:lvl w:ilvl="7" w:tplc="E0F233C4">
      <w:numFmt w:val="bullet"/>
      <w:lvlText w:val="•"/>
      <w:lvlJc w:val="left"/>
      <w:pPr>
        <w:ind w:left="2901" w:hanging="201"/>
      </w:pPr>
      <w:rPr>
        <w:rFonts w:hint="default"/>
        <w:lang w:val="ru-RU" w:eastAsia="en-US" w:bidi="ar-SA"/>
      </w:rPr>
    </w:lvl>
    <w:lvl w:ilvl="8" w:tplc="39D4DD56">
      <w:numFmt w:val="bullet"/>
      <w:lvlText w:val="•"/>
      <w:lvlJc w:val="left"/>
      <w:pPr>
        <w:ind w:left="3301" w:hanging="201"/>
      </w:pPr>
      <w:rPr>
        <w:rFonts w:hint="default"/>
        <w:lang w:val="ru-RU" w:eastAsia="en-US" w:bidi="ar-SA"/>
      </w:rPr>
    </w:lvl>
  </w:abstractNum>
  <w:abstractNum w:abstractNumId="14" w15:restartNumberingAfterBreak="0">
    <w:nsid w:val="18E07A76"/>
    <w:multiLevelType w:val="multilevel"/>
    <w:tmpl w:val="8360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94711B"/>
    <w:multiLevelType w:val="multilevel"/>
    <w:tmpl w:val="C858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72775"/>
    <w:multiLevelType w:val="hybridMultilevel"/>
    <w:tmpl w:val="C518DFD0"/>
    <w:lvl w:ilvl="0" w:tplc="F1C6FB96">
      <w:start w:val="1"/>
      <w:numFmt w:val="decimal"/>
      <w:lvlText w:val="%1.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2E2474CE">
      <w:numFmt w:val="bullet"/>
      <w:lvlText w:val="•"/>
      <w:lvlJc w:val="left"/>
      <w:pPr>
        <w:ind w:left="409" w:hanging="152"/>
      </w:pPr>
      <w:rPr>
        <w:rFonts w:hint="default"/>
        <w:lang w:val="ru-RU" w:eastAsia="en-US" w:bidi="ar-SA"/>
      </w:rPr>
    </w:lvl>
    <w:lvl w:ilvl="2" w:tplc="91864ABE">
      <w:numFmt w:val="bullet"/>
      <w:lvlText w:val="•"/>
      <w:lvlJc w:val="left"/>
      <w:pPr>
        <w:ind w:left="698" w:hanging="152"/>
      </w:pPr>
      <w:rPr>
        <w:rFonts w:hint="default"/>
        <w:lang w:val="ru-RU" w:eastAsia="en-US" w:bidi="ar-SA"/>
      </w:rPr>
    </w:lvl>
    <w:lvl w:ilvl="3" w:tplc="A8F44078">
      <w:numFmt w:val="bullet"/>
      <w:lvlText w:val="•"/>
      <w:lvlJc w:val="left"/>
      <w:pPr>
        <w:ind w:left="987" w:hanging="152"/>
      </w:pPr>
      <w:rPr>
        <w:rFonts w:hint="default"/>
        <w:lang w:val="ru-RU" w:eastAsia="en-US" w:bidi="ar-SA"/>
      </w:rPr>
    </w:lvl>
    <w:lvl w:ilvl="4" w:tplc="C9704318">
      <w:numFmt w:val="bullet"/>
      <w:lvlText w:val="•"/>
      <w:lvlJc w:val="left"/>
      <w:pPr>
        <w:ind w:left="1276" w:hanging="152"/>
      </w:pPr>
      <w:rPr>
        <w:rFonts w:hint="default"/>
        <w:lang w:val="ru-RU" w:eastAsia="en-US" w:bidi="ar-SA"/>
      </w:rPr>
    </w:lvl>
    <w:lvl w:ilvl="5" w:tplc="587AC1D8">
      <w:numFmt w:val="bullet"/>
      <w:lvlText w:val="•"/>
      <w:lvlJc w:val="left"/>
      <w:pPr>
        <w:ind w:left="1565" w:hanging="152"/>
      </w:pPr>
      <w:rPr>
        <w:rFonts w:hint="default"/>
        <w:lang w:val="ru-RU" w:eastAsia="en-US" w:bidi="ar-SA"/>
      </w:rPr>
    </w:lvl>
    <w:lvl w:ilvl="6" w:tplc="1FDA40EE">
      <w:numFmt w:val="bullet"/>
      <w:lvlText w:val="•"/>
      <w:lvlJc w:val="left"/>
      <w:pPr>
        <w:ind w:left="1854" w:hanging="152"/>
      </w:pPr>
      <w:rPr>
        <w:rFonts w:hint="default"/>
        <w:lang w:val="ru-RU" w:eastAsia="en-US" w:bidi="ar-SA"/>
      </w:rPr>
    </w:lvl>
    <w:lvl w:ilvl="7" w:tplc="429CCFFC">
      <w:numFmt w:val="bullet"/>
      <w:lvlText w:val="•"/>
      <w:lvlJc w:val="left"/>
      <w:pPr>
        <w:ind w:left="2143" w:hanging="152"/>
      </w:pPr>
      <w:rPr>
        <w:rFonts w:hint="default"/>
        <w:lang w:val="ru-RU" w:eastAsia="en-US" w:bidi="ar-SA"/>
      </w:rPr>
    </w:lvl>
    <w:lvl w:ilvl="8" w:tplc="AD64669C">
      <w:numFmt w:val="bullet"/>
      <w:lvlText w:val="•"/>
      <w:lvlJc w:val="left"/>
      <w:pPr>
        <w:ind w:left="2432" w:hanging="152"/>
      </w:pPr>
      <w:rPr>
        <w:rFonts w:hint="default"/>
        <w:lang w:val="ru-RU" w:eastAsia="en-US" w:bidi="ar-SA"/>
      </w:rPr>
    </w:lvl>
  </w:abstractNum>
  <w:abstractNum w:abstractNumId="17" w15:restartNumberingAfterBreak="0">
    <w:nsid w:val="2A856588"/>
    <w:multiLevelType w:val="multilevel"/>
    <w:tmpl w:val="9C38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FC1C2E"/>
    <w:multiLevelType w:val="multilevel"/>
    <w:tmpl w:val="9742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4B77CB"/>
    <w:multiLevelType w:val="multilevel"/>
    <w:tmpl w:val="1778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140AA8"/>
    <w:multiLevelType w:val="hybridMultilevel"/>
    <w:tmpl w:val="FED4B03A"/>
    <w:lvl w:ilvl="0" w:tplc="46A21AF4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862270">
      <w:numFmt w:val="bullet"/>
      <w:lvlText w:val=""/>
      <w:lvlJc w:val="left"/>
      <w:pPr>
        <w:ind w:left="1287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6FDA95A0">
      <w:numFmt w:val="bullet"/>
      <w:lvlText w:val=""/>
      <w:lvlJc w:val="left"/>
      <w:pPr>
        <w:ind w:left="924" w:hanging="155"/>
      </w:pPr>
      <w:rPr>
        <w:rFonts w:ascii="Symbol" w:eastAsia="Symbol" w:hAnsi="Symbol" w:cs="Symbol" w:hint="default"/>
        <w:spacing w:val="24"/>
        <w:w w:val="84"/>
        <w:lang w:val="ru-RU" w:eastAsia="en-US" w:bidi="ar-SA"/>
      </w:rPr>
    </w:lvl>
    <w:lvl w:ilvl="3" w:tplc="B3D0E122">
      <w:numFmt w:val="bullet"/>
      <w:lvlText w:val="•"/>
      <w:lvlJc w:val="left"/>
      <w:pPr>
        <w:ind w:left="3083" w:hanging="155"/>
      </w:pPr>
      <w:rPr>
        <w:rFonts w:hint="default"/>
        <w:lang w:val="ru-RU" w:eastAsia="en-US" w:bidi="ar-SA"/>
      </w:rPr>
    </w:lvl>
    <w:lvl w:ilvl="4" w:tplc="708E701A">
      <w:numFmt w:val="bullet"/>
      <w:lvlText w:val="•"/>
      <w:lvlJc w:val="left"/>
      <w:pPr>
        <w:ind w:left="4886" w:hanging="155"/>
      </w:pPr>
      <w:rPr>
        <w:rFonts w:hint="default"/>
        <w:lang w:val="ru-RU" w:eastAsia="en-US" w:bidi="ar-SA"/>
      </w:rPr>
    </w:lvl>
    <w:lvl w:ilvl="5" w:tplc="F2F4008A">
      <w:numFmt w:val="bullet"/>
      <w:lvlText w:val="•"/>
      <w:lvlJc w:val="left"/>
      <w:pPr>
        <w:ind w:left="6689" w:hanging="155"/>
      </w:pPr>
      <w:rPr>
        <w:rFonts w:hint="default"/>
        <w:lang w:val="ru-RU" w:eastAsia="en-US" w:bidi="ar-SA"/>
      </w:rPr>
    </w:lvl>
    <w:lvl w:ilvl="6" w:tplc="0C509A50">
      <w:numFmt w:val="bullet"/>
      <w:lvlText w:val="•"/>
      <w:lvlJc w:val="left"/>
      <w:pPr>
        <w:ind w:left="8493" w:hanging="155"/>
      </w:pPr>
      <w:rPr>
        <w:rFonts w:hint="default"/>
        <w:lang w:val="ru-RU" w:eastAsia="en-US" w:bidi="ar-SA"/>
      </w:rPr>
    </w:lvl>
    <w:lvl w:ilvl="7" w:tplc="8584B902">
      <w:numFmt w:val="bullet"/>
      <w:lvlText w:val="•"/>
      <w:lvlJc w:val="left"/>
      <w:pPr>
        <w:ind w:left="10296" w:hanging="155"/>
      </w:pPr>
      <w:rPr>
        <w:rFonts w:hint="default"/>
        <w:lang w:val="ru-RU" w:eastAsia="en-US" w:bidi="ar-SA"/>
      </w:rPr>
    </w:lvl>
    <w:lvl w:ilvl="8" w:tplc="03CAC89C">
      <w:numFmt w:val="bullet"/>
      <w:lvlText w:val="•"/>
      <w:lvlJc w:val="left"/>
      <w:pPr>
        <w:ind w:left="12099" w:hanging="155"/>
      </w:pPr>
      <w:rPr>
        <w:rFonts w:hint="default"/>
        <w:lang w:val="ru-RU" w:eastAsia="en-US" w:bidi="ar-SA"/>
      </w:rPr>
    </w:lvl>
  </w:abstractNum>
  <w:abstractNum w:abstractNumId="21" w15:restartNumberingAfterBreak="0">
    <w:nsid w:val="355F40AB"/>
    <w:multiLevelType w:val="multilevel"/>
    <w:tmpl w:val="2106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5022BB"/>
    <w:multiLevelType w:val="multilevel"/>
    <w:tmpl w:val="4F0E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423966"/>
    <w:multiLevelType w:val="multilevel"/>
    <w:tmpl w:val="54CE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F240BB"/>
    <w:multiLevelType w:val="hybridMultilevel"/>
    <w:tmpl w:val="56C8C2DA"/>
    <w:lvl w:ilvl="0" w:tplc="CB3A1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A57C9E"/>
    <w:multiLevelType w:val="multilevel"/>
    <w:tmpl w:val="0DA6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F26DE3"/>
    <w:multiLevelType w:val="multilevel"/>
    <w:tmpl w:val="EC2E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F77193"/>
    <w:multiLevelType w:val="multilevel"/>
    <w:tmpl w:val="C2DE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4D4B96"/>
    <w:multiLevelType w:val="multilevel"/>
    <w:tmpl w:val="D77A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7922E4"/>
    <w:multiLevelType w:val="hybridMultilevel"/>
    <w:tmpl w:val="5F7EF79C"/>
    <w:lvl w:ilvl="0" w:tplc="DA9A099E">
      <w:start w:val="1"/>
      <w:numFmt w:val="decimal"/>
      <w:lvlText w:val="%1.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14C636">
      <w:numFmt w:val="bullet"/>
      <w:lvlText w:val="•"/>
      <w:lvlJc w:val="left"/>
      <w:pPr>
        <w:ind w:left="641" w:hanging="202"/>
      </w:pPr>
      <w:rPr>
        <w:rFonts w:hint="default"/>
        <w:lang w:val="ru-RU" w:eastAsia="en-US" w:bidi="ar-SA"/>
      </w:rPr>
    </w:lvl>
    <w:lvl w:ilvl="2" w:tplc="ACE8E37C">
      <w:numFmt w:val="bullet"/>
      <w:lvlText w:val="•"/>
      <w:lvlJc w:val="left"/>
      <w:pPr>
        <w:ind w:left="1183" w:hanging="202"/>
      </w:pPr>
      <w:rPr>
        <w:rFonts w:hint="default"/>
        <w:lang w:val="ru-RU" w:eastAsia="en-US" w:bidi="ar-SA"/>
      </w:rPr>
    </w:lvl>
    <w:lvl w:ilvl="3" w:tplc="C3AAFDBC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4" w:tplc="DC461AF8">
      <w:numFmt w:val="bullet"/>
      <w:lvlText w:val="•"/>
      <w:lvlJc w:val="left"/>
      <w:pPr>
        <w:ind w:left="2267" w:hanging="202"/>
      </w:pPr>
      <w:rPr>
        <w:rFonts w:hint="default"/>
        <w:lang w:val="ru-RU" w:eastAsia="en-US" w:bidi="ar-SA"/>
      </w:rPr>
    </w:lvl>
    <w:lvl w:ilvl="5" w:tplc="00923186">
      <w:numFmt w:val="bullet"/>
      <w:lvlText w:val="•"/>
      <w:lvlJc w:val="left"/>
      <w:pPr>
        <w:ind w:left="2809" w:hanging="202"/>
      </w:pPr>
      <w:rPr>
        <w:rFonts w:hint="default"/>
        <w:lang w:val="ru-RU" w:eastAsia="en-US" w:bidi="ar-SA"/>
      </w:rPr>
    </w:lvl>
    <w:lvl w:ilvl="6" w:tplc="3EFEFFBC">
      <w:numFmt w:val="bullet"/>
      <w:lvlText w:val="•"/>
      <w:lvlJc w:val="left"/>
      <w:pPr>
        <w:ind w:left="3350" w:hanging="202"/>
      </w:pPr>
      <w:rPr>
        <w:rFonts w:hint="default"/>
        <w:lang w:val="ru-RU" w:eastAsia="en-US" w:bidi="ar-SA"/>
      </w:rPr>
    </w:lvl>
    <w:lvl w:ilvl="7" w:tplc="77F0B4F2">
      <w:numFmt w:val="bullet"/>
      <w:lvlText w:val="•"/>
      <w:lvlJc w:val="left"/>
      <w:pPr>
        <w:ind w:left="3892" w:hanging="202"/>
      </w:pPr>
      <w:rPr>
        <w:rFonts w:hint="default"/>
        <w:lang w:val="ru-RU" w:eastAsia="en-US" w:bidi="ar-SA"/>
      </w:rPr>
    </w:lvl>
    <w:lvl w:ilvl="8" w:tplc="4CF26E56">
      <w:numFmt w:val="bullet"/>
      <w:lvlText w:val="•"/>
      <w:lvlJc w:val="left"/>
      <w:pPr>
        <w:ind w:left="4434" w:hanging="202"/>
      </w:pPr>
      <w:rPr>
        <w:rFonts w:hint="default"/>
        <w:lang w:val="ru-RU" w:eastAsia="en-US" w:bidi="ar-SA"/>
      </w:rPr>
    </w:lvl>
  </w:abstractNum>
  <w:abstractNum w:abstractNumId="30" w15:restartNumberingAfterBreak="0">
    <w:nsid w:val="525142E3"/>
    <w:multiLevelType w:val="multilevel"/>
    <w:tmpl w:val="8512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742B5B"/>
    <w:multiLevelType w:val="hybridMultilevel"/>
    <w:tmpl w:val="09CAFE30"/>
    <w:lvl w:ilvl="0" w:tplc="1DBC02A4">
      <w:numFmt w:val="bullet"/>
      <w:lvlText w:val="•"/>
      <w:lvlJc w:val="left"/>
      <w:pPr>
        <w:ind w:left="1275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585CA0">
      <w:numFmt w:val="bullet"/>
      <w:lvlText w:val="•"/>
      <w:lvlJc w:val="left"/>
      <w:pPr>
        <w:ind w:left="2722" w:hanging="349"/>
      </w:pPr>
      <w:rPr>
        <w:rFonts w:hint="default"/>
        <w:lang w:val="ru-RU" w:eastAsia="en-US" w:bidi="ar-SA"/>
      </w:rPr>
    </w:lvl>
    <w:lvl w:ilvl="2" w:tplc="034A9710">
      <w:numFmt w:val="bullet"/>
      <w:lvlText w:val="•"/>
      <w:lvlJc w:val="left"/>
      <w:pPr>
        <w:ind w:left="4165" w:hanging="349"/>
      </w:pPr>
      <w:rPr>
        <w:rFonts w:hint="default"/>
        <w:lang w:val="ru-RU" w:eastAsia="en-US" w:bidi="ar-SA"/>
      </w:rPr>
    </w:lvl>
    <w:lvl w:ilvl="3" w:tplc="CDDE7808">
      <w:numFmt w:val="bullet"/>
      <w:lvlText w:val="•"/>
      <w:lvlJc w:val="left"/>
      <w:pPr>
        <w:ind w:left="5607" w:hanging="349"/>
      </w:pPr>
      <w:rPr>
        <w:rFonts w:hint="default"/>
        <w:lang w:val="ru-RU" w:eastAsia="en-US" w:bidi="ar-SA"/>
      </w:rPr>
    </w:lvl>
    <w:lvl w:ilvl="4" w:tplc="55B42F8E">
      <w:numFmt w:val="bullet"/>
      <w:lvlText w:val="•"/>
      <w:lvlJc w:val="left"/>
      <w:pPr>
        <w:ind w:left="7050" w:hanging="349"/>
      </w:pPr>
      <w:rPr>
        <w:rFonts w:hint="default"/>
        <w:lang w:val="ru-RU" w:eastAsia="en-US" w:bidi="ar-SA"/>
      </w:rPr>
    </w:lvl>
    <w:lvl w:ilvl="5" w:tplc="A5B0007C">
      <w:numFmt w:val="bullet"/>
      <w:lvlText w:val="•"/>
      <w:lvlJc w:val="left"/>
      <w:pPr>
        <w:ind w:left="8493" w:hanging="349"/>
      </w:pPr>
      <w:rPr>
        <w:rFonts w:hint="default"/>
        <w:lang w:val="ru-RU" w:eastAsia="en-US" w:bidi="ar-SA"/>
      </w:rPr>
    </w:lvl>
    <w:lvl w:ilvl="6" w:tplc="CD7A7ADA">
      <w:numFmt w:val="bullet"/>
      <w:lvlText w:val="•"/>
      <w:lvlJc w:val="left"/>
      <w:pPr>
        <w:ind w:left="9935" w:hanging="349"/>
      </w:pPr>
      <w:rPr>
        <w:rFonts w:hint="default"/>
        <w:lang w:val="ru-RU" w:eastAsia="en-US" w:bidi="ar-SA"/>
      </w:rPr>
    </w:lvl>
    <w:lvl w:ilvl="7" w:tplc="67D244FC">
      <w:numFmt w:val="bullet"/>
      <w:lvlText w:val="•"/>
      <w:lvlJc w:val="left"/>
      <w:pPr>
        <w:ind w:left="11378" w:hanging="349"/>
      </w:pPr>
      <w:rPr>
        <w:rFonts w:hint="default"/>
        <w:lang w:val="ru-RU" w:eastAsia="en-US" w:bidi="ar-SA"/>
      </w:rPr>
    </w:lvl>
    <w:lvl w:ilvl="8" w:tplc="F1F84EC8">
      <w:numFmt w:val="bullet"/>
      <w:lvlText w:val="•"/>
      <w:lvlJc w:val="left"/>
      <w:pPr>
        <w:ind w:left="12821" w:hanging="349"/>
      </w:pPr>
      <w:rPr>
        <w:rFonts w:hint="default"/>
        <w:lang w:val="ru-RU" w:eastAsia="en-US" w:bidi="ar-SA"/>
      </w:rPr>
    </w:lvl>
  </w:abstractNum>
  <w:abstractNum w:abstractNumId="32" w15:restartNumberingAfterBreak="0">
    <w:nsid w:val="59B5466C"/>
    <w:multiLevelType w:val="multilevel"/>
    <w:tmpl w:val="BDA0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7E291C"/>
    <w:multiLevelType w:val="hybridMultilevel"/>
    <w:tmpl w:val="9336F65E"/>
    <w:lvl w:ilvl="0" w:tplc="4014982C">
      <w:start w:val="1"/>
      <w:numFmt w:val="decimal"/>
      <w:lvlText w:val="%1."/>
      <w:lvlJc w:val="left"/>
      <w:pPr>
        <w:ind w:left="11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7EA2BFA">
      <w:numFmt w:val="bullet"/>
      <w:lvlText w:val="•"/>
      <w:lvlJc w:val="left"/>
      <w:pPr>
        <w:ind w:left="390" w:hanging="201"/>
      </w:pPr>
      <w:rPr>
        <w:rFonts w:hint="default"/>
        <w:lang w:val="ru-RU" w:eastAsia="en-US" w:bidi="ar-SA"/>
      </w:rPr>
    </w:lvl>
    <w:lvl w:ilvl="2" w:tplc="98BA8ED4">
      <w:numFmt w:val="bullet"/>
      <w:lvlText w:val="•"/>
      <w:lvlJc w:val="left"/>
      <w:pPr>
        <w:ind w:left="661" w:hanging="201"/>
      </w:pPr>
      <w:rPr>
        <w:rFonts w:hint="default"/>
        <w:lang w:val="ru-RU" w:eastAsia="en-US" w:bidi="ar-SA"/>
      </w:rPr>
    </w:lvl>
    <w:lvl w:ilvl="3" w:tplc="CB9495B0">
      <w:numFmt w:val="bullet"/>
      <w:lvlText w:val="•"/>
      <w:lvlJc w:val="left"/>
      <w:pPr>
        <w:ind w:left="932" w:hanging="201"/>
      </w:pPr>
      <w:rPr>
        <w:rFonts w:hint="default"/>
        <w:lang w:val="ru-RU" w:eastAsia="en-US" w:bidi="ar-SA"/>
      </w:rPr>
    </w:lvl>
    <w:lvl w:ilvl="4" w:tplc="06345F3C">
      <w:numFmt w:val="bullet"/>
      <w:lvlText w:val="•"/>
      <w:lvlJc w:val="left"/>
      <w:pPr>
        <w:ind w:left="1202" w:hanging="201"/>
      </w:pPr>
      <w:rPr>
        <w:rFonts w:hint="default"/>
        <w:lang w:val="ru-RU" w:eastAsia="en-US" w:bidi="ar-SA"/>
      </w:rPr>
    </w:lvl>
    <w:lvl w:ilvl="5" w:tplc="D4F8D0C4">
      <w:numFmt w:val="bullet"/>
      <w:lvlText w:val="•"/>
      <w:lvlJc w:val="left"/>
      <w:pPr>
        <w:ind w:left="1473" w:hanging="201"/>
      </w:pPr>
      <w:rPr>
        <w:rFonts w:hint="default"/>
        <w:lang w:val="ru-RU" w:eastAsia="en-US" w:bidi="ar-SA"/>
      </w:rPr>
    </w:lvl>
    <w:lvl w:ilvl="6" w:tplc="74460212">
      <w:numFmt w:val="bullet"/>
      <w:lvlText w:val="•"/>
      <w:lvlJc w:val="left"/>
      <w:pPr>
        <w:ind w:left="1744" w:hanging="201"/>
      </w:pPr>
      <w:rPr>
        <w:rFonts w:hint="default"/>
        <w:lang w:val="ru-RU" w:eastAsia="en-US" w:bidi="ar-SA"/>
      </w:rPr>
    </w:lvl>
    <w:lvl w:ilvl="7" w:tplc="B948B670">
      <w:numFmt w:val="bullet"/>
      <w:lvlText w:val="•"/>
      <w:lvlJc w:val="left"/>
      <w:pPr>
        <w:ind w:left="2014" w:hanging="201"/>
      </w:pPr>
      <w:rPr>
        <w:rFonts w:hint="default"/>
        <w:lang w:val="ru-RU" w:eastAsia="en-US" w:bidi="ar-SA"/>
      </w:rPr>
    </w:lvl>
    <w:lvl w:ilvl="8" w:tplc="9194632A">
      <w:numFmt w:val="bullet"/>
      <w:lvlText w:val="•"/>
      <w:lvlJc w:val="left"/>
      <w:pPr>
        <w:ind w:left="2285" w:hanging="201"/>
      </w:pPr>
      <w:rPr>
        <w:rFonts w:hint="default"/>
        <w:lang w:val="ru-RU" w:eastAsia="en-US" w:bidi="ar-SA"/>
      </w:rPr>
    </w:lvl>
  </w:abstractNum>
  <w:abstractNum w:abstractNumId="34" w15:restartNumberingAfterBreak="0">
    <w:nsid w:val="60C1230B"/>
    <w:multiLevelType w:val="multilevel"/>
    <w:tmpl w:val="0982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FA1545"/>
    <w:multiLevelType w:val="hybridMultilevel"/>
    <w:tmpl w:val="3BF45E60"/>
    <w:lvl w:ilvl="0" w:tplc="06762478">
      <w:numFmt w:val="bullet"/>
      <w:lvlText w:val=""/>
      <w:lvlJc w:val="left"/>
      <w:pPr>
        <w:ind w:left="566" w:hanging="282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4A449E8">
      <w:numFmt w:val="bullet"/>
      <w:lvlText w:val="•"/>
      <w:lvlJc w:val="left"/>
      <w:pPr>
        <w:ind w:left="2074" w:hanging="282"/>
      </w:pPr>
      <w:rPr>
        <w:rFonts w:hint="default"/>
        <w:lang w:val="ru-RU" w:eastAsia="en-US" w:bidi="ar-SA"/>
      </w:rPr>
    </w:lvl>
    <w:lvl w:ilvl="2" w:tplc="D576BD02">
      <w:numFmt w:val="bullet"/>
      <w:lvlText w:val="•"/>
      <w:lvlJc w:val="left"/>
      <w:pPr>
        <w:ind w:left="3589" w:hanging="282"/>
      </w:pPr>
      <w:rPr>
        <w:rFonts w:hint="default"/>
        <w:lang w:val="ru-RU" w:eastAsia="en-US" w:bidi="ar-SA"/>
      </w:rPr>
    </w:lvl>
    <w:lvl w:ilvl="3" w:tplc="68B45798">
      <w:numFmt w:val="bullet"/>
      <w:lvlText w:val="•"/>
      <w:lvlJc w:val="left"/>
      <w:pPr>
        <w:ind w:left="5103" w:hanging="282"/>
      </w:pPr>
      <w:rPr>
        <w:rFonts w:hint="default"/>
        <w:lang w:val="ru-RU" w:eastAsia="en-US" w:bidi="ar-SA"/>
      </w:rPr>
    </w:lvl>
    <w:lvl w:ilvl="4" w:tplc="EE46733E">
      <w:numFmt w:val="bullet"/>
      <w:lvlText w:val="•"/>
      <w:lvlJc w:val="left"/>
      <w:pPr>
        <w:ind w:left="6618" w:hanging="282"/>
      </w:pPr>
      <w:rPr>
        <w:rFonts w:hint="default"/>
        <w:lang w:val="ru-RU" w:eastAsia="en-US" w:bidi="ar-SA"/>
      </w:rPr>
    </w:lvl>
    <w:lvl w:ilvl="5" w:tplc="8EE8C970">
      <w:numFmt w:val="bullet"/>
      <w:lvlText w:val="•"/>
      <w:lvlJc w:val="left"/>
      <w:pPr>
        <w:ind w:left="8133" w:hanging="282"/>
      </w:pPr>
      <w:rPr>
        <w:rFonts w:hint="default"/>
        <w:lang w:val="ru-RU" w:eastAsia="en-US" w:bidi="ar-SA"/>
      </w:rPr>
    </w:lvl>
    <w:lvl w:ilvl="6" w:tplc="6B342A3A">
      <w:numFmt w:val="bullet"/>
      <w:lvlText w:val="•"/>
      <w:lvlJc w:val="left"/>
      <w:pPr>
        <w:ind w:left="9647" w:hanging="282"/>
      </w:pPr>
      <w:rPr>
        <w:rFonts w:hint="default"/>
        <w:lang w:val="ru-RU" w:eastAsia="en-US" w:bidi="ar-SA"/>
      </w:rPr>
    </w:lvl>
    <w:lvl w:ilvl="7" w:tplc="5E54101E">
      <w:numFmt w:val="bullet"/>
      <w:lvlText w:val="•"/>
      <w:lvlJc w:val="left"/>
      <w:pPr>
        <w:ind w:left="11162" w:hanging="282"/>
      </w:pPr>
      <w:rPr>
        <w:rFonts w:hint="default"/>
        <w:lang w:val="ru-RU" w:eastAsia="en-US" w:bidi="ar-SA"/>
      </w:rPr>
    </w:lvl>
    <w:lvl w:ilvl="8" w:tplc="C09CA672">
      <w:numFmt w:val="bullet"/>
      <w:lvlText w:val="•"/>
      <w:lvlJc w:val="left"/>
      <w:pPr>
        <w:ind w:left="12677" w:hanging="282"/>
      </w:pPr>
      <w:rPr>
        <w:rFonts w:hint="default"/>
        <w:lang w:val="ru-RU" w:eastAsia="en-US" w:bidi="ar-SA"/>
      </w:rPr>
    </w:lvl>
  </w:abstractNum>
  <w:abstractNum w:abstractNumId="36" w15:restartNumberingAfterBreak="0">
    <w:nsid w:val="6B2072AC"/>
    <w:multiLevelType w:val="multilevel"/>
    <w:tmpl w:val="229E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E2B37"/>
    <w:multiLevelType w:val="multilevel"/>
    <w:tmpl w:val="3698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9B1051"/>
    <w:multiLevelType w:val="hybridMultilevel"/>
    <w:tmpl w:val="7A3E43C8"/>
    <w:lvl w:ilvl="0" w:tplc="03AA055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29E787D"/>
    <w:multiLevelType w:val="multilevel"/>
    <w:tmpl w:val="328E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1F3DAA"/>
    <w:multiLevelType w:val="multilevel"/>
    <w:tmpl w:val="E13A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12573C"/>
    <w:multiLevelType w:val="multilevel"/>
    <w:tmpl w:val="D066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DF1240"/>
    <w:multiLevelType w:val="multilevel"/>
    <w:tmpl w:val="B032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472E2D"/>
    <w:multiLevelType w:val="multilevel"/>
    <w:tmpl w:val="5F74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848278">
    <w:abstractNumId w:val="31"/>
  </w:num>
  <w:num w:numId="2" w16cid:durableId="1851483637">
    <w:abstractNumId w:val="20"/>
  </w:num>
  <w:num w:numId="3" w16cid:durableId="1180659528">
    <w:abstractNumId w:val="16"/>
  </w:num>
  <w:num w:numId="4" w16cid:durableId="1266502490">
    <w:abstractNumId w:val="29"/>
  </w:num>
  <w:num w:numId="5" w16cid:durableId="1176840724">
    <w:abstractNumId w:val="13"/>
  </w:num>
  <w:num w:numId="6" w16cid:durableId="1894072659">
    <w:abstractNumId w:val="33"/>
  </w:num>
  <w:num w:numId="7" w16cid:durableId="1314530808">
    <w:abstractNumId w:val="35"/>
  </w:num>
  <w:num w:numId="8" w16cid:durableId="1160921108">
    <w:abstractNumId w:val="38"/>
  </w:num>
  <w:num w:numId="9" w16cid:durableId="926966297">
    <w:abstractNumId w:val="25"/>
  </w:num>
  <w:num w:numId="10" w16cid:durableId="89594661">
    <w:abstractNumId w:val="18"/>
  </w:num>
  <w:num w:numId="11" w16cid:durableId="327634610">
    <w:abstractNumId w:val="11"/>
  </w:num>
  <w:num w:numId="12" w16cid:durableId="456919312">
    <w:abstractNumId w:val="10"/>
  </w:num>
  <w:num w:numId="13" w16cid:durableId="758721704">
    <w:abstractNumId w:val="36"/>
  </w:num>
  <w:num w:numId="14" w16cid:durableId="383453247">
    <w:abstractNumId w:val="37"/>
  </w:num>
  <w:num w:numId="15" w16cid:durableId="1278216555">
    <w:abstractNumId w:val="14"/>
  </w:num>
  <w:num w:numId="16" w16cid:durableId="1973243988">
    <w:abstractNumId w:val="41"/>
  </w:num>
  <w:num w:numId="17" w16cid:durableId="1828862677">
    <w:abstractNumId w:val="32"/>
  </w:num>
  <w:num w:numId="18" w16cid:durableId="1780642267">
    <w:abstractNumId w:val="17"/>
  </w:num>
  <w:num w:numId="19" w16cid:durableId="1069576451">
    <w:abstractNumId w:val="21"/>
  </w:num>
  <w:num w:numId="20" w16cid:durableId="1842773107">
    <w:abstractNumId w:val="34"/>
  </w:num>
  <w:num w:numId="21" w16cid:durableId="987393426">
    <w:abstractNumId w:val="12"/>
  </w:num>
  <w:num w:numId="22" w16cid:durableId="1227764063">
    <w:abstractNumId w:val="22"/>
  </w:num>
  <w:num w:numId="23" w16cid:durableId="2025789162">
    <w:abstractNumId w:val="27"/>
  </w:num>
  <w:num w:numId="24" w16cid:durableId="1842156023">
    <w:abstractNumId w:val="26"/>
  </w:num>
  <w:num w:numId="25" w16cid:durableId="1631400013">
    <w:abstractNumId w:val="39"/>
  </w:num>
  <w:num w:numId="26" w16cid:durableId="324628870">
    <w:abstractNumId w:val="19"/>
  </w:num>
  <w:num w:numId="27" w16cid:durableId="1696346631">
    <w:abstractNumId w:val="40"/>
  </w:num>
  <w:num w:numId="28" w16cid:durableId="2046173680">
    <w:abstractNumId w:val="43"/>
  </w:num>
  <w:num w:numId="29" w16cid:durableId="1122724000">
    <w:abstractNumId w:val="23"/>
  </w:num>
  <w:num w:numId="30" w16cid:durableId="1714428398">
    <w:abstractNumId w:val="9"/>
  </w:num>
  <w:num w:numId="31" w16cid:durableId="1366758085">
    <w:abstractNumId w:val="42"/>
  </w:num>
  <w:num w:numId="32" w16cid:durableId="1173883999">
    <w:abstractNumId w:val="30"/>
  </w:num>
  <w:num w:numId="33" w16cid:durableId="253637822">
    <w:abstractNumId w:val="28"/>
  </w:num>
  <w:num w:numId="34" w16cid:durableId="348337640">
    <w:abstractNumId w:val="15"/>
  </w:num>
  <w:num w:numId="35" w16cid:durableId="885795227">
    <w:abstractNumId w:val="24"/>
  </w:num>
  <w:num w:numId="36" w16cid:durableId="732853527">
    <w:abstractNumId w:val="8"/>
  </w:num>
  <w:num w:numId="37" w16cid:durableId="967473092">
    <w:abstractNumId w:val="6"/>
  </w:num>
  <w:num w:numId="38" w16cid:durableId="1320576174">
    <w:abstractNumId w:val="5"/>
  </w:num>
  <w:num w:numId="39" w16cid:durableId="1017149801">
    <w:abstractNumId w:val="4"/>
  </w:num>
  <w:num w:numId="40" w16cid:durableId="382484408">
    <w:abstractNumId w:val="7"/>
  </w:num>
  <w:num w:numId="41" w16cid:durableId="1741782320">
    <w:abstractNumId w:val="3"/>
  </w:num>
  <w:num w:numId="42" w16cid:durableId="136916117">
    <w:abstractNumId w:val="2"/>
  </w:num>
  <w:num w:numId="43" w16cid:durableId="992030793">
    <w:abstractNumId w:val="1"/>
  </w:num>
  <w:num w:numId="44" w16cid:durableId="124892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3929"/>
    <w:rsid w:val="001E6A67"/>
    <w:rsid w:val="002A25BB"/>
    <w:rsid w:val="002A51B2"/>
    <w:rsid w:val="004A04BD"/>
    <w:rsid w:val="00645409"/>
    <w:rsid w:val="007B59FA"/>
    <w:rsid w:val="008F7F70"/>
    <w:rsid w:val="009A3929"/>
    <w:rsid w:val="00A41DB2"/>
    <w:rsid w:val="00B27CCE"/>
    <w:rsid w:val="00C00E81"/>
    <w:rsid w:val="00E5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CE23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spacing w:before="64"/>
      <w:ind w:left="41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9"/>
    <w:unhideWhenUsed/>
    <w:qFormat/>
    <w:pPr>
      <w:spacing w:line="275" w:lineRule="exact"/>
      <w:ind w:left="994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link w:val="32"/>
    <w:uiPriority w:val="9"/>
    <w:unhideWhenUsed/>
    <w:qFormat/>
    <w:pPr>
      <w:spacing w:line="274" w:lineRule="exact"/>
      <w:ind w:left="566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45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5366B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6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5366B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5366B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5366B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5366B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566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566" w:firstLine="427"/>
    </w:pPr>
  </w:style>
  <w:style w:type="paragraph" w:customStyle="1" w:styleId="TableParagraph">
    <w:name w:val="Table Paragraph"/>
    <w:basedOn w:val="a1"/>
    <w:uiPriority w:val="1"/>
    <w:qFormat/>
  </w:style>
  <w:style w:type="character" w:customStyle="1" w:styleId="40">
    <w:name w:val="Заголовок 4 Знак"/>
    <w:basedOn w:val="a2"/>
    <w:link w:val="4"/>
    <w:uiPriority w:val="9"/>
    <w:semiHidden/>
    <w:rsid w:val="00645409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0">
    <w:name w:val="Заголовок 5 Знак"/>
    <w:basedOn w:val="a2"/>
    <w:link w:val="5"/>
    <w:uiPriority w:val="9"/>
    <w:semiHidden/>
    <w:rsid w:val="00E5366B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60">
    <w:name w:val="Заголовок 6 Знак"/>
    <w:basedOn w:val="a2"/>
    <w:link w:val="6"/>
    <w:uiPriority w:val="9"/>
    <w:semiHidden/>
    <w:rsid w:val="00E5366B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70">
    <w:name w:val="Заголовок 7 Знак"/>
    <w:basedOn w:val="a2"/>
    <w:link w:val="7"/>
    <w:uiPriority w:val="9"/>
    <w:semiHidden/>
    <w:rsid w:val="00E5366B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80">
    <w:name w:val="Заголовок 8 Знак"/>
    <w:basedOn w:val="a2"/>
    <w:link w:val="8"/>
    <w:uiPriority w:val="9"/>
    <w:semiHidden/>
    <w:rsid w:val="00E5366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E536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E5366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E5366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E5366B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8">
    <w:name w:val="header"/>
    <w:basedOn w:val="a1"/>
    <w:link w:val="a9"/>
    <w:uiPriority w:val="99"/>
    <w:unhideWhenUsed/>
    <w:rsid w:val="00E5366B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6"/>
      <w:lang w:val="en-US"/>
    </w:rPr>
  </w:style>
  <w:style w:type="character" w:customStyle="1" w:styleId="a9">
    <w:name w:val="Верхний колонтитул Знак"/>
    <w:basedOn w:val="a2"/>
    <w:link w:val="a8"/>
    <w:uiPriority w:val="99"/>
    <w:rsid w:val="00E5366B"/>
    <w:rPr>
      <w:rFonts w:ascii="Times New Roman" w:eastAsiaTheme="minorEastAsia" w:hAnsi="Times New Roman"/>
      <w:sz w:val="16"/>
    </w:rPr>
  </w:style>
  <w:style w:type="paragraph" w:styleId="aa">
    <w:name w:val="footer"/>
    <w:basedOn w:val="a1"/>
    <w:link w:val="ab"/>
    <w:uiPriority w:val="99"/>
    <w:unhideWhenUsed/>
    <w:rsid w:val="00E5366B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6"/>
      <w:lang w:val="en-US"/>
    </w:rPr>
  </w:style>
  <w:style w:type="character" w:customStyle="1" w:styleId="ab">
    <w:name w:val="Нижний колонтитул Знак"/>
    <w:basedOn w:val="a2"/>
    <w:link w:val="aa"/>
    <w:uiPriority w:val="99"/>
    <w:rsid w:val="00E5366B"/>
    <w:rPr>
      <w:rFonts w:ascii="Times New Roman" w:eastAsiaTheme="minorEastAsia" w:hAnsi="Times New Roman"/>
      <w:sz w:val="16"/>
    </w:rPr>
  </w:style>
  <w:style w:type="paragraph" w:styleId="ac">
    <w:name w:val="No Spacing"/>
    <w:uiPriority w:val="1"/>
    <w:qFormat/>
    <w:rsid w:val="00E5366B"/>
    <w:pPr>
      <w:widowControl/>
      <w:autoSpaceDE/>
      <w:autoSpaceDN/>
    </w:pPr>
    <w:rPr>
      <w:rFonts w:eastAsiaTheme="minorEastAsia"/>
    </w:rPr>
  </w:style>
  <w:style w:type="paragraph" w:styleId="ad">
    <w:name w:val="Title"/>
    <w:basedOn w:val="a1"/>
    <w:next w:val="a1"/>
    <w:link w:val="ae"/>
    <w:uiPriority w:val="10"/>
    <w:qFormat/>
    <w:rsid w:val="00E5366B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e">
    <w:name w:val="Заголовок Знак"/>
    <w:basedOn w:val="a2"/>
    <w:link w:val="ad"/>
    <w:uiPriority w:val="10"/>
    <w:rsid w:val="00E536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Subtitle"/>
    <w:basedOn w:val="a1"/>
    <w:next w:val="a1"/>
    <w:link w:val="af0"/>
    <w:uiPriority w:val="11"/>
    <w:qFormat/>
    <w:rsid w:val="00E5366B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2"/>
    <w:link w:val="af"/>
    <w:uiPriority w:val="11"/>
    <w:rsid w:val="00E536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E5366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E5366B"/>
    <w:pPr>
      <w:widowControl/>
      <w:autoSpaceDE/>
      <w:autoSpaceDN/>
      <w:spacing w:after="120" w:line="480" w:lineRule="auto"/>
    </w:pPr>
    <w:rPr>
      <w:rFonts w:eastAsiaTheme="minorEastAsia" w:cstheme="minorBidi"/>
      <w:sz w:val="16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E5366B"/>
    <w:rPr>
      <w:rFonts w:ascii="Times New Roman" w:eastAsiaTheme="minorEastAsia" w:hAnsi="Times New Roman"/>
      <w:sz w:val="16"/>
    </w:rPr>
  </w:style>
  <w:style w:type="paragraph" w:styleId="33">
    <w:name w:val="Body Text 3"/>
    <w:basedOn w:val="a1"/>
    <w:link w:val="34"/>
    <w:uiPriority w:val="99"/>
    <w:unhideWhenUsed/>
    <w:rsid w:val="00E5366B"/>
    <w:pPr>
      <w:widowControl/>
      <w:autoSpaceDE/>
      <w:autoSpaceDN/>
      <w:spacing w:after="120" w:line="276" w:lineRule="auto"/>
    </w:pPr>
    <w:rPr>
      <w:rFonts w:eastAsiaTheme="minorEastAsia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E5366B"/>
    <w:rPr>
      <w:rFonts w:ascii="Times New Roman" w:eastAsiaTheme="minorEastAsia" w:hAnsi="Times New Roman"/>
      <w:sz w:val="16"/>
      <w:szCs w:val="16"/>
    </w:rPr>
  </w:style>
  <w:style w:type="paragraph" w:styleId="af1">
    <w:name w:val="List"/>
    <w:basedOn w:val="a1"/>
    <w:uiPriority w:val="99"/>
    <w:unhideWhenUsed/>
    <w:rsid w:val="00E5366B"/>
    <w:pPr>
      <w:widowControl/>
      <w:autoSpaceDE/>
      <w:autoSpaceDN/>
      <w:spacing w:after="200" w:line="276" w:lineRule="auto"/>
      <w:ind w:left="360" w:hanging="360"/>
      <w:contextualSpacing/>
    </w:pPr>
    <w:rPr>
      <w:rFonts w:eastAsiaTheme="minorEastAsia" w:cstheme="minorBidi"/>
      <w:sz w:val="16"/>
      <w:lang w:val="en-US"/>
    </w:rPr>
  </w:style>
  <w:style w:type="paragraph" w:styleId="25">
    <w:name w:val="List 2"/>
    <w:basedOn w:val="a1"/>
    <w:uiPriority w:val="99"/>
    <w:unhideWhenUsed/>
    <w:rsid w:val="00E5366B"/>
    <w:pPr>
      <w:widowControl/>
      <w:autoSpaceDE/>
      <w:autoSpaceDN/>
      <w:spacing w:after="200" w:line="276" w:lineRule="auto"/>
      <w:ind w:left="720" w:hanging="360"/>
      <w:contextualSpacing/>
    </w:pPr>
    <w:rPr>
      <w:rFonts w:eastAsiaTheme="minorEastAsia" w:cstheme="minorBidi"/>
      <w:sz w:val="16"/>
      <w:lang w:val="en-US"/>
    </w:rPr>
  </w:style>
  <w:style w:type="paragraph" w:styleId="35">
    <w:name w:val="List 3"/>
    <w:basedOn w:val="a1"/>
    <w:uiPriority w:val="99"/>
    <w:unhideWhenUsed/>
    <w:rsid w:val="00E5366B"/>
    <w:pPr>
      <w:widowControl/>
      <w:autoSpaceDE/>
      <w:autoSpaceDN/>
      <w:spacing w:after="200" w:line="276" w:lineRule="auto"/>
      <w:ind w:left="1080" w:hanging="360"/>
      <w:contextualSpacing/>
    </w:pPr>
    <w:rPr>
      <w:rFonts w:eastAsiaTheme="minorEastAsia" w:cstheme="minorBidi"/>
      <w:sz w:val="16"/>
      <w:lang w:val="en-US"/>
    </w:rPr>
  </w:style>
  <w:style w:type="paragraph" w:styleId="a0">
    <w:name w:val="List Bullet"/>
    <w:basedOn w:val="a1"/>
    <w:uiPriority w:val="99"/>
    <w:unhideWhenUsed/>
    <w:rsid w:val="00E5366B"/>
    <w:pPr>
      <w:widowControl/>
      <w:numPr>
        <w:numId w:val="36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20">
    <w:name w:val="List Bullet 2"/>
    <w:basedOn w:val="a1"/>
    <w:uiPriority w:val="99"/>
    <w:unhideWhenUsed/>
    <w:rsid w:val="00E5366B"/>
    <w:pPr>
      <w:widowControl/>
      <w:numPr>
        <w:numId w:val="37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30">
    <w:name w:val="List Bullet 3"/>
    <w:basedOn w:val="a1"/>
    <w:uiPriority w:val="99"/>
    <w:unhideWhenUsed/>
    <w:rsid w:val="00E5366B"/>
    <w:pPr>
      <w:widowControl/>
      <w:numPr>
        <w:numId w:val="38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a">
    <w:name w:val="List Number"/>
    <w:basedOn w:val="a1"/>
    <w:uiPriority w:val="99"/>
    <w:unhideWhenUsed/>
    <w:rsid w:val="00E5366B"/>
    <w:pPr>
      <w:widowControl/>
      <w:numPr>
        <w:numId w:val="4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2">
    <w:name w:val="List Number 2"/>
    <w:basedOn w:val="a1"/>
    <w:uiPriority w:val="99"/>
    <w:unhideWhenUsed/>
    <w:rsid w:val="00E5366B"/>
    <w:pPr>
      <w:widowControl/>
      <w:numPr>
        <w:numId w:val="4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3">
    <w:name w:val="List Number 3"/>
    <w:basedOn w:val="a1"/>
    <w:uiPriority w:val="99"/>
    <w:unhideWhenUsed/>
    <w:rsid w:val="00E5366B"/>
    <w:pPr>
      <w:widowControl/>
      <w:numPr>
        <w:numId w:val="4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af2">
    <w:name w:val="List Continue"/>
    <w:basedOn w:val="a1"/>
    <w:uiPriority w:val="99"/>
    <w:unhideWhenUsed/>
    <w:rsid w:val="00E5366B"/>
    <w:pPr>
      <w:widowControl/>
      <w:autoSpaceDE/>
      <w:autoSpaceDN/>
      <w:spacing w:after="120" w:line="276" w:lineRule="auto"/>
      <w:ind w:left="360"/>
      <w:contextualSpacing/>
    </w:pPr>
    <w:rPr>
      <w:rFonts w:eastAsiaTheme="minorEastAsia" w:cstheme="minorBidi"/>
      <w:sz w:val="16"/>
      <w:lang w:val="en-US"/>
    </w:rPr>
  </w:style>
  <w:style w:type="paragraph" w:styleId="26">
    <w:name w:val="List Continue 2"/>
    <w:basedOn w:val="a1"/>
    <w:uiPriority w:val="99"/>
    <w:unhideWhenUsed/>
    <w:rsid w:val="00E5366B"/>
    <w:pPr>
      <w:widowControl/>
      <w:autoSpaceDE/>
      <w:autoSpaceDN/>
      <w:spacing w:after="120" w:line="276" w:lineRule="auto"/>
      <w:ind w:left="720"/>
      <w:contextualSpacing/>
    </w:pPr>
    <w:rPr>
      <w:rFonts w:eastAsiaTheme="minorEastAsia" w:cstheme="minorBidi"/>
      <w:sz w:val="16"/>
      <w:lang w:val="en-US"/>
    </w:rPr>
  </w:style>
  <w:style w:type="paragraph" w:styleId="36">
    <w:name w:val="List Continue 3"/>
    <w:basedOn w:val="a1"/>
    <w:uiPriority w:val="99"/>
    <w:unhideWhenUsed/>
    <w:rsid w:val="00E5366B"/>
    <w:pPr>
      <w:widowControl/>
      <w:autoSpaceDE/>
      <w:autoSpaceDN/>
      <w:spacing w:after="120" w:line="276" w:lineRule="auto"/>
      <w:ind w:left="1080"/>
      <w:contextualSpacing/>
    </w:pPr>
    <w:rPr>
      <w:rFonts w:eastAsiaTheme="minorEastAsia" w:cstheme="minorBidi"/>
      <w:sz w:val="16"/>
      <w:lang w:val="en-US"/>
    </w:rPr>
  </w:style>
  <w:style w:type="paragraph" w:styleId="af3">
    <w:name w:val="macro"/>
    <w:link w:val="af4"/>
    <w:uiPriority w:val="99"/>
    <w:unhideWhenUsed/>
    <w:rsid w:val="00E5366B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E5366B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E5366B"/>
    <w:pPr>
      <w:widowControl/>
      <w:autoSpaceDE/>
      <w:autoSpaceDN/>
      <w:spacing w:after="200" w:line="276" w:lineRule="auto"/>
    </w:pPr>
    <w:rPr>
      <w:rFonts w:eastAsiaTheme="minorEastAsia" w:cstheme="minorBidi"/>
      <w:i/>
      <w:iCs/>
      <w:color w:val="000000" w:themeColor="text1"/>
      <w:sz w:val="16"/>
      <w:lang w:val="en-US"/>
    </w:rPr>
  </w:style>
  <w:style w:type="character" w:customStyle="1" w:styleId="28">
    <w:name w:val="Цитата 2 Знак"/>
    <w:basedOn w:val="a2"/>
    <w:link w:val="27"/>
    <w:uiPriority w:val="29"/>
    <w:rsid w:val="00E5366B"/>
    <w:rPr>
      <w:rFonts w:ascii="Times New Roman" w:eastAsiaTheme="minorEastAsia" w:hAnsi="Times New Roman"/>
      <w:i/>
      <w:iCs/>
      <w:color w:val="000000" w:themeColor="text1"/>
      <w:sz w:val="16"/>
    </w:rPr>
  </w:style>
  <w:style w:type="paragraph" w:styleId="af5">
    <w:name w:val="caption"/>
    <w:basedOn w:val="a1"/>
    <w:next w:val="a1"/>
    <w:uiPriority w:val="35"/>
    <w:semiHidden/>
    <w:unhideWhenUsed/>
    <w:qFormat/>
    <w:rsid w:val="00E5366B"/>
    <w:pPr>
      <w:widowControl/>
      <w:autoSpaceDE/>
      <w:autoSpaceDN/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val="en-US"/>
    </w:rPr>
  </w:style>
  <w:style w:type="character" w:styleId="af6">
    <w:name w:val="Strong"/>
    <w:basedOn w:val="a2"/>
    <w:uiPriority w:val="22"/>
    <w:qFormat/>
    <w:rsid w:val="00E5366B"/>
    <w:rPr>
      <w:b/>
      <w:bCs/>
    </w:rPr>
  </w:style>
  <w:style w:type="character" w:styleId="af7">
    <w:name w:val="Emphasis"/>
    <w:basedOn w:val="a2"/>
    <w:uiPriority w:val="20"/>
    <w:qFormat/>
    <w:rsid w:val="00E5366B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E5366B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16"/>
      <w:lang w:val="en-US"/>
    </w:rPr>
  </w:style>
  <w:style w:type="character" w:customStyle="1" w:styleId="af9">
    <w:name w:val="Выделенная цитата Знак"/>
    <w:basedOn w:val="a2"/>
    <w:link w:val="af8"/>
    <w:uiPriority w:val="30"/>
    <w:rsid w:val="00E5366B"/>
    <w:rPr>
      <w:rFonts w:ascii="Times New Roman" w:eastAsiaTheme="minorEastAsia" w:hAnsi="Times New Roman"/>
      <w:b/>
      <w:bCs/>
      <w:i/>
      <w:iCs/>
      <w:color w:val="4F81BD" w:themeColor="accent1"/>
      <w:sz w:val="16"/>
    </w:rPr>
  </w:style>
  <w:style w:type="character" w:styleId="afa">
    <w:name w:val="Subtle Emphasis"/>
    <w:basedOn w:val="a2"/>
    <w:uiPriority w:val="19"/>
    <w:qFormat/>
    <w:rsid w:val="00E5366B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E5366B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E5366B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E5366B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E5366B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E5366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0">
    <w:name w:val="Table Grid"/>
    <w:basedOn w:val="a3"/>
    <w:uiPriority w:val="59"/>
    <w:rsid w:val="00E5366B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E5366B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E5366B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E5366B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E5366B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E5366B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E5366B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E5366B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E5366B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E5366B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E5366B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E5366B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B27CC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46</Pages>
  <Words>20780</Words>
  <Characters>114296</Characters>
  <Application>Microsoft Office Word</Application>
  <DocSecurity>0</DocSecurity>
  <Lines>952</Lines>
  <Paragraphs>269</Paragraphs>
  <ScaleCrop>false</ScaleCrop>
  <Company/>
  <LinksUpToDate>false</LinksUpToDate>
  <CharactersWithSpaces>134807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Анна Ерахтина</cp:lastModifiedBy>
  <cp:revision>4</cp:revision>
  <dcterms:created xsi:type="dcterms:W3CDTF">2026-07-15T10:29:00Z</dcterms:created>
  <dcterms:modified xsi:type="dcterms:W3CDTF">2026-09-23T12:44:00Z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