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626BB" w14:textId="77777777" w:rsidR="0065396C" w:rsidRDefault="00000000">
      <w:pPr>
        <w:pStyle w:val="a7"/>
      </w:pPr>
      <w:r>
        <w:t>Рабочая</w:t>
      </w:r>
      <w:r>
        <w:rPr>
          <w:spacing w:val="10"/>
        </w:rPr>
        <w:t xml:space="preserve"> </w:t>
      </w:r>
      <w:r>
        <w:t>программа</w:t>
      </w:r>
      <w:r>
        <w:rPr>
          <w:spacing w:val="14"/>
        </w:rPr>
        <w:t xml:space="preserve"> </w:t>
      </w:r>
      <w:r>
        <w:t>«Русский</w:t>
      </w:r>
      <w:r>
        <w:rPr>
          <w:spacing w:val="15"/>
        </w:rPr>
        <w:t xml:space="preserve"> </w:t>
      </w:r>
      <w:r>
        <w:t>язык»</w:t>
      </w:r>
      <w:r>
        <w:rPr>
          <w:spacing w:val="16"/>
        </w:rPr>
        <w:t xml:space="preserve"> </w:t>
      </w:r>
      <w:r>
        <w:t>(2</w:t>
      </w:r>
      <w:r>
        <w:rPr>
          <w:spacing w:val="14"/>
        </w:rPr>
        <w:t xml:space="preserve"> </w:t>
      </w:r>
      <w:r>
        <w:rPr>
          <w:spacing w:val="-2"/>
        </w:rPr>
        <w:t>класс)</w:t>
      </w:r>
    </w:p>
    <w:p w14:paraId="51C670C0" w14:textId="77777777" w:rsidR="00566B02" w:rsidRDefault="00566B02" w:rsidP="00566B02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</w:p>
    <w:p w14:paraId="7B99F67E" w14:textId="1A711493" w:rsidR="00566B02" w:rsidRPr="00566B02" w:rsidRDefault="00566B02" w:rsidP="00566B02">
      <w:pPr>
        <w:pStyle w:val="a9"/>
        <w:widowControl/>
        <w:numPr>
          <w:ilvl w:val="0"/>
          <w:numId w:val="12"/>
        </w:numPr>
        <w:autoSpaceDE/>
        <w:autoSpaceDN/>
        <w:jc w:val="center"/>
        <w:rPr>
          <w:b/>
          <w:bCs/>
          <w:kern w:val="36"/>
          <w:sz w:val="24"/>
          <w:szCs w:val="24"/>
          <w:lang w:eastAsia="es-ES"/>
        </w:rPr>
      </w:pPr>
      <w:r w:rsidRPr="00566B02">
        <w:rPr>
          <w:b/>
          <w:bCs/>
          <w:kern w:val="36"/>
          <w:sz w:val="24"/>
          <w:szCs w:val="24"/>
          <w:lang w:val="es-ES" w:eastAsia="es-ES"/>
        </w:rPr>
        <w:t>ПОЯСНИТЕЛЬНАЯ ЗАПИСКА</w:t>
      </w:r>
    </w:p>
    <w:p w14:paraId="6BD30B9A" w14:textId="77777777" w:rsidR="00566B02" w:rsidRPr="00566B02" w:rsidRDefault="00566B02" w:rsidP="00566B02">
      <w:pPr>
        <w:pStyle w:val="a9"/>
        <w:widowControl/>
        <w:autoSpaceDE/>
        <w:autoSpaceDN/>
        <w:ind w:left="1080"/>
        <w:rPr>
          <w:b/>
          <w:bCs/>
          <w:kern w:val="36"/>
          <w:sz w:val="24"/>
          <w:szCs w:val="24"/>
          <w:lang w:eastAsia="es-ES"/>
        </w:rPr>
      </w:pPr>
    </w:p>
    <w:p w14:paraId="5C923DE1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Рабочая программа по учебному предмету «Русский язык» для 2 класса разработана в соответствии с Федеральным государственным образовательным стандартом начального общего образования, утверждённым приказом Министерства просвещения Российской Федерации от 31 мая 2021 г. № 286 (в действующей редакции), Федеральной образовательной программой начального общего образования, утверждённой приказом Министерства просвещения Российской Федерации от 18 мая 2023 г. № 372 (в действующей редакции), и учебным планом начального общего образования образовательной организации на 2026–2027 учебный год.</w:t>
      </w:r>
    </w:p>
    <w:p w14:paraId="715CBAB9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Рабочая программа разработана на основе Федеральной рабочей программы по учебному предмету «Русский язык» для 1–4 классов.</w:t>
      </w:r>
    </w:p>
    <w:p w14:paraId="0D74512F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Учебный предмет «Русский язык» занимает ведущее место в системе начального общего образования. Изучение русского языка направлено на формирование первоначальных представлений о языке как системе, развитие устной и письменной речи, овладение нормами русского литературного языка, формирование функциональной грамотности и коммуникативной компетентности обучающихся.</w:t>
      </w:r>
    </w:p>
    <w:p w14:paraId="425B22DC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Русский язык является средством общения и познания, способствует развитию мышления, памяти, воображения, интеллектуальных и творческих способностей обучающихся. Владение русским языком создаёт основу для успешного освоения других учебных предметов и дальнейшего образования.</w:t>
      </w:r>
    </w:p>
    <w:p w14:paraId="3D5520E6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Содержание учебного предмета обеспечивает развитие всех видов речевой деятельности, формирование первоначальных знаний о системе русского языка, освоение основных орфографических и пунктуационных правил, развитие речевой культуры и способности использовать языковые средства в соответствии с целями и условиями общения.</w:t>
      </w:r>
    </w:p>
    <w:p w14:paraId="05DBDC45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Изучение русского языка способствует воспитанию уважительного отношения к русскому языку как государственному языку Российской Федерации, языку межнационального общения, явлению национальной культуры и средству сохранения и передачи культурных ценностей.</w:t>
      </w:r>
    </w:p>
    <w:p w14:paraId="5E9DE5D5" w14:textId="77777777" w:rsidR="00566B02" w:rsidRPr="00566B02" w:rsidRDefault="00566B02" w:rsidP="00566B0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66B02">
        <w:rPr>
          <w:b/>
          <w:bCs/>
          <w:sz w:val="24"/>
          <w:szCs w:val="24"/>
          <w:lang w:eastAsia="es-ES"/>
        </w:rPr>
        <w:t>1.1. Цель изучения учебного предмета</w:t>
      </w:r>
    </w:p>
    <w:p w14:paraId="6A870101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Целью изучения учебного предмета «Русский язык» во 2 классе является формирование у обучающихся первоначальных представлений о русском языке как системе и средстве общения, развитие устной и письменной речи, функциональной грамотности, коммуникативных умений, а также способности применять изученные языковые знания и правила в учебной и повседневной речевой деятельности.</w:t>
      </w:r>
    </w:p>
    <w:p w14:paraId="583E8164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Изучение русского языка направлено на развитие познавательного интереса к языку, осознанного отношения к собственной речи и формирование основ грамотного письма.</w:t>
      </w:r>
    </w:p>
    <w:p w14:paraId="70F6C718" w14:textId="77777777" w:rsidR="00566B02" w:rsidRPr="00566B02" w:rsidRDefault="00566B02" w:rsidP="00566B0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66B02">
        <w:rPr>
          <w:b/>
          <w:bCs/>
          <w:sz w:val="24"/>
          <w:szCs w:val="24"/>
          <w:lang w:eastAsia="es-ES"/>
        </w:rPr>
        <w:t>1.2. Задачи изучения учебного предмета</w:t>
      </w:r>
    </w:p>
    <w:p w14:paraId="4640E7E4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Основными задачами изучения русского языка во 2 классе являются:</w:t>
      </w:r>
    </w:p>
    <w:p w14:paraId="430CFF8D" w14:textId="77777777" w:rsidR="00566B02" w:rsidRPr="00566B02" w:rsidRDefault="00566B02" w:rsidP="00566B02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формирование первоначальных представлений о языке как основном средстве человеческого общения и явлении национальной культуры;</w:t>
      </w:r>
    </w:p>
    <w:p w14:paraId="64B4A960" w14:textId="77777777" w:rsidR="00566B02" w:rsidRPr="00566B02" w:rsidRDefault="00566B02" w:rsidP="00566B02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развитие устной и письменной речи обучающихся, способности понимать и создавать высказывания в соответствии с целью и ситуацией общения;</w:t>
      </w:r>
    </w:p>
    <w:p w14:paraId="01D2A9F6" w14:textId="77777777" w:rsidR="00566B02" w:rsidRPr="00566B02" w:rsidRDefault="00566B02" w:rsidP="00566B02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освоение первоначальных знаний о системе русского языка, его основных единицах и закономерностях их функционирования;</w:t>
      </w:r>
    </w:p>
    <w:p w14:paraId="09CEECEE" w14:textId="77777777" w:rsidR="00566B02" w:rsidRPr="00566B02" w:rsidRDefault="00566B02" w:rsidP="00566B02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развитие умений наблюдать, сравнивать, классифицировать и анализировать языковые единицы;</w:t>
      </w:r>
    </w:p>
    <w:p w14:paraId="62642088" w14:textId="77777777" w:rsidR="00566B02" w:rsidRPr="00566B02" w:rsidRDefault="00566B02" w:rsidP="00566B02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lastRenderedPageBreak/>
        <w:t>формирование представлений о фонетике, графике, лексике, составе слова, морфологии и синтаксисе в объёме содержания 2 класса;</w:t>
      </w:r>
    </w:p>
    <w:p w14:paraId="3640E979" w14:textId="77777777" w:rsidR="00566B02" w:rsidRPr="00566B02" w:rsidRDefault="00566B02" w:rsidP="00566B02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формирование орфографической и пунктуационной грамотности на основе освоения предусмотренных программой правил;</w:t>
      </w:r>
    </w:p>
    <w:p w14:paraId="73499CF9" w14:textId="77777777" w:rsidR="00566B02" w:rsidRPr="00566B02" w:rsidRDefault="00566B02" w:rsidP="00566B02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развитие умения находить орфограммы, применять соответствующее правило, осуществлять самоконтроль и исправлять допущенные ошибки;</w:t>
      </w:r>
    </w:p>
    <w:p w14:paraId="6A17EA60" w14:textId="77777777" w:rsidR="00566B02" w:rsidRPr="00566B02" w:rsidRDefault="00566B02" w:rsidP="00566B02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формирование навыков работы с текстом: определение темы и основной мысли, установление последовательности частей текста, составление собственных устных и письменных высказываний;</w:t>
      </w:r>
    </w:p>
    <w:p w14:paraId="328750B3" w14:textId="77777777" w:rsidR="00566B02" w:rsidRPr="00566B02" w:rsidRDefault="00566B02" w:rsidP="00566B02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развитие навыков диалогической и монологической речи;</w:t>
      </w:r>
    </w:p>
    <w:p w14:paraId="0C2FA51E" w14:textId="77777777" w:rsidR="00566B02" w:rsidRPr="00566B02" w:rsidRDefault="00566B02" w:rsidP="00566B02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формирование умения использовать словари и другие доступные источники информации при решении языковых и речевых задач;</w:t>
      </w:r>
    </w:p>
    <w:p w14:paraId="1ADE2B52" w14:textId="77777777" w:rsidR="00566B02" w:rsidRPr="00566B02" w:rsidRDefault="00566B02" w:rsidP="00566B02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развитие познавательной активности, самостоятельности и способности осуществлять контроль и оценку результатов собственной учебной деятельности;</w:t>
      </w:r>
    </w:p>
    <w:p w14:paraId="58309DD6" w14:textId="77777777" w:rsidR="00566B02" w:rsidRDefault="00566B02" w:rsidP="00566B02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воспитание уважительного отношения к русскому языку и стремления к грамотному и культурному речевому общению.</w:t>
      </w:r>
    </w:p>
    <w:p w14:paraId="7D7C27BF" w14:textId="77777777" w:rsidR="00566B02" w:rsidRPr="00566B02" w:rsidRDefault="00566B02" w:rsidP="00566B02">
      <w:pPr>
        <w:widowControl/>
        <w:autoSpaceDE/>
        <w:autoSpaceDN/>
        <w:ind w:left="720"/>
        <w:rPr>
          <w:sz w:val="24"/>
          <w:szCs w:val="24"/>
          <w:lang w:eastAsia="es-ES"/>
        </w:rPr>
      </w:pPr>
    </w:p>
    <w:p w14:paraId="5C240BA8" w14:textId="648AD0C4" w:rsidR="00566B02" w:rsidRPr="00566B02" w:rsidRDefault="00566B02" w:rsidP="00566B02">
      <w:pPr>
        <w:pStyle w:val="a9"/>
        <w:widowControl/>
        <w:numPr>
          <w:ilvl w:val="0"/>
          <w:numId w:val="12"/>
        </w:numPr>
        <w:autoSpaceDE/>
        <w:autoSpaceDN/>
        <w:jc w:val="center"/>
        <w:rPr>
          <w:b/>
          <w:bCs/>
          <w:kern w:val="36"/>
          <w:sz w:val="24"/>
          <w:szCs w:val="24"/>
          <w:lang w:eastAsia="es-ES"/>
        </w:rPr>
      </w:pPr>
      <w:r w:rsidRPr="00566B02">
        <w:rPr>
          <w:b/>
          <w:bCs/>
          <w:kern w:val="36"/>
          <w:sz w:val="24"/>
          <w:szCs w:val="24"/>
          <w:lang w:eastAsia="es-ES"/>
        </w:rPr>
        <w:t>ОБЩАЯ ХАРАКТЕРИСТИКА УЧЕБНОГО ПРЕДМЕТА «РУССКИЙ ЯЗЫК»</w:t>
      </w:r>
    </w:p>
    <w:p w14:paraId="6DDA2358" w14:textId="77777777" w:rsidR="00566B02" w:rsidRPr="00566B02" w:rsidRDefault="00566B02" w:rsidP="00566B02">
      <w:pPr>
        <w:pStyle w:val="a9"/>
        <w:widowControl/>
        <w:autoSpaceDE/>
        <w:autoSpaceDN/>
        <w:ind w:left="1080"/>
        <w:rPr>
          <w:b/>
          <w:bCs/>
          <w:kern w:val="36"/>
          <w:sz w:val="24"/>
          <w:szCs w:val="24"/>
          <w:lang w:eastAsia="es-ES"/>
        </w:rPr>
      </w:pPr>
    </w:p>
    <w:p w14:paraId="6DE021F7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Учебный предмет «Русский язык» направлен на формирование языковой, коммуникативной и речевой компетентности обучающихся и является одним из основных средств развития функциональной грамотности на уровне начального общего образования.</w:t>
      </w:r>
    </w:p>
    <w:p w14:paraId="4A83FD30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Содержание учебного предмета во 2 классе обеспечивает дальнейшее развитие знаний и умений, сформированных в 1 классе, и предусматривает систематическое изучение русского языка с учётом возрастных особенностей обучающихся.</w:t>
      </w:r>
    </w:p>
    <w:p w14:paraId="4494E90A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Содержание курса включает взаимосвязанные направления:</w:t>
      </w:r>
    </w:p>
    <w:p w14:paraId="1FBCECDE" w14:textId="77777777" w:rsidR="00566B02" w:rsidRPr="00566B02" w:rsidRDefault="00566B02" w:rsidP="00566B02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66B02">
        <w:rPr>
          <w:sz w:val="24"/>
          <w:szCs w:val="24"/>
          <w:lang w:val="es-ES" w:eastAsia="es-ES"/>
        </w:rPr>
        <w:t>общие</w:t>
      </w:r>
      <w:proofErr w:type="spellEnd"/>
      <w:r w:rsidRPr="00566B02">
        <w:rPr>
          <w:sz w:val="24"/>
          <w:szCs w:val="24"/>
          <w:lang w:val="es-ES" w:eastAsia="es-ES"/>
        </w:rPr>
        <w:t xml:space="preserve"> </w:t>
      </w:r>
      <w:proofErr w:type="spellStart"/>
      <w:r w:rsidRPr="00566B02">
        <w:rPr>
          <w:sz w:val="24"/>
          <w:szCs w:val="24"/>
          <w:lang w:val="es-ES" w:eastAsia="es-ES"/>
        </w:rPr>
        <w:t>сведения</w:t>
      </w:r>
      <w:proofErr w:type="spellEnd"/>
      <w:r w:rsidRPr="00566B02">
        <w:rPr>
          <w:sz w:val="24"/>
          <w:szCs w:val="24"/>
          <w:lang w:val="es-ES" w:eastAsia="es-ES"/>
        </w:rPr>
        <w:t xml:space="preserve"> о </w:t>
      </w:r>
      <w:proofErr w:type="spellStart"/>
      <w:r w:rsidRPr="00566B02">
        <w:rPr>
          <w:sz w:val="24"/>
          <w:szCs w:val="24"/>
          <w:lang w:val="es-ES" w:eastAsia="es-ES"/>
        </w:rPr>
        <w:t>языке</w:t>
      </w:r>
      <w:proofErr w:type="spellEnd"/>
      <w:r w:rsidRPr="00566B02">
        <w:rPr>
          <w:sz w:val="24"/>
          <w:szCs w:val="24"/>
          <w:lang w:val="es-ES" w:eastAsia="es-ES"/>
        </w:rPr>
        <w:t>;</w:t>
      </w:r>
    </w:p>
    <w:p w14:paraId="2DD7B806" w14:textId="77777777" w:rsidR="00566B02" w:rsidRPr="00566B02" w:rsidRDefault="00566B02" w:rsidP="00566B02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66B02">
        <w:rPr>
          <w:sz w:val="24"/>
          <w:szCs w:val="24"/>
          <w:lang w:val="es-ES" w:eastAsia="es-ES"/>
        </w:rPr>
        <w:t>фонетику</w:t>
      </w:r>
      <w:proofErr w:type="spellEnd"/>
      <w:r w:rsidRPr="00566B02">
        <w:rPr>
          <w:sz w:val="24"/>
          <w:szCs w:val="24"/>
          <w:lang w:val="es-ES" w:eastAsia="es-ES"/>
        </w:rPr>
        <w:t xml:space="preserve"> и </w:t>
      </w:r>
      <w:proofErr w:type="spellStart"/>
      <w:r w:rsidRPr="00566B02">
        <w:rPr>
          <w:sz w:val="24"/>
          <w:szCs w:val="24"/>
          <w:lang w:val="es-ES" w:eastAsia="es-ES"/>
        </w:rPr>
        <w:t>графику</w:t>
      </w:r>
      <w:proofErr w:type="spellEnd"/>
      <w:r w:rsidRPr="00566B02">
        <w:rPr>
          <w:sz w:val="24"/>
          <w:szCs w:val="24"/>
          <w:lang w:val="es-ES" w:eastAsia="es-ES"/>
        </w:rPr>
        <w:t>;</w:t>
      </w:r>
    </w:p>
    <w:p w14:paraId="47BB7A92" w14:textId="77777777" w:rsidR="00566B02" w:rsidRPr="00566B02" w:rsidRDefault="00566B02" w:rsidP="00566B02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66B02">
        <w:rPr>
          <w:sz w:val="24"/>
          <w:szCs w:val="24"/>
          <w:lang w:val="es-ES" w:eastAsia="es-ES"/>
        </w:rPr>
        <w:t>орфоэпию</w:t>
      </w:r>
      <w:proofErr w:type="spellEnd"/>
      <w:r w:rsidRPr="00566B02">
        <w:rPr>
          <w:sz w:val="24"/>
          <w:szCs w:val="24"/>
          <w:lang w:val="es-ES" w:eastAsia="es-ES"/>
        </w:rPr>
        <w:t>;</w:t>
      </w:r>
    </w:p>
    <w:p w14:paraId="7E5A1C4F" w14:textId="77777777" w:rsidR="00566B02" w:rsidRPr="00566B02" w:rsidRDefault="00566B02" w:rsidP="00566B02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66B02">
        <w:rPr>
          <w:sz w:val="24"/>
          <w:szCs w:val="24"/>
          <w:lang w:val="es-ES" w:eastAsia="es-ES"/>
        </w:rPr>
        <w:t>лексику</w:t>
      </w:r>
      <w:proofErr w:type="spellEnd"/>
      <w:r w:rsidRPr="00566B02">
        <w:rPr>
          <w:sz w:val="24"/>
          <w:szCs w:val="24"/>
          <w:lang w:val="es-ES" w:eastAsia="es-ES"/>
        </w:rPr>
        <w:t>;</w:t>
      </w:r>
    </w:p>
    <w:p w14:paraId="61FD0AC4" w14:textId="77777777" w:rsidR="00566B02" w:rsidRPr="00566B02" w:rsidRDefault="00566B02" w:rsidP="00566B02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66B02">
        <w:rPr>
          <w:sz w:val="24"/>
          <w:szCs w:val="24"/>
          <w:lang w:val="es-ES" w:eastAsia="es-ES"/>
        </w:rPr>
        <w:t>состав</w:t>
      </w:r>
      <w:proofErr w:type="spellEnd"/>
      <w:r w:rsidRPr="00566B02">
        <w:rPr>
          <w:sz w:val="24"/>
          <w:szCs w:val="24"/>
          <w:lang w:val="es-ES" w:eastAsia="es-ES"/>
        </w:rPr>
        <w:t xml:space="preserve"> </w:t>
      </w:r>
      <w:proofErr w:type="spellStart"/>
      <w:r w:rsidRPr="00566B02">
        <w:rPr>
          <w:sz w:val="24"/>
          <w:szCs w:val="24"/>
          <w:lang w:val="es-ES" w:eastAsia="es-ES"/>
        </w:rPr>
        <w:t>слова</w:t>
      </w:r>
      <w:proofErr w:type="spellEnd"/>
      <w:r w:rsidRPr="00566B02">
        <w:rPr>
          <w:sz w:val="24"/>
          <w:szCs w:val="24"/>
          <w:lang w:val="es-ES" w:eastAsia="es-ES"/>
        </w:rPr>
        <w:t xml:space="preserve"> (</w:t>
      </w:r>
      <w:proofErr w:type="spellStart"/>
      <w:r w:rsidRPr="00566B02">
        <w:rPr>
          <w:sz w:val="24"/>
          <w:szCs w:val="24"/>
          <w:lang w:val="es-ES" w:eastAsia="es-ES"/>
        </w:rPr>
        <w:t>морфемику</w:t>
      </w:r>
      <w:proofErr w:type="spellEnd"/>
      <w:r w:rsidRPr="00566B02">
        <w:rPr>
          <w:sz w:val="24"/>
          <w:szCs w:val="24"/>
          <w:lang w:val="es-ES" w:eastAsia="es-ES"/>
        </w:rPr>
        <w:t>);</w:t>
      </w:r>
    </w:p>
    <w:p w14:paraId="4392FC03" w14:textId="77777777" w:rsidR="00566B02" w:rsidRPr="00566B02" w:rsidRDefault="00566B02" w:rsidP="00566B02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66B02">
        <w:rPr>
          <w:sz w:val="24"/>
          <w:szCs w:val="24"/>
          <w:lang w:val="es-ES" w:eastAsia="es-ES"/>
        </w:rPr>
        <w:t>морфологию</w:t>
      </w:r>
      <w:proofErr w:type="spellEnd"/>
      <w:r w:rsidRPr="00566B02">
        <w:rPr>
          <w:sz w:val="24"/>
          <w:szCs w:val="24"/>
          <w:lang w:val="es-ES" w:eastAsia="es-ES"/>
        </w:rPr>
        <w:t>;</w:t>
      </w:r>
    </w:p>
    <w:p w14:paraId="78DACDC3" w14:textId="77777777" w:rsidR="00566B02" w:rsidRPr="00566B02" w:rsidRDefault="00566B02" w:rsidP="00566B02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66B02">
        <w:rPr>
          <w:sz w:val="24"/>
          <w:szCs w:val="24"/>
          <w:lang w:val="es-ES" w:eastAsia="es-ES"/>
        </w:rPr>
        <w:t>синтаксис</w:t>
      </w:r>
      <w:proofErr w:type="spellEnd"/>
      <w:r w:rsidRPr="00566B02">
        <w:rPr>
          <w:sz w:val="24"/>
          <w:szCs w:val="24"/>
          <w:lang w:val="es-ES" w:eastAsia="es-ES"/>
        </w:rPr>
        <w:t>;</w:t>
      </w:r>
    </w:p>
    <w:p w14:paraId="7D14A766" w14:textId="77777777" w:rsidR="00566B02" w:rsidRPr="00566B02" w:rsidRDefault="00566B02" w:rsidP="00566B02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66B02">
        <w:rPr>
          <w:sz w:val="24"/>
          <w:szCs w:val="24"/>
          <w:lang w:val="es-ES" w:eastAsia="es-ES"/>
        </w:rPr>
        <w:t>орфографию</w:t>
      </w:r>
      <w:proofErr w:type="spellEnd"/>
      <w:r w:rsidRPr="00566B02">
        <w:rPr>
          <w:sz w:val="24"/>
          <w:szCs w:val="24"/>
          <w:lang w:val="es-ES" w:eastAsia="es-ES"/>
        </w:rPr>
        <w:t xml:space="preserve"> и </w:t>
      </w:r>
      <w:proofErr w:type="spellStart"/>
      <w:r w:rsidRPr="00566B02">
        <w:rPr>
          <w:sz w:val="24"/>
          <w:szCs w:val="24"/>
          <w:lang w:val="es-ES" w:eastAsia="es-ES"/>
        </w:rPr>
        <w:t>пунктуацию</w:t>
      </w:r>
      <w:proofErr w:type="spellEnd"/>
      <w:r w:rsidRPr="00566B02">
        <w:rPr>
          <w:sz w:val="24"/>
          <w:szCs w:val="24"/>
          <w:lang w:val="es-ES" w:eastAsia="es-ES"/>
        </w:rPr>
        <w:t>;</w:t>
      </w:r>
    </w:p>
    <w:p w14:paraId="1C66F41C" w14:textId="77777777" w:rsidR="00566B02" w:rsidRPr="00566B02" w:rsidRDefault="00566B02" w:rsidP="00566B02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66B02">
        <w:rPr>
          <w:sz w:val="24"/>
          <w:szCs w:val="24"/>
          <w:lang w:val="es-ES" w:eastAsia="es-ES"/>
        </w:rPr>
        <w:t>развитие</w:t>
      </w:r>
      <w:proofErr w:type="spellEnd"/>
      <w:r w:rsidRPr="00566B02">
        <w:rPr>
          <w:sz w:val="24"/>
          <w:szCs w:val="24"/>
          <w:lang w:val="es-ES" w:eastAsia="es-ES"/>
        </w:rPr>
        <w:t xml:space="preserve"> </w:t>
      </w:r>
      <w:proofErr w:type="spellStart"/>
      <w:r w:rsidRPr="00566B02">
        <w:rPr>
          <w:sz w:val="24"/>
          <w:szCs w:val="24"/>
          <w:lang w:val="es-ES" w:eastAsia="es-ES"/>
        </w:rPr>
        <w:t>речи</w:t>
      </w:r>
      <w:proofErr w:type="spellEnd"/>
      <w:r w:rsidRPr="00566B02">
        <w:rPr>
          <w:sz w:val="24"/>
          <w:szCs w:val="24"/>
          <w:lang w:val="es-ES" w:eastAsia="es-ES"/>
        </w:rPr>
        <w:t>.</w:t>
      </w:r>
    </w:p>
    <w:p w14:paraId="34AF99FC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Изучение языкового материала осуществляется во взаимосвязи с развитием устной и письменной речи. Обучающиеся наблюдают за языковыми единицами, устанавливают их существенные признаки, сравнивают, классифицируют, моделируют и используют полученные знания при выполнении практических языковых и речевых заданий.</w:t>
      </w:r>
    </w:p>
    <w:p w14:paraId="4FB31AC8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В процессе изучения фонетики и графики совершенствуются умения различать звуки и буквы, характеризовать гласные и согласные звуки, определять ударение, устанавливать соотношение звукового и буквенного состава слова.</w:t>
      </w:r>
    </w:p>
    <w:p w14:paraId="25175A60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Изучение лексики направлено на формирование представлений о значении слова, однозначных и многозначных словах, прямом и переносном значении, синонимах и антонимах, а также на обогащение словарного запаса обучающихся.</w:t>
      </w:r>
    </w:p>
    <w:p w14:paraId="0BF2E80D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При изучении состава слова формируются первоначальные представления о родственных (однокоренных) словах и корне слова, развивается умение находить общую часть родственных слов и наблюдать за единообразием написания корня.</w:t>
      </w:r>
    </w:p>
    <w:p w14:paraId="00BCDFAB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Изучение морфологии обеспечивает первоначальное знакомство с основными частями речи и их признаками в объёме содержания 2 класса. Обучающиеся учатся распознавать имена существительные, имена прилагательные и глаголы, наблюдать за их значением и употреблением в речи.</w:t>
      </w:r>
    </w:p>
    <w:p w14:paraId="68DD4549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Изучение синтаксиса направлено на развитие представлений о предложении, его основных признаках, связи слов в предложении, главных членах предложения, а также на формирование умения составлять и правильно оформлять предложения в устной и письменной речи.</w:t>
      </w:r>
    </w:p>
    <w:p w14:paraId="0BB7FB22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Орфография и пунктуация изучаются во взаимосвязи с фонетикой, графикой, составом слова, морфологией и синтаксисом. Обучающиеся осваивают предусмотренные программой орфографические и пунктуационные правила, учатся находить места возможных орфографических ошибок, применять изученные правила, проверять написанное и исправлять допущенные ошибки.</w:t>
      </w:r>
    </w:p>
    <w:p w14:paraId="2C29FEBA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Развитие речи осуществляется на протяжении всего курса. Работа с текстом направлена на формирование умения понимать содержание текста, определять его тему и основную мысль, устанавливать последовательность частей, озаглавливать текст, составлять небольшие устные и письменные тексты, а также участвовать в диалоге с соблюдением норм речевого этикета.</w:t>
      </w:r>
    </w:p>
    <w:p w14:paraId="621DE1F6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Особое значение при изучении русского языка имеет практическая деятельность обучающихся: наблюдение за языковыми явлениями, выполнение языкового анализа, работа со схемами и моделями, использование словарей, редактирование и проверка письменных работ, составление собственных высказываний, индивидуальная, парная и групповая работа.</w:t>
      </w:r>
    </w:p>
    <w:p w14:paraId="2F7283A5" w14:textId="77777777" w:rsid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Содержание учебного предмета способствует достижению личностных, метапредметных и предметных результатов начального общего образования, развитию познавательной самостоятельности обучающихся и формированию осознанного отношения к использованию русского языка в различных ситуациях общения.</w:t>
      </w:r>
    </w:p>
    <w:p w14:paraId="35632695" w14:textId="77777777" w:rsid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4DA1EC9E" w14:textId="5DEEFEC7" w:rsidR="0067037F" w:rsidRPr="0067037F" w:rsidRDefault="0067037F" w:rsidP="0067037F">
      <w:pPr>
        <w:pStyle w:val="a9"/>
        <w:widowControl/>
        <w:numPr>
          <w:ilvl w:val="0"/>
          <w:numId w:val="12"/>
        </w:numPr>
        <w:autoSpaceDE/>
        <w:autoSpaceDN/>
        <w:jc w:val="center"/>
        <w:rPr>
          <w:b/>
          <w:bCs/>
          <w:kern w:val="36"/>
          <w:sz w:val="24"/>
          <w:szCs w:val="24"/>
          <w:lang w:eastAsia="es-ES"/>
        </w:rPr>
      </w:pPr>
      <w:r w:rsidRPr="0067037F">
        <w:rPr>
          <w:b/>
          <w:bCs/>
          <w:kern w:val="36"/>
          <w:sz w:val="24"/>
          <w:szCs w:val="24"/>
          <w:lang w:eastAsia="es-ES"/>
        </w:rPr>
        <w:t>МЕСТО УЧЕБНОГО ПРЕДМЕТА «РУССКИЙ ЯЗЫК» В УЧЕБНОМ ПЛАНЕ</w:t>
      </w:r>
    </w:p>
    <w:p w14:paraId="53401EEB" w14:textId="77777777" w:rsidR="0067037F" w:rsidRPr="0067037F" w:rsidRDefault="0067037F" w:rsidP="0067037F">
      <w:pPr>
        <w:pStyle w:val="a9"/>
        <w:widowControl/>
        <w:autoSpaceDE/>
        <w:autoSpaceDN/>
        <w:ind w:left="1080"/>
        <w:rPr>
          <w:b/>
          <w:bCs/>
          <w:kern w:val="36"/>
          <w:sz w:val="24"/>
          <w:szCs w:val="24"/>
          <w:lang w:eastAsia="es-ES"/>
        </w:rPr>
      </w:pPr>
    </w:p>
    <w:p w14:paraId="57FF3706" w14:textId="77777777" w:rsidR="0067037F" w:rsidRPr="0067037F" w:rsidRDefault="0067037F" w:rsidP="0067037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Учебный предмет «Русский язык» входит в предметную область «Русский язык и литературное чтение» и является обязательным учебным предметом на уровне начального общего образования.</w:t>
      </w:r>
    </w:p>
    <w:p w14:paraId="74EEC1E9" w14:textId="77777777" w:rsidR="0067037F" w:rsidRPr="0067037F" w:rsidRDefault="0067037F" w:rsidP="0067037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 xml:space="preserve">В соответствии с учебным планом начального общего образования образовательной организации на 2026–2027 учебный год на изучение учебного предмета «Русский язык» во 2 классе отводится </w:t>
      </w:r>
      <w:r w:rsidRPr="0067037F">
        <w:rPr>
          <w:b/>
          <w:bCs/>
          <w:sz w:val="24"/>
          <w:szCs w:val="24"/>
          <w:lang w:eastAsia="es-ES"/>
        </w:rPr>
        <w:t>170 часов в год — 5 часов в неделю при 34 учебных неделях</w:t>
      </w:r>
      <w:r w:rsidRPr="0067037F">
        <w:rPr>
          <w:sz w:val="24"/>
          <w:szCs w:val="24"/>
          <w:lang w:eastAsia="es-ES"/>
        </w:rPr>
        <w:t>.</w:t>
      </w:r>
    </w:p>
    <w:p w14:paraId="0691F498" w14:textId="77777777" w:rsidR="0067037F" w:rsidRPr="0067037F" w:rsidRDefault="0067037F" w:rsidP="0067037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Содержание учебного предмета, планируемые результаты его освоения и тематическое планирование определяются с учётом Федеральной рабочей программы начального общего образования по учебному предмету «Русский язык» для 1–4 классов и конкретизируются настоящей рабочей программой в соответствии с учебным планом образовательной организации.</w:t>
      </w:r>
    </w:p>
    <w:p w14:paraId="286122E4" w14:textId="77777777" w:rsidR="0067037F" w:rsidRPr="0067037F" w:rsidRDefault="0067037F" w:rsidP="0067037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Объём учебного времени обеспечивает освоение обязательного содержания учебного предмета, достижение планируемых личностных, метапредметных и предметных результатов, а также организацию повторения, закрепления и систематизации изученного материала, развитие устной и письменной речи, проведение текущего и тематического контроля.</w:t>
      </w:r>
    </w:p>
    <w:p w14:paraId="31845D18" w14:textId="77777777" w:rsidR="0067037F" w:rsidRPr="0067037F" w:rsidRDefault="0067037F" w:rsidP="0067037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 xml:space="preserve">В соответствии с учебным планом начального общего образования и локальными нормативными актами образовательной организации </w:t>
      </w:r>
      <w:r w:rsidRPr="0067037F">
        <w:rPr>
          <w:b/>
          <w:bCs/>
          <w:sz w:val="24"/>
          <w:szCs w:val="24"/>
          <w:lang w:eastAsia="es-ES"/>
        </w:rPr>
        <w:t>промежуточная аттестация по учебному предмету «Русский язык» во 2 классе проводится в форме диктанта</w:t>
      </w:r>
      <w:r w:rsidRPr="0067037F">
        <w:rPr>
          <w:sz w:val="24"/>
          <w:szCs w:val="24"/>
          <w:lang w:eastAsia="es-ES"/>
        </w:rPr>
        <w:t>.</w:t>
      </w:r>
    </w:p>
    <w:p w14:paraId="3DF43A82" w14:textId="77777777" w:rsidR="0067037F" w:rsidRPr="0067037F" w:rsidRDefault="0067037F" w:rsidP="0067037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Текущий и тематический контроль достижения предметных результатов осуществляется в ходе образовательного процесса посредством устного опроса, выполнения письменных, самостоятельных, проверочных, диагностических и контрольных работ, диктантов, списывания, словарных диктантов, изложений, работы с текстом и иных видов учебных заданий, соответствующих содержанию рабочей программы и планируемым результатам её освоения.</w:t>
      </w:r>
    </w:p>
    <w:p w14:paraId="28E42D78" w14:textId="77777777" w:rsidR="0067037F" w:rsidRPr="00566B02" w:rsidRDefault="0067037F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424A373B" w14:textId="5E4201FC" w:rsidR="00566B02" w:rsidRPr="0067037F" w:rsidRDefault="00566B02" w:rsidP="0067037F">
      <w:pPr>
        <w:pStyle w:val="a9"/>
        <w:widowControl/>
        <w:numPr>
          <w:ilvl w:val="1"/>
          <w:numId w:val="8"/>
        </w:numPr>
        <w:autoSpaceDE/>
        <w:autoSpaceDN/>
        <w:jc w:val="center"/>
        <w:rPr>
          <w:b/>
          <w:bCs/>
          <w:kern w:val="36"/>
          <w:sz w:val="24"/>
          <w:szCs w:val="24"/>
          <w:lang w:eastAsia="es-ES"/>
        </w:rPr>
      </w:pPr>
      <w:r w:rsidRPr="0067037F">
        <w:rPr>
          <w:b/>
          <w:bCs/>
          <w:kern w:val="36"/>
          <w:sz w:val="24"/>
          <w:szCs w:val="24"/>
          <w:lang w:eastAsia="es-ES"/>
        </w:rPr>
        <w:t>СОДЕРЖАНИЕ УЧЕБНОГО ПРЕДМЕТА «РУССКИЙ ЯЗЫК»</w:t>
      </w:r>
    </w:p>
    <w:p w14:paraId="26A8351D" w14:textId="77777777" w:rsidR="00566B02" w:rsidRPr="00566B02" w:rsidRDefault="00566B02" w:rsidP="00566B02">
      <w:pPr>
        <w:pStyle w:val="a9"/>
        <w:widowControl/>
        <w:autoSpaceDE/>
        <w:autoSpaceDN/>
        <w:ind w:left="1080"/>
        <w:rPr>
          <w:b/>
          <w:bCs/>
          <w:kern w:val="36"/>
          <w:sz w:val="24"/>
          <w:szCs w:val="24"/>
          <w:lang w:eastAsia="es-ES"/>
        </w:rPr>
      </w:pPr>
    </w:p>
    <w:p w14:paraId="3435987E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Содержание учебного предмета «Русский язык» во 2 классе направлено на дальнейшее формирование у обучающихся представлений о русском языке как системе и основном средстве человеческого общения, развитие устной и письменной речи, функциональной грамотности, освоение первоначальных языковых понятий, орфографических и пунктуационных норм.</w:t>
      </w:r>
    </w:p>
    <w:p w14:paraId="0727ED3F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Изучение языкового материала осуществляется во взаимосвязи с развитием речи обучающихся. В процессе обучения организуется наблюдение за языковыми единицами и явлениями, их сравнение, классификация, моделирование и анализ, а также практическое применение изученных правил и способов действий.</w:t>
      </w:r>
    </w:p>
    <w:p w14:paraId="21C54AB4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Содержание учебного предмета во 2 классе включает следующие взаимосвязанные разделы:</w:t>
      </w:r>
    </w:p>
    <w:p w14:paraId="28CF9370" w14:textId="77777777" w:rsidR="00566B02" w:rsidRPr="00566B02" w:rsidRDefault="00566B02" w:rsidP="00566B02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66B02">
        <w:rPr>
          <w:sz w:val="24"/>
          <w:szCs w:val="24"/>
          <w:lang w:val="es-ES" w:eastAsia="es-ES"/>
        </w:rPr>
        <w:t>общие</w:t>
      </w:r>
      <w:proofErr w:type="spellEnd"/>
      <w:r w:rsidRPr="00566B02">
        <w:rPr>
          <w:sz w:val="24"/>
          <w:szCs w:val="24"/>
          <w:lang w:val="es-ES" w:eastAsia="es-ES"/>
        </w:rPr>
        <w:t xml:space="preserve"> </w:t>
      </w:r>
      <w:proofErr w:type="spellStart"/>
      <w:r w:rsidRPr="00566B02">
        <w:rPr>
          <w:sz w:val="24"/>
          <w:szCs w:val="24"/>
          <w:lang w:val="es-ES" w:eastAsia="es-ES"/>
        </w:rPr>
        <w:t>сведения</w:t>
      </w:r>
      <w:proofErr w:type="spellEnd"/>
      <w:r w:rsidRPr="00566B02">
        <w:rPr>
          <w:sz w:val="24"/>
          <w:szCs w:val="24"/>
          <w:lang w:val="es-ES" w:eastAsia="es-ES"/>
        </w:rPr>
        <w:t xml:space="preserve"> о </w:t>
      </w:r>
      <w:proofErr w:type="spellStart"/>
      <w:r w:rsidRPr="00566B02">
        <w:rPr>
          <w:sz w:val="24"/>
          <w:szCs w:val="24"/>
          <w:lang w:val="es-ES" w:eastAsia="es-ES"/>
        </w:rPr>
        <w:t>языке</w:t>
      </w:r>
      <w:proofErr w:type="spellEnd"/>
      <w:r w:rsidRPr="00566B02">
        <w:rPr>
          <w:sz w:val="24"/>
          <w:szCs w:val="24"/>
          <w:lang w:val="es-ES" w:eastAsia="es-ES"/>
        </w:rPr>
        <w:t>;</w:t>
      </w:r>
    </w:p>
    <w:p w14:paraId="3E58046F" w14:textId="77777777" w:rsidR="00566B02" w:rsidRPr="00566B02" w:rsidRDefault="00566B02" w:rsidP="00566B02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66B02">
        <w:rPr>
          <w:sz w:val="24"/>
          <w:szCs w:val="24"/>
          <w:lang w:val="es-ES" w:eastAsia="es-ES"/>
        </w:rPr>
        <w:t>фонетика</w:t>
      </w:r>
      <w:proofErr w:type="spellEnd"/>
      <w:r w:rsidRPr="00566B02">
        <w:rPr>
          <w:sz w:val="24"/>
          <w:szCs w:val="24"/>
          <w:lang w:val="es-ES" w:eastAsia="es-ES"/>
        </w:rPr>
        <w:t xml:space="preserve"> и </w:t>
      </w:r>
      <w:proofErr w:type="spellStart"/>
      <w:r w:rsidRPr="00566B02">
        <w:rPr>
          <w:sz w:val="24"/>
          <w:szCs w:val="24"/>
          <w:lang w:val="es-ES" w:eastAsia="es-ES"/>
        </w:rPr>
        <w:t>графика</w:t>
      </w:r>
      <w:proofErr w:type="spellEnd"/>
      <w:r w:rsidRPr="00566B02">
        <w:rPr>
          <w:sz w:val="24"/>
          <w:szCs w:val="24"/>
          <w:lang w:val="es-ES" w:eastAsia="es-ES"/>
        </w:rPr>
        <w:t>;</w:t>
      </w:r>
    </w:p>
    <w:p w14:paraId="51AEDA82" w14:textId="77777777" w:rsidR="00566B02" w:rsidRPr="00566B02" w:rsidRDefault="00566B02" w:rsidP="00566B02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66B02">
        <w:rPr>
          <w:sz w:val="24"/>
          <w:szCs w:val="24"/>
          <w:lang w:val="es-ES" w:eastAsia="es-ES"/>
        </w:rPr>
        <w:t>орфоэпия</w:t>
      </w:r>
      <w:proofErr w:type="spellEnd"/>
      <w:r w:rsidRPr="00566B02">
        <w:rPr>
          <w:sz w:val="24"/>
          <w:szCs w:val="24"/>
          <w:lang w:val="es-ES" w:eastAsia="es-ES"/>
        </w:rPr>
        <w:t>;</w:t>
      </w:r>
    </w:p>
    <w:p w14:paraId="3C01924E" w14:textId="77777777" w:rsidR="00566B02" w:rsidRPr="00566B02" w:rsidRDefault="00566B02" w:rsidP="00566B02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66B02">
        <w:rPr>
          <w:sz w:val="24"/>
          <w:szCs w:val="24"/>
          <w:lang w:val="es-ES" w:eastAsia="es-ES"/>
        </w:rPr>
        <w:t>лексика</w:t>
      </w:r>
      <w:proofErr w:type="spellEnd"/>
      <w:r w:rsidRPr="00566B02">
        <w:rPr>
          <w:sz w:val="24"/>
          <w:szCs w:val="24"/>
          <w:lang w:val="es-ES" w:eastAsia="es-ES"/>
        </w:rPr>
        <w:t>;</w:t>
      </w:r>
    </w:p>
    <w:p w14:paraId="23569573" w14:textId="77777777" w:rsidR="00566B02" w:rsidRPr="00566B02" w:rsidRDefault="00566B02" w:rsidP="00566B02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66B02">
        <w:rPr>
          <w:sz w:val="24"/>
          <w:szCs w:val="24"/>
          <w:lang w:val="es-ES" w:eastAsia="es-ES"/>
        </w:rPr>
        <w:t>состав</w:t>
      </w:r>
      <w:proofErr w:type="spellEnd"/>
      <w:r w:rsidRPr="00566B02">
        <w:rPr>
          <w:sz w:val="24"/>
          <w:szCs w:val="24"/>
          <w:lang w:val="es-ES" w:eastAsia="es-ES"/>
        </w:rPr>
        <w:t xml:space="preserve"> </w:t>
      </w:r>
      <w:proofErr w:type="spellStart"/>
      <w:r w:rsidRPr="00566B02">
        <w:rPr>
          <w:sz w:val="24"/>
          <w:szCs w:val="24"/>
          <w:lang w:val="es-ES" w:eastAsia="es-ES"/>
        </w:rPr>
        <w:t>слова</w:t>
      </w:r>
      <w:proofErr w:type="spellEnd"/>
      <w:r w:rsidRPr="00566B02">
        <w:rPr>
          <w:sz w:val="24"/>
          <w:szCs w:val="24"/>
          <w:lang w:val="es-ES" w:eastAsia="es-ES"/>
        </w:rPr>
        <w:t xml:space="preserve"> (</w:t>
      </w:r>
      <w:proofErr w:type="spellStart"/>
      <w:r w:rsidRPr="00566B02">
        <w:rPr>
          <w:sz w:val="24"/>
          <w:szCs w:val="24"/>
          <w:lang w:val="es-ES" w:eastAsia="es-ES"/>
        </w:rPr>
        <w:t>морфемика</w:t>
      </w:r>
      <w:proofErr w:type="spellEnd"/>
      <w:r w:rsidRPr="00566B02">
        <w:rPr>
          <w:sz w:val="24"/>
          <w:szCs w:val="24"/>
          <w:lang w:val="es-ES" w:eastAsia="es-ES"/>
        </w:rPr>
        <w:t>);</w:t>
      </w:r>
    </w:p>
    <w:p w14:paraId="4BB031D2" w14:textId="77777777" w:rsidR="00566B02" w:rsidRPr="00566B02" w:rsidRDefault="00566B02" w:rsidP="00566B02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66B02">
        <w:rPr>
          <w:sz w:val="24"/>
          <w:szCs w:val="24"/>
          <w:lang w:val="es-ES" w:eastAsia="es-ES"/>
        </w:rPr>
        <w:t>морфология</w:t>
      </w:r>
      <w:proofErr w:type="spellEnd"/>
      <w:r w:rsidRPr="00566B02">
        <w:rPr>
          <w:sz w:val="24"/>
          <w:szCs w:val="24"/>
          <w:lang w:val="es-ES" w:eastAsia="es-ES"/>
        </w:rPr>
        <w:t>;</w:t>
      </w:r>
    </w:p>
    <w:p w14:paraId="41742559" w14:textId="77777777" w:rsidR="00566B02" w:rsidRPr="00566B02" w:rsidRDefault="00566B02" w:rsidP="00566B02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66B02">
        <w:rPr>
          <w:sz w:val="24"/>
          <w:szCs w:val="24"/>
          <w:lang w:val="es-ES" w:eastAsia="es-ES"/>
        </w:rPr>
        <w:t>синтаксис</w:t>
      </w:r>
      <w:proofErr w:type="spellEnd"/>
      <w:r w:rsidRPr="00566B02">
        <w:rPr>
          <w:sz w:val="24"/>
          <w:szCs w:val="24"/>
          <w:lang w:val="es-ES" w:eastAsia="es-ES"/>
        </w:rPr>
        <w:t>;</w:t>
      </w:r>
    </w:p>
    <w:p w14:paraId="1FC99BEE" w14:textId="77777777" w:rsidR="00566B02" w:rsidRPr="00566B02" w:rsidRDefault="00566B02" w:rsidP="00566B02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66B02">
        <w:rPr>
          <w:sz w:val="24"/>
          <w:szCs w:val="24"/>
          <w:lang w:val="es-ES" w:eastAsia="es-ES"/>
        </w:rPr>
        <w:t>орфография</w:t>
      </w:r>
      <w:proofErr w:type="spellEnd"/>
      <w:r w:rsidRPr="00566B02">
        <w:rPr>
          <w:sz w:val="24"/>
          <w:szCs w:val="24"/>
          <w:lang w:val="es-ES" w:eastAsia="es-ES"/>
        </w:rPr>
        <w:t xml:space="preserve"> и </w:t>
      </w:r>
      <w:proofErr w:type="spellStart"/>
      <w:r w:rsidRPr="00566B02">
        <w:rPr>
          <w:sz w:val="24"/>
          <w:szCs w:val="24"/>
          <w:lang w:val="es-ES" w:eastAsia="es-ES"/>
        </w:rPr>
        <w:t>пунктуация</w:t>
      </w:r>
      <w:proofErr w:type="spellEnd"/>
      <w:r w:rsidRPr="00566B02">
        <w:rPr>
          <w:sz w:val="24"/>
          <w:szCs w:val="24"/>
          <w:lang w:val="es-ES" w:eastAsia="es-ES"/>
        </w:rPr>
        <w:t>;</w:t>
      </w:r>
    </w:p>
    <w:p w14:paraId="146FAFB6" w14:textId="77777777" w:rsidR="00566B02" w:rsidRPr="00566B02" w:rsidRDefault="00566B02" w:rsidP="00566B02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66B02">
        <w:rPr>
          <w:sz w:val="24"/>
          <w:szCs w:val="24"/>
          <w:lang w:val="es-ES" w:eastAsia="es-ES"/>
        </w:rPr>
        <w:t>развитие</w:t>
      </w:r>
      <w:proofErr w:type="spellEnd"/>
      <w:r w:rsidRPr="00566B02">
        <w:rPr>
          <w:sz w:val="24"/>
          <w:szCs w:val="24"/>
          <w:lang w:val="es-ES" w:eastAsia="es-ES"/>
        </w:rPr>
        <w:t xml:space="preserve"> </w:t>
      </w:r>
      <w:proofErr w:type="spellStart"/>
      <w:r w:rsidRPr="00566B02">
        <w:rPr>
          <w:sz w:val="24"/>
          <w:szCs w:val="24"/>
          <w:lang w:val="es-ES" w:eastAsia="es-ES"/>
        </w:rPr>
        <w:t>речи</w:t>
      </w:r>
      <w:proofErr w:type="spellEnd"/>
      <w:r w:rsidRPr="00566B02">
        <w:rPr>
          <w:sz w:val="24"/>
          <w:szCs w:val="24"/>
          <w:lang w:val="es-ES" w:eastAsia="es-ES"/>
        </w:rPr>
        <w:t>.</w:t>
      </w:r>
    </w:p>
    <w:p w14:paraId="1BB4A014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Орфоэпические, орфографические, пунктуационные и речевые умения формируются как при изучении соответствующих разделов, так и в процессе работы с языковым материалом на протяжении всего учебного года.</w:t>
      </w:r>
    </w:p>
    <w:p w14:paraId="7B6DD343" w14:textId="77777777" w:rsidR="00566B02" w:rsidRPr="00566B02" w:rsidRDefault="00566B02" w:rsidP="00566B0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66B02">
        <w:rPr>
          <w:b/>
          <w:bCs/>
          <w:sz w:val="24"/>
          <w:szCs w:val="24"/>
          <w:lang w:eastAsia="es-ES"/>
        </w:rPr>
        <w:t>4.1. Общие сведения о языке</w:t>
      </w:r>
    </w:p>
    <w:p w14:paraId="3F4EB3CA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Язык как основное средство человеческого общения и явление национальной культуры.</w:t>
      </w:r>
    </w:p>
    <w:p w14:paraId="49542F5D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Первоначальные представления о многообразии языкового пространства России и мира.</w:t>
      </w:r>
    </w:p>
    <w:p w14:paraId="3DA9DA9A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Русский язык как государственный язык Российской Федерации, средство межнационального общения.</w:t>
      </w:r>
    </w:p>
    <w:p w14:paraId="38341B4A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Значение русского языка в жизни человека и общества.</w:t>
      </w:r>
    </w:p>
    <w:p w14:paraId="4207BB73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Знакомство с различными методами познания языка: наблюдением, анализом языковых единиц, сравнением и установлением различий между языковыми единицами.</w:t>
      </w:r>
    </w:p>
    <w:p w14:paraId="3DAF1540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Формирование интереса к изучению русского языка, осознание его значения для общения, получения и передачи информации.</w:t>
      </w:r>
    </w:p>
    <w:p w14:paraId="00CF165D" w14:textId="77777777" w:rsidR="00566B02" w:rsidRPr="00566B02" w:rsidRDefault="00566B02" w:rsidP="00566B0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66B02">
        <w:rPr>
          <w:b/>
          <w:bCs/>
          <w:sz w:val="24"/>
          <w:szCs w:val="24"/>
          <w:lang w:eastAsia="es-ES"/>
        </w:rPr>
        <w:t>4.2. Фонетика и графика</w:t>
      </w:r>
    </w:p>
    <w:p w14:paraId="2399A6A8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Смыслоразличительная функция звуков.</w:t>
      </w:r>
    </w:p>
    <w:p w14:paraId="589B4FB3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Различение звуков и букв.</w:t>
      </w:r>
    </w:p>
    <w:p w14:paraId="594D751B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Различение гласных и согласных звуков.</w:t>
      </w:r>
    </w:p>
    <w:p w14:paraId="0B9284B3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Различение ударных и безударных гласных звуков.</w:t>
      </w:r>
    </w:p>
    <w:p w14:paraId="0EF96C1F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Различение согласных звуков: звонких и глухих, твёрдых и мягких.</w:t>
      </w:r>
    </w:p>
    <w:p w14:paraId="11B5915E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Определение парных и непарных по твёрдости — мягкости согласных звуков.</w:t>
      </w:r>
    </w:p>
    <w:p w14:paraId="7D968E26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Определение парных и непарных по звонкости — глухости согласных звуков.</w:t>
      </w:r>
    </w:p>
    <w:p w14:paraId="13D84131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Согласный звук [й’] и гласный звук [и].</w:t>
      </w:r>
    </w:p>
    <w:p w14:paraId="6A49B22A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Шипящие согласные звуки [ж], [ш], [ч’], [щ’].</w:t>
      </w:r>
    </w:p>
    <w:p w14:paraId="2844EC65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Слог. Количество слогов в слове.</w:t>
      </w:r>
    </w:p>
    <w:p w14:paraId="772DB12F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Ударение. Определение ударного слога.</w:t>
      </w:r>
    </w:p>
    <w:p w14:paraId="2EF357C1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proofErr w:type="gramStart"/>
      <w:r w:rsidRPr="00566B02">
        <w:rPr>
          <w:sz w:val="24"/>
          <w:szCs w:val="24"/>
          <w:lang w:eastAsia="es-ES"/>
        </w:rPr>
        <w:t>Звуко-буквенный</w:t>
      </w:r>
      <w:proofErr w:type="gramEnd"/>
      <w:r w:rsidRPr="00566B02">
        <w:rPr>
          <w:sz w:val="24"/>
          <w:szCs w:val="24"/>
          <w:lang w:eastAsia="es-ES"/>
        </w:rPr>
        <w:t xml:space="preserve"> анализ слова: определение количества и последовательности звуков в слове, характеристика звуков, определение количества букв.</w:t>
      </w:r>
    </w:p>
    <w:p w14:paraId="487A4E5F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Установление соотношения звукового и буквенного состава слова.</w:t>
      </w:r>
    </w:p>
    <w:p w14:paraId="171D6263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Обозначение на письме твёрдости и мягкости согласных звуков.</w:t>
      </w:r>
    </w:p>
    <w:p w14:paraId="5D543B91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 xml:space="preserve">Функции букв </w:t>
      </w:r>
      <w:r w:rsidRPr="00566B02">
        <w:rPr>
          <w:b/>
          <w:bCs/>
          <w:sz w:val="24"/>
          <w:szCs w:val="24"/>
          <w:lang w:eastAsia="es-ES"/>
        </w:rPr>
        <w:t>е, ё, ю, я</w:t>
      </w:r>
      <w:r w:rsidRPr="00566B02">
        <w:rPr>
          <w:sz w:val="24"/>
          <w:szCs w:val="24"/>
          <w:lang w:eastAsia="es-ES"/>
        </w:rPr>
        <w:t>.</w:t>
      </w:r>
    </w:p>
    <w:p w14:paraId="037E0E15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Использование мягкого знака для обозначения мягкости предшествующего согласного звука.</w:t>
      </w:r>
    </w:p>
    <w:p w14:paraId="15EEFE65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Русский алфавит. Правильное название букв русского алфавита и знание их последовательности.</w:t>
      </w:r>
    </w:p>
    <w:p w14:paraId="0CA2161A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Использование знания алфавита для упорядочения слов и при работе со словарями.</w:t>
      </w:r>
    </w:p>
    <w:p w14:paraId="413699C5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Небуквенные графические средства: пробел между словами, знак переноса, абзац (красная строка), изученные знаки препинания.</w:t>
      </w:r>
    </w:p>
    <w:p w14:paraId="66B5E87D" w14:textId="77777777" w:rsidR="00566B02" w:rsidRPr="00566B02" w:rsidRDefault="00566B02" w:rsidP="00566B0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66B02">
        <w:rPr>
          <w:b/>
          <w:bCs/>
          <w:sz w:val="24"/>
          <w:szCs w:val="24"/>
          <w:lang w:eastAsia="es-ES"/>
        </w:rPr>
        <w:t>4.3. Орфоэпия</w:t>
      </w:r>
    </w:p>
    <w:p w14:paraId="6BA50003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Произношение звуков и сочетаний звуков в соответствии с нормами современного русского литературного языка.</w:t>
      </w:r>
    </w:p>
    <w:p w14:paraId="33FE75EA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Соблюдение нормативного ударения в словах в пределах перечня, отрабатываемого в учебнике.</w:t>
      </w:r>
    </w:p>
    <w:p w14:paraId="43FE718B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Наблюдение за соотношением произношения и написания слов.</w:t>
      </w:r>
    </w:p>
    <w:p w14:paraId="1356ABAE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Использование орфоэпического словаря учебника для решения практических задач.</w:t>
      </w:r>
    </w:p>
    <w:p w14:paraId="7F04DEF1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Формирование навыка самоконтроля за правильностью собственной устной речи.</w:t>
      </w:r>
    </w:p>
    <w:p w14:paraId="78E9AE3F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Орфоэпические умения совершенствуются на протяжении всего периода изучения учебного предмета и во взаимосвязи с другими содержательными разделами.</w:t>
      </w:r>
    </w:p>
    <w:p w14:paraId="37CE99E7" w14:textId="77777777" w:rsidR="00566B02" w:rsidRPr="00566B02" w:rsidRDefault="00566B02" w:rsidP="00566B0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66B02">
        <w:rPr>
          <w:b/>
          <w:bCs/>
          <w:sz w:val="24"/>
          <w:szCs w:val="24"/>
          <w:lang w:eastAsia="es-ES"/>
        </w:rPr>
        <w:t>4.4. Лексика</w:t>
      </w:r>
    </w:p>
    <w:p w14:paraId="0BF305DE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Слово как единство звучания и значения.</w:t>
      </w:r>
    </w:p>
    <w:p w14:paraId="0534CC0D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Лексическое значение слова.</w:t>
      </w:r>
    </w:p>
    <w:p w14:paraId="5584BD41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Выявление слов, значение которых требует уточнения.</w:t>
      </w:r>
    </w:p>
    <w:p w14:paraId="605D38BC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Определение значения слова по тексту.</w:t>
      </w:r>
    </w:p>
    <w:p w14:paraId="73566121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Уточнение значения слова с помощью толкового словаря.</w:t>
      </w:r>
    </w:p>
    <w:p w14:paraId="53D93136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Однозначные и многозначные слова: наблюдение за употреблением в речи.</w:t>
      </w:r>
    </w:p>
    <w:p w14:paraId="4E41D921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Наблюдение за использованием слов в прямом и переносном значении.</w:t>
      </w:r>
    </w:p>
    <w:p w14:paraId="4F33B223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Наблюдение за использованием в речи синонимов.</w:t>
      </w:r>
    </w:p>
    <w:p w14:paraId="0D45B8D1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Наблюдение за использованием в речи антонимов.</w:t>
      </w:r>
    </w:p>
    <w:p w14:paraId="46CFE412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Подбор слов, близких и противоположных по значению, в пределах изученного материала.</w:t>
      </w:r>
    </w:p>
    <w:p w14:paraId="306D5E95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Использование слов в соответствии с их значением.</w:t>
      </w:r>
    </w:p>
    <w:p w14:paraId="6ED23E03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Расширение и уточнение словарного запаса обучающихся.</w:t>
      </w:r>
    </w:p>
    <w:p w14:paraId="12A1E8A9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Наблюдение за ролью выбора слова для точного выражения мысли.</w:t>
      </w:r>
    </w:p>
    <w:p w14:paraId="686760B3" w14:textId="77777777" w:rsidR="00566B02" w:rsidRPr="00566B02" w:rsidRDefault="00566B02" w:rsidP="00566B0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66B02">
        <w:rPr>
          <w:b/>
          <w:bCs/>
          <w:sz w:val="24"/>
          <w:szCs w:val="24"/>
          <w:lang w:eastAsia="es-ES"/>
        </w:rPr>
        <w:t>4.5. Состав слова (</w:t>
      </w:r>
      <w:proofErr w:type="spellStart"/>
      <w:r w:rsidRPr="00566B02">
        <w:rPr>
          <w:b/>
          <w:bCs/>
          <w:sz w:val="24"/>
          <w:szCs w:val="24"/>
          <w:lang w:eastAsia="es-ES"/>
        </w:rPr>
        <w:t>морфемика</w:t>
      </w:r>
      <w:proofErr w:type="spellEnd"/>
      <w:r w:rsidRPr="00566B02">
        <w:rPr>
          <w:b/>
          <w:bCs/>
          <w:sz w:val="24"/>
          <w:szCs w:val="24"/>
          <w:lang w:eastAsia="es-ES"/>
        </w:rPr>
        <w:t>)</w:t>
      </w:r>
    </w:p>
    <w:p w14:paraId="60F5B3E7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Корень как обязательная часть слова.</w:t>
      </w:r>
    </w:p>
    <w:p w14:paraId="4D038EF1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Однокоренные (родственные) слова.</w:t>
      </w:r>
    </w:p>
    <w:p w14:paraId="1C8F8E37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Признаки однокоренных (родственных) слов.</w:t>
      </w:r>
    </w:p>
    <w:p w14:paraId="4A4FA594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Выявление общего значения однокоренных слов.</w:t>
      </w:r>
    </w:p>
    <w:p w14:paraId="6C8FF12F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Выделение корня в однокоренных словах в простых случаях.</w:t>
      </w:r>
    </w:p>
    <w:p w14:paraId="692490C8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Различение однокоренных слов и синонимов.</w:t>
      </w:r>
    </w:p>
    <w:p w14:paraId="3AD33A79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 xml:space="preserve">Различение однокоренных слов и слов с омонимичными корнями в доступных </w:t>
      </w:r>
      <w:proofErr w:type="gramStart"/>
      <w:r w:rsidRPr="00566B02">
        <w:rPr>
          <w:sz w:val="24"/>
          <w:szCs w:val="24"/>
          <w:lang w:eastAsia="es-ES"/>
        </w:rPr>
        <w:t>для обучающихся случаях</w:t>
      </w:r>
      <w:proofErr w:type="gramEnd"/>
      <w:r w:rsidRPr="00566B02">
        <w:rPr>
          <w:sz w:val="24"/>
          <w:szCs w:val="24"/>
          <w:lang w:eastAsia="es-ES"/>
        </w:rPr>
        <w:t>.</w:t>
      </w:r>
    </w:p>
    <w:p w14:paraId="54770A6C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Окончание как изменяемая часть слова.</w:t>
      </w:r>
    </w:p>
    <w:p w14:paraId="75D7C299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Изменение формы слова с помощью окончания.</w:t>
      </w:r>
    </w:p>
    <w:p w14:paraId="715160F7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Различение изменяемых и неизменяемых слов.</w:t>
      </w:r>
    </w:p>
    <w:p w14:paraId="5A01C775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Суффикс как часть слова: наблюдение за его ролью в слове.</w:t>
      </w:r>
    </w:p>
    <w:p w14:paraId="114DCAB8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Приставка как часть слова: наблюдение за её ролью в слове.</w:t>
      </w:r>
    </w:p>
    <w:p w14:paraId="7066A7F1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Наблюдение за составом слова с использованием доступных схем и моделей.</w:t>
      </w:r>
    </w:p>
    <w:p w14:paraId="2D45C41C" w14:textId="77777777" w:rsidR="00566B02" w:rsidRPr="00566B02" w:rsidRDefault="00566B02" w:rsidP="00566B0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66B02">
        <w:rPr>
          <w:b/>
          <w:bCs/>
          <w:sz w:val="24"/>
          <w:szCs w:val="24"/>
          <w:lang w:eastAsia="es-ES"/>
        </w:rPr>
        <w:t>4.6. Морфология</w:t>
      </w:r>
    </w:p>
    <w:p w14:paraId="68812DE0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Слова как названия предметов, признаков предметов и действий предметов.</w:t>
      </w:r>
    </w:p>
    <w:p w14:paraId="3EC9E40F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Части речи как группы слов, имеющих общее значение и отвечающих на определённые вопросы.</w:t>
      </w:r>
    </w:p>
    <w:p w14:paraId="623EECB0" w14:textId="77777777" w:rsidR="00566B02" w:rsidRPr="00566B02" w:rsidRDefault="00566B02" w:rsidP="00566B0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66B02">
        <w:rPr>
          <w:b/>
          <w:bCs/>
          <w:sz w:val="24"/>
          <w:szCs w:val="24"/>
          <w:lang w:eastAsia="es-ES"/>
        </w:rPr>
        <w:t>Имя существительное</w:t>
      </w:r>
    </w:p>
    <w:p w14:paraId="230B0297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Имя существительное: ознакомление с частью речи.</w:t>
      </w:r>
    </w:p>
    <w:p w14:paraId="786F2ED9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Общее значение имени существительного.</w:t>
      </w:r>
    </w:p>
    <w:p w14:paraId="5C652C6C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 xml:space="preserve">Вопросы </w:t>
      </w:r>
      <w:r w:rsidRPr="00566B02">
        <w:rPr>
          <w:b/>
          <w:bCs/>
          <w:sz w:val="24"/>
          <w:szCs w:val="24"/>
          <w:lang w:eastAsia="es-ES"/>
        </w:rPr>
        <w:t>«кто?»</w:t>
      </w:r>
      <w:r w:rsidRPr="00566B02">
        <w:rPr>
          <w:sz w:val="24"/>
          <w:szCs w:val="24"/>
          <w:lang w:eastAsia="es-ES"/>
        </w:rPr>
        <w:t xml:space="preserve">, </w:t>
      </w:r>
      <w:r w:rsidRPr="00566B02">
        <w:rPr>
          <w:b/>
          <w:bCs/>
          <w:sz w:val="24"/>
          <w:szCs w:val="24"/>
          <w:lang w:eastAsia="es-ES"/>
        </w:rPr>
        <w:t>«что?»</w:t>
      </w:r>
      <w:r w:rsidRPr="00566B02">
        <w:rPr>
          <w:sz w:val="24"/>
          <w:szCs w:val="24"/>
          <w:lang w:eastAsia="es-ES"/>
        </w:rPr>
        <w:t>.</w:t>
      </w:r>
    </w:p>
    <w:p w14:paraId="30661329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Употребление имён существительных в речи.</w:t>
      </w:r>
    </w:p>
    <w:p w14:paraId="56F9E343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Имена существительные одушевлённые и неодушевлённые.</w:t>
      </w:r>
    </w:p>
    <w:p w14:paraId="4B90533C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Имена существительные собственные и нарицательные.</w:t>
      </w:r>
    </w:p>
    <w:p w14:paraId="7AD61317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Употребление прописной буквы в именах собственных в пределах изученных правил.</w:t>
      </w:r>
    </w:p>
    <w:p w14:paraId="01A74196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Изменение имён существительных по числам.</w:t>
      </w:r>
    </w:p>
    <w:p w14:paraId="088BBE15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Имена существительные в единственном и множественном числе.</w:t>
      </w:r>
    </w:p>
    <w:p w14:paraId="7407F402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Наблюдение за ролью имён существительных в предложении и тексте.</w:t>
      </w:r>
    </w:p>
    <w:p w14:paraId="7028E7E6" w14:textId="77777777" w:rsidR="00566B02" w:rsidRPr="00566B02" w:rsidRDefault="00566B02" w:rsidP="00566B0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66B02">
        <w:rPr>
          <w:b/>
          <w:bCs/>
          <w:sz w:val="24"/>
          <w:szCs w:val="24"/>
          <w:lang w:eastAsia="es-ES"/>
        </w:rPr>
        <w:t>Глагол</w:t>
      </w:r>
    </w:p>
    <w:p w14:paraId="6C554BD4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Глагол: ознакомление с частью речи.</w:t>
      </w:r>
    </w:p>
    <w:p w14:paraId="1F4AE5CD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Общее значение глагола.</w:t>
      </w:r>
    </w:p>
    <w:p w14:paraId="175E9E9A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 xml:space="preserve">Вопросы к глаголам: </w:t>
      </w:r>
      <w:r w:rsidRPr="00566B02">
        <w:rPr>
          <w:b/>
          <w:bCs/>
          <w:sz w:val="24"/>
          <w:szCs w:val="24"/>
          <w:lang w:eastAsia="es-ES"/>
        </w:rPr>
        <w:t>«что делать?»</w:t>
      </w:r>
      <w:r w:rsidRPr="00566B02">
        <w:rPr>
          <w:sz w:val="24"/>
          <w:szCs w:val="24"/>
          <w:lang w:eastAsia="es-ES"/>
        </w:rPr>
        <w:t xml:space="preserve">, </w:t>
      </w:r>
      <w:r w:rsidRPr="00566B02">
        <w:rPr>
          <w:b/>
          <w:bCs/>
          <w:sz w:val="24"/>
          <w:szCs w:val="24"/>
          <w:lang w:eastAsia="es-ES"/>
        </w:rPr>
        <w:t>«что сделать?»</w:t>
      </w:r>
      <w:r w:rsidRPr="00566B02">
        <w:rPr>
          <w:sz w:val="24"/>
          <w:szCs w:val="24"/>
          <w:lang w:eastAsia="es-ES"/>
        </w:rPr>
        <w:t xml:space="preserve"> и другие вопросы, обозначающие действия предметов.</w:t>
      </w:r>
    </w:p>
    <w:p w14:paraId="23F7251B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Употребление глаголов в речи.</w:t>
      </w:r>
    </w:p>
    <w:p w14:paraId="5B574843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Изменение глаголов по числам.</w:t>
      </w:r>
    </w:p>
    <w:p w14:paraId="3E7C08CF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Глаголы в единственном и множественном числе.</w:t>
      </w:r>
    </w:p>
    <w:p w14:paraId="376AB834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Наблюдение за ролью глаголов в предложении и тексте.</w:t>
      </w:r>
    </w:p>
    <w:p w14:paraId="142975EA" w14:textId="77777777" w:rsidR="00566B02" w:rsidRPr="00566B02" w:rsidRDefault="00566B02" w:rsidP="00566B0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66B02">
        <w:rPr>
          <w:b/>
          <w:bCs/>
          <w:sz w:val="24"/>
          <w:szCs w:val="24"/>
          <w:lang w:eastAsia="es-ES"/>
        </w:rPr>
        <w:t>Имя прилагательное</w:t>
      </w:r>
    </w:p>
    <w:p w14:paraId="159D4F61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Имя прилагательное: ознакомление с частью речи.</w:t>
      </w:r>
    </w:p>
    <w:p w14:paraId="4EFAE6A6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Общее значение имени прилагательного.</w:t>
      </w:r>
    </w:p>
    <w:p w14:paraId="0A6F40CE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 xml:space="preserve">Вопросы </w:t>
      </w:r>
      <w:r w:rsidRPr="00566B02">
        <w:rPr>
          <w:b/>
          <w:bCs/>
          <w:sz w:val="24"/>
          <w:szCs w:val="24"/>
          <w:lang w:eastAsia="es-ES"/>
        </w:rPr>
        <w:t>«какой?»</w:t>
      </w:r>
      <w:r w:rsidRPr="00566B02">
        <w:rPr>
          <w:sz w:val="24"/>
          <w:szCs w:val="24"/>
          <w:lang w:eastAsia="es-ES"/>
        </w:rPr>
        <w:t xml:space="preserve">, </w:t>
      </w:r>
      <w:r w:rsidRPr="00566B02">
        <w:rPr>
          <w:b/>
          <w:bCs/>
          <w:sz w:val="24"/>
          <w:szCs w:val="24"/>
          <w:lang w:eastAsia="es-ES"/>
        </w:rPr>
        <w:t>«какая?»</w:t>
      </w:r>
      <w:r w:rsidRPr="00566B02">
        <w:rPr>
          <w:sz w:val="24"/>
          <w:szCs w:val="24"/>
          <w:lang w:eastAsia="es-ES"/>
        </w:rPr>
        <w:t xml:space="preserve">, </w:t>
      </w:r>
      <w:r w:rsidRPr="00566B02">
        <w:rPr>
          <w:b/>
          <w:bCs/>
          <w:sz w:val="24"/>
          <w:szCs w:val="24"/>
          <w:lang w:eastAsia="es-ES"/>
        </w:rPr>
        <w:t>«какое?»</w:t>
      </w:r>
      <w:r w:rsidRPr="00566B02">
        <w:rPr>
          <w:sz w:val="24"/>
          <w:szCs w:val="24"/>
          <w:lang w:eastAsia="es-ES"/>
        </w:rPr>
        <w:t xml:space="preserve">, </w:t>
      </w:r>
      <w:r w:rsidRPr="00566B02">
        <w:rPr>
          <w:b/>
          <w:bCs/>
          <w:sz w:val="24"/>
          <w:szCs w:val="24"/>
          <w:lang w:eastAsia="es-ES"/>
        </w:rPr>
        <w:t>«какие?»</w:t>
      </w:r>
      <w:r w:rsidRPr="00566B02">
        <w:rPr>
          <w:sz w:val="24"/>
          <w:szCs w:val="24"/>
          <w:lang w:eastAsia="es-ES"/>
        </w:rPr>
        <w:t>.</w:t>
      </w:r>
    </w:p>
    <w:p w14:paraId="6915D1C9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Употребление имён прилагательных в речи.</w:t>
      </w:r>
    </w:p>
    <w:p w14:paraId="051DF9A5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Связь имени прилагательного с именем существительным.</w:t>
      </w:r>
    </w:p>
    <w:p w14:paraId="69FED873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Изменение имён прилагательных по числам.</w:t>
      </w:r>
    </w:p>
    <w:p w14:paraId="70C2A5BE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Наблюдение за ролью имён прилагательных в предложении и тексте.</w:t>
      </w:r>
    </w:p>
    <w:p w14:paraId="765D4E6D" w14:textId="77777777" w:rsidR="00566B02" w:rsidRPr="00566B02" w:rsidRDefault="00566B02" w:rsidP="00566B0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66B02">
        <w:rPr>
          <w:b/>
          <w:bCs/>
          <w:sz w:val="24"/>
          <w:szCs w:val="24"/>
          <w:lang w:eastAsia="es-ES"/>
        </w:rPr>
        <w:t>Местоимение</w:t>
      </w:r>
    </w:p>
    <w:p w14:paraId="749694B8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Местоимение как часть речи: общее представление.</w:t>
      </w:r>
    </w:p>
    <w:p w14:paraId="4FD4510D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Личные местоимения.</w:t>
      </w:r>
    </w:p>
    <w:p w14:paraId="1F364374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Наблюдение за употреблением личных местоимений в речи.</w:t>
      </w:r>
    </w:p>
    <w:p w14:paraId="7FC689E9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Использование местоимений для устранения неоправданных повторов слов в тексте.</w:t>
      </w:r>
    </w:p>
    <w:p w14:paraId="7EA5A880" w14:textId="77777777" w:rsidR="00566B02" w:rsidRPr="0067037F" w:rsidRDefault="00566B02" w:rsidP="00566B0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7037F">
        <w:rPr>
          <w:b/>
          <w:bCs/>
          <w:sz w:val="24"/>
          <w:szCs w:val="24"/>
          <w:lang w:eastAsia="es-ES"/>
        </w:rPr>
        <w:t>Предлог</w:t>
      </w:r>
    </w:p>
    <w:p w14:paraId="343E3641" w14:textId="77777777" w:rsidR="00566B02" w:rsidRPr="0067037F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Предлог.</w:t>
      </w:r>
    </w:p>
    <w:p w14:paraId="51B429EA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Отличие предлога от приставки.</w:t>
      </w:r>
    </w:p>
    <w:p w14:paraId="07B8C8BB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Функция предлога в речи.</w:t>
      </w:r>
    </w:p>
    <w:p w14:paraId="56F975CA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Раздельное написание предлогов со словами.</w:t>
      </w:r>
    </w:p>
    <w:p w14:paraId="3B28A7A4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Наблюдение за употреблением предлогов в предложениях.</w:t>
      </w:r>
    </w:p>
    <w:p w14:paraId="21B40F94" w14:textId="77777777" w:rsidR="00566B02" w:rsidRPr="00566B02" w:rsidRDefault="00566B02" w:rsidP="00566B0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66B02">
        <w:rPr>
          <w:b/>
          <w:bCs/>
          <w:sz w:val="24"/>
          <w:szCs w:val="24"/>
          <w:lang w:eastAsia="es-ES"/>
        </w:rPr>
        <w:t>4.7. Синтаксис</w:t>
      </w:r>
    </w:p>
    <w:p w14:paraId="13C661CE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Порядок слов в предложении.</w:t>
      </w:r>
    </w:p>
    <w:p w14:paraId="3CA2E8CA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Предложение как единица языка.</w:t>
      </w:r>
    </w:p>
    <w:p w14:paraId="50C955C3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Отличие предложения от слова.</w:t>
      </w:r>
    </w:p>
    <w:p w14:paraId="56EC0583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Различение предложения, словосочетания и слова в пределах изученного содержания.</w:t>
      </w:r>
    </w:p>
    <w:p w14:paraId="379C4D1B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Предложение и его основные признаки.</w:t>
      </w:r>
    </w:p>
    <w:p w14:paraId="0246C879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Связь слов в предложении.</w:t>
      </w:r>
    </w:p>
    <w:p w14:paraId="70857E41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Установление связи между словами в предложении с помощью смысловых вопросов.</w:t>
      </w:r>
    </w:p>
    <w:p w14:paraId="4C497B93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Главные члены предложения.</w:t>
      </w:r>
    </w:p>
    <w:p w14:paraId="3A169FD4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Подлежащее и сказуемое как главные члены предложения.</w:t>
      </w:r>
    </w:p>
    <w:p w14:paraId="10FE514C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Нахождение главных членов предложения.</w:t>
      </w:r>
    </w:p>
    <w:p w14:paraId="07819CD1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Второстепенные члены предложения: общее представление.</w:t>
      </w:r>
    </w:p>
    <w:p w14:paraId="1269A6FD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Наблюдение за распространёнными и нераспространёнными предложениями.</w:t>
      </w:r>
    </w:p>
    <w:p w14:paraId="7A380010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Составление предложений из набора слов и форм слов.</w:t>
      </w:r>
    </w:p>
    <w:p w14:paraId="516762F1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Восстановление деформированных предложений.</w:t>
      </w:r>
    </w:p>
    <w:p w14:paraId="064B9E95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Составление предложений по вопросам, опорным словам, рисункам и предложенной теме.</w:t>
      </w:r>
    </w:p>
    <w:p w14:paraId="1E0F643E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Правильное оформление предложения в письменной речи.</w:t>
      </w:r>
    </w:p>
    <w:p w14:paraId="4F855525" w14:textId="77777777" w:rsidR="00566B02" w:rsidRPr="00566B02" w:rsidRDefault="00566B02" w:rsidP="00566B0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66B02">
        <w:rPr>
          <w:b/>
          <w:bCs/>
          <w:sz w:val="24"/>
          <w:szCs w:val="24"/>
          <w:lang w:eastAsia="es-ES"/>
        </w:rPr>
        <w:t>4.8. Орфография и пунктуация</w:t>
      </w:r>
    </w:p>
    <w:p w14:paraId="4920563D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Формирование орфографической зоркости: выявление места возможного возникновения орфографической ошибки.</w:t>
      </w:r>
    </w:p>
    <w:p w14:paraId="78994E47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Использование различных способов решения орфографической задачи в зависимости от места орфограммы в слове.</w:t>
      </w:r>
    </w:p>
    <w:p w14:paraId="2C5CFE1E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Применение изученных правил правописания.</w:t>
      </w:r>
    </w:p>
    <w:p w14:paraId="068D9659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Раздельное написание слов в предложении.</w:t>
      </w:r>
    </w:p>
    <w:p w14:paraId="00CD98D2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Прописная буква в начале предложения.</w:t>
      </w:r>
    </w:p>
    <w:p w14:paraId="6A6C6483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Прописная буква в именах собственных: именах, отчествах и фамилиях людей, кличках животных, географических названиях.</w:t>
      </w:r>
    </w:p>
    <w:p w14:paraId="5B58E695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Перенос слов со строки на строку.</w:t>
      </w:r>
    </w:p>
    <w:p w14:paraId="7C92C422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 xml:space="preserve">Правописание сочетаний </w:t>
      </w:r>
      <w:proofErr w:type="spellStart"/>
      <w:r w:rsidRPr="00566B02">
        <w:rPr>
          <w:b/>
          <w:bCs/>
          <w:sz w:val="24"/>
          <w:szCs w:val="24"/>
          <w:lang w:eastAsia="es-ES"/>
        </w:rPr>
        <w:t>жи</w:t>
      </w:r>
      <w:proofErr w:type="spellEnd"/>
      <w:r w:rsidRPr="00566B02">
        <w:rPr>
          <w:b/>
          <w:bCs/>
          <w:sz w:val="24"/>
          <w:szCs w:val="24"/>
          <w:lang w:eastAsia="es-ES"/>
        </w:rPr>
        <w:t xml:space="preserve"> — ши, </w:t>
      </w:r>
      <w:proofErr w:type="spellStart"/>
      <w:r w:rsidRPr="00566B02">
        <w:rPr>
          <w:b/>
          <w:bCs/>
          <w:sz w:val="24"/>
          <w:szCs w:val="24"/>
          <w:lang w:eastAsia="es-ES"/>
        </w:rPr>
        <w:t>ча</w:t>
      </w:r>
      <w:proofErr w:type="spellEnd"/>
      <w:r w:rsidRPr="00566B02">
        <w:rPr>
          <w:b/>
          <w:bCs/>
          <w:sz w:val="24"/>
          <w:szCs w:val="24"/>
          <w:lang w:eastAsia="es-ES"/>
        </w:rPr>
        <w:t xml:space="preserve"> — ща, чу — </w:t>
      </w:r>
      <w:proofErr w:type="spellStart"/>
      <w:r w:rsidRPr="00566B02">
        <w:rPr>
          <w:b/>
          <w:bCs/>
          <w:sz w:val="24"/>
          <w:szCs w:val="24"/>
          <w:lang w:eastAsia="es-ES"/>
        </w:rPr>
        <w:t>щу</w:t>
      </w:r>
      <w:proofErr w:type="spellEnd"/>
      <w:r w:rsidRPr="00566B02">
        <w:rPr>
          <w:sz w:val="24"/>
          <w:szCs w:val="24"/>
          <w:lang w:eastAsia="es-ES"/>
        </w:rPr>
        <w:t>.</w:t>
      </w:r>
    </w:p>
    <w:p w14:paraId="257B3CAC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 xml:space="preserve">Правописание сочетаний </w:t>
      </w:r>
      <w:proofErr w:type="spellStart"/>
      <w:r w:rsidRPr="00566B02">
        <w:rPr>
          <w:b/>
          <w:bCs/>
          <w:sz w:val="24"/>
          <w:szCs w:val="24"/>
          <w:lang w:eastAsia="es-ES"/>
        </w:rPr>
        <w:t>чк</w:t>
      </w:r>
      <w:proofErr w:type="spellEnd"/>
      <w:r w:rsidRPr="00566B02">
        <w:rPr>
          <w:b/>
          <w:bCs/>
          <w:sz w:val="24"/>
          <w:szCs w:val="24"/>
          <w:lang w:eastAsia="es-ES"/>
        </w:rPr>
        <w:t xml:space="preserve">, </w:t>
      </w:r>
      <w:proofErr w:type="spellStart"/>
      <w:r w:rsidRPr="00566B02">
        <w:rPr>
          <w:b/>
          <w:bCs/>
          <w:sz w:val="24"/>
          <w:szCs w:val="24"/>
          <w:lang w:eastAsia="es-ES"/>
        </w:rPr>
        <w:t>чн</w:t>
      </w:r>
      <w:proofErr w:type="spellEnd"/>
      <w:r w:rsidRPr="00566B02">
        <w:rPr>
          <w:b/>
          <w:bCs/>
          <w:sz w:val="24"/>
          <w:szCs w:val="24"/>
          <w:lang w:eastAsia="es-ES"/>
        </w:rPr>
        <w:t xml:space="preserve">, </w:t>
      </w:r>
      <w:proofErr w:type="spellStart"/>
      <w:r w:rsidRPr="00566B02">
        <w:rPr>
          <w:b/>
          <w:bCs/>
          <w:sz w:val="24"/>
          <w:szCs w:val="24"/>
          <w:lang w:eastAsia="es-ES"/>
        </w:rPr>
        <w:t>чт</w:t>
      </w:r>
      <w:proofErr w:type="spellEnd"/>
      <w:r w:rsidRPr="00566B02">
        <w:rPr>
          <w:b/>
          <w:bCs/>
          <w:sz w:val="24"/>
          <w:szCs w:val="24"/>
          <w:lang w:eastAsia="es-ES"/>
        </w:rPr>
        <w:t xml:space="preserve">, </w:t>
      </w:r>
      <w:proofErr w:type="spellStart"/>
      <w:r w:rsidRPr="00566B02">
        <w:rPr>
          <w:b/>
          <w:bCs/>
          <w:sz w:val="24"/>
          <w:szCs w:val="24"/>
          <w:lang w:eastAsia="es-ES"/>
        </w:rPr>
        <w:t>щн</w:t>
      </w:r>
      <w:proofErr w:type="spellEnd"/>
      <w:r w:rsidRPr="00566B02">
        <w:rPr>
          <w:b/>
          <w:bCs/>
          <w:sz w:val="24"/>
          <w:szCs w:val="24"/>
          <w:lang w:eastAsia="es-ES"/>
        </w:rPr>
        <w:t xml:space="preserve">, </w:t>
      </w:r>
      <w:proofErr w:type="spellStart"/>
      <w:r w:rsidRPr="00566B02">
        <w:rPr>
          <w:b/>
          <w:bCs/>
          <w:sz w:val="24"/>
          <w:szCs w:val="24"/>
          <w:lang w:eastAsia="es-ES"/>
        </w:rPr>
        <w:t>нч</w:t>
      </w:r>
      <w:proofErr w:type="spellEnd"/>
      <w:r w:rsidRPr="00566B02">
        <w:rPr>
          <w:sz w:val="24"/>
          <w:szCs w:val="24"/>
          <w:lang w:eastAsia="es-ES"/>
        </w:rPr>
        <w:t xml:space="preserve"> в пределах изучаемого материала.</w:t>
      </w:r>
    </w:p>
    <w:p w14:paraId="03D350C1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Правописание мягкого знака как показателя мягкости согласного звука.</w:t>
      </w:r>
    </w:p>
    <w:p w14:paraId="5CCDAD6A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Правописание слов с разделительным мягким знаком.</w:t>
      </w:r>
    </w:p>
    <w:p w14:paraId="5982A947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Правописание слов с удвоенными согласными.</w:t>
      </w:r>
    </w:p>
    <w:p w14:paraId="04A4E69B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Правописание проверяемых безударных гласных в корне слова.</w:t>
      </w:r>
    </w:p>
    <w:p w14:paraId="452F8BAB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Подбор проверочных слов к словам с проверяемыми безударными гласными в корне.</w:t>
      </w:r>
    </w:p>
    <w:p w14:paraId="4C0E0446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Правописание слов с непроверяемыми безударными гласными в пределах словарного минимума программы.</w:t>
      </w:r>
    </w:p>
    <w:p w14:paraId="50C6D383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Правописание парных по звонкости — глухости согласных в корне слова.</w:t>
      </w:r>
    </w:p>
    <w:p w14:paraId="76AD1982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Подбор проверочного слова для проверки парного по звонкости — глухости согласного.</w:t>
      </w:r>
    </w:p>
    <w:p w14:paraId="69B89705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Раздельное написание предлогов со словами.</w:t>
      </w:r>
    </w:p>
    <w:p w14:paraId="69869253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 xml:space="preserve">Правописание частицы </w:t>
      </w:r>
      <w:r w:rsidRPr="00566B02">
        <w:rPr>
          <w:b/>
          <w:bCs/>
          <w:sz w:val="24"/>
          <w:szCs w:val="24"/>
          <w:lang w:eastAsia="es-ES"/>
        </w:rPr>
        <w:t>не</w:t>
      </w:r>
      <w:r w:rsidRPr="00566B02">
        <w:rPr>
          <w:sz w:val="24"/>
          <w:szCs w:val="24"/>
          <w:lang w:eastAsia="es-ES"/>
        </w:rPr>
        <w:t xml:space="preserve"> с глаголами в изучаемых случаях.</w:t>
      </w:r>
    </w:p>
    <w:p w14:paraId="6AA86F7D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Знаки препинания в конце предложения: точка, вопросительный и восклицательный знаки.</w:t>
      </w:r>
    </w:p>
    <w:p w14:paraId="5AC9F97B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Применение изученных орфографических и пунктуационных правил при списывании, письме под диктовку и создании собственных письменных высказываний.</w:t>
      </w:r>
    </w:p>
    <w:p w14:paraId="1174D32E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Использование орфографического словаря учебника для определения нормативного написания слов.</w:t>
      </w:r>
    </w:p>
    <w:p w14:paraId="49D649FA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Проверка написанного.</w:t>
      </w:r>
    </w:p>
    <w:p w14:paraId="3CE0D37D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Выявление и исправление орфографических и пунктуационных ошибок в пределах изученного материала.</w:t>
      </w:r>
    </w:p>
    <w:p w14:paraId="181E29D2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Формирование навыков орфографического самоконтроля.</w:t>
      </w:r>
    </w:p>
    <w:p w14:paraId="583714BC" w14:textId="77777777" w:rsidR="00566B02" w:rsidRPr="00566B02" w:rsidRDefault="00566B02" w:rsidP="00566B0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66B02">
        <w:rPr>
          <w:b/>
          <w:bCs/>
          <w:sz w:val="24"/>
          <w:szCs w:val="24"/>
          <w:lang w:eastAsia="es-ES"/>
        </w:rPr>
        <w:t>4.9. Развитие речи</w:t>
      </w:r>
    </w:p>
    <w:p w14:paraId="54235A05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Выбор языковых средств в соответствии с целями и условиями устного общения для эффективного решения коммуникативной задачи.</w:t>
      </w:r>
    </w:p>
    <w:p w14:paraId="6B4156F8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Практическое овладение диалогической формой речи.</w:t>
      </w:r>
    </w:p>
    <w:p w14:paraId="44B24A2D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Участие в диалоге: умение слушать собеседника, понимать заданный вопрос, отвечать на него и задавать собственные вопросы.</w:t>
      </w:r>
    </w:p>
    <w:p w14:paraId="06D47159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Практическое овладение устной монологической речью.</w:t>
      </w:r>
    </w:p>
    <w:p w14:paraId="1F0D245F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Создание небольших устных высказываний в соответствии с учебной и коммуникативной задачей.</w:t>
      </w:r>
    </w:p>
    <w:p w14:paraId="56391D76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Соблюдение норм речевого этикета в ситуациях учебного и бытового общения.</w:t>
      </w:r>
    </w:p>
    <w:p w14:paraId="682C269C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Использование формул приветствия, прощания, просьбы, благодарности и извинения.</w:t>
      </w:r>
    </w:p>
    <w:p w14:paraId="00D21A59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Текст.</w:t>
      </w:r>
    </w:p>
    <w:p w14:paraId="17497C7C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Признаки текста.</w:t>
      </w:r>
    </w:p>
    <w:p w14:paraId="793964B5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Смысловое единство предложений в тексте.</w:t>
      </w:r>
    </w:p>
    <w:p w14:paraId="29D959EC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Заглавие текста.</w:t>
      </w:r>
    </w:p>
    <w:p w14:paraId="125B6CA8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Тема текста.</w:t>
      </w:r>
    </w:p>
    <w:p w14:paraId="58642C2A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Основная мысль текста.</w:t>
      </w:r>
    </w:p>
    <w:p w14:paraId="15FF3DDF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Связь предложений в тексте.</w:t>
      </w:r>
    </w:p>
    <w:p w14:paraId="7BF55C17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Последовательность предложений в тексте.</w:t>
      </w:r>
    </w:p>
    <w:p w14:paraId="0EDAD485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Последовательность частей текста.</w:t>
      </w:r>
    </w:p>
    <w:p w14:paraId="7C17B706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Абзац.</w:t>
      </w:r>
    </w:p>
    <w:p w14:paraId="34D550AD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Восстановление деформированного текста.</w:t>
      </w:r>
    </w:p>
    <w:p w14:paraId="7684BB1C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Составление текста из предложений, расположенных в нарушенной последовательности.</w:t>
      </w:r>
    </w:p>
    <w:p w14:paraId="5D0B1F33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Составление плана текста с помощью учителя.</w:t>
      </w:r>
    </w:p>
    <w:p w14:paraId="0EB8D573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Ответы на вопросы по содержанию прочитанного или прослушанного текста.</w:t>
      </w:r>
    </w:p>
    <w:p w14:paraId="63E16229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Создание небольших устных и письменных текстов по вопросам, опорным словам, серии сюжетных рисунков, наблюдениям и предложенной теме.</w:t>
      </w:r>
    </w:p>
    <w:p w14:paraId="587FA060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Подробное изложение небольшого повествовательного текста с опорой на вопросы или предложенный план.</w:t>
      </w:r>
    </w:p>
    <w:p w14:paraId="333868C7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Создание небольших текстов повествовательного характера.</w:t>
      </w:r>
    </w:p>
    <w:p w14:paraId="16187555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Наблюдение за особенностями текста-описания.</w:t>
      </w:r>
    </w:p>
    <w:p w14:paraId="435A0BF4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Наблюдение за особенностями текста-рассуждения.</w:t>
      </w:r>
    </w:p>
    <w:p w14:paraId="708973D1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Редактирование собственного текста с помощью учителя.</w:t>
      </w:r>
    </w:p>
    <w:p w14:paraId="642D1382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Проверка правильности, последовательности и связности созданного высказывания.</w:t>
      </w:r>
    </w:p>
    <w:p w14:paraId="3052425C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Практическое использование изученных языковых средств в собственной устной и письменной речи.</w:t>
      </w:r>
    </w:p>
    <w:p w14:paraId="5EC89EFC" w14:textId="77777777" w:rsidR="00566B02" w:rsidRPr="00566B02" w:rsidRDefault="00566B02" w:rsidP="00566B0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66B02">
        <w:rPr>
          <w:b/>
          <w:bCs/>
          <w:sz w:val="24"/>
          <w:szCs w:val="24"/>
          <w:lang w:eastAsia="es-ES"/>
        </w:rPr>
        <w:t>4.10. Основные виды учебной деятельности обучающихся</w:t>
      </w:r>
    </w:p>
    <w:p w14:paraId="51880209" w14:textId="77777777" w:rsidR="00566B02" w:rsidRPr="00566B02" w:rsidRDefault="00566B02" w:rsidP="00566B0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В процессе освоения содержания учебного предмета «Русский язык» обучающиеся:</w:t>
      </w:r>
    </w:p>
    <w:p w14:paraId="69C300F6" w14:textId="77777777" w:rsidR="00566B02" w:rsidRPr="00566B02" w:rsidRDefault="00566B02" w:rsidP="00566B02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наблюдают за языковыми единицами и явлениями;</w:t>
      </w:r>
    </w:p>
    <w:p w14:paraId="7908DA92" w14:textId="77777777" w:rsidR="00566B02" w:rsidRPr="00566B02" w:rsidRDefault="00566B02" w:rsidP="00566B02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сравнивают звуки, буквы, слова, формы слов, предложения и тексты;</w:t>
      </w:r>
    </w:p>
    <w:p w14:paraId="63B600E2" w14:textId="77777777" w:rsidR="00566B02" w:rsidRPr="00566B02" w:rsidRDefault="00566B02" w:rsidP="00566B02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классифицируют языковые единицы по заданным признакам;</w:t>
      </w:r>
    </w:p>
    <w:p w14:paraId="584CC307" w14:textId="77777777" w:rsidR="00566B02" w:rsidRPr="00566B02" w:rsidRDefault="00566B02" w:rsidP="00566B02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устанавливают основания для сравнения и классификации;</w:t>
      </w:r>
    </w:p>
    <w:p w14:paraId="13E2D716" w14:textId="77777777" w:rsidR="00566B02" w:rsidRPr="00566B02" w:rsidRDefault="00566B02" w:rsidP="00566B02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характеризуют звуки русского языка по изученным признакам;</w:t>
      </w:r>
    </w:p>
    <w:p w14:paraId="00621DEB" w14:textId="77777777" w:rsidR="00566B02" w:rsidRPr="00566B02" w:rsidRDefault="00566B02" w:rsidP="00566B02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 xml:space="preserve">выполняют </w:t>
      </w:r>
      <w:proofErr w:type="gramStart"/>
      <w:r w:rsidRPr="00566B02">
        <w:rPr>
          <w:sz w:val="24"/>
          <w:szCs w:val="24"/>
          <w:lang w:eastAsia="es-ES"/>
        </w:rPr>
        <w:t>звуко-буквенный</w:t>
      </w:r>
      <w:proofErr w:type="gramEnd"/>
      <w:r w:rsidRPr="00566B02">
        <w:rPr>
          <w:sz w:val="24"/>
          <w:szCs w:val="24"/>
          <w:lang w:eastAsia="es-ES"/>
        </w:rPr>
        <w:t xml:space="preserve"> анализ слов в пределах содержания 2 класса;</w:t>
      </w:r>
    </w:p>
    <w:p w14:paraId="4F227951" w14:textId="77777777" w:rsidR="00566B02" w:rsidRPr="00566B02" w:rsidRDefault="00566B02" w:rsidP="00566B02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определяют лексическое значение слова по контексту и с помощью словаря;</w:t>
      </w:r>
    </w:p>
    <w:p w14:paraId="7894F410" w14:textId="77777777" w:rsidR="00566B02" w:rsidRPr="00566B02" w:rsidRDefault="00566B02" w:rsidP="00566B02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наблюдают за многозначностью слов, употреблением синонимов и антонимов;</w:t>
      </w:r>
    </w:p>
    <w:p w14:paraId="0563F7A9" w14:textId="77777777" w:rsidR="00566B02" w:rsidRPr="00566B02" w:rsidRDefault="00566B02" w:rsidP="00566B02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66B02">
        <w:rPr>
          <w:sz w:val="24"/>
          <w:szCs w:val="24"/>
          <w:lang w:val="es-ES" w:eastAsia="es-ES"/>
        </w:rPr>
        <w:t>находят</w:t>
      </w:r>
      <w:proofErr w:type="spellEnd"/>
      <w:r w:rsidRPr="00566B02">
        <w:rPr>
          <w:sz w:val="24"/>
          <w:szCs w:val="24"/>
          <w:lang w:val="es-ES" w:eastAsia="es-ES"/>
        </w:rPr>
        <w:t xml:space="preserve"> </w:t>
      </w:r>
      <w:proofErr w:type="spellStart"/>
      <w:r w:rsidRPr="00566B02">
        <w:rPr>
          <w:sz w:val="24"/>
          <w:szCs w:val="24"/>
          <w:lang w:val="es-ES" w:eastAsia="es-ES"/>
        </w:rPr>
        <w:t>однокоренные</w:t>
      </w:r>
      <w:proofErr w:type="spellEnd"/>
      <w:r w:rsidRPr="00566B02">
        <w:rPr>
          <w:sz w:val="24"/>
          <w:szCs w:val="24"/>
          <w:lang w:val="es-ES" w:eastAsia="es-ES"/>
        </w:rPr>
        <w:t xml:space="preserve"> </w:t>
      </w:r>
      <w:proofErr w:type="spellStart"/>
      <w:r w:rsidRPr="00566B02">
        <w:rPr>
          <w:sz w:val="24"/>
          <w:szCs w:val="24"/>
          <w:lang w:val="es-ES" w:eastAsia="es-ES"/>
        </w:rPr>
        <w:t>слова</w:t>
      </w:r>
      <w:proofErr w:type="spellEnd"/>
      <w:r w:rsidRPr="00566B02">
        <w:rPr>
          <w:sz w:val="24"/>
          <w:szCs w:val="24"/>
          <w:lang w:val="es-ES" w:eastAsia="es-ES"/>
        </w:rPr>
        <w:t>;</w:t>
      </w:r>
    </w:p>
    <w:p w14:paraId="6720CCF5" w14:textId="77777777" w:rsidR="00566B02" w:rsidRPr="00566B02" w:rsidRDefault="00566B02" w:rsidP="00566B02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выделяют корень слова в простых случаях;</w:t>
      </w:r>
    </w:p>
    <w:p w14:paraId="7063C68A" w14:textId="77777777" w:rsidR="00566B02" w:rsidRPr="00566B02" w:rsidRDefault="00566B02" w:rsidP="00566B02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наблюдают за ролью окончания, приставки и суффикса;</w:t>
      </w:r>
    </w:p>
    <w:p w14:paraId="3EC49FC8" w14:textId="77777777" w:rsidR="00566B02" w:rsidRPr="00566B02" w:rsidRDefault="00566B02" w:rsidP="00566B02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66B02">
        <w:rPr>
          <w:sz w:val="24"/>
          <w:szCs w:val="24"/>
          <w:lang w:val="es-ES" w:eastAsia="es-ES"/>
        </w:rPr>
        <w:t>различают</w:t>
      </w:r>
      <w:proofErr w:type="spellEnd"/>
      <w:r w:rsidRPr="00566B02">
        <w:rPr>
          <w:sz w:val="24"/>
          <w:szCs w:val="24"/>
          <w:lang w:val="es-ES" w:eastAsia="es-ES"/>
        </w:rPr>
        <w:t xml:space="preserve"> </w:t>
      </w:r>
      <w:proofErr w:type="spellStart"/>
      <w:r w:rsidRPr="00566B02">
        <w:rPr>
          <w:sz w:val="24"/>
          <w:szCs w:val="24"/>
          <w:lang w:val="es-ES" w:eastAsia="es-ES"/>
        </w:rPr>
        <w:t>изученные</w:t>
      </w:r>
      <w:proofErr w:type="spellEnd"/>
      <w:r w:rsidRPr="00566B02">
        <w:rPr>
          <w:sz w:val="24"/>
          <w:szCs w:val="24"/>
          <w:lang w:val="es-ES" w:eastAsia="es-ES"/>
        </w:rPr>
        <w:t xml:space="preserve"> </w:t>
      </w:r>
      <w:proofErr w:type="spellStart"/>
      <w:r w:rsidRPr="00566B02">
        <w:rPr>
          <w:sz w:val="24"/>
          <w:szCs w:val="24"/>
          <w:lang w:val="es-ES" w:eastAsia="es-ES"/>
        </w:rPr>
        <w:t>части</w:t>
      </w:r>
      <w:proofErr w:type="spellEnd"/>
      <w:r w:rsidRPr="00566B02">
        <w:rPr>
          <w:sz w:val="24"/>
          <w:szCs w:val="24"/>
          <w:lang w:val="es-ES" w:eastAsia="es-ES"/>
        </w:rPr>
        <w:t xml:space="preserve"> </w:t>
      </w:r>
      <w:proofErr w:type="spellStart"/>
      <w:r w:rsidRPr="00566B02">
        <w:rPr>
          <w:sz w:val="24"/>
          <w:szCs w:val="24"/>
          <w:lang w:val="es-ES" w:eastAsia="es-ES"/>
        </w:rPr>
        <w:t>речи</w:t>
      </w:r>
      <w:proofErr w:type="spellEnd"/>
      <w:r w:rsidRPr="00566B02">
        <w:rPr>
          <w:sz w:val="24"/>
          <w:szCs w:val="24"/>
          <w:lang w:val="es-ES" w:eastAsia="es-ES"/>
        </w:rPr>
        <w:t>;</w:t>
      </w:r>
    </w:p>
    <w:p w14:paraId="18329B0B" w14:textId="77777777" w:rsidR="00566B02" w:rsidRPr="00566B02" w:rsidRDefault="00566B02" w:rsidP="00566B02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66B02">
        <w:rPr>
          <w:sz w:val="24"/>
          <w:szCs w:val="24"/>
          <w:lang w:val="es-ES" w:eastAsia="es-ES"/>
        </w:rPr>
        <w:t>ставят</w:t>
      </w:r>
      <w:proofErr w:type="spellEnd"/>
      <w:r w:rsidRPr="00566B02">
        <w:rPr>
          <w:sz w:val="24"/>
          <w:szCs w:val="24"/>
          <w:lang w:val="es-ES" w:eastAsia="es-ES"/>
        </w:rPr>
        <w:t xml:space="preserve"> </w:t>
      </w:r>
      <w:proofErr w:type="spellStart"/>
      <w:r w:rsidRPr="00566B02">
        <w:rPr>
          <w:sz w:val="24"/>
          <w:szCs w:val="24"/>
          <w:lang w:val="es-ES" w:eastAsia="es-ES"/>
        </w:rPr>
        <w:t>вопросы</w:t>
      </w:r>
      <w:proofErr w:type="spellEnd"/>
      <w:r w:rsidRPr="00566B02">
        <w:rPr>
          <w:sz w:val="24"/>
          <w:szCs w:val="24"/>
          <w:lang w:val="es-ES" w:eastAsia="es-ES"/>
        </w:rPr>
        <w:t xml:space="preserve"> к </w:t>
      </w:r>
      <w:proofErr w:type="spellStart"/>
      <w:r w:rsidRPr="00566B02">
        <w:rPr>
          <w:sz w:val="24"/>
          <w:szCs w:val="24"/>
          <w:lang w:val="es-ES" w:eastAsia="es-ES"/>
        </w:rPr>
        <w:t>словам</w:t>
      </w:r>
      <w:proofErr w:type="spellEnd"/>
      <w:r w:rsidRPr="00566B02">
        <w:rPr>
          <w:sz w:val="24"/>
          <w:szCs w:val="24"/>
          <w:lang w:val="es-ES" w:eastAsia="es-ES"/>
        </w:rPr>
        <w:t>;</w:t>
      </w:r>
    </w:p>
    <w:p w14:paraId="6872B13C" w14:textId="77777777" w:rsidR="00566B02" w:rsidRPr="00566B02" w:rsidRDefault="00566B02" w:rsidP="00566B02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определяют отдельные грамматические признаки изученных частей речи;</w:t>
      </w:r>
    </w:p>
    <w:p w14:paraId="13064C80" w14:textId="77777777" w:rsidR="00566B02" w:rsidRPr="00566B02" w:rsidRDefault="00566B02" w:rsidP="00566B02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66B02">
        <w:rPr>
          <w:sz w:val="24"/>
          <w:szCs w:val="24"/>
          <w:lang w:val="es-ES" w:eastAsia="es-ES"/>
        </w:rPr>
        <w:t>составляют</w:t>
      </w:r>
      <w:proofErr w:type="spellEnd"/>
      <w:r w:rsidRPr="00566B02">
        <w:rPr>
          <w:sz w:val="24"/>
          <w:szCs w:val="24"/>
          <w:lang w:val="es-ES" w:eastAsia="es-ES"/>
        </w:rPr>
        <w:t xml:space="preserve"> и </w:t>
      </w:r>
      <w:proofErr w:type="spellStart"/>
      <w:r w:rsidRPr="00566B02">
        <w:rPr>
          <w:sz w:val="24"/>
          <w:szCs w:val="24"/>
          <w:lang w:val="es-ES" w:eastAsia="es-ES"/>
        </w:rPr>
        <w:t>преобразуют</w:t>
      </w:r>
      <w:proofErr w:type="spellEnd"/>
      <w:r w:rsidRPr="00566B02">
        <w:rPr>
          <w:sz w:val="24"/>
          <w:szCs w:val="24"/>
          <w:lang w:val="es-ES" w:eastAsia="es-ES"/>
        </w:rPr>
        <w:t xml:space="preserve"> </w:t>
      </w:r>
      <w:proofErr w:type="spellStart"/>
      <w:r w:rsidRPr="00566B02">
        <w:rPr>
          <w:sz w:val="24"/>
          <w:szCs w:val="24"/>
          <w:lang w:val="es-ES" w:eastAsia="es-ES"/>
        </w:rPr>
        <w:t>предложения</w:t>
      </w:r>
      <w:proofErr w:type="spellEnd"/>
      <w:r w:rsidRPr="00566B02">
        <w:rPr>
          <w:sz w:val="24"/>
          <w:szCs w:val="24"/>
          <w:lang w:val="es-ES" w:eastAsia="es-ES"/>
        </w:rPr>
        <w:t>;</w:t>
      </w:r>
    </w:p>
    <w:p w14:paraId="73B18E15" w14:textId="77777777" w:rsidR="00566B02" w:rsidRPr="00566B02" w:rsidRDefault="00566B02" w:rsidP="00566B02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устанавливают связь слов в предложении;</w:t>
      </w:r>
    </w:p>
    <w:p w14:paraId="7DA4B5AF" w14:textId="77777777" w:rsidR="00566B02" w:rsidRPr="00566B02" w:rsidRDefault="00566B02" w:rsidP="00566B02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66B02">
        <w:rPr>
          <w:sz w:val="24"/>
          <w:szCs w:val="24"/>
          <w:lang w:val="es-ES" w:eastAsia="es-ES"/>
        </w:rPr>
        <w:t>находят</w:t>
      </w:r>
      <w:proofErr w:type="spellEnd"/>
      <w:r w:rsidRPr="00566B02">
        <w:rPr>
          <w:sz w:val="24"/>
          <w:szCs w:val="24"/>
          <w:lang w:val="es-ES" w:eastAsia="es-ES"/>
        </w:rPr>
        <w:t xml:space="preserve"> </w:t>
      </w:r>
      <w:proofErr w:type="spellStart"/>
      <w:r w:rsidRPr="00566B02">
        <w:rPr>
          <w:sz w:val="24"/>
          <w:szCs w:val="24"/>
          <w:lang w:val="es-ES" w:eastAsia="es-ES"/>
        </w:rPr>
        <w:t>главные</w:t>
      </w:r>
      <w:proofErr w:type="spellEnd"/>
      <w:r w:rsidRPr="00566B02">
        <w:rPr>
          <w:sz w:val="24"/>
          <w:szCs w:val="24"/>
          <w:lang w:val="es-ES" w:eastAsia="es-ES"/>
        </w:rPr>
        <w:t xml:space="preserve"> </w:t>
      </w:r>
      <w:proofErr w:type="spellStart"/>
      <w:r w:rsidRPr="00566B02">
        <w:rPr>
          <w:sz w:val="24"/>
          <w:szCs w:val="24"/>
          <w:lang w:val="es-ES" w:eastAsia="es-ES"/>
        </w:rPr>
        <w:t>члены</w:t>
      </w:r>
      <w:proofErr w:type="spellEnd"/>
      <w:r w:rsidRPr="00566B02">
        <w:rPr>
          <w:sz w:val="24"/>
          <w:szCs w:val="24"/>
          <w:lang w:val="es-ES" w:eastAsia="es-ES"/>
        </w:rPr>
        <w:t xml:space="preserve"> </w:t>
      </w:r>
      <w:proofErr w:type="spellStart"/>
      <w:r w:rsidRPr="00566B02">
        <w:rPr>
          <w:sz w:val="24"/>
          <w:szCs w:val="24"/>
          <w:lang w:val="es-ES" w:eastAsia="es-ES"/>
        </w:rPr>
        <w:t>предложения</w:t>
      </w:r>
      <w:proofErr w:type="spellEnd"/>
      <w:r w:rsidRPr="00566B02">
        <w:rPr>
          <w:sz w:val="24"/>
          <w:szCs w:val="24"/>
          <w:lang w:val="es-ES" w:eastAsia="es-ES"/>
        </w:rPr>
        <w:t>;</w:t>
      </w:r>
    </w:p>
    <w:p w14:paraId="32DAF6BB" w14:textId="77777777" w:rsidR="00566B02" w:rsidRPr="00566B02" w:rsidRDefault="00566B02" w:rsidP="00566B02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наблюдают за ролью второстепенных членов предложения;</w:t>
      </w:r>
    </w:p>
    <w:p w14:paraId="15383D07" w14:textId="77777777" w:rsidR="00566B02" w:rsidRPr="00566B02" w:rsidRDefault="00566B02" w:rsidP="00566B02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выявляют места возможных орфографических ошибок;</w:t>
      </w:r>
    </w:p>
    <w:p w14:paraId="2989E7E5" w14:textId="77777777" w:rsidR="00566B02" w:rsidRPr="00566B02" w:rsidRDefault="00566B02" w:rsidP="00566B02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66B02">
        <w:rPr>
          <w:sz w:val="24"/>
          <w:szCs w:val="24"/>
          <w:lang w:val="es-ES" w:eastAsia="es-ES"/>
        </w:rPr>
        <w:t>подбирают</w:t>
      </w:r>
      <w:proofErr w:type="spellEnd"/>
      <w:r w:rsidRPr="00566B02">
        <w:rPr>
          <w:sz w:val="24"/>
          <w:szCs w:val="24"/>
          <w:lang w:val="es-ES" w:eastAsia="es-ES"/>
        </w:rPr>
        <w:t xml:space="preserve"> </w:t>
      </w:r>
      <w:proofErr w:type="spellStart"/>
      <w:r w:rsidRPr="00566B02">
        <w:rPr>
          <w:sz w:val="24"/>
          <w:szCs w:val="24"/>
          <w:lang w:val="es-ES" w:eastAsia="es-ES"/>
        </w:rPr>
        <w:t>проверочные</w:t>
      </w:r>
      <w:proofErr w:type="spellEnd"/>
      <w:r w:rsidRPr="00566B02">
        <w:rPr>
          <w:sz w:val="24"/>
          <w:szCs w:val="24"/>
          <w:lang w:val="es-ES" w:eastAsia="es-ES"/>
        </w:rPr>
        <w:t xml:space="preserve"> </w:t>
      </w:r>
      <w:proofErr w:type="spellStart"/>
      <w:r w:rsidRPr="00566B02">
        <w:rPr>
          <w:sz w:val="24"/>
          <w:szCs w:val="24"/>
          <w:lang w:val="es-ES" w:eastAsia="es-ES"/>
        </w:rPr>
        <w:t>слова</w:t>
      </w:r>
      <w:proofErr w:type="spellEnd"/>
      <w:r w:rsidRPr="00566B02">
        <w:rPr>
          <w:sz w:val="24"/>
          <w:szCs w:val="24"/>
          <w:lang w:val="es-ES" w:eastAsia="es-ES"/>
        </w:rPr>
        <w:t>;</w:t>
      </w:r>
    </w:p>
    <w:p w14:paraId="2A92186E" w14:textId="77777777" w:rsidR="00566B02" w:rsidRPr="00566B02" w:rsidRDefault="00566B02" w:rsidP="00566B02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66B02">
        <w:rPr>
          <w:sz w:val="24"/>
          <w:szCs w:val="24"/>
          <w:lang w:val="es-ES" w:eastAsia="es-ES"/>
        </w:rPr>
        <w:t>применяют</w:t>
      </w:r>
      <w:proofErr w:type="spellEnd"/>
      <w:r w:rsidRPr="00566B02">
        <w:rPr>
          <w:sz w:val="24"/>
          <w:szCs w:val="24"/>
          <w:lang w:val="es-ES" w:eastAsia="es-ES"/>
        </w:rPr>
        <w:t xml:space="preserve"> </w:t>
      </w:r>
      <w:proofErr w:type="spellStart"/>
      <w:r w:rsidRPr="00566B02">
        <w:rPr>
          <w:sz w:val="24"/>
          <w:szCs w:val="24"/>
          <w:lang w:val="es-ES" w:eastAsia="es-ES"/>
        </w:rPr>
        <w:t>изученные</w:t>
      </w:r>
      <w:proofErr w:type="spellEnd"/>
      <w:r w:rsidRPr="00566B02">
        <w:rPr>
          <w:sz w:val="24"/>
          <w:szCs w:val="24"/>
          <w:lang w:val="es-ES" w:eastAsia="es-ES"/>
        </w:rPr>
        <w:t xml:space="preserve"> </w:t>
      </w:r>
      <w:proofErr w:type="spellStart"/>
      <w:r w:rsidRPr="00566B02">
        <w:rPr>
          <w:sz w:val="24"/>
          <w:szCs w:val="24"/>
          <w:lang w:val="es-ES" w:eastAsia="es-ES"/>
        </w:rPr>
        <w:t>правила</w:t>
      </w:r>
      <w:proofErr w:type="spellEnd"/>
      <w:r w:rsidRPr="00566B02">
        <w:rPr>
          <w:sz w:val="24"/>
          <w:szCs w:val="24"/>
          <w:lang w:val="es-ES" w:eastAsia="es-ES"/>
        </w:rPr>
        <w:t xml:space="preserve"> </w:t>
      </w:r>
      <w:proofErr w:type="spellStart"/>
      <w:r w:rsidRPr="00566B02">
        <w:rPr>
          <w:sz w:val="24"/>
          <w:szCs w:val="24"/>
          <w:lang w:val="es-ES" w:eastAsia="es-ES"/>
        </w:rPr>
        <w:t>правописания</w:t>
      </w:r>
      <w:proofErr w:type="spellEnd"/>
      <w:r w:rsidRPr="00566B02">
        <w:rPr>
          <w:sz w:val="24"/>
          <w:szCs w:val="24"/>
          <w:lang w:val="es-ES" w:eastAsia="es-ES"/>
        </w:rPr>
        <w:t>;</w:t>
      </w:r>
    </w:p>
    <w:p w14:paraId="41BFFE71" w14:textId="77777777" w:rsidR="00566B02" w:rsidRPr="00566B02" w:rsidRDefault="00566B02" w:rsidP="00566B02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пользуются орфографическим, толковым и орфоэпическим словарями учебника;</w:t>
      </w:r>
    </w:p>
    <w:p w14:paraId="7D90FDA7" w14:textId="77777777" w:rsidR="00566B02" w:rsidRPr="00566B02" w:rsidRDefault="00566B02" w:rsidP="00566B02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выполняют списывание с печатного и письменного текста;</w:t>
      </w:r>
    </w:p>
    <w:p w14:paraId="3E5FF03F" w14:textId="77777777" w:rsidR="00566B02" w:rsidRPr="00566B02" w:rsidRDefault="00566B02" w:rsidP="00566B02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пишут под диктовку слова, предложения и тексты в пределах изученного материала;</w:t>
      </w:r>
    </w:p>
    <w:p w14:paraId="01906F0B" w14:textId="77777777" w:rsidR="00566B02" w:rsidRPr="00566B02" w:rsidRDefault="00566B02" w:rsidP="00566B02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66B02">
        <w:rPr>
          <w:sz w:val="24"/>
          <w:szCs w:val="24"/>
          <w:lang w:val="es-ES" w:eastAsia="es-ES"/>
        </w:rPr>
        <w:t>проверяют</w:t>
      </w:r>
      <w:proofErr w:type="spellEnd"/>
      <w:r w:rsidRPr="00566B02">
        <w:rPr>
          <w:sz w:val="24"/>
          <w:szCs w:val="24"/>
          <w:lang w:val="es-ES" w:eastAsia="es-ES"/>
        </w:rPr>
        <w:t xml:space="preserve"> </w:t>
      </w:r>
      <w:proofErr w:type="spellStart"/>
      <w:r w:rsidRPr="00566B02">
        <w:rPr>
          <w:sz w:val="24"/>
          <w:szCs w:val="24"/>
          <w:lang w:val="es-ES" w:eastAsia="es-ES"/>
        </w:rPr>
        <w:t>собственную</w:t>
      </w:r>
      <w:proofErr w:type="spellEnd"/>
      <w:r w:rsidRPr="00566B02">
        <w:rPr>
          <w:sz w:val="24"/>
          <w:szCs w:val="24"/>
          <w:lang w:val="es-ES" w:eastAsia="es-ES"/>
        </w:rPr>
        <w:t xml:space="preserve"> </w:t>
      </w:r>
      <w:proofErr w:type="spellStart"/>
      <w:r w:rsidRPr="00566B02">
        <w:rPr>
          <w:sz w:val="24"/>
          <w:szCs w:val="24"/>
          <w:lang w:val="es-ES" w:eastAsia="es-ES"/>
        </w:rPr>
        <w:t>письменную</w:t>
      </w:r>
      <w:proofErr w:type="spellEnd"/>
      <w:r w:rsidRPr="00566B02">
        <w:rPr>
          <w:sz w:val="24"/>
          <w:szCs w:val="24"/>
          <w:lang w:val="es-ES" w:eastAsia="es-ES"/>
        </w:rPr>
        <w:t xml:space="preserve"> </w:t>
      </w:r>
      <w:proofErr w:type="spellStart"/>
      <w:r w:rsidRPr="00566B02">
        <w:rPr>
          <w:sz w:val="24"/>
          <w:szCs w:val="24"/>
          <w:lang w:val="es-ES" w:eastAsia="es-ES"/>
        </w:rPr>
        <w:t>работу</w:t>
      </w:r>
      <w:proofErr w:type="spellEnd"/>
      <w:r w:rsidRPr="00566B02">
        <w:rPr>
          <w:sz w:val="24"/>
          <w:szCs w:val="24"/>
          <w:lang w:val="es-ES" w:eastAsia="es-ES"/>
        </w:rPr>
        <w:t>;</w:t>
      </w:r>
    </w:p>
    <w:p w14:paraId="1D00976B" w14:textId="77777777" w:rsidR="00566B02" w:rsidRPr="00566B02" w:rsidRDefault="00566B02" w:rsidP="00566B02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66B02">
        <w:rPr>
          <w:sz w:val="24"/>
          <w:szCs w:val="24"/>
          <w:lang w:val="es-ES" w:eastAsia="es-ES"/>
        </w:rPr>
        <w:t>находят</w:t>
      </w:r>
      <w:proofErr w:type="spellEnd"/>
      <w:r w:rsidRPr="00566B02">
        <w:rPr>
          <w:sz w:val="24"/>
          <w:szCs w:val="24"/>
          <w:lang w:val="es-ES" w:eastAsia="es-ES"/>
        </w:rPr>
        <w:t xml:space="preserve"> и </w:t>
      </w:r>
      <w:proofErr w:type="spellStart"/>
      <w:r w:rsidRPr="00566B02">
        <w:rPr>
          <w:sz w:val="24"/>
          <w:szCs w:val="24"/>
          <w:lang w:val="es-ES" w:eastAsia="es-ES"/>
        </w:rPr>
        <w:t>исправляют</w:t>
      </w:r>
      <w:proofErr w:type="spellEnd"/>
      <w:r w:rsidRPr="00566B02">
        <w:rPr>
          <w:sz w:val="24"/>
          <w:szCs w:val="24"/>
          <w:lang w:val="es-ES" w:eastAsia="es-ES"/>
        </w:rPr>
        <w:t xml:space="preserve"> </w:t>
      </w:r>
      <w:proofErr w:type="spellStart"/>
      <w:r w:rsidRPr="00566B02">
        <w:rPr>
          <w:sz w:val="24"/>
          <w:szCs w:val="24"/>
          <w:lang w:val="es-ES" w:eastAsia="es-ES"/>
        </w:rPr>
        <w:t>ошибки</w:t>
      </w:r>
      <w:proofErr w:type="spellEnd"/>
      <w:r w:rsidRPr="00566B02">
        <w:rPr>
          <w:sz w:val="24"/>
          <w:szCs w:val="24"/>
          <w:lang w:val="es-ES" w:eastAsia="es-ES"/>
        </w:rPr>
        <w:t>;</w:t>
      </w:r>
    </w:p>
    <w:p w14:paraId="3ABDB3F9" w14:textId="77777777" w:rsidR="00566B02" w:rsidRPr="00566B02" w:rsidRDefault="00566B02" w:rsidP="00566B02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66B02">
        <w:rPr>
          <w:sz w:val="24"/>
          <w:szCs w:val="24"/>
          <w:lang w:val="es-ES" w:eastAsia="es-ES"/>
        </w:rPr>
        <w:t>работают</w:t>
      </w:r>
      <w:proofErr w:type="spellEnd"/>
      <w:r w:rsidRPr="00566B02">
        <w:rPr>
          <w:sz w:val="24"/>
          <w:szCs w:val="24"/>
          <w:lang w:val="es-ES" w:eastAsia="es-ES"/>
        </w:rPr>
        <w:t xml:space="preserve"> с </w:t>
      </w:r>
      <w:proofErr w:type="spellStart"/>
      <w:r w:rsidRPr="00566B02">
        <w:rPr>
          <w:sz w:val="24"/>
          <w:szCs w:val="24"/>
          <w:lang w:val="es-ES" w:eastAsia="es-ES"/>
        </w:rPr>
        <w:t>текстом</w:t>
      </w:r>
      <w:proofErr w:type="spellEnd"/>
      <w:r w:rsidRPr="00566B02">
        <w:rPr>
          <w:sz w:val="24"/>
          <w:szCs w:val="24"/>
          <w:lang w:val="es-ES" w:eastAsia="es-ES"/>
        </w:rPr>
        <w:t>;</w:t>
      </w:r>
    </w:p>
    <w:p w14:paraId="1AAE1D1B" w14:textId="77777777" w:rsidR="00566B02" w:rsidRPr="00566B02" w:rsidRDefault="00566B02" w:rsidP="00566B02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определяют тему и основную мысль текста;</w:t>
      </w:r>
    </w:p>
    <w:p w14:paraId="249F5519" w14:textId="77777777" w:rsidR="00566B02" w:rsidRPr="00566B02" w:rsidRDefault="00566B02" w:rsidP="00566B02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устанавливают последовательность предложений и частей текста;</w:t>
      </w:r>
    </w:p>
    <w:p w14:paraId="0F907414" w14:textId="77777777" w:rsidR="00566B02" w:rsidRPr="00566B02" w:rsidRDefault="00566B02" w:rsidP="00566B02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66B02">
        <w:rPr>
          <w:sz w:val="24"/>
          <w:szCs w:val="24"/>
          <w:lang w:val="es-ES" w:eastAsia="es-ES"/>
        </w:rPr>
        <w:t>озаглавливают</w:t>
      </w:r>
      <w:proofErr w:type="spellEnd"/>
      <w:r w:rsidRPr="00566B02">
        <w:rPr>
          <w:sz w:val="24"/>
          <w:szCs w:val="24"/>
          <w:lang w:val="es-ES" w:eastAsia="es-ES"/>
        </w:rPr>
        <w:t xml:space="preserve"> </w:t>
      </w:r>
      <w:proofErr w:type="spellStart"/>
      <w:r w:rsidRPr="00566B02">
        <w:rPr>
          <w:sz w:val="24"/>
          <w:szCs w:val="24"/>
          <w:lang w:val="es-ES" w:eastAsia="es-ES"/>
        </w:rPr>
        <w:t>текст</w:t>
      </w:r>
      <w:proofErr w:type="spellEnd"/>
      <w:r w:rsidRPr="00566B02">
        <w:rPr>
          <w:sz w:val="24"/>
          <w:szCs w:val="24"/>
          <w:lang w:val="es-ES" w:eastAsia="es-ES"/>
        </w:rPr>
        <w:t>;</w:t>
      </w:r>
    </w:p>
    <w:p w14:paraId="33C1EE7F" w14:textId="77777777" w:rsidR="00566B02" w:rsidRPr="00566B02" w:rsidRDefault="00566B02" w:rsidP="00566B02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66B02">
        <w:rPr>
          <w:sz w:val="24"/>
          <w:szCs w:val="24"/>
          <w:lang w:val="es-ES" w:eastAsia="es-ES"/>
        </w:rPr>
        <w:t>восстанавливают</w:t>
      </w:r>
      <w:proofErr w:type="spellEnd"/>
      <w:r w:rsidRPr="00566B02">
        <w:rPr>
          <w:sz w:val="24"/>
          <w:szCs w:val="24"/>
          <w:lang w:val="es-ES" w:eastAsia="es-ES"/>
        </w:rPr>
        <w:t xml:space="preserve"> </w:t>
      </w:r>
      <w:proofErr w:type="spellStart"/>
      <w:r w:rsidRPr="00566B02">
        <w:rPr>
          <w:sz w:val="24"/>
          <w:szCs w:val="24"/>
          <w:lang w:val="es-ES" w:eastAsia="es-ES"/>
        </w:rPr>
        <w:t>деформированный</w:t>
      </w:r>
      <w:proofErr w:type="spellEnd"/>
      <w:r w:rsidRPr="00566B02">
        <w:rPr>
          <w:sz w:val="24"/>
          <w:szCs w:val="24"/>
          <w:lang w:val="es-ES" w:eastAsia="es-ES"/>
        </w:rPr>
        <w:t xml:space="preserve"> </w:t>
      </w:r>
      <w:proofErr w:type="spellStart"/>
      <w:r w:rsidRPr="00566B02">
        <w:rPr>
          <w:sz w:val="24"/>
          <w:szCs w:val="24"/>
          <w:lang w:val="es-ES" w:eastAsia="es-ES"/>
        </w:rPr>
        <w:t>текст</w:t>
      </w:r>
      <w:proofErr w:type="spellEnd"/>
      <w:r w:rsidRPr="00566B02">
        <w:rPr>
          <w:sz w:val="24"/>
          <w:szCs w:val="24"/>
          <w:lang w:val="es-ES" w:eastAsia="es-ES"/>
        </w:rPr>
        <w:t>;</w:t>
      </w:r>
    </w:p>
    <w:p w14:paraId="31E73FB3" w14:textId="77777777" w:rsidR="00566B02" w:rsidRPr="00566B02" w:rsidRDefault="00566B02" w:rsidP="00566B02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составляют небольшие устные и письменные высказывания;</w:t>
      </w:r>
    </w:p>
    <w:p w14:paraId="0F838D66" w14:textId="77777777" w:rsidR="00566B02" w:rsidRPr="00566B02" w:rsidRDefault="00566B02" w:rsidP="00566B02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передают содержание небольшого повествовательного текста;</w:t>
      </w:r>
    </w:p>
    <w:p w14:paraId="44D42D97" w14:textId="77777777" w:rsidR="00566B02" w:rsidRPr="00566B02" w:rsidRDefault="00566B02" w:rsidP="00566B02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66B02">
        <w:rPr>
          <w:sz w:val="24"/>
          <w:szCs w:val="24"/>
          <w:lang w:val="es-ES" w:eastAsia="es-ES"/>
        </w:rPr>
        <w:t>участвуют</w:t>
      </w:r>
      <w:proofErr w:type="spellEnd"/>
      <w:r w:rsidRPr="00566B02">
        <w:rPr>
          <w:sz w:val="24"/>
          <w:szCs w:val="24"/>
          <w:lang w:val="es-ES" w:eastAsia="es-ES"/>
        </w:rPr>
        <w:t xml:space="preserve"> в </w:t>
      </w:r>
      <w:proofErr w:type="spellStart"/>
      <w:r w:rsidRPr="00566B02">
        <w:rPr>
          <w:sz w:val="24"/>
          <w:szCs w:val="24"/>
          <w:lang w:val="es-ES" w:eastAsia="es-ES"/>
        </w:rPr>
        <w:t>диалоге</w:t>
      </w:r>
      <w:proofErr w:type="spellEnd"/>
      <w:r w:rsidRPr="00566B02">
        <w:rPr>
          <w:sz w:val="24"/>
          <w:szCs w:val="24"/>
          <w:lang w:val="es-ES" w:eastAsia="es-ES"/>
        </w:rPr>
        <w:t>;</w:t>
      </w:r>
    </w:p>
    <w:p w14:paraId="1AE5C1CA" w14:textId="77777777" w:rsidR="00566B02" w:rsidRPr="00566B02" w:rsidRDefault="00566B02" w:rsidP="00566B02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566B02">
        <w:rPr>
          <w:sz w:val="24"/>
          <w:szCs w:val="24"/>
          <w:lang w:val="es-ES" w:eastAsia="es-ES"/>
        </w:rPr>
        <w:t>используют</w:t>
      </w:r>
      <w:proofErr w:type="spellEnd"/>
      <w:r w:rsidRPr="00566B02">
        <w:rPr>
          <w:sz w:val="24"/>
          <w:szCs w:val="24"/>
          <w:lang w:val="es-ES" w:eastAsia="es-ES"/>
        </w:rPr>
        <w:t xml:space="preserve"> </w:t>
      </w:r>
      <w:proofErr w:type="spellStart"/>
      <w:r w:rsidRPr="00566B02">
        <w:rPr>
          <w:sz w:val="24"/>
          <w:szCs w:val="24"/>
          <w:lang w:val="es-ES" w:eastAsia="es-ES"/>
        </w:rPr>
        <w:t>формулы</w:t>
      </w:r>
      <w:proofErr w:type="spellEnd"/>
      <w:r w:rsidRPr="00566B02">
        <w:rPr>
          <w:sz w:val="24"/>
          <w:szCs w:val="24"/>
          <w:lang w:val="es-ES" w:eastAsia="es-ES"/>
        </w:rPr>
        <w:t xml:space="preserve"> </w:t>
      </w:r>
      <w:proofErr w:type="spellStart"/>
      <w:r w:rsidRPr="00566B02">
        <w:rPr>
          <w:sz w:val="24"/>
          <w:szCs w:val="24"/>
          <w:lang w:val="es-ES" w:eastAsia="es-ES"/>
        </w:rPr>
        <w:t>речевого</w:t>
      </w:r>
      <w:proofErr w:type="spellEnd"/>
      <w:r w:rsidRPr="00566B02">
        <w:rPr>
          <w:sz w:val="24"/>
          <w:szCs w:val="24"/>
          <w:lang w:val="es-ES" w:eastAsia="es-ES"/>
        </w:rPr>
        <w:t xml:space="preserve"> </w:t>
      </w:r>
      <w:proofErr w:type="spellStart"/>
      <w:r w:rsidRPr="00566B02">
        <w:rPr>
          <w:sz w:val="24"/>
          <w:szCs w:val="24"/>
          <w:lang w:val="es-ES" w:eastAsia="es-ES"/>
        </w:rPr>
        <w:t>этикета</w:t>
      </w:r>
      <w:proofErr w:type="spellEnd"/>
      <w:r w:rsidRPr="00566B02">
        <w:rPr>
          <w:sz w:val="24"/>
          <w:szCs w:val="24"/>
          <w:lang w:val="es-ES" w:eastAsia="es-ES"/>
        </w:rPr>
        <w:t>;</w:t>
      </w:r>
    </w:p>
    <w:p w14:paraId="7B48243E" w14:textId="77777777" w:rsidR="00566B02" w:rsidRPr="00566B02" w:rsidRDefault="00566B02" w:rsidP="00566B02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работают индивидуально, в паре и группе;</w:t>
      </w:r>
    </w:p>
    <w:p w14:paraId="19A351C4" w14:textId="77777777" w:rsidR="00566B02" w:rsidRPr="00566B02" w:rsidRDefault="00566B02" w:rsidP="00566B02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выполняют задания по предложенному алгоритму;</w:t>
      </w:r>
    </w:p>
    <w:p w14:paraId="29848DC4" w14:textId="77777777" w:rsidR="00566B02" w:rsidRPr="00566B02" w:rsidRDefault="00566B02" w:rsidP="00566B02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используют схемы, модели, таблицы и другие способы представления языковой информации;</w:t>
      </w:r>
    </w:p>
    <w:p w14:paraId="5D3F6F91" w14:textId="77777777" w:rsidR="00566B02" w:rsidRDefault="00566B02" w:rsidP="00566B02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66B02">
        <w:rPr>
          <w:sz w:val="24"/>
          <w:szCs w:val="24"/>
          <w:lang w:eastAsia="es-ES"/>
        </w:rPr>
        <w:t>осуществляют самоконтроль и оценку результата выполненной работы.</w:t>
      </w:r>
    </w:p>
    <w:p w14:paraId="6C6C356F" w14:textId="77777777" w:rsidR="0067037F" w:rsidRDefault="0067037F" w:rsidP="0067037F">
      <w:pPr>
        <w:widowControl/>
        <w:autoSpaceDE/>
        <w:autoSpaceDN/>
        <w:ind w:left="720"/>
        <w:rPr>
          <w:sz w:val="24"/>
          <w:szCs w:val="24"/>
          <w:lang w:eastAsia="es-ES"/>
        </w:rPr>
      </w:pPr>
    </w:p>
    <w:p w14:paraId="68135A4A" w14:textId="77777777" w:rsidR="0067037F" w:rsidRPr="0067037F" w:rsidRDefault="0067037F" w:rsidP="0067037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49B8091E" w14:textId="0AC079E8" w:rsidR="0067037F" w:rsidRPr="0067037F" w:rsidRDefault="0067037F" w:rsidP="0067037F">
      <w:pPr>
        <w:pStyle w:val="a9"/>
        <w:widowControl/>
        <w:numPr>
          <w:ilvl w:val="1"/>
          <w:numId w:val="8"/>
        </w:numPr>
        <w:autoSpaceDE/>
        <w:autoSpaceDN/>
        <w:jc w:val="center"/>
        <w:rPr>
          <w:b/>
          <w:bCs/>
          <w:sz w:val="24"/>
          <w:szCs w:val="24"/>
          <w:lang w:eastAsia="es-ES"/>
        </w:rPr>
      </w:pPr>
      <w:r w:rsidRPr="0067037F">
        <w:rPr>
          <w:b/>
          <w:bCs/>
          <w:sz w:val="24"/>
          <w:szCs w:val="24"/>
          <w:lang w:eastAsia="es-ES"/>
        </w:rPr>
        <w:t>ПЛАНИРУЕМЫЕ РЕЗУЛЬТАТЫ ОСВОЕНИЯ УЧЕБНОГО ПРЕДМЕТА «РУССКИЙ ЯЗЫК»</w:t>
      </w:r>
    </w:p>
    <w:p w14:paraId="5E76B311" w14:textId="77777777" w:rsidR="0067037F" w:rsidRPr="0067037F" w:rsidRDefault="0067037F" w:rsidP="0067037F">
      <w:pPr>
        <w:pStyle w:val="a9"/>
        <w:widowControl/>
        <w:autoSpaceDE/>
        <w:autoSpaceDN/>
        <w:ind w:left="1440"/>
        <w:rPr>
          <w:b/>
          <w:bCs/>
          <w:sz w:val="24"/>
          <w:szCs w:val="24"/>
          <w:lang w:eastAsia="es-ES"/>
        </w:rPr>
      </w:pPr>
    </w:p>
    <w:p w14:paraId="3442AF92" w14:textId="77777777" w:rsidR="0067037F" w:rsidRPr="0067037F" w:rsidRDefault="0067037F" w:rsidP="0067037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Изучение учебного предмета «Русский язык» во 2 классе направлено на достижение обучающимися личностных, метапредметных и предметных результатов освоения программы начального общего образования.</w:t>
      </w:r>
    </w:p>
    <w:p w14:paraId="7D564E8D" w14:textId="77777777" w:rsidR="0067037F" w:rsidRPr="0067037F" w:rsidRDefault="0067037F" w:rsidP="0067037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Личностные и метапредметные результаты формируются на протяжении всего периода начального общего образования с учётом возрастных особенностей обучающихся. Предметные результаты конкретизируются применительно к содержанию учебного предмета «Русский язык» во 2 классе.</w:t>
      </w:r>
    </w:p>
    <w:p w14:paraId="7310613E" w14:textId="77777777" w:rsidR="0067037F" w:rsidRPr="0067037F" w:rsidRDefault="0067037F" w:rsidP="0067037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7037F">
        <w:rPr>
          <w:b/>
          <w:bCs/>
          <w:sz w:val="24"/>
          <w:szCs w:val="24"/>
          <w:lang w:eastAsia="es-ES"/>
        </w:rPr>
        <w:t>5.1. Личностные результаты</w:t>
      </w:r>
    </w:p>
    <w:p w14:paraId="566F88A0" w14:textId="77777777" w:rsidR="0067037F" w:rsidRPr="0067037F" w:rsidRDefault="0067037F" w:rsidP="0067037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В результате изучения учебного предмета «Русский язык» создаются условия для формирования у обучающихся следующих личностных результатов.</w:t>
      </w:r>
    </w:p>
    <w:p w14:paraId="0FD93AC5" w14:textId="77777777" w:rsidR="0067037F" w:rsidRPr="0067037F" w:rsidRDefault="0067037F" w:rsidP="0067037F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67037F">
        <w:rPr>
          <w:b/>
          <w:bCs/>
          <w:sz w:val="24"/>
          <w:szCs w:val="24"/>
          <w:lang w:val="es-ES" w:eastAsia="es-ES"/>
        </w:rPr>
        <w:t>Гражданско-патриотическое</w:t>
      </w:r>
      <w:proofErr w:type="spellEnd"/>
      <w:r w:rsidRPr="0067037F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</w:p>
    <w:p w14:paraId="1BB04679" w14:textId="77777777" w:rsidR="0067037F" w:rsidRPr="0067037F" w:rsidRDefault="0067037F" w:rsidP="0067037F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67037F">
        <w:rPr>
          <w:sz w:val="24"/>
          <w:szCs w:val="24"/>
          <w:lang w:val="es-ES" w:eastAsia="es-ES"/>
        </w:rPr>
        <w:t>Обучающийся</w:t>
      </w:r>
      <w:proofErr w:type="spellEnd"/>
      <w:r w:rsidRPr="0067037F">
        <w:rPr>
          <w:sz w:val="24"/>
          <w:szCs w:val="24"/>
          <w:lang w:val="es-ES" w:eastAsia="es-ES"/>
        </w:rPr>
        <w:t>:</w:t>
      </w:r>
    </w:p>
    <w:p w14:paraId="548C5E8E" w14:textId="77777777" w:rsidR="0067037F" w:rsidRPr="0067037F" w:rsidRDefault="0067037F" w:rsidP="0067037F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проявляет ценностное отношение к своей Родине, в том числе через изучение русского языка, отражающего историю и культуру страны;</w:t>
      </w:r>
    </w:p>
    <w:p w14:paraId="28145C2F" w14:textId="77777777" w:rsidR="0067037F" w:rsidRPr="0067037F" w:rsidRDefault="0067037F" w:rsidP="0067037F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осознаёт свою принадлежность к российскому обществу и понимает значение русского языка как государственного языка Российской Федерации и средства общения народов России;</w:t>
      </w:r>
    </w:p>
    <w:p w14:paraId="30212E73" w14:textId="77777777" w:rsidR="0067037F" w:rsidRPr="0067037F" w:rsidRDefault="0067037F" w:rsidP="0067037F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проявляет уважительное отношение к своему и другим народам, их культуре и традициям;</w:t>
      </w:r>
    </w:p>
    <w:p w14:paraId="03FFAE2C" w14:textId="77777777" w:rsidR="0067037F" w:rsidRPr="0067037F" w:rsidRDefault="0067037F" w:rsidP="0067037F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получает первоначальные представления о человеке как члене общества, его правах и ответственности, достоинстве человека, правилах и нормах межличностных отношений;</w:t>
      </w:r>
    </w:p>
    <w:p w14:paraId="02C990E6" w14:textId="77777777" w:rsidR="0067037F" w:rsidRPr="0067037F" w:rsidRDefault="0067037F" w:rsidP="0067037F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7037F">
        <w:rPr>
          <w:sz w:val="24"/>
          <w:szCs w:val="24"/>
          <w:lang w:eastAsia="es-ES"/>
        </w:rPr>
        <w:t xml:space="preserve">проявляет интерес к истории, культуре и языковому наследию </w:t>
      </w:r>
      <w:proofErr w:type="spellStart"/>
      <w:r w:rsidRPr="0067037F">
        <w:rPr>
          <w:sz w:val="24"/>
          <w:szCs w:val="24"/>
          <w:lang w:val="es-ES" w:eastAsia="es-ES"/>
        </w:rPr>
        <w:t>России</w:t>
      </w:r>
      <w:proofErr w:type="spellEnd"/>
      <w:r w:rsidRPr="0067037F">
        <w:rPr>
          <w:sz w:val="24"/>
          <w:szCs w:val="24"/>
          <w:lang w:val="es-ES" w:eastAsia="es-ES"/>
        </w:rPr>
        <w:t>.</w:t>
      </w:r>
    </w:p>
    <w:p w14:paraId="09C882E7" w14:textId="77777777" w:rsidR="0067037F" w:rsidRPr="0067037F" w:rsidRDefault="0067037F" w:rsidP="0067037F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67037F">
        <w:rPr>
          <w:b/>
          <w:bCs/>
          <w:sz w:val="24"/>
          <w:szCs w:val="24"/>
          <w:lang w:val="es-ES" w:eastAsia="es-ES"/>
        </w:rPr>
        <w:t>Духовно-нравственное</w:t>
      </w:r>
      <w:proofErr w:type="spellEnd"/>
      <w:r w:rsidRPr="0067037F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</w:p>
    <w:p w14:paraId="6C528600" w14:textId="77777777" w:rsidR="0067037F" w:rsidRPr="0067037F" w:rsidRDefault="0067037F" w:rsidP="0067037F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67037F">
        <w:rPr>
          <w:sz w:val="24"/>
          <w:szCs w:val="24"/>
          <w:lang w:val="es-ES" w:eastAsia="es-ES"/>
        </w:rPr>
        <w:t>Обучающийся</w:t>
      </w:r>
      <w:proofErr w:type="spellEnd"/>
      <w:r w:rsidRPr="0067037F">
        <w:rPr>
          <w:sz w:val="24"/>
          <w:szCs w:val="24"/>
          <w:lang w:val="es-ES" w:eastAsia="es-ES"/>
        </w:rPr>
        <w:t>:</w:t>
      </w:r>
    </w:p>
    <w:p w14:paraId="34EB93AB" w14:textId="77777777" w:rsidR="0067037F" w:rsidRPr="0067037F" w:rsidRDefault="0067037F" w:rsidP="0067037F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осознаёт язык как одну из духовно-нравственных ценностей народа;</w:t>
      </w:r>
    </w:p>
    <w:p w14:paraId="4C8CE468" w14:textId="77777777" w:rsidR="0067037F" w:rsidRPr="0067037F" w:rsidRDefault="0067037F" w:rsidP="0067037F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проявляет уважение к индивидуальности другого человека;</w:t>
      </w:r>
    </w:p>
    <w:p w14:paraId="54234917" w14:textId="77777777" w:rsidR="0067037F" w:rsidRPr="0067037F" w:rsidRDefault="0067037F" w:rsidP="0067037F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проявляет доброжелательность, сопереживание и уважение в процессе общения;</w:t>
      </w:r>
    </w:p>
    <w:p w14:paraId="68B7D2FE" w14:textId="77777777" w:rsidR="0067037F" w:rsidRPr="0067037F" w:rsidRDefault="0067037F" w:rsidP="0067037F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использует доступные языковые средства для корректного выражения своих мыслей, чувств и отношения к происходящему;</w:t>
      </w:r>
    </w:p>
    <w:p w14:paraId="6F2639BB" w14:textId="77777777" w:rsidR="0067037F" w:rsidRPr="0067037F" w:rsidRDefault="0067037F" w:rsidP="0067037F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соблюдает основные нравственные нормы общения;</w:t>
      </w:r>
    </w:p>
    <w:p w14:paraId="2881A482" w14:textId="77777777" w:rsidR="0067037F" w:rsidRPr="0067037F" w:rsidRDefault="0067037F" w:rsidP="0067037F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осознаёт недопустимость использования речи для причинения морального вреда другому человеку.</w:t>
      </w:r>
    </w:p>
    <w:p w14:paraId="1090E685" w14:textId="77777777" w:rsidR="0067037F" w:rsidRPr="0067037F" w:rsidRDefault="0067037F" w:rsidP="0067037F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67037F">
        <w:rPr>
          <w:b/>
          <w:bCs/>
          <w:sz w:val="24"/>
          <w:szCs w:val="24"/>
          <w:lang w:val="es-ES" w:eastAsia="es-ES"/>
        </w:rPr>
        <w:t>Эстетическое</w:t>
      </w:r>
      <w:proofErr w:type="spellEnd"/>
      <w:r w:rsidRPr="0067037F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</w:p>
    <w:p w14:paraId="21E8473F" w14:textId="77777777" w:rsidR="0067037F" w:rsidRPr="0067037F" w:rsidRDefault="0067037F" w:rsidP="0067037F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67037F">
        <w:rPr>
          <w:sz w:val="24"/>
          <w:szCs w:val="24"/>
          <w:lang w:val="es-ES" w:eastAsia="es-ES"/>
        </w:rPr>
        <w:t>Обучающийся</w:t>
      </w:r>
      <w:proofErr w:type="spellEnd"/>
      <w:r w:rsidRPr="0067037F">
        <w:rPr>
          <w:sz w:val="24"/>
          <w:szCs w:val="24"/>
          <w:lang w:val="es-ES" w:eastAsia="es-ES"/>
        </w:rPr>
        <w:t>:</w:t>
      </w:r>
    </w:p>
    <w:p w14:paraId="670207F0" w14:textId="77777777" w:rsidR="0067037F" w:rsidRPr="0067037F" w:rsidRDefault="0067037F" w:rsidP="0067037F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проявляет уважительное отношение и интерес к художественной культуре;</w:t>
      </w:r>
    </w:p>
    <w:p w14:paraId="53F76A0A" w14:textId="77777777" w:rsidR="0067037F" w:rsidRPr="0067037F" w:rsidRDefault="0067037F" w:rsidP="0067037F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воспринимает русский язык как средство выражения мыслей, чувств и эстетического отношения к окружающему миру;</w:t>
      </w:r>
    </w:p>
    <w:p w14:paraId="55ABD208" w14:textId="77777777" w:rsidR="0067037F" w:rsidRPr="0067037F" w:rsidRDefault="0067037F" w:rsidP="0067037F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проявляет интерес к выразительным возможностям русского языка;</w:t>
      </w:r>
    </w:p>
    <w:p w14:paraId="3BA552ED" w14:textId="77777777" w:rsidR="0067037F" w:rsidRPr="0067037F" w:rsidRDefault="0067037F" w:rsidP="0067037F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стремится к точности, выразительности и уместности собственной речи;</w:t>
      </w:r>
    </w:p>
    <w:p w14:paraId="506B15A7" w14:textId="77777777" w:rsidR="0067037F" w:rsidRPr="0067037F" w:rsidRDefault="0067037F" w:rsidP="0067037F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проявляет интерес к словесному творчеству.</w:t>
      </w:r>
    </w:p>
    <w:p w14:paraId="372A936A" w14:textId="77777777" w:rsidR="0067037F" w:rsidRPr="0067037F" w:rsidRDefault="0067037F" w:rsidP="0067037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7037F">
        <w:rPr>
          <w:b/>
          <w:bCs/>
          <w:sz w:val="24"/>
          <w:szCs w:val="24"/>
          <w:lang w:eastAsia="es-ES"/>
        </w:rPr>
        <w:t>Физическое воспитание, формирование культуры здоровья и эмоционального благополучия</w:t>
      </w:r>
    </w:p>
    <w:p w14:paraId="77662AFD" w14:textId="77777777" w:rsidR="0067037F" w:rsidRPr="0067037F" w:rsidRDefault="0067037F" w:rsidP="0067037F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67037F">
        <w:rPr>
          <w:sz w:val="24"/>
          <w:szCs w:val="24"/>
          <w:lang w:val="es-ES" w:eastAsia="es-ES"/>
        </w:rPr>
        <w:t>Обучающийся</w:t>
      </w:r>
      <w:proofErr w:type="spellEnd"/>
      <w:r w:rsidRPr="0067037F">
        <w:rPr>
          <w:sz w:val="24"/>
          <w:szCs w:val="24"/>
          <w:lang w:val="es-ES" w:eastAsia="es-ES"/>
        </w:rPr>
        <w:t>:</w:t>
      </w:r>
    </w:p>
    <w:p w14:paraId="258C11D1" w14:textId="77777777" w:rsidR="0067037F" w:rsidRPr="0067037F" w:rsidRDefault="0067037F" w:rsidP="0067037F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соблюдает правила безопасной организации учебной деятельности;</w:t>
      </w:r>
    </w:p>
    <w:p w14:paraId="0994339B" w14:textId="77777777" w:rsidR="0067037F" w:rsidRPr="0067037F" w:rsidRDefault="0067037F" w:rsidP="0067037F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осознаёт необходимость соблюдения правил здорового образа жизни;</w:t>
      </w:r>
    </w:p>
    <w:p w14:paraId="158C6906" w14:textId="77777777" w:rsidR="0067037F" w:rsidRPr="0067037F" w:rsidRDefault="0067037F" w:rsidP="0067037F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проявляет способность организовывать свою деятельность с учётом требований к сохранению здоровья;</w:t>
      </w:r>
    </w:p>
    <w:p w14:paraId="46A5C8FF" w14:textId="77777777" w:rsidR="0067037F" w:rsidRPr="0067037F" w:rsidRDefault="0067037F" w:rsidP="0067037F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стремится корректно выражать своё эмоциональное состояние средствами языка;</w:t>
      </w:r>
    </w:p>
    <w:p w14:paraId="611CB2DB" w14:textId="77777777" w:rsidR="0067037F" w:rsidRPr="0067037F" w:rsidRDefault="0067037F" w:rsidP="0067037F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соблюдает правила безопасного поведения при использовании электронных образовательных ресурсов.</w:t>
      </w:r>
    </w:p>
    <w:p w14:paraId="25065BB2" w14:textId="77777777" w:rsidR="0067037F" w:rsidRPr="0067037F" w:rsidRDefault="0067037F" w:rsidP="0067037F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67037F">
        <w:rPr>
          <w:b/>
          <w:bCs/>
          <w:sz w:val="24"/>
          <w:szCs w:val="24"/>
          <w:lang w:val="es-ES" w:eastAsia="es-ES"/>
        </w:rPr>
        <w:t>Трудовое</w:t>
      </w:r>
      <w:proofErr w:type="spellEnd"/>
      <w:r w:rsidRPr="0067037F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</w:p>
    <w:p w14:paraId="7FF870DC" w14:textId="77777777" w:rsidR="0067037F" w:rsidRPr="0067037F" w:rsidRDefault="0067037F" w:rsidP="0067037F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67037F">
        <w:rPr>
          <w:sz w:val="24"/>
          <w:szCs w:val="24"/>
          <w:lang w:val="es-ES" w:eastAsia="es-ES"/>
        </w:rPr>
        <w:t>Обучающийся</w:t>
      </w:r>
      <w:proofErr w:type="spellEnd"/>
      <w:r w:rsidRPr="0067037F">
        <w:rPr>
          <w:sz w:val="24"/>
          <w:szCs w:val="24"/>
          <w:lang w:val="es-ES" w:eastAsia="es-ES"/>
        </w:rPr>
        <w:t>:</w:t>
      </w:r>
    </w:p>
    <w:p w14:paraId="790EA6C6" w14:textId="77777777" w:rsidR="0067037F" w:rsidRPr="0067037F" w:rsidRDefault="0067037F" w:rsidP="0067037F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осознаёт ценность труда в жизни человека и общества;</w:t>
      </w:r>
    </w:p>
    <w:p w14:paraId="4220E7B3" w14:textId="77777777" w:rsidR="0067037F" w:rsidRPr="0067037F" w:rsidRDefault="0067037F" w:rsidP="0067037F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проявляет ответственное отношение к учебной деятельности;</w:t>
      </w:r>
    </w:p>
    <w:p w14:paraId="03659BEB" w14:textId="77777777" w:rsidR="0067037F" w:rsidRPr="0067037F" w:rsidRDefault="0067037F" w:rsidP="0067037F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стремится качественно выполнять учебные задания;</w:t>
      </w:r>
    </w:p>
    <w:p w14:paraId="6C1B2A56" w14:textId="77777777" w:rsidR="0067037F" w:rsidRPr="0067037F" w:rsidRDefault="0067037F" w:rsidP="0067037F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проявляет самостоятельность и настойчивость при выполнении языковых и речевых заданий;</w:t>
      </w:r>
    </w:p>
    <w:p w14:paraId="69340646" w14:textId="77777777" w:rsidR="0067037F" w:rsidRPr="0067037F" w:rsidRDefault="0067037F" w:rsidP="0067037F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осознаёт значение грамотного владения русским языком для дальнейшего обучения и различных видов деятельности.</w:t>
      </w:r>
    </w:p>
    <w:p w14:paraId="0BE18DF7" w14:textId="77777777" w:rsidR="0067037F" w:rsidRPr="0067037F" w:rsidRDefault="0067037F" w:rsidP="0067037F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67037F">
        <w:rPr>
          <w:b/>
          <w:bCs/>
          <w:sz w:val="24"/>
          <w:szCs w:val="24"/>
          <w:lang w:val="es-ES" w:eastAsia="es-ES"/>
        </w:rPr>
        <w:t>Экологическое</w:t>
      </w:r>
      <w:proofErr w:type="spellEnd"/>
      <w:r w:rsidRPr="0067037F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</w:p>
    <w:p w14:paraId="670FEABC" w14:textId="77777777" w:rsidR="0067037F" w:rsidRPr="0067037F" w:rsidRDefault="0067037F" w:rsidP="0067037F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67037F">
        <w:rPr>
          <w:sz w:val="24"/>
          <w:szCs w:val="24"/>
          <w:lang w:val="es-ES" w:eastAsia="es-ES"/>
        </w:rPr>
        <w:t>Обучающийся</w:t>
      </w:r>
      <w:proofErr w:type="spellEnd"/>
      <w:r w:rsidRPr="0067037F">
        <w:rPr>
          <w:sz w:val="24"/>
          <w:szCs w:val="24"/>
          <w:lang w:val="es-ES" w:eastAsia="es-ES"/>
        </w:rPr>
        <w:t>:</w:t>
      </w:r>
    </w:p>
    <w:p w14:paraId="68AD1C5D" w14:textId="77777777" w:rsidR="0067037F" w:rsidRPr="0067037F" w:rsidRDefault="0067037F" w:rsidP="0067037F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проявляет бережное отношение к природе и окружающей среде;</w:t>
      </w:r>
    </w:p>
    <w:p w14:paraId="54261578" w14:textId="77777777" w:rsidR="0067037F" w:rsidRPr="0067037F" w:rsidRDefault="0067037F" w:rsidP="0067037F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осознаёт необходимость ответственного поведения по отношению к природе;</w:t>
      </w:r>
    </w:p>
    <w:p w14:paraId="541275D5" w14:textId="77777777" w:rsidR="0067037F" w:rsidRPr="0067037F" w:rsidRDefault="0067037F" w:rsidP="0067037F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воспринимает информацию экологической направленности при работе с учебными текстами;</w:t>
      </w:r>
    </w:p>
    <w:p w14:paraId="633F5307" w14:textId="77777777" w:rsidR="0067037F" w:rsidRPr="0067037F" w:rsidRDefault="0067037F" w:rsidP="0067037F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использует речевые средства для выражения собственного отношения к природе и окружающему миру.</w:t>
      </w:r>
    </w:p>
    <w:p w14:paraId="0F612DE7" w14:textId="77777777" w:rsidR="0067037F" w:rsidRPr="0067037F" w:rsidRDefault="0067037F" w:rsidP="0067037F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67037F">
        <w:rPr>
          <w:b/>
          <w:bCs/>
          <w:sz w:val="24"/>
          <w:szCs w:val="24"/>
          <w:lang w:val="es-ES" w:eastAsia="es-ES"/>
        </w:rPr>
        <w:t>Ценность</w:t>
      </w:r>
      <w:proofErr w:type="spellEnd"/>
      <w:r w:rsidRPr="0067037F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b/>
          <w:bCs/>
          <w:sz w:val="24"/>
          <w:szCs w:val="24"/>
          <w:lang w:val="es-ES" w:eastAsia="es-ES"/>
        </w:rPr>
        <w:t>научного</w:t>
      </w:r>
      <w:proofErr w:type="spellEnd"/>
      <w:r w:rsidRPr="0067037F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b/>
          <w:bCs/>
          <w:sz w:val="24"/>
          <w:szCs w:val="24"/>
          <w:lang w:val="es-ES" w:eastAsia="es-ES"/>
        </w:rPr>
        <w:t>познания</w:t>
      </w:r>
      <w:proofErr w:type="spellEnd"/>
    </w:p>
    <w:p w14:paraId="1E2AC226" w14:textId="77777777" w:rsidR="0067037F" w:rsidRPr="0067037F" w:rsidRDefault="0067037F" w:rsidP="0067037F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67037F">
        <w:rPr>
          <w:sz w:val="24"/>
          <w:szCs w:val="24"/>
          <w:lang w:val="es-ES" w:eastAsia="es-ES"/>
        </w:rPr>
        <w:t>Обучающийся</w:t>
      </w:r>
      <w:proofErr w:type="spellEnd"/>
      <w:r w:rsidRPr="0067037F">
        <w:rPr>
          <w:sz w:val="24"/>
          <w:szCs w:val="24"/>
          <w:lang w:val="es-ES" w:eastAsia="es-ES"/>
        </w:rPr>
        <w:t>:</w:t>
      </w:r>
    </w:p>
    <w:p w14:paraId="6966ED5D" w14:textId="77777777" w:rsidR="0067037F" w:rsidRPr="0067037F" w:rsidRDefault="0067037F" w:rsidP="0067037F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проявляет познавательный интерес к изучению русского языка;</w:t>
      </w:r>
    </w:p>
    <w:p w14:paraId="2CAD0684" w14:textId="77777777" w:rsidR="0067037F" w:rsidRPr="0067037F" w:rsidRDefault="0067037F" w:rsidP="0067037F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осознаёт ценность знаний и необходимость систематического обучения;</w:t>
      </w:r>
    </w:p>
    <w:p w14:paraId="04DFC7DB" w14:textId="77777777" w:rsidR="0067037F" w:rsidRPr="0067037F" w:rsidRDefault="0067037F" w:rsidP="0067037F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проявляет стремление к познанию закономерностей русского языка;</w:t>
      </w:r>
    </w:p>
    <w:p w14:paraId="1802BE21" w14:textId="77777777" w:rsidR="0067037F" w:rsidRPr="0067037F" w:rsidRDefault="0067037F" w:rsidP="0067037F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использует наблюдение, сравнение, анализ и классификацию при изучении языковых явлений;</w:t>
      </w:r>
    </w:p>
    <w:p w14:paraId="3C44B9DA" w14:textId="77777777" w:rsidR="0067037F" w:rsidRPr="0067037F" w:rsidRDefault="0067037F" w:rsidP="0067037F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проявляет самостоятельность при выполнении учебных заданий;</w:t>
      </w:r>
    </w:p>
    <w:p w14:paraId="339AAD13" w14:textId="77777777" w:rsidR="0067037F" w:rsidRPr="0067037F" w:rsidRDefault="0067037F" w:rsidP="0067037F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стремится устанавливать причины собственных ошибок и находить способы их исправления.</w:t>
      </w:r>
    </w:p>
    <w:p w14:paraId="4FEE7350" w14:textId="77777777" w:rsidR="0067037F" w:rsidRPr="0067037F" w:rsidRDefault="0067037F" w:rsidP="0067037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7037F">
        <w:rPr>
          <w:b/>
          <w:bCs/>
          <w:sz w:val="24"/>
          <w:szCs w:val="24"/>
          <w:lang w:eastAsia="es-ES"/>
        </w:rPr>
        <w:t>5.2. Метапредметные результаты</w:t>
      </w:r>
    </w:p>
    <w:p w14:paraId="09CAB3DC" w14:textId="77777777" w:rsidR="0067037F" w:rsidRPr="0067037F" w:rsidRDefault="0067037F" w:rsidP="0067037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В результате изучения русского языка у обучающегося формируются познавательные, коммуникативные и регулятивные универсальные учебные действия.</w:t>
      </w:r>
    </w:p>
    <w:p w14:paraId="4062B2B3" w14:textId="77777777" w:rsidR="0067037F" w:rsidRPr="0067037F" w:rsidRDefault="0067037F" w:rsidP="0067037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7037F">
        <w:rPr>
          <w:b/>
          <w:bCs/>
          <w:sz w:val="24"/>
          <w:szCs w:val="24"/>
          <w:lang w:eastAsia="es-ES"/>
        </w:rPr>
        <w:t>Познавательные универсальные учебные действия</w:t>
      </w:r>
    </w:p>
    <w:p w14:paraId="256E4436" w14:textId="77777777" w:rsidR="0067037F" w:rsidRPr="0067037F" w:rsidRDefault="0067037F" w:rsidP="0067037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7037F">
        <w:rPr>
          <w:b/>
          <w:bCs/>
          <w:sz w:val="24"/>
          <w:szCs w:val="24"/>
          <w:lang w:eastAsia="es-ES"/>
        </w:rPr>
        <w:t>Базовые логические действия</w:t>
      </w:r>
    </w:p>
    <w:p w14:paraId="123B9487" w14:textId="77777777" w:rsidR="0067037F" w:rsidRPr="0067037F" w:rsidRDefault="0067037F" w:rsidP="0067037F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67037F">
        <w:rPr>
          <w:sz w:val="24"/>
          <w:szCs w:val="24"/>
          <w:lang w:val="es-ES" w:eastAsia="es-ES"/>
        </w:rPr>
        <w:t>Обучающийся</w:t>
      </w:r>
      <w:proofErr w:type="spellEnd"/>
      <w:r w:rsidRPr="0067037F">
        <w:rPr>
          <w:sz w:val="24"/>
          <w:szCs w:val="24"/>
          <w:lang w:val="es-ES" w:eastAsia="es-ES"/>
        </w:rPr>
        <w:t>:</w:t>
      </w:r>
    </w:p>
    <w:p w14:paraId="12BDA868" w14:textId="77777777" w:rsidR="0067037F" w:rsidRPr="0067037F" w:rsidRDefault="0067037F" w:rsidP="0067037F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сравнивает языковые единицы и устанавливает основания для их сравнения;</w:t>
      </w:r>
    </w:p>
    <w:p w14:paraId="10F25B73" w14:textId="77777777" w:rsidR="0067037F" w:rsidRPr="0067037F" w:rsidRDefault="0067037F" w:rsidP="0067037F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устанавливает аналогии между изучаемыми языковыми явлениями;</w:t>
      </w:r>
    </w:p>
    <w:p w14:paraId="3CAB1110" w14:textId="77777777" w:rsidR="0067037F" w:rsidRPr="0067037F" w:rsidRDefault="0067037F" w:rsidP="0067037F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объединяет языковые единицы в группы по заданному признаку;</w:t>
      </w:r>
    </w:p>
    <w:p w14:paraId="09BA54D4" w14:textId="77777777" w:rsidR="0067037F" w:rsidRPr="0067037F" w:rsidRDefault="0067037F" w:rsidP="0067037F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определяет существенные признаки языковых единиц;</w:t>
      </w:r>
    </w:p>
    <w:p w14:paraId="4C54FD77" w14:textId="77777777" w:rsidR="0067037F" w:rsidRPr="0067037F" w:rsidRDefault="0067037F" w:rsidP="0067037F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различает существенные и несущественные признаки изучаемых языковых явлений;</w:t>
      </w:r>
    </w:p>
    <w:p w14:paraId="738C9DC3" w14:textId="77777777" w:rsidR="0067037F" w:rsidRPr="0067037F" w:rsidRDefault="0067037F" w:rsidP="0067037F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классифицирует слова, звуки, предложения и другие языковые единицы по заданным основаниям;</w:t>
      </w:r>
    </w:p>
    <w:p w14:paraId="748D3261" w14:textId="77777777" w:rsidR="0067037F" w:rsidRPr="0067037F" w:rsidRDefault="0067037F" w:rsidP="0067037F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устанавливает закономерности в языковом материале;</w:t>
      </w:r>
    </w:p>
    <w:p w14:paraId="67D2ACD8" w14:textId="77777777" w:rsidR="0067037F" w:rsidRPr="0067037F" w:rsidRDefault="0067037F" w:rsidP="0067037F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формулирует простые выводы на основе наблюдения и анализа;</w:t>
      </w:r>
    </w:p>
    <w:p w14:paraId="183DD32E" w14:textId="77777777" w:rsidR="0067037F" w:rsidRPr="0067037F" w:rsidRDefault="0067037F" w:rsidP="0067037F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использует изученные языковые понятия при решении учебных задач.</w:t>
      </w:r>
    </w:p>
    <w:p w14:paraId="16DB5717" w14:textId="77777777" w:rsidR="0067037F" w:rsidRPr="0067037F" w:rsidRDefault="0067037F" w:rsidP="0067037F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67037F">
        <w:rPr>
          <w:b/>
          <w:bCs/>
          <w:sz w:val="24"/>
          <w:szCs w:val="24"/>
          <w:lang w:val="es-ES" w:eastAsia="es-ES"/>
        </w:rPr>
        <w:t>Базовые</w:t>
      </w:r>
      <w:proofErr w:type="spellEnd"/>
      <w:r w:rsidRPr="0067037F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b/>
          <w:bCs/>
          <w:sz w:val="24"/>
          <w:szCs w:val="24"/>
          <w:lang w:val="es-ES" w:eastAsia="es-ES"/>
        </w:rPr>
        <w:t>исследовательские</w:t>
      </w:r>
      <w:proofErr w:type="spellEnd"/>
      <w:r w:rsidRPr="0067037F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b/>
          <w:bCs/>
          <w:sz w:val="24"/>
          <w:szCs w:val="24"/>
          <w:lang w:val="es-ES" w:eastAsia="es-ES"/>
        </w:rPr>
        <w:t>действия</w:t>
      </w:r>
      <w:proofErr w:type="spellEnd"/>
    </w:p>
    <w:p w14:paraId="77A8DCDA" w14:textId="77777777" w:rsidR="0067037F" w:rsidRPr="0067037F" w:rsidRDefault="0067037F" w:rsidP="0067037F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67037F">
        <w:rPr>
          <w:sz w:val="24"/>
          <w:szCs w:val="24"/>
          <w:lang w:val="es-ES" w:eastAsia="es-ES"/>
        </w:rPr>
        <w:t>Обучающийся</w:t>
      </w:r>
      <w:proofErr w:type="spellEnd"/>
      <w:r w:rsidRPr="0067037F">
        <w:rPr>
          <w:sz w:val="24"/>
          <w:szCs w:val="24"/>
          <w:lang w:val="es-ES" w:eastAsia="es-ES"/>
        </w:rPr>
        <w:t>:</w:t>
      </w:r>
    </w:p>
    <w:p w14:paraId="242D8CAF" w14:textId="77777777" w:rsidR="0067037F" w:rsidRPr="0067037F" w:rsidRDefault="0067037F" w:rsidP="0067037F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определяет учебную задачу при работе с языковым материалом;</w:t>
      </w:r>
    </w:p>
    <w:p w14:paraId="027AE839" w14:textId="77777777" w:rsidR="0067037F" w:rsidRPr="0067037F" w:rsidRDefault="0067037F" w:rsidP="0067037F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наблюдает за языковыми единицами и явлениями;</w:t>
      </w:r>
    </w:p>
    <w:p w14:paraId="402B9398" w14:textId="77777777" w:rsidR="0067037F" w:rsidRPr="0067037F" w:rsidRDefault="0067037F" w:rsidP="0067037F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7037F">
        <w:rPr>
          <w:sz w:val="24"/>
          <w:szCs w:val="24"/>
          <w:lang w:val="es-ES" w:eastAsia="es-ES"/>
        </w:rPr>
        <w:t>сравнивает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результаты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наблюдений</w:t>
      </w:r>
      <w:proofErr w:type="spellEnd"/>
      <w:r w:rsidRPr="0067037F">
        <w:rPr>
          <w:sz w:val="24"/>
          <w:szCs w:val="24"/>
          <w:lang w:val="es-ES" w:eastAsia="es-ES"/>
        </w:rPr>
        <w:t>;</w:t>
      </w:r>
    </w:p>
    <w:p w14:paraId="62CA1399" w14:textId="77777777" w:rsidR="0067037F" w:rsidRPr="0067037F" w:rsidRDefault="0067037F" w:rsidP="0067037F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устанавливает простейшие причинно-следственные связи;</w:t>
      </w:r>
    </w:p>
    <w:p w14:paraId="7D5EBC34" w14:textId="77777777" w:rsidR="0067037F" w:rsidRPr="0067037F" w:rsidRDefault="0067037F" w:rsidP="0067037F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использует предложенные схемы, модели и алгоритмы;</w:t>
      </w:r>
    </w:p>
    <w:p w14:paraId="36671F1C" w14:textId="77777777" w:rsidR="0067037F" w:rsidRPr="0067037F" w:rsidRDefault="0067037F" w:rsidP="0067037F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формулирует выводы по результатам наблюдения;</w:t>
      </w:r>
    </w:p>
    <w:p w14:paraId="2D2157B4" w14:textId="77777777" w:rsidR="0067037F" w:rsidRPr="0067037F" w:rsidRDefault="0067037F" w:rsidP="0067037F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проверяет предположения с использованием языкового материала и доступных справочных источников.</w:t>
      </w:r>
    </w:p>
    <w:p w14:paraId="732E68C2" w14:textId="77777777" w:rsidR="0067037F" w:rsidRPr="0067037F" w:rsidRDefault="0067037F" w:rsidP="0067037F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67037F">
        <w:rPr>
          <w:b/>
          <w:bCs/>
          <w:sz w:val="24"/>
          <w:szCs w:val="24"/>
          <w:lang w:val="es-ES" w:eastAsia="es-ES"/>
        </w:rPr>
        <w:t>Работа</w:t>
      </w:r>
      <w:proofErr w:type="spellEnd"/>
      <w:r w:rsidRPr="0067037F">
        <w:rPr>
          <w:b/>
          <w:bCs/>
          <w:sz w:val="24"/>
          <w:szCs w:val="24"/>
          <w:lang w:val="es-ES" w:eastAsia="es-ES"/>
        </w:rPr>
        <w:t xml:space="preserve"> с </w:t>
      </w:r>
      <w:proofErr w:type="spellStart"/>
      <w:r w:rsidRPr="0067037F">
        <w:rPr>
          <w:b/>
          <w:bCs/>
          <w:sz w:val="24"/>
          <w:szCs w:val="24"/>
          <w:lang w:val="es-ES" w:eastAsia="es-ES"/>
        </w:rPr>
        <w:t>информацией</w:t>
      </w:r>
      <w:proofErr w:type="spellEnd"/>
    </w:p>
    <w:p w14:paraId="5675C88C" w14:textId="77777777" w:rsidR="0067037F" w:rsidRPr="0067037F" w:rsidRDefault="0067037F" w:rsidP="0067037F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67037F">
        <w:rPr>
          <w:sz w:val="24"/>
          <w:szCs w:val="24"/>
          <w:lang w:val="es-ES" w:eastAsia="es-ES"/>
        </w:rPr>
        <w:t>Обучающийся</w:t>
      </w:r>
      <w:proofErr w:type="spellEnd"/>
      <w:r w:rsidRPr="0067037F">
        <w:rPr>
          <w:sz w:val="24"/>
          <w:szCs w:val="24"/>
          <w:lang w:val="es-ES" w:eastAsia="es-ES"/>
        </w:rPr>
        <w:t>:</w:t>
      </w:r>
    </w:p>
    <w:p w14:paraId="7F9B7640" w14:textId="77777777" w:rsidR="0067037F" w:rsidRPr="0067037F" w:rsidRDefault="0067037F" w:rsidP="0067037F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выбирает источник получения информации в соответствии с учебной задачей;</w:t>
      </w:r>
    </w:p>
    <w:p w14:paraId="0A147BD3" w14:textId="77777777" w:rsidR="0067037F" w:rsidRPr="0067037F" w:rsidRDefault="0067037F" w:rsidP="0067037F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находит необходимую информацию в учебнике, словаре, справочном материале, таблице или схеме;</w:t>
      </w:r>
    </w:p>
    <w:p w14:paraId="4EDF09D2" w14:textId="77777777" w:rsidR="0067037F" w:rsidRPr="0067037F" w:rsidRDefault="0067037F" w:rsidP="0067037F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извлекает информацию, представленную в текстовой, графической или условно-знаковой форме;</w:t>
      </w:r>
    </w:p>
    <w:p w14:paraId="5D8891A8" w14:textId="77777777" w:rsidR="0067037F" w:rsidRPr="0067037F" w:rsidRDefault="0067037F" w:rsidP="0067037F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понимает информацию, представленную с помощью схем, моделей и таблиц;</w:t>
      </w:r>
    </w:p>
    <w:p w14:paraId="5B48C819" w14:textId="77777777" w:rsidR="0067037F" w:rsidRPr="0067037F" w:rsidRDefault="0067037F" w:rsidP="0067037F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использует орфографический, орфоэпический и толковый словари учебника;</w:t>
      </w:r>
    </w:p>
    <w:p w14:paraId="123160C5" w14:textId="77777777" w:rsidR="0067037F" w:rsidRPr="0067037F" w:rsidRDefault="0067037F" w:rsidP="0067037F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анализирует и систематизирует полученную информацию;</w:t>
      </w:r>
    </w:p>
    <w:p w14:paraId="0B5A1872" w14:textId="77777777" w:rsidR="0067037F" w:rsidRPr="0067037F" w:rsidRDefault="0067037F" w:rsidP="0067037F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использует полученную информацию для решения учебных и практических задач;</w:t>
      </w:r>
    </w:p>
    <w:p w14:paraId="1A688DB5" w14:textId="77777777" w:rsidR="0067037F" w:rsidRPr="0067037F" w:rsidRDefault="0067037F" w:rsidP="0067037F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соблюдает элементарные правила информационной безопасности при использовании электронных образовательных ресурсов.</w:t>
      </w:r>
    </w:p>
    <w:p w14:paraId="38110663" w14:textId="77777777" w:rsidR="0067037F" w:rsidRPr="0067037F" w:rsidRDefault="0067037F" w:rsidP="0067037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7037F">
        <w:rPr>
          <w:b/>
          <w:bCs/>
          <w:sz w:val="24"/>
          <w:szCs w:val="24"/>
          <w:lang w:eastAsia="es-ES"/>
        </w:rPr>
        <w:t>Коммуникативные универсальные учебные действия</w:t>
      </w:r>
    </w:p>
    <w:p w14:paraId="002ECF32" w14:textId="77777777" w:rsidR="0067037F" w:rsidRPr="0067037F" w:rsidRDefault="0067037F" w:rsidP="0067037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7037F">
        <w:rPr>
          <w:b/>
          <w:bCs/>
          <w:sz w:val="24"/>
          <w:szCs w:val="24"/>
          <w:lang w:eastAsia="es-ES"/>
        </w:rPr>
        <w:t>Общение</w:t>
      </w:r>
    </w:p>
    <w:p w14:paraId="1ECF72BB" w14:textId="77777777" w:rsidR="0067037F" w:rsidRPr="0067037F" w:rsidRDefault="0067037F" w:rsidP="0067037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Обучающийся:</w:t>
      </w:r>
    </w:p>
    <w:p w14:paraId="177120F1" w14:textId="77777777" w:rsidR="0067037F" w:rsidRPr="0067037F" w:rsidRDefault="0067037F" w:rsidP="0067037F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7037F">
        <w:rPr>
          <w:sz w:val="24"/>
          <w:szCs w:val="24"/>
          <w:lang w:val="es-ES" w:eastAsia="es-ES"/>
        </w:rPr>
        <w:t>воспринимает</w:t>
      </w:r>
      <w:proofErr w:type="spellEnd"/>
      <w:r w:rsidRPr="0067037F">
        <w:rPr>
          <w:sz w:val="24"/>
          <w:szCs w:val="24"/>
          <w:lang w:val="es-ES" w:eastAsia="es-ES"/>
        </w:rPr>
        <w:t xml:space="preserve"> и </w:t>
      </w:r>
      <w:proofErr w:type="spellStart"/>
      <w:r w:rsidRPr="0067037F">
        <w:rPr>
          <w:sz w:val="24"/>
          <w:szCs w:val="24"/>
          <w:lang w:val="es-ES" w:eastAsia="es-ES"/>
        </w:rPr>
        <w:t>формулирует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суждения</w:t>
      </w:r>
      <w:proofErr w:type="spellEnd"/>
      <w:r w:rsidRPr="0067037F">
        <w:rPr>
          <w:sz w:val="24"/>
          <w:szCs w:val="24"/>
          <w:lang w:val="es-ES" w:eastAsia="es-ES"/>
        </w:rPr>
        <w:t>;</w:t>
      </w:r>
    </w:p>
    <w:p w14:paraId="6A097778" w14:textId="77777777" w:rsidR="0067037F" w:rsidRPr="0067037F" w:rsidRDefault="0067037F" w:rsidP="0067037F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выражает свои мысли в устной и письменной форме в соответствии с учебной и коммуникативной задачей;</w:t>
      </w:r>
    </w:p>
    <w:p w14:paraId="08392019" w14:textId="77777777" w:rsidR="0067037F" w:rsidRPr="0067037F" w:rsidRDefault="0067037F" w:rsidP="0067037F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7037F">
        <w:rPr>
          <w:sz w:val="24"/>
          <w:szCs w:val="24"/>
          <w:lang w:val="es-ES" w:eastAsia="es-ES"/>
        </w:rPr>
        <w:t>участвует</w:t>
      </w:r>
      <w:proofErr w:type="spellEnd"/>
      <w:r w:rsidRPr="0067037F">
        <w:rPr>
          <w:sz w:val="24"/>
          <w:szCs w:val="24"/>
          <w:lang w:val="es-ES" w:eastAsia="es-ES"/>
        </w:rPr>
        <w:t xml:space="preserve"> в </w:t>
      </w:r>
      <w:proofErr w:type="spellStart"/>
      <w:r w:rsidRPr="0067037F">
        <w:rPr>
          <w:sz w:val="24"/>
          <w:szCs w:val="24"/>
          <w:lang w:val="es-ES" w:eastAsia="es-ES"/>
        </w:rPr>
        <w:t>диалоге</w:t>
      </w:r>
      <w:proofErr w:type="spellEnd"/>
      <w:r w:rsidRPr="0067037F">
        <w:rPr>
          <w:sz w:val="24"/>
          <w:szCs w:val="24"/>
          <w:lang w:val="es-ES" w:eastAsia="es-ES"/>
        </w:rPr>
        <w:t>;</w:t>
      </w:r>
    </w:p>
    <w:p w14:paraId="129108F8" w14:textId="77777777" w:rsidR="0067037F" w:rsidRPr="0067037F" w:rsidRDefault="0067037F" w:rsidP="0067037F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7037F">
        <w:rPr>
          <w:sz w:val="24"/>
          <w:szCs w:val="24"/>
          <w:lang w:val="es-ES" w:eastAsia="es-ES"/>
        </w:rPr>
        <w:t>внимательно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слушает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собеседника</w:t>
      </w:r>
      <w:proofErr w:type="spellEnd"/>
      <w:r w:rsidRPr="0067037F">
        <w:rPr>
          <w:sz w:val="24"/>
          <w:szCs w:val="24"/>
          <w:lang w:val="es-ES" w:eastAsia="es-ES"/>
        </w:rPr>
        <w:t>;</w:t>
      </w:r>
    </w:p>
    <w:p w14:paraId="6111DA2C" w14:textId="77777777" w:rsidR="0067037F" w:rsidRPr="0067037F" w:rsidRDefault="0067037F" w:rsidP="0067037F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задаёт вопросы и отвечает на вопросы;</w:t>
      </w:r>
    </w:p>
    <w:p w14:paraId="04EBC026" w14:textId="77777777" w:rsidR="0067037F" w:rsidRPr="0067037F" w:rsidRDefault="0067037F" w:rsidP="0067037F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7037F">
        <w:rPr>
          <w:sz w:val="24"/>
          <w:szCs w:val="24"/>
          <w:lang w:val="es-ES" w:eastAsia="es-ES"/>
        </w:rPr>
        <w:t>соблюдает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правила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ведения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диалога</w:t>
      </w:r>
      <w:proofErr w:type="spellEnd"/>
      <w:r w:rsidRPr="0067037F">
        <w:rPr>
          <w:sz w:val="24"/>
          <w:szCs w:val="24"/>
          <w:lang w:val="es-ES" w:eastAsia="es-ES"/>
        </w:rPr>
        <w:t>;</w:t>
      </w:r>
    </w:p>
    <w:p w14:paraId="63373670" w14:textId="77777777" w:rsidR="0067037F" w:rsidRPr="0067037F" w:rsidRDefault="0067037F" w:rsidP="0067037F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7037F">
        <w:rPr>
          <w:sz w:val="24"/>
          <w:szCs w:val="24"/>
          <w:lang w:val="es-ES" w:eastAsia="es-ES"/>
        </w:rPr>
        <w:t>использует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нормы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речевого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этикета</w:t>
      </w:r>
      <w:proofErr w:type="spellEnd"/>
      <w:r w:rsidRPr="0067037F">
        <w:rPr>
          <w:sz w:val="24"/>
          <w:szCs w:val="24"/>
          <w:lang w:val="es-ES" w:eastAsia="es-ES"/>
        </w:rPr>
        <w:t>;</w:t>
      </w:r>
    </w:p>
    <w:p w14:paraId="58304F36" w14:textId="77777777" w:rsidR="0067037F" w:rsidRPr="0067037F" w:rsidRDefault="0067037F" w:rsidP="0067037F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признаёт возможность существования различных точек зрения;</w:t>
      </w:r>
    </w:p>
    <w:p w14:paraId="505BB35E" w14:textId="77777777" w:rsidR="0067037F" w:rsidRPr="0067037F" w:rsidRDefault="0067037F" w:rsidP="0067037F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корректно выражает своё согласие или несогласие;</w:t>
      </w:r>
    </w:p>
    <w:p w14:paraId="68FCF470" w14:textId="77777777" w:rsidR="0067037F" w:rsidRPr="0067037F" w:rsidRDefault="0067037F" w:rsidP="0067037F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строит небольшие устные монологические высказывания;</w:t>
      </w:r>
    </w:p>
    <w:p w14:paraId="4B3A5DFB" w14:textId="77777777" w:rsidR="0067037F" w:rsidRPr="0067037F" w:rsidRDefault="0067037F" w:rsidP="0067037F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создаёт небольшие письменные высказывания в соответствии с поставленной задачей.</w:t>
      </w:r>
    </w:p>
    <w:p w14:paraId="1934323D" w14:textId="77777777" w:rsidR="0067037F" w:rsidRPr="0067037F" w:rsidRDefault="0067037F" w:rsidP="0067037F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67037F">
        <w:rPr>
          <w:b/>
          <w:bCs/>
          <w:sz w:val="24"/>
          <w:szCs w:val="24"/>
          <w:lang w:val="es-ES" w:eastAsia="es-ES"/>
        </w:rPr>
        <w:t>Совместная</w:t>
      </w:r>
      <w:proofErr w:type="spellEnd"/>
      <w:r w:rsidRPr="0067037F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b/>
          <w:bCs/>
          <w:sz w:val="24"/>
          <w:szCs w:val="24"/>
          <w:lang w:val="es-ES" w:eastAsia="es-ES"/>
        </w:rPr>
        <w:t>деятельность</w:t>
      </w:r>
      <w:proofErr w:type="spellEnd"/>
    </w:p>
    <w:p w14:paraId="02780FA7" w14:textId="77777777" w:rsidR="0067037F" w:rsidRPr="0067037F" w:rsidRDefault="0067037F" w:rsidP="0067037F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67037F">
        <w:rPr>
          <w:sz w:val="24"/>
          <w:szCs w:val="24"/>
          <w:lang w:val="es-ES" w:eastAsia="es-ES"/>
        </w:rPr>
        <w:t>Обучающийся</w:t>
      </w:r>
      <w:proofErr w:type="spellEnd"/>
      <w:r w:rsidRPr="0067037F">
        <w:rPr>
          <w:sz w:val="24"/>
          <w:szCs w:val="24"/>
          <w:lang w:val="es-ES" w:eastAsia="es-ES"/>
        </w:rPr>
        <w:t>:</w:t>
      </w:r>
    </w:p>
    <w:p w14:paraId="52FD23B4" w14:textId="77777777" w:rsidR="0067037F" w:rsidRPr="0067037F" w:rsidRDefault="0067037F" w:rsidP="0067037F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7037F">
        <w:rPr>
          <w:sz w:val="24"/>
          <w:szCs w:val="24"/>
          <w:lang w:val="es-ES" w:eastAsia="es-ES"/>
        </w:rPr>
        <w:t>принимает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цель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совместной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деятельности</w:t>
      </w:r>
      <w:proofErr w:type="spellEnd"/>
      <w:r w:rsidRPr="0067037F">
        <w:rPr>
          <w:sz w:val="24"/>
          <w:szCs w:val="24"/>
          <w:lang w:val="es-ES" w:eastAsia="es-ES"/>
        </w:rPr>
        <w:t>;</w:t>
      </w:r>
    </w:p>
    <w:p w14:paraId="544F8669" w14:textId="77777777" w:rsidR="0067037F" w:rsidRPr="0067037F" w:rsidRDefault="0067037F" w:rsidP="0067037F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участвует в работе в паре и группе;</w:t>
      </w:r>
    </w:p>
    <w:p w14:paraId="09E448B5" w14:textId="77777777" w:rsidR="0067037F" w:rsidRPr="0067037F" w:rsidRDefault="0067037F" w:rsidP="0067037F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распределяет действия при выполнении совместного задания;</w:t>
      </w:r>
    </w:p>
    <w:p w14:paraId="15C60413" w14:textId="77777777" w:rsidR="0067037F" w:rsidRPr="0067037F" w:rsidRDefault="0067037F" w:rsidP="0067037F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выполняет свою часть общей работы;</w:t>
      </w:r>
    </w:p>
    <w:p w14:paraId="689708D8" w14:textId="77777777" w:rsidR="0067037F" w:rsidRPr="0067037F" w:rsidRDefault="0067037F" w:rsidP="0067037F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взаимодействует с другими участниками совместной деятельности;</w:t>
      </w:r>
    </w:p>
    <w:p w14:paraId="053B2C4D" w14:textId="77777777" w:rsidR="0067037F" w:rsidRPr="0067037F" w:rsidRDefault="0067037F" w:rsidP="0067037F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договаривается о способах выполнения задания;</w:t>
      </w:r>
    </w:p>
    <w:p w14:paraId="4A1F33AE" w14:textId="77777777" w:rsidR="0067037F" w:rsidRPr="0067037F" w:rsidRDefault="0067037F" w:rsidP="0067037F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сопоставляет полученный результат с поставленной задачей;</w:t>
      </w:r>
    </w:p>
    <w:p w14:paraId="2A0E6C69" w14:textId="77777777" w:rsidR="0067037F" w:rsidRPr="0067037F" w:rsidRDefault="0067037F" w:rsidP="0067037F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проявляет готовность оказывать помощь и принимать помощь;</w:t>
      </w:r>
    </w:p>
    <w:p w14:paraId="0661B597" w14:textId="77777777" w:rsidR="0067037F" w:rsidRPr="0067037F" w:rsidRDefault="0067037F" w:rsidP="0067037F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оценивает свой вклад в общий результат.</w:t>
      </w:r>
    </w:p>
    <w:p w14:paraId="6D80133B" w14:textId="77777777" w:rsidR="0067037F" w:rsidRPr="0067037F" w:rsidRDefault="0067037F" w:rsidP="0067037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7037F">
        <w:rPr>
          <w:b/>
          <w:bCs/>
          <w:sz w:val="24"/>
          <w:szCs w:val="24"/>
          <w:lang w:eastAsia="es-ES"/>
        </w:rPr>
        <w:t>Регулятивные универсальные учебные действия</w:t>
      </w:r>
    </w:p>
    <w:p w14:paraId="656EB32C" w14:textId="77777777" w:rsidR="0067037F" w:rsidRPr="0067037F" w:rsidRDefault="0067037F" w:rsidP="0067037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7037F">
        <w:rPr>
          <w:b/>
          <w:bCs/>
          <w:sz w:val="24"/>
          <w:szCs w:val="24"/>
          <w:lang w:eastAsia="es-ES"/>
        </w:rPr>
        <w:t>Самоорганизация</w:t>
      </w:r>
    </w:p>
    <w:p w14:paraId="62DC78D2" w14:textId="77777777" w:rsidR="0067037F" w:rsidRPr="0067037F" w:rsidRDefault="0067037F" w:rsidP="0067037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Обучающийся:</w:t>
      </w:r>
    </w:p>
    <w:p w14:paraId="3F140853" w14:textId="77777777" w:rsidR="0067037F" w:rsidRPr="0067037F" w:rsidRDefault="0067037F" w:rsidP="0067037F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7037F">
        <w:rPr>
          <w:sz w:val="24"/>
          <w:szCs w:val="24"/>
          <w:lang w:val="es-ES" w:eastAsia="es-ES"/>
        </w:rPr>
        <w:t>понимает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учебную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задачу</w:t>
      </w:r>
      <w:proofErr w:type="spellEnd"/>
      <w:r w:rsidRPr="0067037F">
        <w:rPr>
          <w:sz w:val="24"/>
          <w:szCs w:val="24"/>
          <w:lang w:val="es-ES" w:eastAsia="es-ES"/>
        </w:rPr>
        <w:t>;</w:t>
      </w:r>
    </w:p>
    <w:p w14:paraId="7E90318A" w14:textId="77777777" w:rsidR="0067037F" w:rsidRPr="0067037F" w:rsidRDefault="0067037F" w:rsidP="0067037F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планирует действия по её выполнению;</w:t>
      </w:r>
    </w:p>
    <w:p w14:paraId="7CC96FB8" w14:textId="77777777" w:rsidR="0067037F" w:rsidRPr="0067037F" w:rsidRDefault="0067037F" w:rsidP="0067037F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действует по предложенному плану или алгоритму;</w:t>
      </w:r>
    </w:p>
    <w:p w14:paraId="56CFD7F5" w14:textId="77777777" w:rsidR="0067037F" w:rsidRPr="0067037F" w:rsidRDefault="0067037F" w:rsidP="0067037F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определяет последовательность действий при выполнении языковой или речевой задачи;</w:t>
      </w:r>
    </w:p>
    <w:p w14:paraId="7E9CC46A" w14:textId="77777777" w:rsidR="0067037F" w:rsidRPr="0067037F" w:rsidRDefault="0067037F" w:rsidP="0067037F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выбирает способ действия из предложенных вариантов;</w:t>
      </w:r>
    </w:p>
    <w:p w14:paraId="5F2824B8" w14:textId="77777777" w:rsidR="0067037F" w:rsidRPr="0067037F" w:rsidRDefault="0067037F" w:rsidP="0067037F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организует свою работу для достижения поставленной цели.</w:t>
      </w:r>
    </w:p>
    <w:p w14:paraId="22159DC2" w14:textId="77777777" w:rsidR="0067037F" w:rsidRPr="0067037F" w:rsidRDefault="0067037F" w:rsidP="0067037F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67037F">
        <w:rPr>
          <w:b/>
          <w:bCs/>
          <w:sz w:val="24"/>
          <w:szCs w:val="24"/>
          <w:lang w:val="es-ES" w:eastAsia="es-ES"/>
        </w:rPr>
        <w:t>Самоконтроль</w:t>
      </w:r>
      <w:proofErr w:type="spellEnd"/>
    </w:p>
    <w:p w14:paraId="3251D912" w14:textId="77777777" w:rsidR="0067037F" w:rsidRPr="0067037F" w:rsidRDefault="0067037F" w:rsidP="0067037F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67037F">
        <w:rPr>
          <w:sz w:val="24"/>
          <w:szCs w:val="24"/>
          <w:lang w:val="es-ES" w:eastAsia="es-ES"/>
        </w:rPr>
        <w:t>Обучающийся</w:t>
      </w:r>
      <w:proofErr w:type="spellEnd"/>
      <w:r w:rsidRPr="0067037F">
        <w:rPr>
          <w:sz w:val="24"/>
          <w:szCs w:val="24"/>
          <w:lang w:val="es-ES" w:eastAsia="es-ES"/>
        </w:rPr>
        <w:t>:</w:t>
      </w:r>
    </w:p>
    <w:p w14:paraId="090146DB" w14:textId="77777777" w:rsidR="0067037F" w:rsidRPr="0067037F" w:rsidRDefault="0067037F" w:rsidP="0067037F">
      <w:pPr>
        <w:widowControl/>
        <w:numPr>
          <w:ilvl w:val="0"/>
          <w:numId w:val="3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устанавливает причины успеха или затруднений в учебной деятельности;</w:t>
      </w:r>
    </w:p>
    <w:p w14:paraId="110805B2" w14:textId="77777777" w:rsidR="0067037F" w:rsidRPr="0067037F" w:rsidRDefault="0067037F" w:rsidP="0067037F">
      <w:pPr>
        <w:widowControl/>
        <w:numPr>
          <w:ilvl w:val="0"/>
          <w:numId w:val="3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сопоставляет результат своей работы с образцом, правилом или поставленной задачей;</w:t>
      </w:r>
    </w:p>
    <w:p w14:paraId="7BCF31BC" w14:textId="77777777" w:rsidR="0067037F" w:rsidRPr="0067037F" w:rsidRDefault="0067037F" w:rsidP="0067037F">
      <w:pPr>
        <w:widowControl/>
        <w:numPr>
          <w:ilvl w:val="0"/>
          <w:numId w:val="3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7037F">
        <w:rPr>
          <w:sz w:val="24"/>
          <w:szCs w:val="24"/>
          <w:lang w:val="es-ES" w:eastAsia="es-ES"/>
        </w:rPr>
        <w:t>проверяет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правильность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выполнения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задания</w:t>
      </w:r>
      <w:proofErr w:type="spellEnd"/>
      <w:r w:rsidRPr="0067037F">
        <w:rPr>
          <w:sz w:val="24"/>
          <w:szCs w:val="24"/>
          <w:lang w:val="es-ES" w:eastAsia="es-ES"/>
        </w:rPr>
        <w:t>;</w:t>
      </w:r>
    </w:p>
    <w:p w14:paraId="56B402B7" w14:textId="77777777" w:rsidR="0067037F" w:rsidRPr="0067037F" w:rsidRDefault="0067037F" w:rsidP="0067037F">
      <w:pPr>
        <w:widowControl/>
        <w:numPr>
          <w:ilvl w:val="0"/>
          <w:numId w:val="3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7037F">
        <w:rPr>
          <w:sz w:val="24"/>
          <w:szCs w:val="24"/>
          <w:lang w:val="es-ES" w:eastAsia="es-ES"/>
        </w:rPr>
        <w:t>обнаруживает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ошибки</w:t>
      </w:r>
      <w:proofErr w:type="spellEnd"/>
      <w:r w:rsidRPr="0067037F">
        <w:rPr>
          <w:sz w:val="24"/>
          <w:szCs w:val="24"/>
          <w:lang w:val="es-ES" w:eastAsia="es-ES"/>
        </w:rPr>
        <w:t>;</w:t>
      </w:r>
    </w:p>
    <w:p w14:paraId="52D9056A" w14:textId="77777777" w:rsidR="0067037F" w:rsidRPr="0067037F" w:rsidRDefault="0067037F" w:rsidP="0067037F">
      <w:pPr>
        <w:widowControl/>
        <w:numPr>
          <w:ilvl w:val="0"/>
          <w:numId w:val="3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исправляет ошибки с помощью учителя или самостоятельно в пределах освоенного материала;</w:t>
      </w:r>
    </w:p>
    <w:p w14:paraId="6AB192AA" w14:textId="77777777" w:rsidR="0067037F" w:rsidRPr="0067037F" w:rsidRDefault="0067037F" w:rsidP="0067037F">
      <w:pPr>
        <w:widowControl/>
        <w:numPr>
          <w:ilvl w:val="0"/>
          <w:numId w:val="3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7037F">
        <w:rPr>
          <w:sz w:val="24"/>
          <w:szCs w:val="24"/>
          <w:lang w:val="es-ES" w:eastAsia="es-ES"/>
        </w:rPr>
        <w:t>оценивает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результат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своей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деятельности</w:t>
      </w:r>
      <w:proofErr w:type="spellEnd"/>
      <w:r w:rsidRPr="0067037F">
        <w:rPr>
          <w:sz w:val="24"/>
          <w:szCs w:val="24"/>
          <w:lang w:val="es-ES" w:eastAsia="es-ES"/>
        </w:rPr>
        <w:t>;</w:t>
      </w:r>
    </w:p>
    <w:p w14:paraId="395477D3" w14:textId="77777777" w:rsidR="0067037F" w:rsidRPr="0067037F" w:rsidRDefault="0067037F" w:rsidP="0067037F">
      <w:pPr>
        <w:widowControl/>
        <w:numPr>
          <w:ilvl w:val="0"/>
          <w:numId w:val="3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корректирует свои действия с учётом выявленных ошибок.</w:t>
      </w:r>
    </w:p>
    <w:p w14:paraId="78859AFD" w14:textId="77777777" w:rsidR="0067037F" w:rsidRPr="0067037F" w:rsidRDefault="0067037F" w:rsidP="0067037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7037F">
        <w:rPr>
          <w:b/>
          <w:bCs/>
          <w:sz w:val="24"/>
          <w:szCs w:val="24"/>
          <w:lang w:eastAsia="es-ES"/>
        </w:rPr>
        <w:t>5.3. Предметные результаты</w:t>
      </w:r>
    </w:p>
    <w:p w14:paraId="3897C4BC" w14:textId="77777777" w:rsidR="0067037F" w:rsidRPr="0067037F" w:rsidRDefault="0067037F" w:rsidP="0067037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К концу обучения во 2 классе обучающийся должен уметь применять освоенные знания и способы действий при выполнении учебных и практических языковых и речевых задач.</w:t>
      </w:r>
    </w:p>
    <w:p w14:paraId="31633EA2" w14:textId="77777777" w:rsidR="0067037F" w:rsidRPr="0067037F" w:rsidRDefault="0067037F" w:rsidP="0067037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7037F">
        <w:rPr>
          <w:b/>
          <w:bCs/>
          <w:sz w:val="24"/>
          <w:szCs w:val="24"/>
          <w:lang w:eastAsia="es-ES"/>
        </w:rPr>
        <w:t>Фонетика, графика и орфоэпия</w:t>
      </w:r>
    </w:p>
    <w:p w14:paraId="47669AA1" w14:textId="77777777" w:rsidR="0067037F" w:rsidRPr="0067037F" w:rsidRDefault="0067037F" w:rsidP="0067037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Обучающийся:</w:t>
      </w:r>
    </w:p>
    <w:p w14:paraId="4646DACB" w14:textId="77777777" w:rsidR="0067037F" w:rsidRPr="0067037F" w:rsidRDefault="0067037F" w:rsidP="0067037F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характеризует согласные звуки вне слова и в слове по заданным параметрам: парные и непарные по твёрдости — мягкости, парные и непарные по звонкости — глухости;</w:t>
      </w:r>
    </w:p>
    <w:p w14:paraId="27448274" w14:textId="77777777" w:rsidR="0067037F" w:rsidRPr="0067037F" w:rsidRDefault="0067037F" w:rsidP="0067037F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определяет количество слогов в слове;</w:t>
      </w:r>
    </w:p>
    <w:p w14:paraId="0A4D546A" w14:textId="77777777" w:rsidR="0067037F" w:rsidRPr="0067037F" w:rsidRDefault="0067037F" w:rsidP="0067037F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делит слова на слоги, в том числе слова со стечением согласных;</w:t>
      </w:r>
    </w:p>
    <w:p w14:paraId="53AC29CB" w14:textId="77777777" w:rsidR="0067037F" w:rsidRPr="0067037F" w:rsidRDefault="0067037F" w:rsidP="0067037F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 xml:space="preserve">устанавливает соотношение звукового и буквенного состава слова, в том числе с учётом функций букв </w:t>
      </w:r>
      <w:r w:rsidRPr="0067037F">
        <w:rPr>
          <w:b/>
          <w:bCs/>
          <w:sz w:val="24"/>
          <w:szCs w:val="24"/>
          <w:lang w:eastAsia="es-ES"/>
        </w:rPr>
        <w:t>е, ё, ю, я</w:t>
      </w:r>
      <w:r w:rsidRPr="0067037F">
        <w:rPr>
          <w:sz w:val="24"/>
          <w:szCs w:val="24"/>
          <w:lang w:eastAsia="es-ES"/>
        </w:rPr>
        <w:t>;</w:t>
      </w:r>
    </w:p>
    <w:p w14:paraId="0ECC2EEF" w14:textId="77777777" w:rsidR="0067037F" w:rsidRPr="0067037F" w:rsidRDefault="0067037F" w:rsidP="0067037F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 xml:space="preserve">обозначает на письме мягкость согласного звука буквой </w:t>
      </w:r>
      <w:r w:rsidRPr="0067037F">
        <w:rPr>
          <w:b/>
          <w:bCs/>
          <w:sz w:val="24"/>
          <w:szCs w:val="24"/>
          <w:lang w:eastAsia="es-ES"/>
        </w:rPr>
        <w:t>ь</w:t>
      </w:r>
      <w:r w:rsidRPr="0067037F">
        <w:rPr>
          <w:sz w:val="24"/>
          <w:szCs w:val="24"/>
          <w:lang w:eastAsia="es-ES"/>
        </w:rPr>
        <w:t xml:space="preserve"> в середине слова;</w:t>
      </w:r>
    </w:p>
    <w:p w14:paraId="4A3146AA" w14:textId="77777777" w:rsidR="0067037F" w:rsidRPr="0067037F" w:rsidRDefault="0067037F" w:rsidP="0067037F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правильно называет буквы русского алфавита и знает их последовательность;</w:t>
      </w:r>
    </w:p>
    <w:p w14:paraId="5F70B84E" w14:textId="77777777" w:rsidR="0067037F" w:rsidRPr="0067037F" w:rsidRDefault="0067037F" w:rsidP="0067037F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использует знание алфавита при работе со словарями и для упорядочения слов;</w:t>
      </w:r>
    </w:p>
    <w:p w14:paraId="025B6C4B" w14:textId="77777777" w:rsidR="0067037F" w:rsidRPr="0067037F" w:rsidRDefault="0067037F" w:rsidP="0067037F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7037F">
        <w:rPr>
          <w:sz w:val="24"/>
          <w:szCs w:val="24"/>
          <w:lang w:val="es-ES" w:eastAsia="es-ES"/>
        </w:rPr>
        <w:t>пользуется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орфоэпическим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словарём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учебника</w:t>
      </w:r>
      <w:proofErr w:type="spellEnd"/>
      <w:r w:rsidRPr="0067037F">
        <w:rPr>
          <w:sz w:val="24"/>
          <w:szCs w:val="24"/>
          <w:lang w:val="es-ES" w:eastAsia="es-ES"/>
        </w:rPr>
        <w:t>;</w:t>
      </w:r>
    </w:p>
    <w:p w14:paraId="08563890" w14:textId="77777777" w:rsidR="0067037F" w:rsidRPr="0067037F" w:rsidRDefault="0067037F" w:rsidP="0067037F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объясняет своими словами значение изученных фонетических и графических понятий и использует их при решении учебных задач.</w:t>
      </w:r>
    </w:p>
    <w:p w14:paraId="6EC4B272" w14:textId="77777777" w:rsidR="0067037F" w:rsidRPr="0067037F" w:rsidRDefault="0067037F" w:rsidP="0067037F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67037F">
        <w:rPr>
          <w:b/>
          <w:bCs/>
          <w:sz w:val="24"/>
          <w:szCs w:val="24"/>
          <w:lang w:val="es-ES" w:eastAsia="es-ES"/>
        </w:rPr>
        <w:t>Лексика</w:t>
      </w:r>
      <w:proofErr w:type="spellEnd"/>
    </w:p>
    <w:p w14:paraId="0AFEB0DA" w14:textId="77777777" w:rsidR="0067037F" w:rsidRPr="0067037F" w:rsidRDefault="0067037F" w:rsidP="0067037F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67037F">
        <w:rPr>
          <w:sz w:val="24"/>
          <w:szCs w:val="24"/>
          <w:lang w:val="es-ES" w:eastAsia="es-ES"/>
        </w:rPr>
        <w:t>Обучающийся</w:t>
      </w:r>
      <w:proofErr w:type="spellEnd"/>
      <w:r w:rsidRPr="0067037F">
        <w:rPr>
          <w:sz w:val="24"/>
          <w:szCs w:val="24"/>
          <w:lang w:val="es-ES" w:eastAsia="es-ES"/>
        </w:rPr>
        <w:t>:</w:t>
      </w:r>
    </w:p>
    <w:p w14:paraId="67D33FAF" w14:textId="77777777" w:rsidR="0067037F" w:rsidRPr="0067037F" w:rsidRDefault="0067037F" w:rsidP="0067037F">
      <w:pPr>
        <w:widowControl/>
        <w:numPr>
          <w:ilvl w:val="0"/>
          <w:numId w:val="3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7037F">
        <w:rPr>
          <w:sz w:val="24"/>
          <w:szCs w:val="24"/>
          <w:lang w:val="es-ES" w:eastAsia="es-ES"/>
        </w:rPr>
        <w:t>понимает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лексическое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значение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слова</w:t>
      </w:r>
      <w:proofErr w:type="spellEnd"/>
      <w:r w:rsidRPr="0067037F">
        <w:rPr>
          <w:sz w:val="24"/>
          <w:szCs w:val="24"/>
          <w:lang w:val="es-ES" w:eastAsia="es-ES"/>
        </w:rPr>
        <w:t>;</w:t>
      </w:r>
    </w:p>
    <w:p w14:paraId="2E3F0806" w14:textId="77777777" w:rsidR="0067037F" w:rsidRPr="0067037F" w:rsidRDefault="0067037F" w:rsidP="0067037F">
      <w:pPr>
        <w:widowControl/>
        <w:numPr>
          <w:ilvl w:val="0"/>
          <w:numId w:val="3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определяет значение слова с опорой на контекст;</w:t>
      </w:r>
    </w:p>
    <w:p w14:paraId="432393CA" w14:textId="77777777" w:rsidR="0067037F" w:rsidRPr="0067037F" w:rsidRDefault="0067037F" w:rsidP="0067037F">
      <w:pPr>
        <w:widowControl/>
        <w:numPr>
          <w:ilvl w:val="0"/>
          <w:numId w:val="3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выявляет слова, значение которых требует уточнения;</w:t>
      </w:r>
    </w:p>
    <w:p w14:paraId="46E97C68" w14:textId="77777777" w:rsidR="0067037F" w:rsidRPr="0067037F" w:rsidRDefault="0067037F" w:rsidP="0067037F">
      <w:pPr>
        <w:widowControl/>
        <w:numPr>
          <w:ilvl w:val="0"/>
          <w:numId w:val="3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уточняет значение слова с помощью толкового словаря учебника;</w:t>
      </w:r>
    </w:p>
    <w:p w14:paraId="06567B53" w14:textId="77777777" w:rsidR="0067037F" w:rsidRPr="0067037F" w:rsidRDefault="0067037F" w:rsidP="0067037F">
      <w:pPr>
        <w:widowControl/>
        <w:numPr>
          <w:ilvl w:val="0"/>
          <w:numId w:val="3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выявляет в тексте случаи употребления многозначных слов и понимает их значение в конкретном контексте;</w:t>
      </w:r>
    </w:p>
    <w:p w14:paraId="3EC5D4F4" w14:textId="77777777" w:rsidR="0067037F" w:rsidRPr="0067037F" w:rsidRDefault="0067037F" w:rsidP="0067037F">
      <w:pPr>
        <w:widowControl/>
        <w:numPr>
          <w:ilvl w:val="0"/>
          <w:numId w:val="3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наблюдает за использованием слов в прямом и переносном значении;</w:t>
      </w:r>
    </w:p>
    <w:p w14:paraId="46875827" w14:textId="77777777" w:rsidR="0067037F" w:rsidRPr="0067037F" w:rsidRDefault="0067037F" w:rsidP="0067037F">
      <w:pPr>
        <w:widowControl/>
        <w:numPr>
          <w:ilvl w:val="0"/>
          <w:numId w:val="3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выявляет случаи употребления синонимов и антонимов;</w:t>
      </w:r>
    </w:p>
    <w:p w14:paraId="514D9CE5" w14:textId="77777777" w:rsidR="0067037F" w:rsidRPr="0067037F" w:rsidRDefault="0067037F" w:rsidP="0067037F">
      <w:pPr>
        <w:widowControl/>
        <w:numPr>
          <w:ilvl w:val="0"/>
          <w:numId w:val="3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подбирает слова с близким или противоположным значением при выполнении практических речевых заданий;</w:t>
      </w:r>
    </w:p>
    <w:p w14:paraId="2988D708" w14:textId="77777777" w:rsidR="0067037F" w:rsidRPr="0067037F" w:rsidRDefault="0067037F" w:rsidP="0067037F">
      <w:pPr>
        <w:widowControl/>
        <w:numPr>
          <w:ilvl w:val="0"/>
          <w:numId w:val="3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использует слова в соответствии с их значением;</w:t>
      </w:r>
    </w:p>
    <w:p w14:paraId="01AE1F95" w14:textId="77777777" w:rsidR="0067037F" w:rsidRPr="0067037F" w:rsidRDefault="0067037F" w:rsidP="0067037F">
      <w:pPr>
        <w:widowControl/>
        <w:numPr>
          <w:ilvl w:val="0"/>
          <w:numId w:val="3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7037F">
        <w:rPr>
          <w:sz w:val="24"/>
          <w:szCs w:val="24"/>
          <w:lang w:val="es-ES" w:eastAsia="es-ES"/>
        </w:rPr>
        <w:t>пользуется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толковым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словарём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учебника</w:t>
      </w:r>
      <w:proofErr w:type="spellEnd"/>
      <w:r w:rsidRPr="0067037F">
        <w:rPr>
          <w:sz w:val="24"/>
          <w:szCs w:val="24"/>
          <w:lang w:val="es-ES" w:eastAsia="es-ES"/>
        </w:rPr>
        <w:t>.</w:t>
      </w:r>
    </w:p>
    <w:p w14:paraId="0FFE4A29" w14:textId="77777777" w:rsidR="0067037F" w:rsidRPr="0067037F" w:rsidRDefault="0067037F" w:rsidP="0067037F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67037F">
        <w:rPr>
          <w:b/>
          <w:bCs/>
          <w:sz w:val="24"/>
          <w:szCs w:val="24"/>
          <w:lang w:val="es-ES" w:eastAsia="es-ES"/>
        </w:rPr>
        <w:t>Состав</w:t>
      </w:r>
      <w:proofErr w:type="spellEnd"/>
      <w:r w:rsidRPr="0067037F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b/>
          <w:bCs/>
          <w:sz w:val="24"/>
          <w:szCs w:val="24"/>
          <w:lang w:val="es-ES" w:eastAsia="es-ES"/>
        </w:rPr>
        <w:t>слова</w:t>
      </w:r>
      <w:proofErr w:type="spellEnd"/>
      <w:r w:rsidRPr="0067037F">
        <w:rPr>
          <w:b/>
          <w:bCs/>
          <w:sz w:val="24"/>
          <w:szCs w:val="24"/>
          <w:lang w:val="es-ES" w:eastAsia="es-ES"/>
        </w:rPr>
        <w:t xml:space="preserve"> (</w:t>
      </w:r>
      <w:proofErr w:type="spellStart"/>
      <w:r w:rsidRPr="0067037F">
        <w:rPr>
          <w:b/>
          <w:bCs/>
          <w:sz w:val="24"/>
          <w:szCs w:val="24"/>
          <w:lang w:val="es-ES" w:eastAsia="es-ES"/>
        </w:rPr>
        <w:t>морфемика</w:t>
      </w:r>
      <w:proofErr w:type="spellEnd"/>
      <w:r w:rsidRPr="0067037F">
        <w:rPr>
          <w:b/>
          <w:bCs/>
          <w:sz w:val="24"/>
          <w:szCs w:val="24"/>
          <w:lang w:val="es-ES" w:eastAsia="es-ES"/>
        </w:rPr>
        <w:t>)</w:t>
      </w:r>
    </w:p>
    <w:p w14:paraId="296FAEC3" w14:textId="77777777" w:rsidR="0067037F" w:rsidRPr="0067037F" w:rsidRDefault="0067037F" w:rsidP="0067037F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67037F">
        <w:rPr>
          <w:sz w:val="24"/>
          <w:szCs w:val="24"/>
          <w:lang w:val="es-ES" w:eastAsia="es-ES"/>
        </w:rPr>
        <w:t>Обучающийся</w:t>
      </w:r>
      <w:proofErr w:type="spellEnd"/>
      <w:r w:rsidRPr="0067037F">
        <w:rPr>
          <w:sz w:val="24"/>
          <w:szCs w:val="24"/>
          <w:lang w:val="es-ES" w:eastAsia="es-ES"/>
        </w:rPr>
        <w:t>:</w:t>
      </w:r>
    </w:p>
    <w:p w14:paraId="3C902B3C" w14:textId="77777777" w:rsidR="0067037F" w:rsidRPr="0067037F" w:rsidRDefault="0067037F" w:rsidP="0067037F">
      <w:pPr>
        <w:widowControl/>
        <w:numPr>
          <w:ilvl w:val="0"/>
          <w:numId w:val="3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7037F">
        <w:rPr>
          <w:sz w:val="24"/>
          <w:szCs w:val="24"/>
          <w:lang w:val="es-ES" w:eastAsia="es-ES"/>
        </w:rPr>
        <w:t>находит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однокоренные</w:t>
      </w:r>
      <w:proofErr w:type="spellEnd"/>
      <w:r w:rsidRPr="0067037F">
        <w:rPr>
          <w:sz w:val="24"/>
          <w:szCs w:val="24"/>
          <w:lang w:val="es-ES" w:eastAsia="es-ES"/>
        </w:rPr>
        <w:t xml:space="preserve"> (</w:t>
      </w:r>
      <w:proofErr w:type="spellStart"/>
      <w:r w:rsidRPr="0067037F">
        <w:rPr>
          <w:sz w:val="24"/>
          <w:szCs w:val="24"/>
          <w:lang w:val="es-ES" w:eastAsia="es-ES"/>
        </w:rPr>
        <w:t>родственные</w:t>
      </w:r>
      <w:proofErr w:type="spellEnd"/>
      <w:r w:rsidRPr="0067037F">
        <w:rPr>
          <w:sz w:val="24"/>
          <w:szCs w:val="24"/>
          <w:lang w:val="es-ES" w:eastAsia="es-ES"/>
        </w:rPr>
        <w:t xml:space="preserve">) </w:t>
      </w:r>
      <w:proofErr w:type="spellStart"/>
      <w:r w:rsidRPr="0067037F">
        <w:rPr>
          <w:sz w:val="24"/>
          <w:szCs w:val="24"/>
          <w:lang w:val="es-ES" w:eastAsia="es-ES"/>
        </w:rPr>
        <w:t>слова</w:t>
      </w:r>
      <w:proofErr w:type="spellEnd"/>
      <w:r w:rsidRPr="0067037F">
        <w:rPr>
          <w:sz w:val="24"/>
          <w:szCs w:val="24"/>
          <w:lang w:val="es-ES" w:eastAsia="es-ES"/>
        </w:rPr>
        <w:t>;</w:t>
      </w:r>
    </w:p>
    <w:p w14:paraId="01D75FB6" w14:textId="77777777" w:rsidR="0067037F" w:rsidRPr="0067037F" w:rsidRDefault="0067037F" w:rsidP="0067037F">
      <w:pPr>
        <w:widowControl/>
        <w:numPr>
          <w:ilvl w:val="0"/>
          <w:numId w:val="3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определяет общую часть родственных слов;</w:t>
      </w:r>
    </w:p>
    <w:p w14:paraId="3E7F8476" w14:textId="77777777" w:rsidR="0067037F" w:rsidRPr="0067037F" w:rsidRDefault="0067037F" w:rsidP="0067037F">
      <w:pPr>
        <w:widowControl/>
        <w:numPr>
          <w:ilvl w:val="0"/>
          <w:numId w:val="3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выделяет корень слова в простых случаях;</w:t>
      </w:r>
    </w:p>
    <w:p w14:paraId="3D097750" w14:textId="77777777" w:rsidR="0067037F" w:rsidRPr="0067037F" w:rsidRDefault="0067037F" w:rsidP="0067037F">
      <w:pPr>
        <w:widowControl/>
        <w:numPr>
          <w:ilvl w:val="0"/>
          <w:numId w:val="3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различает однокоренные слова и формы одного слова;</w:t>
      </w:r>
    </w:p>
    <w:p w14:paraId="2F331DBE" w14:textId="77777777" w:rsidR="0067037F" w:rsidRPr="0067037F" w:rsidRDefault="0067037F" w:rsidP="0067037F">
      <w:pPr>
        <w:widowControl/>
        <w:numPr>
          <w:ilvl w:val="0"/>
          <w:numId w:val="3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различает однокоренные слова и синонимы;</w:t>
      </w:r>
    </w:p>
    <w:p w14:paraId="5708C828" w14:textId="77777777" w:rsidR="0067037F" w:rsidRPr="0067037F" w:rsidRDefault="0067037F" w:rsidP="0067037F">
      <w:pPr>
        <w:widowControl/>
        <w:numPr>
          <w:ilvl w:val="0"/>
          <w:numId w:val="3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7037F">
        <w:rPr>
          <w:sz w:val="24"/>
          <w:szCs w:val="24"/>
          <w:lang w:val="es-ES" w:eastAsia="es-ES"/>
        </w:rPr>
        <w:t>выделяет</w:t>
      </w:r>
      <w:proofErr w:type="spellEnd"/>
      <w:r w:rsidRPr="0067037F">
        <w:rPr>
          <w:sz w:val="24"/>
          <w:szCs w:val="24"/>
          <w:lang w:val="es-ES" w:eastAsia="es-ES"/>
        </w:rPr>
        <w:t xml:space="preserve"> в </w:t>
      </w:r>
      <w:proofErr w:type="spellStart"/>
      <w:r w:rsidRPr="0067037F">
        <w:rPr>
          <w:sz w:val="24"/>
          <w:szCs w:val="24"/>
          <w:lang w:val="es-ES" w:eastAsia="es-ES"/>
        </w:rPr>
        <w:t>слове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окончание</w:t>
      </w:r>
      <w:proofErr w:type="spellEnd"/>
      <w:r w:rsidRPr="0067037F">
        <w:rPr>
          <w:sz w:val="24"/>
          <w:szCs w:val="24"/>
          <w:lang w:val="es-ES" w:eastAsia="es-ES"/>
        </w:rPr>
        <w:t>;</w:t>
      </w:r>
    </w:p>
    <w:p w14:paraId="06F380F9" w14:textId="77777777" w:rsidR="0067037F" w:rsidRPr="0067037F" w:rsidRDefault="0067037F" w:rsidP="0067037F">
      <w:pPr>
        <w:widowControl/>
        <w:numPr>
          <w:ilvl w:val="0"/>
          <w:numId w:val="3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изменяет форму слова с помощью окончания;</w:t>
      </w:r>
    </w:p>
    <w:p w14:paraId="46A78D26" w14:textId="77777777" w:rsidR="0067037F" w:rsidRPr="0067037F" w:rsidRDefault="0067037F" w:rsidP="0067037F">
      <w:pPr>
        <w:widowControl/>
        <w:numPr>
          <w:ilvl w:val="0"/>
          <w:numId w:val="3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наблюдает за ролью приставки и суффикса в слове;</w:t>
      </w:r>
    </w:p>
    <w:p w14:paraId="24DEC997" w14:textId="77777777" w:rsidR="0067037F" w:rsidRPr="0067037F" w:rsidRDefault="0067037F" w:rsidP="0067037F">
      <w:pPr>
        <w:widowControl/>
        <w:numPr>
          <w:ilvl w:val="0"/>
          <w:numId w:val="3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использует знания о составе слова при выполнении языковых и орфографических заданий.</w:t>
      </w:r>
    </w:p>
    <w:p w14:paraId="11E87715" w14:textId="77777777" w:rsidR="0067037F" w:rsidRPr="0067037F" w:rsidRDefault="0067037F" w:rsidP="0067037F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67037F">
        <w:rPr>
          <w:b/>
          <w:bCs/>
          <w:sz w:val="24"/>
          <w:szCs w:val="24"/>
          <w:lang w:val="es-ES" w:eastAsia="es-ES"/>
        </w:rPr>
        <w:t>Морфология</w:t>
      </w:r>
      <w:proofErr w:type="spellEnd"/>
    </w:p>
    <w:p w14:paraId="1E2D1036" w14:textId="77777777" w:rsidR="0067037F" w:rsidRPr="0067037F" w:rsidRDefault="0067037F" w:rsidP="0067037F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67037F">
        <w:rPr>
          <w:sz w:val="24"/>
          <w:szCs w:val="24"/>
          <w:lang w:val="es-ES" w:eastAsia="es-ES"/>
        </w:rPr>
        <w:t>Обучающийся</w:t>
      </w:r>
      <w:proofErr w:type="spellEnd"/>
      <w:r w:rsidRPr="0067037F">
        <w:rPr>
          <w:sz w:val="24"/>
          <w:szCs w:val="24"/>
          <w:lang w:val="es-ES" w:eastAsia="es-ES"/>
        </w:rPr>
        <w:t>:</w:t>
      </w:r>
    </w:p>
    <w:p w14:paraId="41D3A835" w14:textId="77777777" w:rsidR="0067037F" w:rsidRPr="0067037F" w:rsidRDefault="0067037F" w:rsidP="0067037F">
      <w:pPr>
        <w:widowControl/>
        <w:numPr>
          <w:ilvl w:val="0"/>
          <w:numId w:val="3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распознаёт слова, называющие предметы, признаки предметов и действия предметов;</w:t>
      </w:r>
    </w:p>
    <w:p w14:paraId="6FE8C2C2" w14:textId="77777777" w:rsidR="0067037F" w:rsidRPr="0067037F" w:rsidRDefault="0067037F" w:rsidP="0067037F">
      <w:pPr>
        <w:widowControl/>
        <w:numPr>
          <w:ilvl w:val="0"/>
          <w:numId w:val="3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распознаёт имя существительное, имя прилагательное и глагол по их общему значению и вопросам;</w:t>
      </w:r>
    </w:p>
    <w:p w14:paraId="4F846D95" w14:textId="77777777" w:rsidR="0067037F" w:rsidRPr="0067037F" w:rsidRDefault="0067037F" w:rsidP="0067037F">
      <w:pPr>
        <w:widowControl/>
        <w:numPr>
          <w:ilvl w:val="0"/>
          <w:numId w:val="3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 xml:space="preserve">различает имена существительные, отвечающие на вопросы </w:t>
      </w:r>
      <w:r w:rsidRPr="0067037F">
        <w:rPr>
          <w:b/>
          <w:bCs/>
          <w:sz w:val="24"/>
          <w:szCs w:val="24"/>
          <w:lang w:eastAsia="es-ES"/>
        </w:rPr>
        <w:t>«кто?»</w:t>
      </w:r>
      <w:r w:rsidRPr="0067037F">
        <w:rPr>
          <w:sz w:val="24"/>
          <w:szCs w:val="24"/>
          <w:lang w:eastAsia="es-ES"/>
        </w:rPr>
        <w:t xml:space="preserve"> и </w:t>
      </w:r>
      <w:r w:rsidRPr="0067037F">
        <w:rPr>
          <w:b/>
          <w:bCs/>
          <w:sz w:val="24"/>
          <w:szCs w:val="24"/>
          <w:lang w:eastAsia="es-ES"/>
        </w:rPr>
        <w:t>«что?»</w:t>
      </w:r>
      <w:r w:rsidRPr="0067037F">
        <w:rPr>
          <w:sz w:val="24"/>
          <w:szCs w:val="24"/>
          <w:lang w:eastAsia="es-ES"/>
        </w:rPr>
        <w:t>;</w:t>
      </w:r>
    </w:p>
    <w:p w14:paraId="266CD68E" w14:textId="77777777" w:rsidR="0067037F" w:rsidRPr="0067037F" w:rsidRDefault="0067037F" w:rsidP="0067037F">
      <w:pPr>
        <w:widowControl/>
        <w:numPr>
          <w:ilvl w:val="0"/>
          <w:numId w:val="3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различает собственные и нарицательные имена существительные;</w:t>
      </w:r>
    </w:p>
    <w:p w14:paraId="386FCEDE" w14:textId="77777777" w:rsidR="0067037F" w:rsidRPr="0067037F" w:rsidRDefault="0067037F" w:rsidP="0067037F">
      <w:pPr>
        <w:widowControl/>
        <w:numPr>
          <w:ilvl w:val="0"/>
          <w:numId w:val="3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различает одушевлённые и неодушевлённые имена существительные;</w:t>
      </w:r>
    </w:p>
    <w:p w14:paraId="345FE6DA" w14:textId="77777777" w:rsidR="0067037F" w:rsidRPr="0067037F" w:rsidRDefault="0067037F" w:rsidP="0067037F">
      <w:pPr>
        <w:widowControl/>
        <w:numPr>
          <w:ilvl w:val="0"/>
          <w:numId w:val="3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определяет единственное и множественное число имён существительных;</w:t>
      </w:r>
    </w:p>
    <w:p w14:paraId="5E28089E" w14:textId="77777777" w:rsidR="0067037F" w:rsidRPr="0067037F" w:rsidRDefault="0067037F" w:rsidP="0067037F">
      <w:pPr>
        <w:widowControl/>
        <w:numPr>
          <w:ilvl w:val="0"/>
          <w:numId w:val="3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определяет единственное и множественное число глаголов;</w:t>
      </w:r>
    </w:p>
    <w:p w14:paraId="40DF83EB" w14:textId="77777777" w:rsidR="0067037F" w:rsidRPr="0067037F" w:rsidRDefault="0067037F" w:rsidP="0067037F">
      <w:pPr>
        <w:widowControl/>
        <w:numPr>
          <w:ilvl w:val="0"/>
          <w:numId w:val="3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устанавливает связь имени прилагательного с именем существительным;</w:t>
      </w:r>
    </w:p>
    <w:p w14:paraId="59D4A523" w14:textId="77777777" w:rsidR="0067037F" w:rsidRPr="0067037F" w:rsidRDefault="0067037F" w:rsidP="0067037F">
      <w:pPr>
        <w:widowControl/>
        <w:numPr>
          <w:ilvl w:val="0"/>
          <w:numId w:val="3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определяет число имени прилагательного в изученных случаях;</w:t>
      </w:r>
    </w:p>
    <w:p w14:paraId="4DD01697" w14:textId="77777777" w:rsidR="0067037F" w:rsidRPr="0067037F" w:rsidRDefault="0067037F" w:rsidP="0067037F">
      <w:pPr>
        <w:widowControl/>
        <w:numPr>
          <w:ilvl w:val="0"/>
          <w:numId w:val="3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имеет общее представление о личных местоимениях и наблюдает за их употреблением в речи;</w:t>
      </w:r>
    </w:p>
    <w:p w14:paraId="42FF87C1" w14:textId="77777777" w:rsidR="0067037F" w:rsidRPr="0067037F" w:rsidRDefault="0067037F" w:rsidP="0067037F">
      <w:pPr>
        <w:widowControl/>
        <w:numPr>
          <w:ilvl w:val="0"/>
          <w:numId w:val="3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7037F">
        <w:rPr>
          <w:sz w:val="24"/>
          <w:szCs w:val="24"/>
          <w:lang w:val="es-ES" w:eastAsia="es-ES"/>
        </w:rPr>
        <w:t>распознаёт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предлоги</w:t>
      </w:r>
      <w:proofErr w:type="spellEnd"/>
      <w:r w:rsidRPr="0067037F">
        <w:rPr>
          <w:sz w:val="24"/>
          <w:szCs w:val="24"/>
          <w:lang w:val="es-ES" w:eastAsia="es-ES"/>
        </w:rPr>
        <w:t>;</w:t>
      </w:r>
    </w:p>
    <w:p w14:paraId="6007DC57" w14:textId="77777777" w:rsidR="0067037F" w:rsidRPr="0067037F" w:rsidRDefault="0067037F" w:rsidP="0067037F">
      <w:pPr>
        <w:widowControl/>
        <w:numPr>
          <w:ilvl w:val="0"/>
          <w:numId w:val="3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отличает предлог от приставки в изученных случаях;</w:t>
      </w:r>
    </w:p>
    <w:p w14:paraId="289CDEA8" w14:textId="77777777" w:rsidR="0067037F" w:rsidRPr="0067037F" w:rsidRDefault="0067037F" w:rsidP="0067037F">
      <w:pPr>
        <w:widowControl/>
        <w:numPr>
          <w:ilvl w:val="0"/>
          <w:numId w:val="3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использует изученные части речи при составлении предложений и текстов.</w:t>
      </w:r>
    </w:p>
    <w:p w14:paraId="25169FD6" w14:textId="77777777" w:rsidR="0067037F" w:rsidRPr="0067037F" w:rsidRDefault="0067037F" w:rsidP="0067037F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67037F">
        <w:rPr>
          <w:b/>
          <w:bCs/>
          <w:sz w:val="24"/>
          <w:szCs w:val="24"/>
          <w:lang w:val="es-ES" w:eastAsia="es-ES"/>
        </w:rPr>
        <w:t>Синтаксис</w:t>
      </w:r>
      <w:proofErr w:type="spellEnd"/>
    </w:p>
    <w:p w14:paraId="6FFE8F2F" w14:textId="77777777" w:rsidR="0067037F" w:rsidRPr="0067037F" w:rsidRDefault="0067037F" w:rsidP="0067037F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67037F">
        <w:rPr>
          <w:sz w:val="24"/>
          <w:szCs w:val="24"/>
          <w:lang w:val="es-ES" w:eastAsia="es-ES"/>
        </w:rPr>
        <w:t>Обучающийся</w:t>
      </w:r>
      <w:proofErr w:type="spellEnd"/>
      <w:r w:rsidRPr="0067037F">
        <w:rPr>
          <w:sz w:val="24"/>
          <w:szCs w:val="24"/>
          <w:lang w:val="es-ES" w:eastAsia="es-ES"/>
        </w:rPr>
        <w:t>:</w:t>
      </w:r>
    </w:p>
    <w:p w14:paraId="13C7F1FE" w14:textId="77777777" w:rsidR="0067037F" w:rsidRPr="0067037F" w:rsidRDefault="0067037F" w:rsidP="0067037F">
      <w:pPr>
        <w:widowControl/>
        <w:numPr>
          <w:ilvl w:val="0"/>
          <w:numId w:val="4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отличает предложение от группы слов;</w:t>
      </w:r>
    </w:p>
    <w:p w14:paraId="789B50BF" w14:textId="77777777" w:rsidR="0067037F" w:rsidRPr="0067037F" w:rsidRDefault="0067037F" w:rsidP="0067037F">
      <w:pPr>
        <w:widowControl/>
        <w:numPr>
          <w:ilvl w:val="0"/>
          <w:numId w:val="4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7037F">
        <w:rPr>
          <w:sz w:val="24"/>
          <w:szCs w:val="24"/>
          <w:lang w:val="es-ES" w:eastAsia="es-ES"/>
        </w:rPr>
        <w:t>определяет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границы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предложения</w:t>
      </w:r>
      <w:proofErr w:type="spellEnd"/>
      <w:r w:rsidRPr="0067037F">
        <w:rPr>
          <w:sz w:val="24"/>
          <w:szCs w:val="24"/>
          <w:lang w:val="es-ES" w:eastAsia="es-ES"/>
        </w:rPr>
        <w:t>;</w:t>
      </w:r>
    </w:p>
    <w:p w14:paraId="7975A76B" w14:textId="77777777" w:rsidR="0067037F" w:rsidRPr="0067037F" w:rsidRDefault="0067037F" w:rsidP="0067037F">
      <w:pPr>
        <w:widowControl/>
        <w:numPr>
          <w:ilvl w:val="0"/>
          <w:numId w:val="4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правильно оформляет предложение на письме;</w:t>
      </w:r>
    </w:p>
    <w:p w14:paraId="31A4B3C6" w14:textId="77777777" w:rsidR="0067037F" w:rsidRPr="0067037F" w:rsidRDefault="0067037F" w:rsidP="0067037F">
      <w:pPr>
        <w:widowControl/>
        <w:numPr>
          <w:ilvl w:val="0"/>
          <w:numId w:val="4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различает предложения по цели высказывания;</w:t>
      </w:r>
    </w:p>
    <w:p w14:paraId="16918F2B" w14:textId="77777777" w:rsidR="0067037F" w:rsidRPr="0067037F" w:rsidRDefault="0067037F" w:rsidP="0067037F">
      <w:pPr>
        <w:widowControl/>
        <w:numPr>
          <w:ilvl w:val="0"/>
          <w:numId w:val="4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различает восклицательные и невосклицательные предложения;</w:t>
      </w:r>
    </w:p>
    <w:p w14:paraId="692E2F19" w14:textId="77777777" w:rsidR="0067037F" w:rsidRPr="0067037F" w:rsidRDefault="0067037F" w:rsidP="0067037F">
      <w:pPr>
        <w:widowControl/>
        <w:numPr>
          <w:ilvl w:val="0"/>
          <w:numId w:val="4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устанавливает связь слов в предложении с помощью смысловых вопросов;</w:t>
      </w:r>
    </w:p>
    <w:p w14:paraId="2BD1C10D" w14:textId="77777777" w:rsidR="0067037F" w:rsidRPr="0067037F" w:rsidRDefault="0067037F" w:rsidP="0067037F">
      <w:pPr>
        <w:widowControl/>
        <w:numPr>
          <w:ilvl w:val="0"/>
          <w:numId w:val="4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7037F">
        <w:rPr>
          <w:sz w:val="24"/>
          <w:szCs w:val="24"/>
          <w:lang w:val="es-ES" w:eastAsia="es-ES"/>
        </w:rPr>
        <w:t>находит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главные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члены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предложения</w:t>
      </w:r>
      <w:proofErr w:type="spellEnd"/>
      <w:r w:rsidRPr="0067037F">
        <w:rPr>
          <w:sz w:val="24"/>
          <w:szCs w:val="24"/>
          <w:lang w:val="es-ES" w:eastAsia="es-ES"/>
        </w:rPr>
        <w:t>;</w:t>
      </w:r>
    </w:p>
    <w:p w14:paraId="28E7E9F0" w14:textId="77777777" w:rsidR="0067037F" w:rsidRPr="0067037F" w:rsidRDefault="0067037F" w:rsidP="0067037F">
      <w:pPr>
        <w:widowControl/>
        <w:numPr>
          <w:ilvl w:val="0"/>
          <w:numId w:val="4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7037F">
        <w:rPr>
          <w:sz w:val="24"/>
          <w:szCs w:val="24"/>
          <w:lang w:val="es-ES" w:eastAsia="es-ES"/>
        </w:rPr>
        <w:t>распознаёт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подлежащее</w:t>
      </w:r>
      <w:proofErr w:type="spellEnd"/>
      <w:r w:rsidRPr="0067037F">
        <w:rPr>
          <w:sz w:val="24"/>
          <w:szCs w:val="24"/>
          <w:lang w:val="es-ES" w:eastAsia="es-ES"/>
        </w:rPr>
        <w:t xml:space="preserve"> и </w:t>
      </w:r>
      <w:proofErr w:type="spellStart"/>
      <w:r w:rsidRPr="0067037F">
        <w:rPr>
          <w:sz w:val="24"/>
          <w:szCs w:val="24"/>
          <w:lang w:val="es-ES" w:eastAsia="es-ES"/>
        </w:rPr>
        <w:t>сказуемое</w:t>
      </w:r>
      <w:proofErr w:type="spellEnd"/>
      <w:r w:rsidRPr="0067037F">
        <w:rPr>
          <w:sz w:val="24"/>
          <w:szCs w:val="24"/>
          <w:lang w:val="es-ES" w:eastAsia="es-ES"/>
        </w:rPr>
        <w:t>;</w:t>
      </w:r>
    </w:p>
    <w:p w14:paraId="64066A56" w14:textId="77777777" w:rsidR="0067037F" w:rsidRPr="0067037F" w:rsidRDefault="0067037F" w:rsidP="0067037F">
      <w:pPr>
        <w:widowControl/>
        <w:numPr>
          <w:ilvl w:val="0"/>
          <w:numId w:val="4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имеет общее представление о второстепенных членах предложения;</w:t>
      </w:r>
    </w:p>
    <w:p w14:paraId="652A5063" w14:textId="77777777" w:rsidR="0067037F" w:rsidRPr="0067037F" w:rsidRDefault="0067037F" w:rsidP="0067037F">
      <w:pPr>
        <w:widowControl/>
        <w:numPr>
          <w:ilvl w:val="0"/>
          <w:numId w:val="4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наблюдает за распространёнными и нераспространёнными предложениями;</w:t>
      </w:r>
    </w:p>
    <w:p w14:paraId="235ADC6E" w14:textId="77777777" w:rsidR="0067037F" w:rsidRPr="0067037F" w:rsidRDefault="0067037F" w:rsidP="0067037F">
      <w:pPr>
        <w:widowControl/>
        <w:numPr>
          <w:ilvl w:val="0"/>
          <w:numId w:val="4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составляет предложения из набора слов;</w:t>
      </w:r>
    </w:p>
    <w:p w14:paraId="6FC7221A" w14:textId="77777777" w:rsidR="0067037F" w:rsidRPr="0067037F" w:rsidRDefault="0067037F" w:rsidP="0067037F">
      <w:pPr>
        <w:widowControl/>
        <w:numPr>
          <w:ilvl w:val="0"/>
          <w:numId w:val="4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7037F">
        <w:rPr>
          <w:sz w:val="24"/>
          <w:szCs w:val="24"/>
          <w:lang w:val="es-ES" w:eastAsia="es-ES"/>
        </w:rPr>
        <w:t>восстанавливает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деформированные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предложения</w:t>
      </w:r>
      <w:proofErr w:type="spellEnd"/>
      <w:r w:rsidRPr="0067037F">
        <w:rPr>
          <w:sz w:val="24"/>
          <w:szCs w:val="24"/>
          <w:lang w:val="es-ES" w:eastAsia="es-ES"/>
        </w:rPr>
        <w:t>;</w:t>
      </w:r>
    </w:p>
    <w:p w14:paraId="45743DD9" w14:textId="77777777" w:rsidR="0067037F" w:rsidRPr="0067037F" w:rsidRDefault="0067037F" w:rsidP="0067037F">
      <w:pPr>
        <w:widowControl/>
        <w:numPr>
          <w:ilvl w:val="0"/>
          <w:numId w:val="4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составляет предложения по вопросам, опорным словам, рисункам и заданной теме.</w:t>
      </w:r>
    </w:p>
    <w:p w14:paraId="17759828" w14:textId="77777777" w:rsidR="0067037F" w:rsidRPr="0067037F" w:rsidRDefault="0067037F" w:rsidP="0067037F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67037F">
        <w:rPr>
          <w:b/>
          <w:bCs/>
          <w:sz w:val="24"/>
          <w:szCs w:val="24"/>
          <w:lang w:val="es-ES" w:eastAsia="es-ES"/>
        </w:rPr>
        <w:t>Орфография</w:t>
      </w:r>
      <w:proofErr w:type="spellEnd"/>
      <w:r w:rsidRPr="0067037F">
        <w:rPr>
          <w:b/>
          <w:bCs/>
          <w:sz w:val="24"/>
          <w:szCs w:val="24"/>
          <w:lang w:val="es-ES" w:eastAsia="es-ES"/>
        </w:rPr>
        <w:t xml:space="preserve"> и </w:t>
      </w:r>
      <w:proofErr w:type="spellStart"/>
      <w:r w:rsidRPr="0067037F">
        <w:rPr>
          <w:b/>
          <w:bCs/>
          <w:sz w:val="24"/>
          <w:szCs w:val="24"/>
          <w:lang w:val="es-ES" w:eastAsia="es-ES"/>
        </w:rPr>
        <w:t>пунктуация</w:t>
      </w:r>
      <w:proofErr w:type="spellEnd"/>
    </w:p>
    <w:p w14:paraId="155B06B5" w14:textId="77777777" w:rsidR="0067037F" w:rsidRPr="0067037F" w:rsidRDefault="0067037F" w:rsidP="0067037F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67037F">
        <w:rPr>
          <w:sz w:val="24"/>
          <w:szCs w:val="24"/>
          <w:lang w:val="es-ES" w:eastAsia="es-ES"/>
        </w:rPr>
        <w:t>Обучающийся</w:t>
      </w:r>
      <w:proofErr w:type="spellEnd"/>
      <w:r w:rsidRPr="0067037F">
        <w:rPr>
          <w:sz w:val="24"/>
          <w:szCs w:val="24"/>
          <w:lang w:val="es-ES" w:eastAsia="es-ES"/>
        </w:rPr>
        <w:t>:</w:t>
      </w:r>
    </w:p>
    <w:p w14:paraId="601D0EDD" w14:textId="77777777" w:rsidR="0067037F" w:rsidRPr="0067037F" w:rsidRDefault="0067037F" w:rsidP="0067037F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находит места возможного возникновения орфографической ошибки;</w:t>
      </w:r>
    </w:p>
    <w:p w14:paraId="55D02E91" w14:textId="77777777" w:rsidR="0067037F" w:rsidRPr="0067037F" w:rsidRDefault="0067037F" w:rsidP="0067037F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7037F">
        <w:rPr>
          <w:sz w:val="24"/>
          <w:szCs w:val="24"/>
          <w:lang w:val="es-ES" w:eastAsia="es-ES"/>
        </w:rPr>
        <w:t>применяет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изученные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правила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правописания</w:t>
      </w:r>
      <w:proofErr w:type="spellEnd"/>
      <w:r w:rsidRPr="0067037F">
        <w:rPr>
          <w:sz w:val="24"/>
          <w:szCs w:val="24"/>
          <w:lang w:val="es-ES" w:eastAsia="es-ES"/>
        </w:rPr>
        <w:t>;</w:t>
      </w:r>
    </w:p>
    <w:p w14:paraId="2E975B4D" w14:textId="77777777" w:rsidR="0067037F" w:rsidRPr="0067037F" w:rsidRDefault="0067037F" w:rsidP="0067037F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 xml:space="preserve">правильно пишет сочетания </w:t>
      </w:r>
      <w:proofErr w:type="spellStart"/>
      <w:r w:rsidRPr="0067037F">
        <w:rPr>
          <w:b/>
          <w:bCs/>
          <w:sz w:val="24"/>
          <w:szCs w:val="24"/>
          <w:lang w:eastAsia="es-ES"/>
        </w:rPr>
        <w:t>жи</w:t>
      </w:r>
      <w:proofErr w:type="spellEnd"/>
      <w:r w:rsidRPr="0067037F">
        <w:rPr>
          <w:b/>
          <w:bCs/>
          <w:sz w:val="24"/>
          <w:szCs w:val="24"/>
          <w:lang w:eastAsia="es-ES"/>
        </w:rPr>
        <w:t xml:space="preserve"> — ши, </w:t>
      </w:r>
      <w:proofErr w:type="spellStart"/>
      <w:r w:rsidRPr="0067037F">
        <w:rPr>
          <w:b/>
          <w:bCs/>
          <w:sz w:val="24"/>
          <w:szCs w:val="24"/>
          <w:lang w:eastAsia="es-ES"/>
        </w:rPr>
        <w:t>ча</w:t>
      </w:r>
      <w:proofErr w:type="spellEnd"/>
      <w:r w:rsidRPr="0067037F">
        <w:rPr>
          <w:b/>
          <w:bCs/>
          <w:sz w:val="24"/>
          <w:szCs w:val="24"/>
          <w:lang w:eastAsia="es-ES"/>
        </w:rPr>
        <w:t xml:space="preserve"> — ща, чу — </w:t>
      </w:r>
      <w:proofErr w:type="spellStart"/>
      <w:r w:rsidRPr="0067037F">
        <w:rPr>
          <w:b/>
          <w:bCs/>
          <w:sz w:val="24"/>
          <w:szCs w:val="24"/>
          <w:lang w:eastAsia="es-ES"/>
        </w:rPr>
        <w:t>щу</w:t>
      </w:r>
      <w:proofErr w:type="spellEnd"/>
      <w:r w:rsidRPr="0067037F">
        <w:rPr>
          <w:sz w:val="24"/>
          <w:szCs w:val="24"/>
          <w:lang w:eastAsia="es-ES"/>
        </w:rPr>
        <w:t>;</w:t>
      </w:r>
    </w:p>
    <w:p w14:paraId="7F965EA7" w14:textId="77777777" w:rsidR="0067037F" w:rsidRPr="0067037F" w:rsidRDefault="0067037F" w:rsidP="0067037F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 xml:space="preserve">правильно пишет изученные сочетания </w:t>
      </w:r>
      <w:proofErr w:type="spellStart"/>
      <w:r w:rsidRPr="0067037F">
        <w:rPr>
          <w:b/>
          <w:bCs/>
          <w:sz w:val="24"/>
          <w:szCs w:val="24"/>
          <w:lang w:eastAsia="es-ES"/>
        </w:rPr>
        <w:t>чк</w:t>
      </w:r>
      <w:proofErr w:type="spellEnd"/>
      <w:r w:rsidRPr="0067037F">
        <w:rPr>
          <w:b/>
          <w:bCs/>
          <w:sz w:val="24"/>
          <w:szCs w:val="24"/>
          <w:lang w:eastAsia="es-ES"/>
        </w:rPr>
        <w:t xml:space="preserve">, </w:t>
      </w:r>
      <w:proofErr w:type="spellStart"/>
      <w:r w:rsidRPr="0067037F">
        <w:rPr>
          <w:b/>
          <w:bCs/>
          <w:sz w:val="24"/>
          <w:szCs w:val="24"/>
          <w:lang w:eastAsia="es-ES"/>
        </w:rPr>
        <w:t>чн</w:t>
      </w:r>
      <w:proofErr w:type="spellEnd"/>
      <w:r w:rsidRPr="0067037F">
        <w:rPr>
          <w:b/>
          <w:bCs/>
          <w:sz w:val="24"/>
          <w:szCs w:val="24"/>
          <w:lang w:eastAsia="es-ES"/>
        </w:rPr>
        <w:t xml:space="preserve">, </w:t>
      </w:r>
      <w:proofErr w:type="spellStart"/>
      <w:r w:rsidRPr="0067037F">
        <w:rPr>
          <w:b/>
          <w:bCs/>
          <w:sz w:val="24"/>
          <w:szCs w:val="24"/>
          <w:lang w:eastAsia="es-ES"/>
        </w:rPr>
        <w:t>чт</w:t>
      </w:r>
      <w:proofErr w:type="spellEnd"/>
      <w:r w:rsidRPr="0067037F">
        <w:rPr>
          <w:b/>
          <w:bCs/>
          <w:sz w:val="24"/>
          <w:szCs w:val="24"/>
          <w:lang w:eastAsia="es-ES"/>
        </w:rPr>
        <w:t xml:space="preserve">, </w:t>
      </w:r>
      <w:proofErr w:type="spellStart"/>
      <w:r w:rsidRPr="0067037F">
        <w:rPr>
          <w:b/>
          <w:bCs/>
          <w:sz w:val="24"/>
          <w:szCs w:val="24"/>
          <w:lang w:eastAsia="es-ES"/>
        </w:rPr>
        <w:t>щн</w:t>
      </w:r>
      <w:proofErr w:type="spellEnd"/>
      <w:r w:rsidRPr="0067037F">
        <w:rPr>
          <w:b/>
          <w:bCs/>
          <w:sz w:val="24"/>
          <w:szCs w:val="24"/>
          <w:lang w:eastAsia="es-ES"/>
        </w:rPr>
        <w:t xml:space="preserve">, </w:t>
      </w:r>
      <w:proofErr w:type="spellStart"/>
      <w:r w:rsidRPr="0067037F">
        <w:rPr>
          <w:b/>
          <w:bCs/>
          <w:sz w:val="24"/>
          <w:szCs w:val="24"/>
          <w:lang w:eastAsia="es-ES"/>
        </w:rPr>
        <w:t>нч</w:t>
      </w:r>
      <w:proofErr w:type="spellEnd"/>
      <w:r w:rsidRPr="0067037F">
        <w:rPr>
          <w:sz w:val="24"/>
          <w:szCs w:val="24"/>
          <w:lang w:eastAsia="es-ES"/>
        </w:rPr>
        <w:t>;</w:t>
      </w:r>
    </w:p>
    <w:p w14:paraId="46BA2A06" w14:textId="77777777" w:rsidR="0067037F" w:rsidRPr="0067037F" w:rsidRDefault="0067037F" w:rsidP="0067037F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использует мягкий знак для обозначения мягкости согласного звука;</w:t>
      </w:r>
    </w:p>
    <w:p w14:paraId="6EEAFDAC" w14:textId="77777777" w:rsidR="0067037F" w:rsidRPr="0067037F" w:rsidRDefault="0067037F" w:rsidP="0067037F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правильно пишет слова с разделительным мягким знаком в пределах изученного материала;</w:t>
      </w:r>
    </w:p>
    <w:p w14:paraId="481292FD" w14:textId="77777777" w:rsidR="0067037F" w:rsidRPr="0067037F" w:rsidRDefault="0067037F" w:rsidP="0067037F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правильно пишет изученные слова с удвоенными согласными;</w:t>
      </w:r>
    </w:p>
    <w:p w14:paraId="0B9DD625" w14:textId="77777777" w:rsidR="0067037F" w:rsidRPr="0067037F" w:rsidRDefault="0067037F" w:rsidP="0067037F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применяет правило написания проверяемых безударных гласных в корне слова;</w:t>
      </w:r>
    </w:p>
    <w:p w14:paraId="412D01F0" w14:textId="77777777" w:rsidR="0067037F" w:rsidRPr="0067037F" w:rsidRDefault="0067037F" w:rsidP="0067037F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7037F">
        <w:rPr>
          <w:sz w:val="24"/>
          <w:szCs w:val="24"/>
          <w:lang w:val="es-ES" w:eastAsia="es-ES"/>
        </w:rPr>
        <w:t>подбирает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проверочные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слова</w:t>
      </w:r>
      <w:proofErr w:type="spellEnd"/>
      <w:r w:rsidRPr="0067037F">
        <w:rPr>
          <w:sz w:val="24"/>
          <w:szCs w:val="24"/>
          <w:lang w:val="es-ES" w:eastAsia="es-ES"/>
        </w:rPr>
        <w:t>;</w:t>
      </w:r>
    </w:p>
    <w:p w14:paraId="76B02C60" w14:textId="77777777" w:rsidR="0067037F" w:rsidRPr="0067037F" w:rsidRDefault="0067037F" w:rsidP="0067037F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правильно пишет изученные слова с непроверяемыми безударными гласными;</w:t>
      </w:r>
    </w:p>
    <w:p w14:paraId="5FA3570F" w14:textId="77777777" w:rsidR="0067037F" w:rsidRPr="0067037F" w:rsidRDefault="0067037F" w:rsidP="0067037F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применяет правило написания парных по звонкости — глухости согласных в корне слова;</w:t>
      </w:r>
    </w:p>
    <w:p w14:paraId="184FC1C7" w14:textId="77777777" w:rsidR="0067037F" w:rsidRPr="0067037F" w:rsidRDefault="0067037F" w:rsidP="0067037F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правильно употребляет прописную букву в начале предложения и в изученных именах собственных;</w:t>
      </w:r>
    </w:p>
    <w:p w14:paraId="46C9B547" w14:textId="77777777" w:rsidR="0067037F" w:rsidRPr="0067037F" w:rsidRDefault="0067037F" w:rsidP="0067037F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раздельно пишет предлоги со словами;</w:t>
      </w:r>
    </w:p>
    <w:p w14:paraId="433C314B" w14:textId="77777777" w:rsidR="0067037F" w:rsidRPr="0067037F" w:rsidRDefault="0067037F" w:rsidP="0067037F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применяет изученные правила переноса слов;</w:t>
      </w:r>
    </w:p>
    <w:p w14:paraId="773BF58A" w14:textId="77777777" w:rsidR="0067037F" w:rsidRPr="0067037F" w:rsidRDefault="0067037F" w:rsidP="0067037F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правильно ставит точку, вопросительный или восклицательный знак в конце предложения;</w:t>
      </w:r>
    </w:p>
    <w:p w14:paraId="5247B388" w14:textId="77777777" w:rsidR="0067037F" w:rsidRPr="0067037F" w:rsidRDefault="0067037F" w:rsidP="0067037F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списывает текст с соблюдением изученных орфографических и пунктуационных норм;</w:t>
      </w:r>
    </w:p>
    <w:p w14:paraId="23BF40C0" w14:textId="77777777" w:rsidR="0067037F" w:rsidRPr="0067037F" w:rsidRDefault="0067037F" w:rsidP="0067037F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пишет под диктовку слова, предложения и небольшие тексты в пределах изученного программного материала;</w:t>
      </w:r>
    </w:p>
    <w:p w14:paraId="7B23BF24" w14:textId="77777777" w:rsidR="0067037F" w:rsidRPr="0067037F" w:rsidRDefault="0067037F" w:rsidP="0067037F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7037F">
        <w:rPr>
          <w:sz w:val="24"/>
          <w:szCs w:val="24"/>
          <w:lang w:val="es-ES" w:eastAsia="es-ES"/>
        </w:rPr>
        <w:t>пользуется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орфографическим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словарём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учебника</w:t>
      </w:r>
      <w:proofErr w:type="spellEnd"/>
      <w:r w:rsidRPr="0067037F">
        <w:rPr>
          <w:sz w:val="24"/>
          <w:szCs w:val="24"/>
          <w:lang w:val="es-ES" w:eastAsia="es-ES"/>
        </w:rPr>
        <w:t>;</w:t>
      </w:r>
    </w:p>
    <w:p w14:paraId="2568CD87" w14:textId="77777777" w:rsidR="0067037F" w:rsidRPr="0067037F" w:rsidRDefault="0067037F" w:rsidP="0067037F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7037F">
        <w:rPr>
          <w:sz w:val="24"/>
          <w:szCs w:val="24"/>
          <w:lang w:val="es-ES" w:eastAsia="es-ES"/>
        </w:rPr>
        <w:t>проверяет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написанное</w:t>
      </w:r>
      <w:proofErr w:type="spellEnd"/>
      <w:r w:rsidRPr="0067037F">
        <w:rPr>
          <w:sz w:val="24"/>
          <w:szCs w:val="24"/>
          <w:lang w:val="es-ES" w:eastAsia="es-ES"/>
        </w:rPr>
        <w:t>;</w:t>
      </w:r>
    </w:p>
    <w:p w14:paraId="40A17ADA" w14:textId="77777777" w:rsidR="0067037F" w:rsidRPr="0067037F" w:rsidRDefault="0067037F" w:rsidP="0067037F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находит и исправляет ошибки в пределах изученных правил.</w:t>
      </w:r>
    </w:p>
    <w:p w14:paraId="0DF2C9A0" w14:textId="77777777" w:rsidR="0067037F" w:rsidRPr="0067037F" w:rsidRDefault="0067037F" w:rsidP="0067037F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67037F">
        <w:rPr>
          <w:b/>
          <w:bCs/>
          <w:sz w:val="24"/>
          <w:szCs w:val="24"/>
          <w:lang w:val="es-ES" w:eastAsia="es-ES"/>
        </w:rPr>
        <w:t>Развитие</w:t>
      </w:r>
      <w:proofErr w:type="spellEnd"/>
      <w:r w:rsidRPr="0067037F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b/>
          <w:bCs/>
          <w:sz w:val="24"/>
          <w:szCs w:val="24"/>
          <w:lang w:val="es-ES" w:eastAsia="es-ES"/>
        </w:rPr>
        <w:t>речи</w:t>
      </w:r>
      <w:proofErr w:type="spellEnd"/>
    </w:p>
    <w:p w14:paraId="362DBD17" w14:textId="77777777" w:rsidR="0067037F" w:rsidRPr="0067037F" w:rsidRDefault="0067037F" w:rsidP="0067037F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67037F">
        <w:rPr>
          <w:sz w:val="24"/>
          <w:szCs w:val="24"/>
          <w:lang w:val="es-ES" w:eastAsia="es-ES"/>
        </w:rPr>
        <w:t>Обучающийся</w:t>
      </w:r>
      <w:proofErr w:type="spellEnd"/>
      <w:r w:rsidRPr="0067037F">
        <w:rPr>
          <w:sz w:val="24"/>
          <w:szCs w:val="24"/>
          <w:lang w:val="es-ES" w:eastAsia="es-ES"/>
        </w:rPr>
        <w:t>:</w:t>
      </w:r>
    </w:p>
    <w:p w14:paraId="13BBFD84" w14:textId="77777777" w:rsidR="0067037F" w:rsidRPr="0067037F" w:rsidRDefault="0067037F" w:rsidP="0067037F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участвует в диалоге, соблюдая правила речевого поведения;</w:t>
      </w:r>
    </w:p>
    <w:p w14:paraId="2DF9627B" w14:textId="77777777" w:rsidR="0067037F" w:rsidRPr="0067037F" w:rsidRDefault="0067037F" w:rsidP="0067037F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слушает собеседника, понимает заданный вопрос, отвечает на него и задаёт собственные вопросы;</w:t>
      </w:r>
    </w:p>
    <w:p w14:paraId="5343E4FF" w14:textId="77777777" w:rsidR="0067037F" w:rsidRPr="0067037F" w:rsidRDefault="0067037F" w:rsidP="0067037F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использует основные формулы речевого этикета;</w:t>
      </w:r>
    </w:p>
    <w:p w14:paraId="6EB4DC15" w14:textId="77777777" w:rsidR="0067037F" w:rsidRPr="0067037F" w:rsidRDefault="0067037F" w:rsidP="0067037F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создаёт небольшие устные монологические высказывания;</w:t>
      </w:r>
    </w:p>
    <w:p w14:paraId="2B6BFC7A" w14:textId="77777777" w:rsidR="0067037F" w:rsidRPr="0067037F" w:rsidRDefault="0067037F" w:rsidP="0067037F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отличает текст от отдельных предложений;</w:t>
      </w:r>
    </w:p>
    <w:p w14:paraId="68C1AF0E" w14:textId="77777777" w:rsidR="0067037F" w:rsidRPr="0067037F" w:rsidRDefault="0067037F" w:rsidP="0067037F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7037F">
        <w:rPr>
          <w:sz w:val="24"/>
          <w:szCs w:val="24"/>
          <w:lang w:val="es-ES" w:eastAsia="es-ES"/>
        </w:rPr>
        <w:t>определяет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тему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текста</w:t>
      </w:r>
      <w:proofErr w:type="spellEnd"/>
      <w:r w:rsidRPr="0067037F">
        <w:rPr>
          <w:sz w:val="24"/>
          <w:szCs w:val="24"/>
          <w:lang w:val="es-ES" w:eastAsia="es-ES"/>
        </w:rPr>
        <w:t>;</w:t>
      </w:r>
    </w:p>
    <w:p w14:paraId="6965AB03" w14:textId="77777777" w:rsidR="0067037F" w:rsidRPr="0067037F" w:rsidRDefault="0067037F" w:rsidP="0067037F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определяет основную мысль текста в доступных случаях;</w:t>
      </w:r>
    </w:p>
    <w:p w14:paraId="7C5E86C0" w14:textId="77777777" w:rsidR="0067037F" w:rsidRPr="0067037F" w:rsidRDefault="0067037F" w:rsidP="0067037F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7037F">
        <w:rPr>
          <w:sz w:val="24"/>
          <w:szCs w:val="24"/>
          <w:lang w:val="es-ES" w:eastAsia="es-ES"/>
        </w:rPr>
        <w:t>подбирает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заголовок</w:t>
      </w:r>
      <w:proofErr w:type="spellEnd"/>
      <w:r w:rsidRPr="0067037F">
        <w:rPr>
          <w:sz w:val="24"/>
          <w:szCs w:val="24"/>
          <w:lang w:val="es-ES" w:eastAsia="es-ES"/>
        </w:rPr>
        <w:t xml:space="preserve"> к </w:t>
      </w:r>
      <w:proofErr w:type="spellStart"/>
      <w:r w:rsidRPr="0067037F">
        <w:rPr>
          <w:sz w:val="24"/>
          <w:szCs w:val="24"/>
          <w:lang w:val="es-ES" w:eastAsia="es-ES"/>
        </w:rPr>
        <w:t>тексту</w:t>
      </w:r>
      <w:proofErr w:type="spellEnd"/>
      <w:r w:rsidRPr="0067037F">
        <w:rPr>
          <w:sz w:val="24"/>
          <w:szCs w:val="24"/>
          <w:lang w:val="es-ES" w:eastAsia="es-ES"/>
        </w:rPr>
        <w:t>;</w:t>
      </w:r>
    </w:p>
    <w:p w14:paraId="51646CD5" w14:textId="77777777" w:rsidR="0067037F" w:rsidRPr="0067037F" w:rsidRDefault="0067037F" w:rsidP="0067037F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устанавливает последовательность предложений и частей текста;</w:t>
      </w:r>
    </w:p>
    <w:p w14:paraId="14B0159A" w14:textId="77777777" w:rsidR="0067037F" w:rsidRPr="0067037F" w:rsidRDefault="0067037F" w:rsidP="0067037F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7037F">
        <w:rPr>
          <w:sz w:val="24"/>
          <w:szCs w:val="24"/>
          <w:lang w:val="es-ES" w:eastAsia="es-ES"/>
        </w:rPr>
        <w:t>восстанавливает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деформированный</w:t>
      </w:r>
      <w:proofErr w:type="spellEnd"/>
      <w:r w:rsidRPr="0067037F">
        <w:rPr>
          <w:sz w:val="24"/>
          <w:szCs w:val="24"/>
          <w:lang w:val="es-ES" w:eastAsia="es-ES"/>
        </w:rPr>
        <w:t xml:space="preserve"> </w:t>
      </w:r>
      <w:proofErr w:type="spellStart"/>
      <w:r w:rsidRPr="0067037F">
        <w:rPr>
          <w:sz w:val="24"/>
          <w:szCs w:val="24"/>
          <w:lang w:val="es-ES" w:eastAsia="es-ES"/>
        </w:rPr>
        <w:t>текст</w:t>
      </w:r>
      <w:proofErr w:type="spellEnd"/>
      <w:r w:rsidRPr="0067037F">
        <w:rPr>
          <w:sz w:val="24"/>
          <w:szCs w:val="24"/>
          <w:lang w:val="es-ES" w:eastAsia="es-ES"/>
        </w:rPr>
        <w:t>;</w:t>
      </w:r>
    </w:p>
    <w:p w14:paraId="42396FD7" w14:textId="77777777" w:rsidR="0067037F" w:rsidRPr="0067037F" w:rsidRDefault="0067037F" w:rsidP="0067037F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делит текст на смысловые части в доступных случаях;</w:t>
      </w:r>
    </w:p>
    <w:p w14:paraId="30845C1B" w14:textId="77777777" w:rsidR="0067037F" w:rsidRPr="0067037F" w:rsidRDefault="0067037F" w:rsidP="0067037F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составляет простой план текста с помощью учителя;</w:t>
      </w:r>
    </w:p>
    <w:p w14:paraId="60CE38D8" w14:textId="77777777" w:rsidR="0067037F" w:rsidRPr="0067037F" w:rsidRDefault="0067037F" w:rsidP="0067037F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отвечает на вопросы по содержанию прочитанного или прослушанного текста;</w:t>
      </w:r>
    </w:p>
    <w:p w14:paraId="6267A9C8" w14:textId="77777777" w:rsidR="0067037F" w:rsidRPr="0067037F" w:rsidRDefault="0067037F" w:rsidP="0067037F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создаёт небольшие устные и письменные тексты по вопросам, опорным словам, серии сюжетных рисунков, наблюдениям и предложенной теме;</w:t>
      </w:r>
    </w:p>
    <w:p w14:paraId="3DE94C67" w14:textId="77777777" w:rsidR="0067037F" w:rsidRPr="0067037F" w:rsidRDefault="0067037F" w:rsidP="0067037F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передаёт содержание небольшого повествовательного текста с опорой на вопросы или план;</w:t>
      </w:r>
    </w:p>
    <w:p w14:paraId="3A24D0BA" w14:textId="77777777" w:rsidR="0067037F" w:rsidRPr="0067037F" w:rsidRDefault="0067037F" w:rsidP="0067037F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наблюдает за особенностями текста-повествования, текста-описания и текста-рассуждения;</w:t>
      </w:r>
    </w:p>
    <w:p w14:paraId="31684A16" w14:textId="77777777" w:rsidR="0067037F" w:rsidRPr="0067037F" w:rsidRDefault="0067037F" w:rsidP="0067037F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редактирует собственное высказывание с помощью учителя;</w:t>
      </w:r>
    </w:p>
    <w:p w14:paraId="08EEF1A8" w14:textId="77777777" w:rsidR="0067037F" w:rsidRPr="0067037F" w:rsidRDefault="0067037F" w:rsidP="0067037F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7037F">
        <w:rPr>
          <w:sz w:val="24"/>
          <w:szCs w:val="24"/>
          <w:lang w:eastAsia="es-ES"/>
        </w:rPr>
        <w:t>проверяет последовательность, связность и соответствие созданного текста поставленной речевой задаче.</w:t>
      </w:r>
    </w:p>
    <w:p w14:paraId="1D827976" w14:textId="77777777" w:rsidR="00566B02" w:rsidRPr="00566B02" w:rsidRDefault="00566B02" w:rsidP="00566B02">
      <w:pPr>
        <w:widowControl/>
        <w:autoSpaceDE/>
        <w:autoSpaceDN/>
        <w:ind w:left="720"/>
        <w:rPr>
          <w:sz w:val="24"/>
          <w:szCs w:val="24"/>
          <w:lang w:eastAsia="es-ES"/>
        </w:rPr>
      </w:pPr>
    </w:p>
    <w:p w14:paraId="1EA02F63" w14:textId="6FFC0FB6" w:rsidR="00566B02" w:rsidRPr="0067037F" w:rsidRDefault="00566B02" w:rsidP="0067037F">
      <w:pPr>
        <w:pStyle w:val="a9"/>
        <w:widowControl/>
        <w:numPr>
          <w:ilvl w:val="1"/>
          <w:numId w:val="8"/>
        </w:numPr>
        <w:autoSpaceDE/>
        <w:autoSpaceDN/>
        <w:spacing w:before="100" w:beforeAutospacing="1" w:after="100" w:afterAutospacing="1"/>
        <w:jc w:val="center"/>
        <w:outlineLvl w:val="0"/>
        <w:rPr>
          <w:b/>
          <w:bCs/>
          <w:kern w:val="36"/>
          <w:sz w:val="24"/>
          <w:szCs w:val="24"/>
          <w:lang w:eastAsia="es-ES"/>
        </w:rPr>
      </w:pPr>
      <w:proofErr w:type="gramStart"/>
      <w:r w:rsidRPr="0067037F">
        <w:rPr>
          <w:b/>
          <w:bCs/>
          <w:kern w:val="36"/>
          <w:sz w:val="24"/>
          <w:szCs w:val="24"/>
          <w:lang w:eastAsia="es-ES"/>
        </w:rPr>
        <w:t>ПЕРЕЧЕНЬ РАЗДЕЛОВ</w:t>
      </w:r>
      <w:proofErr w:type="gramEnd"/>
      <w:r w:rsidRPr="0067037F">
        <w:rPr>
          <w:b/>
          <w:bCs/>
          <w:kern w:val="36"/>
          <w:sz w:val="24"/>
          <w:szCs w:val="24"/>
          <w:lang w:eastAsia="es-ES"/>
        </w:rPr>
        <w:t xml:space="preserve"> И ТЕМ УЧЕБНОГО ПРЕДМЕТА «РУССКИЙ ЯЗЫК»</w:t>
      </w:r>
    </w:p>
    <w:p w14:paraId="0246B579" w14:textId="77777777" w:rsidR="00566B02" w:rsidRPr="00566B02" w:rsidRDefault="00566B02" w:rsidP="00566B02">
      <w:pPr>
        <w:widowControl/>
        <w:autoSpaceDE/>
        <w:autoSpaceDN/>
        <w:spacing w:before="100" w:beforeAutospacing="1" w:after="100" w:afterAutospacing="1"/>
        <w:jc w:val="center"/>
        <w:rPr>
          <w:sz w:val="24"/>
          <w:szCs w:val="24"/>
          <w:lang w:val="es-ES" w:eastAsia="es-ES"/>
        </w:rPr>
      </w:pPr>
      <w:r w:rsidRPr="00566B02">
        <w:rPr>
          <w:b/>
          <w:bCs/>
          <w:sz w:val="24"/>
          <w:szCs w:val="24"/>
          <w:lang w:val="es-ES" w:eastAsia="es-ES"/>
        </w:rPr>
        <w:t xml:space="preserve">2 </w:t>
      </w:r>
      <w:proofErr w:type="spellStart"/>
      <w:r w:rsidRPr="00566B02">
        <w:rPr>
          <w:b/>
          <w:bCs/>
          <w:sz w:val="24"/>
          <w:szCs w:val="24"/>
          <w:lang w:val="es-ES" w:eastAsia="es-ES"/>
        </w:rPr>
        <w:t>класс</w:t>
      </w:r>
      <w:proofErr w:type="spellEnd"/>
      <w:r w:rsidRPr="00566B02">
        <w:rPr>
          <w:b/>
          <w:bCs/>
          <w:sz w:val="24"/>
          <w:szCs w:val="24"/>
          <w:lang w:val="es-ES" w:eastAsia="es-ES"/>
        </w:rPr>
        <w:t xml:space="preserve"> — 170 </w:t>
      </w:r>
      <w:proofErr w:type="spellStart"/>
      <w:r w:rsidRPr="00566B02">
        <w:rPr>
          <w:b/>
          <w:bCs/>
          <w:sz w:val="24"/>
          <w:szCs w:val="24"/>
          <w:lang w:val="es-ES" w:eastAsia="es-ES"/>
        </w:rPr>
        <w:t>часов</w:t>
      </w:r>
      <w:proofErr w:type="spellEnd"/>
      <w:r w:rsidRPr="00566B02">
        <w:rPr>
          <w:b/>
          <w:bCs/>
          <w:sz w:val="24"/>
          <w:szCs w:val="24"/>
          <w:lang w:val="es-ES" w:eastAsia="es-ES"/>
        </w:rPr>
        <w:t xml:space="preserve">, 5 </w:t>
      </w:r>
      <w:proofErr w:type="spellStart"/>
      <w:r w:rsidRPr="00566B02">
        <w:rPr>
          <w:b/>
          <w:bCs/>
          <w:sz w:val="24"/>
          <w:szCs w:val="24"/>
          <w:lang w:val="es-ES" w:eastAsia="es-ES"/>
        </w:rPr>
        <w:t>часов</w:t>
      </w:r>
      <w:proofErr w:type="spellEnd"/>
      <w:r w:rsidRPr="00566B02">
        <w:rPr>
          <w:b/>
          <w:bCs/>
          <w:sz w:val="24"/>
          <w:szCs w:val="24"/>
          <w:lang w:val="es-ES" w:eastAsia="es-ES"/>
        </w:rPr>
        <w:t xml:space="preserve"> в </w:t>
      </w:r>
      <w:proofErr w:type="spellStart"/>
      <w:r w:rsidRPr="00566B02">
        <w:rPr>
          <w:b/>
          <w:bCs/>
          <w:sz w:val="24"/>
          <w:szCs w:val="24"/>
          <w:lang w:val="es-ES" w:eastAsia="es-ES"/>
        </w:rPr>
        <w:t>неделю</w:t>
      </w:r>
      <w:proofErr w:type="spell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1809"/>
        <w:gridCol w:w="12181"/>
        <w:gridCol w:w="1358"/>
      </w:tblGrid>
      <w:tr w:rsidR="00566B02" w:rsidRPr="00566B02" w14:paraId="0D480CCE" w14:textId="77777777" w:rsidTr="00566B0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DAC8186" w14:textId="77777777" w:rsidR="00566B02" w:rsidRPr="00566B02" w:rsidRDefault="00566B02" w:rsidP="00566B0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es-ES" w:eastAsia="es-ES"/>
              </w:rPr>
            </w:pPr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>№ п/п</w:t>
            </w:r>
          </w:p>
        </w:tc>
        <w:tc>
          <w:tcPr>
            <w:tcW w:w="0" w:type="auto"/>
            <w:vAlign w:val="center"/>
            <w:hideMark/>
          </w:tcPr>
          <w:p w14:paraId="0DF1F615" w14:textId="77777777" w:rsidR="00566B02" w:rsidRPr="00566B02" w:rsidRDefault="00566B02" w:rsidP="00566B0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es-ES" w:eastAsia="es-ES"/>
              </w:rPr>
            </w:pPr>
            <w:proofErr w:type="spellStart"/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>Наименование</w:t>
            </w:r>
            <w:proofErr w:type="spellEnd"/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>раздела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67A4C89" w14:textId="77777777" w:rsidR="00566B02" w:rsidRPr="00566B02" w:rsidRDefault="00566B02" w:rsidP="00566B0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es-ES" w:eastAsia="es-ES"/>
              </w:rPr>
            </w:pPr>
            <w:proofErr w:type="spellStart"/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>Основные</w:t>
            </w:r>
            <w:proofErr w:type="spellEnd"/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>темы</w:t>
            </w:r>
            <w:proofErr w:type="spellEnd"/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>раздела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CD6F37E" w14:textId="77777777" w:rsidR="00566B02" w:rsidRPr="00566B02" w:rsidRDefault="00566B02" w:rsidP="00566B0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es-ES" w:eastAsia="es-ES"/>
              </w:rPr>
            </w:pPr>
            <w:proofErr w:type="spellStart"/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>Количество</w:t>
            </w:r>
            <w:proofErr w:type="spellEnd"/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>часов</w:t>
            </w:r>
            <w:proofErr w:type="spellEnd"/>
          </w:p>
        </w:tc>
      </w:tr>
      <w:tr w:rsidR="00566B02" w:rsidRPr="00566B02" w14:paraId="2B9C0F00" w14:textId="77777777" w:rsidTr="00566B0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200132" w14:textId="77777777" w:rsidR="00566B02" w:rsidRPr="00566B02" w:rsidRDefault="00566B02" w:rsidP="00566B02">
            <w:pPr>
              <w:widowControl/>
              <w:autoSpaceDE/>
              <w:autoSpaceDN/>
              <w:rPr>
                <w:sz w:val="20"/>
                <w:szCs w:val="20"/>
                <w:lang w:val="es-ES" w:eastAsia="es-ES"/>
              </w:rPr>
            </w:pPr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6DAA426" w14:textId="77777777" w:rsidR="00566B02" w:rsidRPr="00566B02" w:rsidRDefault="00566B02" w:rsidP="00566B02">
            <w:pPr>
              <w:widowControl/>
              <w:autoSpaceDE/>
              <w:autoSpaceDN/>
              <w:rPr>
                <w:sz w:val="20"/>
                <w:szCs w:val="20"/>
                <w:lang w:val="es-ES" w:eastAsia="es-ES"/>
              </w:rPr>
            </w:pPr>
            <w:proofErr w:type="spellStart"/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>Общие</w:t>
            </w:r>
            <w:proofErr w:type="spellEnd"/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>сведения</w:t>
            </w:r>
            <w:proofErr w:type="spellEnd"/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 xml:space="preserve"> о </w:t>
            </w:r>
            <w:proofErr w:type="spellStart"/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>языке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CD7F623" w14:textId="77777777" w:rsidR="00566B02" w:rsidRPr="00566B02" w:rsidRDefault="00566B02" w:rsidP="00566B02">
            <w:pPr>
              <w:widowControl/>
              <w:autoSpaceDE/>
              <w:autoSpaceDN/>
              <w:rPr>
                <w:sz w:val="20"/>
                <w:szCs w:val="20"/>
                <w:lang w:eastAsia="es-ES"/>
              </w:rPr>
            </w:pPr>
            <w:r w:rsidRPr="00566B02">
              <w:rPr>
                <w:sz w:val="20"/>
                <w:szCs w:val="20"/>
                <w:lang w:eastAsia="es-ES"/>
              </w:rPr>
              <w:t>Язык как явление национальной культуры. Многообразие языкового пространства России и мира. Значение русского языка как средства общения. Методы познания языка: наблюдение, анализ, сравнение.</w:t>
            </w:r>
          </w:p>
        </w:tc>
        <w:tc>
          <w:tcPr>
            <w:tcW w:w="0" w:type="auto"/>
            <w:vAlign w:val="center"/>
            <w:hideMark/>
          </w:tcPr>
          <w:p w14:paraId="540A5642" w14:textId="77777777" w:rsidR="00566B02" w:rsidRPr="00566B02" w:rsidRDefault="00566B02" w:rsidP="00566B02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ES" w:eastAsia="es-ES"/>
              </w:rPr>
            </w:pPr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>1</w:t>
            </w:r>
          </w:p>
        </w:tc>
      </w:tr>
      <w:tr w:rsidR="00566B02" w:rsidRPr="00566B02" w14:paraId="6902798A" w14:textId="77777777" w:rsidTr="00566B0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F8317E" w14:textId="77777777" w:rsidR="00566B02" w:rsidRPr="00566B02" w:rsidRDefault="00566B02" w:rsidP="00566B02">
            <w:pPr>
              <w:widowControl/>
              <w:autoSpaceDE/>
              <w:autoSpaceDN/>
              <w:rPr>
                <w:sz w:val="20"/>
                <w:szCs w:val="20"/>
                <w:lang w:val="es-ES" w:eastAsia="es-ES"/>
              </w:rPr>
            </w:pPr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88F74FA" w14:textId="77777777" w:rsidR="00566B02" w:rsidRPr="00566B02" w:rsidRDefault="00566B02" w:rsidP="00566B02">
            <w:pPr>
              <w:widowControl/>
              <w:autoSpaceDE/>
              <w:autoSpaceDN/>
              <w:rPr>
                <w:sz w:val="20"/>
                <w:szCs w:val="20"/>
                <w:lang w:val="es-ES" w:eastAsia="es-ES"/>
              </w:rPr>
            </w:pPr>
            <w:proofErr w:type="spellStart"/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>Фонетика</w:t>
            </w:r>
            <w:proofErr w:type="spellEnd"/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 xml:space="preserve"> и </w:t>
            </w:r>
            <w:proofErr w:type="spellStart"/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>графика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287A297" w14:textId="77777777" w:rsidR="00566B02" w:rsidRPr="00566B02" w:rsidRDefault="00566B02" w:rsidP="00566B02">
            <w:pPr>
              <w:widowControl/>
              <w:autoSpaceDE/>
              <w:autoSpaceDN/>
              <w:rPr>
                <w:sz w:val="20"/>
                <w:szCs w:val="20"/>
                <w:lang w:val="es-ES" w:eastAsia="es-ES"/>
              </w:rPr>
            </w:pPr>
            <w:r w:rsidRPr="00566B02">
              <w:rPr>
                <w:sz w:val="20"/>
                <w:szCs w:val="20"/>
                <w:lang w:eastAsia="es-ES"/>
              </w:rPr>
              <w:t xml:space="preserve">Звуки и буквы. Гласные и согласные звуки. Ударные и безударные гласные. Твёрдые и мягкие согласные. Звонкие и глухие согласные. Согласный звук [й’]. Шипящие согласные. Слог. Ударение. </w:t>
            </w:r>
            <w:proofErr w:type="gramStart"/>
            <w:r w:rsidRPr="00566B02">
              <w:rPr>
                <w:sz w:val="20"/>
                <w:szCs w:val="20"/>
                <w:lang w:eastAsia="es-ES"/>
              </w:rPr>
              <w:t>Звуко-буквенный</w:t>
            </w:r>
            <w:proofErr w:type="gramEnd"/>
            <w:r w:rsidRPr="00566B02">
              <w:rPr>
                <w:sz w:val="20"/>
                <w:szCs w:val="20"/>
                <w:lang w:eastAsia="es-ES"/>
              </w:rPr>
              <w:t xml:space="preserve"> анализ слова. Соотношение звукового и буквенного состава слова. </w:t>
            </w:r>
            <w:proofErr w:type="spellStart"/>
            <w:r w:rsidRPr="00566B02">
              <w:rPr>
                <w:sz w:val="20"/>
                <w:szCs w:val="20"/>
                <w:lang w:val="es-ES" w:eastAsia="es-ES"/>
              </w:rPr>
              <w:t>Русский</w:t>
            </w:r>
            <w:proofErr w:type="spellEnd"/>
            <w:r w:rsidRPr="00566B02">
              <w:rPr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566B02">
              <w:rPr>
                <w:sz w:val="20"/>
                <w:szCs w:val="20"/>
                <w:lang w:val="es-ES" w:eastAsia="es-ES"/>
              </w:rPr>
              <w:t>алфавит</w:t>
            </w:r>
            <w:proofErr w:type="spellEnd"/>
            <w:r w:rsidRPr="00566B02">
              <w:rPr>
                <w:sz w:val="20"/>
                <w:szCs w:val="20"/>
                <w:lang w:val="es-ES" w:eastAsia="es-ES"/>
              </w:rPr>
              <w:t xml:space="preserve"> и </w:t>
            </w:r>
            <w:proofErr w:type="spellStart"/>
            <w:r w:rsidRPr="00566B02">
              <w:rPr>
                <w:sz w:val="20"/>
                <w:szCs w:val="20"/>
                <w:lang w:val="es-ES" w:eastAsia="es-ES"/>
              </w:rPr>
              <w:t>его</w:t>
            </w:r>
            <w:proofErr w:type="spellEnd"/>
            <w:r w:rsidRPr="00566B02">
              <w:rPr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566B02">
              <w:rPr>
                <w:sz w:val="20"/>
                <w:szCs w:val="20"/>
                <w:lang w:val="es-ES" w:eastAsia="es-ES"/>
              </w:rPr>
              <w:t>использование</w:t>
            </w:r>
            <w:proofErr w:type="spellEnd"/>
            <w:r w:rsidRPr="00566B02">
              <w:rPr>
                <w:sz w:val="20"/>
                <w:szCs w:val="20"/>
                <w:lang w:val="es-ES" w:eastAsia="es-ES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87559CB" w14:textId="77777777" w:rsidR="00566B02" w:rsidRPr="00566B02" w:rsidRDefault="00566B02" w:rsidP="00566B02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ES" w:eastAsia="es-ES"/>
              </w:rPr>
            </w:pPr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>6</w:t>
            </w:r>
          </w:p>
        </w:tc>
      </w:tr>
      <w:tr w:rsidR="00566B02" w:rsidRPr="00566B02" w14:paraId="6E1603A1" w14:textId="77777777" w:rsidTr="00566B0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FD9733" w14:textId="77777777" w:rsidR="00566B02" w:rsidRPr="00566B02" w:rsidRDefault="00566B02" w:rsidP="00566B02">
            <w:pPr>
              <w:widowControl/>
              <w:autoSpaceDE/>
              <w:autoSpaceDN/>
              <w:rPr>
                <w:sz w:val="20"/>
                <w:szCs w:val="20"/>
                <w:lang w:val="es-ES" w:eastAsia="es-ES"/>
              </w:rPr>
            </w:pPr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19E40DE" w14:textId="77777777" w:rsidR="00566B02" w:rsidRPr="00566B02" w:rsidRDefault="00566B02" w:rsidP="00566B02">
            <w:pPr>
              <w:widowControl/>
              <w:autoSpaceDE/>
              <w:autoSpaceDN/>
              <w:rPr>
                <w:sz w:val="20"/>
                <w:szCs w:val="20"/>
                <w:lang w:val="es-ES" w:eastAsia="es-ES"/>
              </w:rPr>
            </w:pPr>
            <w:proofErr w:type="spellStart"/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>Лексика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F2B471C" w14:textId="77777777" w:rsidR="00566B02" w:rsidRPr="00566B02" w:rsidRDefault="00566B02" w:rsidP="00566B02">
            <w:pPr>
              <w:widowControl/>
              <w:autoSpaceDE/>
              <w:autoSpaceDN/>
              <w:rPr>
                <w:sz w:val="20"/>
                <w:szCs w:val="20"/>
                <w:lang w:val="es-ES" w:eastAsia="es-ES"/>
              </w:rPr>
            </w:pPr>
            <w:r w:rsidRPr="00566B02">
              <w:rPr>
                <w:sz w:val="20"/>
                <w:szCs w:val="20"/>
                <w:lang w:eastAsia="es-ES"/>
              </w:rPr>
              <w:t xml:space="preserve">Лексическое значение слова. Определение значения слова по контексту и с помощью толкового словаря. Однозначные и многозначные слова. Прямое и переносное значение слова. Синонимы. </w:t>
            </w:r>
            <w:proofErr w:type="spellStart"/>
            <w:r w:rsidRPr="00566B02">
              <w:rPr>
                <w:sz w:val="20"/>
                <w:szCs w:val="20"/>
                <w:lang w:val="es-ES" w:eastAsia="es-ES"/>
              </w:rPr>
              <w:t>Антонимы</w:t>
            </w:r>
            <w:proofErr w:type="spellEnd"/>
            <w:r w:rsidRPr="00566B02">
              <w:rPr>
                <w:sz w:val="20"/>
                <w:szCs w:val="20"/>
                <w:lang w:val="es-ES" w:eastAsia="es-ES"/>
              </w:rPr>
              <w:t xml:space="preserve">. </w:t>
            </w:r>
            <w:proofErr w:type="spellStart"/>
            <w:r w:rsidRPr="00566B02">
              <w:rPr>
                <w:sz w:val="20"/>
                <w:szCs w:val="20"/>
                <w:lang w:val="es-ES" w:eastAsia="es-ES"/>
              </w:rPr>
              <w:t>Наблюдение</w:t>
            </w:r>
            <w:proofErr w:type="spellEnd"/>
            <w:r w:rsidRPr="00566B02">
              <w:rPr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566B02">
              <w:rPr>
                <w:sz w:val="20"/>
                <w:szCs w:val="20"/>
                <w:lang w:val="es-ES" w:eastAsia="es-ES"/>
              </w:rPr>
              <w:t>за</w:t>
            </w:r>
            <w:proofErr w:type="spellEnd"/>
            <w:r w:rsidRPr="00566B02">
              <w:rPr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566B02">
              <w:rPr>
                <w:sz w:val="20"/>
                <w:szCs w:val="20"/>
                <w:lang w:val="es-ES" w:eastAsia="es-ES"/>
              </w:rPr>
              <w:t>использованием</w:t>
            </w:r>
            <w:proofErr w:type="spellEnd"/>
            <w:r w:rsidRPr="00566B02">
              <w:rPr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566B02">
              <w:rPr>
                <w:sz w:val="20"/>
                <w:szCs w:val="20"/>
                <w:lang w:val="es-ES" w:eastAsia="es-ES"/>
              </w:rPr>
              <w:t>различных</w:t>
            </w:r>
            <w:proofErr w:type="spellEnd"/>
            <w:r w:rsidRPr="00566B02">
              <w:rPr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566B02">
              <w:rPr>
                <w:sz w:val="20"/>
                <w:szCs w:val="20"/>
                <w:lang w:val="es-ES" w:eastAsia="es-ES"/>
              </w:rPr>
              <w:t>лексических</w:t>
            </w:r>
            <w:proofErr w:type="spellEnd"/>
            <w:r w:rsidRPr="00566B02">
              <w:rPr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566B02">
              <w:rPr>
                <w:sz w:val="20"/>
                <w:szCs w:val="20"/>
                <w:lang w:val="es-ES" w:eastAsia="es-ES"/>
              </w:rPr>
              <w:t>средств</w:t>
            </w:r>
            <w:proofErr w:type="spellEnd"/>
            <w:r w:rsidRPr="00566B02">
              <w:rPr>
                <w:sz w:val="20"/>
                <w:szCs w:val="20"/>
                <w:lang w:val="es-ES" w:eastAsia="es-ES"/>
              </w:rPr>
              <w:t xml:space="preserve"> в </w:t>
            </w:r>
            <w:proofErr w:type="spellStart"/>
            <w:r w:rsidRPr="00566B02">
              <w:rPr>
                <w:sz w:val="20"/>
                <w:szCs w:val="20"/>
                <w:lang w:val="es-ES" w:eastAsia="es-ES"/>
              </w:rPr>
              <w:t>речи</w:t>
            </w:r>
            <w:proofErr w:type="spellEnd"/>
            <w:r w:rsidRPr="00566B02">
              <w:rPr>
                <w:sz w:val="20"/>
                <w:szCs w:val="20"/>
                <w:lang w:val="es-ES" w:eastAsia="es-ES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A53DB6F" w14:textId="77777777" w:rsidR="00566B02" w:rsidRPr="00566B02" w:rsidRDefault="00566B02" w:rsidP="00566B02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ES" w:eastAsia="es-ES"/>
              </w:rPr>
            </w:pPr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>10</w:t>
            </w:r>
          </w:p>
        </w:tc>
      </w:tr>
      <w:tr w:rsidR="00566B02" w:rsidRPr="00566B02" w14:paraId="0E0406E5" w14:textId="77777777" w:rsidTr="00566B0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9638ED" w14:textId="77777777" w:rsidR="00566B02" w:rsidRPr="00566B02" w:rsidRDefault="00566B02" w:rsidP="00566B02">
            <w:pPr>
              <w:widowControl/>
              <w:autoSpaceDE/>
              <w:autoSpaceDN/>
              <w:rPr>
                <w:sz w:val="20"/>
                <w:szCs w:val="20"/>
                <w:lang w:val="es-ES" w:eastAsia="es-ES"/>
              </w:rPr>
            </w:pPr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712C0E0" w14:textId="77777777" w:rsidR="00566B02" w:rsidRPr="00566B02" w:rsidRDefault="00566B02" w:rsidP="00566B02">
            <w:pPr>
              <w:widowControl/>
              <w:autoSpaceDE/>
              <w:autoSpaceDN/>
              <w:rPr>
                <w:sz w:val="20"/>
                <w:szCs w:val="20"/>
                <w:lang w:val="es-ES" w:eastAsia="es-ES"/>
              </w:rPr>
            </w:pPr>
            <w:proofErr w:type="spellStart"/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>Состав</w:t>
            </w:r>
            <w:proofErr w:type="spellEnd"/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>слова</w:t>
            </w:r>
            <w:proofErr w:type="spellEnd"/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 xml:space="preserve"> (</w:t>
            </w:r>
            <w:proofErr w:type="spellStart"/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>морфемика</w:t>
            </w:r>
            <w:proofErr w:type="spellEnd"/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557E36FA" w14:textId="77777777" w:rsidR="00566B02" w:rsidRPr="00566B02" w:rsidRDefault="00566B02" w:rsidP="00566B02">
            <w:pPr>
              <w:widowControl/>
              <w:autoSpaceDE/>
              <w:autoSpaceDN/>
              <w:rPr>
                <w:sz w:val="20"/>
                <w:szCs w:val="20"/>
                <w:lang w:eastAsia="es-ES"/>
              </w:rPr>
            </w:pPr>
            <w:r w:rsidRPr="00566B02">
              <w:rPr>
                <w:sz w:val="20"/>
                <w:szCs w:val="20"/>
                <w:lang w:eastAsia="es-ES"/>
              </w:rPr>
              <w:t>Корень слова. Однокоренные (родственные) слова. Признаки однокоренных слов. Выделение корня. Различение однокоренных слов и синонимов. Окончание как изменяемая часть слова. Изменение формы слова. Приставка и суффикс: наблюдение за их ролью в слове.</w:t>
            </w:r>
          </w:p>
        </w:tc>
        <w:tc>
          <w:tcPr>
            <w:tcW w:w="0" w:type="auto"/>
            <w:vAlign w:val="center"/>
            <w:hideMark/>
          </w:tcPr>
          <w:p w14:paraId="660FFA59" w14:textId="77777777" w:rsidR="00566B02" w:rsidRPr="00566B02" w:rsidRDefault="00566B02" w:rsidP="00566B02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ES" w:eastAsia="es-ES"/>
              </w:rPr>
            </w:pPr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>14</w:t>
            </w:r>
          </w:p>
        </w:tc>
      </w:tr>
      <w:tr w:rsidR="00566B02" w:rsidRPr="00566B02" w14:paraId="3FBCBED8" w14:textId="77777777" w:rsidTr="00566B0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893B82" w14:textId="77777777" w:rsidR="00566B02" w:rsidRPr="00566B02" w:rsidRDefault="00566B02" w:rsidP="00566B02">
            <w:pPr>
              <w:widowControl/>
              <w:autoSpaceDE/>
              <w:autoSpaceDN/>
              <w:rPr>
                <w:sz w:val="20"/>
                <w:szCs w:val="20"/>
                <w:lang w:val="es-ES" w:eastAsia="es-ES"/>
              </w:rPr>
            </w:pPr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ABCCC88" w14:textId="77777777" w:rsidR="00566B02" w:rsidRPr="00566B02" w:rsidRDefault="00566B02" w:rsidP="00566B02">
            <w:pPr>
              <w:widowControl/>
              <w:autoSpaceDE/>
              <w:autoSpaceDN/>
              <w:rPr>
                <w:sz w:val="20"/>
                <w:szCs w:val="20"/>
                <w:lang w:val="es-ES" w:eastAsia="es-ES"/>
              </w:rPr>
            </w:pPr>
            <w:proofErr w:type="spellStart"/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>Морфология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7FF633B" w14:textId="77777777" w:rsidR="00566B02" w:rsidRPr="00566B02" w:rsidRDefault="00566B02" w:rsidP="00566B02">
            <w:pPr>
              <w:widowControl/>
              <w:autoSpaceDE/>
              <w:autoSpaceDN/>
              <w:rPr>
                <w:sz w:val="20"/>
                <w:szCs w:val="20"/>
                <w:lang w:eastAsia="es-ES"/>
              </w:rPr>
            </w:pPr>
            <w:r w:rsidRPr="00566B02">
              <w:rPr>
                <w:sz w:val="20"/>
                <w:szCs w:val="20"/>
                <w:lang w:eastAsia="es-ES"/>
              </w:rPr>
              <w:t>Части речи. Имя существительное: значение, вопросы, одушевлённые и неодушевлённые, собственные и нарицательные существительные, изменение по числам. Глагол: значение, вопросы, изменение по числам. Имя прилагательное: значение, вопросы, связь с именем существительным, изменение по числам. Местоимение: общее представление, личные местоимения. Предлог, его роль в речи.</w:t>
            </w:r>
          </w:p>
        </w:tc>
        <w:tc>
          <w:tcPr>
            <w:tcW w:w="0" w:type="auto"/>
            <w:vAlign w:val="center"/>
            <w:hideMark/>
          </w:tcPr>
          <w:p w14:paraId="4B8EC8DE" w14:textId="77777777" w:rsidR="00566B02" w:rsidRPr="00566B02" w:rsidRDefault="00566B02" w:rsidP="00566B02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ES" w:eastAsia="es-ES"/>
              </w:rPr>
            </w:pPr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>19</w:t>
            </w:r>
          </w:p>
        </w:tc>
      </w:tr>
      <w:tr w:rsidR="00566B02" w:rsidRPr="00566B02" w14:paraId="4E1ADA45" w14:textId="77777777" w:rsidTr="00566B0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F24846" w14:textId="77777777" w:rsidR="00566B02" w:rsidRPr="00566B02" w:rsidRDefault="00566B02" w:rsidP="00566B02">
            <w:pPr>
              <w:widowControl/>
              <w:autoSpaceDE/>
              <w:autoSpaceDN/>
              <w:rPr>
                <w:sz w:val="20"/>
                <w:szCs w:val="20"/>
                <w:lang w:val="es-ES" w:eastAsia="es-ES"/>
              </w:rPr>
            </w:pPr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7CB7D2B" w14:textId="77777777" w:rsidR="00566B02" w:rsidRPr="00566B02" w:rsidRDefault="00566B02" w:rsidP="00566B02">
            <w:pPr>
              <w:widowControl/>
              <w:autoSpaceDE/>
              <w:autoSpaceDN/>
              <w:rPr>
                <w:sz w:val="20"/>
                <w:szCs w:val="20"/>
                <w:lang w:val="es-ES" w:eastAsia="es-ES"/>
              </w:rPr>
            </w:pPr>
            <w:proofErr w:type="spellStart"/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>Синтаксис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48DCF5C" w14:textId="77777777" w:rsidR="00566B02" w:rsidRPr="00566B02" w:rsidRDefault="00566B02" w:rsidP="00566B02">
            <w:pPr>
              <w:widowControl/>
              <w:autoSpaceDE/>
              <w:autoSpaceDN/>
              <w:rPr>
                <w:sz w:val="20"/>
                <w:szCs w:val="20"/>
                <w:lang w:val="es-ES" w:eastAsia="es-ES"/>
              </w:rPr>
            </w:pPr>
            <w:r w:rsidRPr="00566B02">
              <w:rPr>
                <w:sz w:val="20"/>
                <w:szCs w:val="20"/>
                <w:lang w:eastAsia="es-ES"/>
              </w:rPr>
              <w:t xml:space="preserve">Предложение. Отличие предложения от слова. Порядок слов в предложении. Связь слов в предложении. Главные члены предложения. Подлежащее и сказуемое. Второстепенные члены предложения. Распространённые и нераспространённые предложения. </w:t>
            </w:r>
            <w:proofErr w:type="spellStart"/>
            <w:r w:rsidRPr="00566B02">
              <w:rPr>
                <w:sz w:val="20"/>
                <w:szCs w:val="20"/>
                <w:lang w:val="es-ES" w:eastAsia="es-ES"/>
              </w:rPr>
              <w:t>Составление</w:t>
            </w:r>
            <w:proofErr w:type="spellEnd"/>
            <w:r w:rsidRPr="00566B02">
              <w:rPr>
                <w:sz w:val="20"/>
                <w:szCs w:val="20"/>
                <w:lang w:val="es-ES" w:eastAsia="es-ES"/>
              </w:rPr>
              <w:t xml:space="preserve"> и </w:t>
            </w:r>
            <w:proofErr w:type="spellStart"/>
            <w:r w:rsidRPr="00566B02">
              <w:rPr>
                <w:sz w:val="20"/>
                <w:szCs w:val="20"/>
                <w:lang w:val="es-ES" w:eastAsia="es-ES"/>
              </w:rPr>
              <w:t>восстановление</w:t>
            </w:r>
            <w:proofErr w:type="spellEnd"/>
            <w:r w:rsidRPr="00566B02">
              <w:rPr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566B02">
              <w:rPr>
                <w:sz w:val="20"/>
                <w:szCs w:val="20"/>
                <w:lang w:val="es-ES" w:eastAsia="es-ES"/>
              </w:rPr>
              <w:t>предложений</w:t>
            </w:r>
            <w:proofErr w:type="spellEnd"/>
            <w:r w:rsidRPr="00566B02">
              <w:rPr>
                <w:sz w:val="20"/>
                <w:szCs w:val="20"/>
                <w:lang w:val="es-ES" w:eastAsia="es-ES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F58D61D" w14:textId="77777777" w:rsidR="00566B02" w:rsidRPr="00566B02" w:rsidRDefault="00566B02" w:rsidP="00566B02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ES" w:eastAsia="es-ES"/>
              </w:rPr>
            </w:pPr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>8</w:t>
            </w:r>
          </w:p>
        </w:tc>
      </w:tr>
      <w:tr w:rsidR="00566B02" w:rsidRPr="00566B02" w14:paraId="24C8B843" w14:textId="77777777" w:rsidTr="00566B0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346AB2" w14:textId="77777777" w:rsidR="00566B02" w:rsidRPr="00566B02" w:rsidRDefault="00566B02" w:rsidP="00566B02">
            <w:pPr>
              <w:widowControl/>
              <w:autoSpaceDE/>
              <w:autoSpaceDN/>
              <w:rPr>
                <w:sz w:val="20"/>
                <w:szCs w:val="20"/>
                <w:lang w:val="es-ES" w:eastAsia="es-ES"/>
              </w:rPr>
            </w:pPr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0EE2281" w14:textId="77777777" w:rsidR="00566B02" w:rsidRPr="00566B02" w:rsidRDefault="00566B02" w:rsidP="00566B02">
            <w:pPr>
              <w:widowControl/>
              <w:autoSpaceDE/>
              <w:autoSpaceDN/>
              <w:rPr>
                <w:sz w:val="20"/>
                <w:szCs w:val="20"/>
                <w:lang w:val="es-ES" w:eastAsia="es-ES"/>
              </w:rPr>
            </w:pPr>
            <w:proofErr w:type="spellStart"/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>Орфография</w:t>
            </w:r>
            <w:proofErr w:type="spellEnd"/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 xml:space="preserve"> и </w:t>
            </w:r>
            <w:proofErr w:type="spellStart"/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>пунктуация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AAE81CF" w14:textId="77777777" w:rsidR="00566B02" w:rsidRPr="00566B02" w:rsidRDefault="00566B02" w:rsidP="00566B02">
            <w:pPr>
              <w:widowControl/>
              <w:autoSpaceDE/>
              <w:autoSpaceDN/>
              <w:rPr>
                <w:sz w:val="20"/>
                <w:szCs w:val="20"/>
                <w:lang w:eastAsia="es-ES"/>
              </w:rPr>
            </w:pPr>
            <w:r w:rsidRPr="00566B02">
              <w:rPr>
                <w:sz w:val="20"/>
                <w:szCs w:val="20"/>
                <w:lang w:eastAsia="es-ES"/>
              </w:rPr>
              <w:t xml:space="preserve">Орфограмма. Применение изученных правил правописания. Прописная буква в начале предложения и в именах собственных. Перенос слов. Сочетания </w:t>
            </w:r>
            <w:proofErr w:type="spellStart"/>
            <w:r w:rsidRPr="00566B02">
              <w:rPr>
                <w:sz w:val="20"/>
                <w:szCs w:val="20"/>
                <w:lang w:eastAsia="es-ES"/>
              </w:rPr>
              <w:t>жи</w:t>
            </w:r>
            <w:proofErr w:type="spellEnd"/>
            <w:r w:rsidRPr="00566B02">
              <w:rPr>
                <w:sz w:val="20"/>
                <w:szCs w:val="20"/>
                <w:lang w:eastAsia="es-ES"/>
              </w:rPr>
              <w:t xml:space="preserve">–ши, </w:t>
            </w:r>
            <w:proofErr w:type="spellStart"/>
            <w:r w:rsidRPr="00566B02">
              <w:rPr>
                <w:sz w:val="20"/>
                <w:szCs w:val="20"/>
                <w:lang w:eastAsia="es-ES"/>
              </w:rPr>
              <w:t>ча</w:t>
            </w:r>
            <w:proofErr w:type="spellEnd"/>
            <w:r w:rsidRPr="00566B02">
              <w:rPr>
                <w:sz w:val="20"/>
                <w:szCs w:val="20"/>
                <w:lang w:eastAsia="es-ES"/>
              </w:rPr>
              <w:t>–ща, чу–</w:t>
            </w:r>
            <w:proofErr w:type="spellStart"/>
            <w:r w:rsidRPr="00566B02">
              <w:rPr>
                <w:sz w:val="20"/>
                <w:szCs w:val="20"/>
                <w:lang w:eastAsia="es-ES"/>
              </w:rPr>
              <w:t>щу</w:t>
            </w:r>
            <w:proofErr w:type="spellEnd"/>
            <w:r w:rsidRPr="00566B02">
              <w:rPr>
                <w:sz w:val="20"/>
                <w:szCs w:val="20"/>
                <w:lang w:eastAsia="es-ES"/>
              </w:rPr>
              <w:t xml:space="preserve">. Сочетания </w:t>
            </w:r>
            <w:proofErr w:type="spellStart"/>
            <w:r w:rsidRPr="00566B02">
              <w:rPr>
                <w:sz w:val="20"/>
                <w:szCs w:val="20"/>
                <w:lang w:eastAsia="es-ES"/>
              </w:rPr>
              <w:t>чк</w:t>
            </w:r>
            <w:proofErr w:type="spellEnd"/>
            <w:r w:rsidRPr="00566B02">
              <w:rPr>
                <w:sz w:val="20"/>
                <w:szCs w:val="20"/>
                <w:lang w:eastAsia="es-ES"/>
              </w:rPr>
              <w:t xml:space="preserve">, </w:t>
            </w:r>
            <w:proofErr w:type="spellStart"/>
            <w:r w:rsidRPr="00566B02">
              <w:rPr>
                <w:sz w:val="20"/>
                <w:szCs w:val="20"/>
                <w:lang w:eastAsia="es-ES"/>
              </w:rPr>
              <w:t>чн</w:t>
            </w:r>
            <w:proofErr w:type="spellEnd"/>
            <w:r w:rsidRPr="00566B02">
              <w:rPr>
                <w:sz w:val="20"/>
                <w:szCs w:val="20"/>
                <w:lang w:eastAsia="es-ES"/>
              </w:rPr>
              <w:t xml:space="preserve">, </w:t>
            </w:r>
            <w:proofErr w:type="spellStart"/>
            <w:r w:rsidRPr="00566B02">
              <w:rPr>
                <w:sz w:val="20"/>
                <w:szCs w:val="20"/>
                <w:lang w:eastAsia="es-ES"/>
              </w:rPr>
              <w:t>чт</w:t>
            </w:r>
            <w:proofErr w:type="spellEnd"/>
            <w:r w:rsidRPr="00566B02">
              <w:rPr>
                <w:sz w:val="20"/>
                <w:szCs w:val="20"/>
                <w:lang w:eastAsia="es-ES"/>
              </w:rPr>
              <w:t xml:space="preserve">, </w:t>
            </w:r>
            <w:proofErr w:type="spellStart"/>
            <w:r w:rsidRPr="00566B02">
              <w:rPr>
                <w:sz w:val="20"/>
                <w:szCs w:val="20"/>
                <w:lang w:eastAsia="es-ES"/>
              </w:rPr>
              <w:t>щн</w:t>
            </w:r>
            <w:proofErr w:type="spellEnd"/>
            <w:r w:rsidRPr="00566B02">
              <w:rPr>
                <w:sz w:val="20"/>
                <w:szCs w:val="20"/>
                <w:lang w:eastAsia="es-ES"/>
              </w:rPr>
              <w:t xml:space="preserve">, </w:t>
            </w:r>
            <w:proofErr w:type="spellStart"/>
            <w:r w:rsidRPr="00566B02">
              <w:rPr>
                <w:sz w:val="20"/>
                <w:szCs w:val="20"/>
                <w:lang w:eastAsia="es-ES"/>
              </w:rPr>
              <w:t>нч</w:t>
            </w:r>
            <w:proofErr w:type="spellEnd"/>
            <w:r w:rsidRPr="00566B02">
              <w:rPr>
                <w:sz w:val="20"/>
                <w:szCs w:val="20"/>
                <w:lang w:eastAsia="es-ES"/>
              </w:rPr>
              <w:t>. Мягкий знак. Разделительный мягкий знак. Удвоенные согласные. Проверяемые и непроверяемые безударные гласные в корне. Парные по звонкости–глухости согласные в корне. Раздельное написание предлогов. Частица не с глаголами. Знаки препинания в конце предложения. Орфографический самоконтроль.</w:t>
            </w:r>
          </w:p>
        </w:tc>
        <w:tc>
          <w:tcPr>
            <w:tcW w:w="0" w:type="auto"/>
            <w:vAlign w:val="center"/>
            <w:hideMark/>
          </w:tcPr>
          <w:p w14:paraId="53B6BEF6" w14:textId="77777777" w:rsidR="00566B02" w:rsidRPr="00566B02" w:rsidRDefault="00566B02" w:rsidP="00566B02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ES" w:eastAsia="es-ES"/>
              </w:rPr>
            </w:pPr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>50</w:t>
            </w:r>
          </w:p>
        </w:tc>
      </w:tr>
      <w:tr w:rsidR="00566B02" w:rsidRPr="00566B02" w14:paraId="3ACECB52" w14:textId="77777777" w:rsidTr="00566B0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51B476" w14:textId="77777777" w:rsidR="00566B02" w:rsidRPr="00566B02" w:rsidRDefault="00566B02" w:rsidP="00566B02">
            <w:pPr>
              <w:widowControl/>
              <w:autoSpaceDE/>
              <w:autoSpaceDN/>
              <w:rPr>
                <w:sz w:val="20"/>
                <w:szCs w:val="20"/>
                <w:lang w:val="es-ES" w:eastAsia="es-ES"/>
              </w:rPr>
            </w:pPr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3084EFB4" w14:textId="77777777" w:rsidR="00566B02" w:rsidRPr="00566B02" w:rsidRDefault="00566B02" w:rsidP="00566B02">
            <w:pPr>
              <w:widowControl/>
              <w:autoSpaceDE/>
              <w:autoSpaceDN/>
              <w:rPr>
                <w:sz w:val="20"/>
                <w:szCs w:val="20"/>
                <w:lang w:val="es-ES" w:eastAsia="es-ES"/>
              </w:rPr>
            </w:pPr>
            <w:proofErr w:type="spellStart"/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>Развитие</w:t>
            </w:r>
            <w:proofErr w:type="spellEnd"/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>речи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6ECA840" w14:textId="77777777" w:rsidR="00566B02" w:rsidRPr="00566B02" w:rsidRDefault="00566B02" w:rsidP="00566B02">
            <w:pPr>
              <w:widowControl/>
              <w:autoSpaceDE/>
              <w:autoSpaceDN/>
              <w:rPr>
                <w:sz w:val="20"/>
                <w:szCs w:val="20"/>
                <w:lang w:eastAsia="es-ES"/>
              </w:rPr>
            </w:pPr>
            <w:r w:rsidRPr="00566B02">
              <w:rPr>
                <w:sz w:val="20"/>
                <w:szCs w:val="20"/>
                <w:lang w:eastAsia="es-ES"/>
              </w:rPr>
              <w:t>Диалогическая и монологическая речь. Речевой этикет. Текст и его признаки. Тема и основная мысль текста. Заглавие. Последовательность предложений и частей текста. Абзац. Восстановление деформированного текста. Составление плана. Создание небольших устных и письменных текстов. Изложение повествовательного текста. Текст-повествование, текст-описание, текст-рассуждение. Редактирование и проверка собственного текста.</w:t>
            </w:r>
          </w:p>
        </w:tc>
        <w:tc>
          <w:tcPr>
            <w:tcW w:w="0" w:type="auto"/>
            <w:vAlign w:val="center"/>
            <w:hideMark/>
          </w:tcPr>
          <w:p w14:paraId="6FFF939C" w14:textId="77777777" w:rsidR="00566B02" w:rsidRPr="00566B02" w:rsidRDefault="00566B02" w:rsidP="00566B02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ES" w:eastAsia="es-ES"/>
              </w:rPr>
            </w:pPr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>30</w:t>
            </w:r>
          </w:p>
        </w:tc>
      </w:tr>
      <w:tr w:rsidR="00566B02" w:rsidRPr="00566B02" w14:paraId="6CD73C50" w14:textId="77777777" w:rsidTr="00566B0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5AE82D" w14:textId="77777777" w:rsidR="00566B02" w:rsidRPr="00566B02" w:rsidRDefault="00566B02" w:rsidP="00566B02">
            <w:pPr>
              <w:widowControl/>
              <w:autoSpaceDE/>
              <w:autoSpaceDN/>
              <w:rPr>
                <w:sz w:val="20"/>
                <w:szCs w:val="20"/>
                <w:lang w:val="es-ES" w:eastAsia="es-ES"/>
              </w:rPr>
            </w:pPr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7C89C296" w14:textId="77777777" w:rsidR="00566B02" w:rsidRPr="00566B02" w:rsidRDefault="00566B02" w:rsidP="00566B02">
            <w:pPr>
              <w:widowControl/>
              <w:autoSpaceDE/>
              <w:autoSpaceDN/>
              <w:rPr>
                <w:sz w:val="20"/>
                <w:szCs w:val="20"/>
                <w:lang w:val="es-ES" w:eastAsia="es-ES"/>
              </w:rPr>
            </w:pPr>
            <w:proofErr w:type="spellStart"/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>Резервное</w:t>
            </w:r>
            <w:proofErr w:type="spellEnd"/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>время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BFAF631" w14:textId="77777777" w:rsidR="00566B02" w:rsidRPr="00566B02" w:rsidRDefault="00566B02" w:rsidP="00566B02">
            <w:pPr>
              <w:widowControl/>
              <w:autoSpaceDE/>
              <w:autoSpaceDN/>
              <w:rPr>
                <w:sz w:val="20"/>
                <w:szCs w:val="20"/>
                <w:lang w:eastAsia="es-ES"/>
              </w:rPr>
            </w:pPr>
            <w:r w:rsidRPr="00566B02">
              <w:rPr>
                <w:sz w:val="20"/>
                <w:szCs w:val="20"/>
                <w:lang w:eastAsia="es-ES"/>
              </w:rPr>
              <w:t>Закрепление, повторение и систематизация изученного материала; развитие орфографических, пунктуационных и речевых умений; диагностические и контрольные работы, работа над ошибками; использование резервного времени с учётом образовательных потребностей обучающихся.</w:t>
            </w:r>
          </w:p>
        </w:tc>
        <w:tc>
          <w:tcPr>
            <w:tcW w:w="0" w:type="auto"/>
            <w:vAlign w:val="center"/>
            <w:hideMark/>
          </w:tcPr>
          <w:p w14:paraId="75C39FD2" w14:textId="77777777" w:rsidR="00566B02" w:rsidRPr="00566B02" w:rsidRDefault="00566B02" w:rsidP="00566B02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ES" w:eastAsia="es-ES"/>
              </w:rPr>
            </w:pPr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>32</w:t>
            </w:r>
          </w:p>
        </w:tc>
      </w:tr>
      <w:tr w:rsidR="00566B02" w:rsidRPr="00566B02" w14:paraId="4AE56F90" w14:textId="77777777" w:rsidTr="00566B0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31C12D" w14:textId="77777777" w:rsidR="00566B02" w:rsidRPr="00566B02" w:rsidRDefault="00566B02" w:rsidP="00566B02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0" w:type="auto"/>
            <w:vAlign w:val="center"/>
            <w:hideMark/>
          </w:tcPr>
          <w:p w14:paraId="47CC956B" w14:textId="77777777" w:rsidR="00566B02" w:rsidRPr="00566B02" w:rsidRDefault="00566B02" w:rsidP="00566B02">
            <w:pPr>
              <w:widowControl/>
              <w:autoSpaceDE/>
              <w:autoSpaceDN/>
              <w:rPr>
                <w:sz w:val="20"/>
                <w:szCs w:val="20"/>
                <w:lang w:val="es-ES" w:eastAsia="es-ES"/>
              </w:rPr>
            </w:pPr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>ИТОГО</w:t>
            </w:r>
          </w:p>
        </w:tc>
        <w:tc>
          <w:tcPr>
            <w:tcW w:w="0" w:type="auto"/>
            <w:vAlign w:val="center"/>
            <w:hideMark/>
          </w:tcPr>
          <w:p w14:paraId="0E8CFAF2" w14:textId="77777777" w:rsidR="00566B02" w:rsidRPr="00566B02" w:rsidRDefault="00566B02" w:rsidP="00566B02">
            <w:pPr>
              <w:widowControl/>
              <w:autoSpaceDE/>
              <w:autoSpaceDN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0" w:type="auto"/>
            <w:vAlign w:val="center"/>
            <w:hideMark/>
          </w:tcPr>
          <w:p w14:paraId="5183DDEB" w14:textId="77777777" w:rsidR="00566B02" w:rsidRPr="00566B02" w:rsidRDefault="00566B02" w:rsidP="00566B02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ES" w:eastAsia="es-ES"/>
              </w:rPr>
            </w:pPr>
            <w:r w:rsidRPr="00566B02">
              <w:rPr>
                <w:b/>
                <w:bCs/>
                <w:sz w:val="20"/>
                <w:szCs w:val="20"/>
                <w:lang w:val="es-ES" w:eastAsia="es-ES"/>
              </w:rPr>
              <w:t>170</w:t>
            </w:r>
          </w:p>
        </w:tc>
      </w:tr>
    </w:tbl>
    <w:p w14:paraId="4167F326" w14:textId="77777777" w:rsidR="00566B02" w:rsidRDefault="00566B02">
      <w:pPr>
        <w:pStyle w:val="1"/>
        <w:spacing w:before="1" w:line="240" w:lineRule="auto"/>
        <w:ind w:left="4127"/>
      </w:pPr>
    </w:p>
    <w:p w14:paraId="1746B897" w14:textId="77777777" w:rsidR="00566B02" w:rsidRDefault="00566B02">
      <w:pPr>
        <w:pStyle w:val="1"/>
        <w:spacing w:before="1" w:line="240" w:lineRule="auto"/>
        <w:ind w:left="4127"/>
      </w:pPr>
    </w:p>
    <w:p w14:paraId="4DF6C6E9" w14:textId="77777777" w:rsidR="00F51049" w:rsidRDefault="00F51049">
      <w:pPr>
        <w:pStyle w:val="1"/>
        <w:spacing w:before="1" w:line="240" w:lineRule="auto"/>
        <w:ind w:left="4127"/>
      </w:pPr>
    </w:p>
    <w:p w14:paraId="366C6F18" w14:textId="77777777" w:rsidR="00F51049" w:rsidRDefault="00F51049">
      <w:pPr>
        <w:pStyle w:val="1"/>
        <w:spacing w:before="1" w:line="240" w:lineRule="auto"/>
        <w:ind w:left="4127"/>
      </w:pPr>
    </w:p>
    <w:p w14:paraId="7B740CBD" w14:textId="77777777" w:rsidR="00F51049" w:rsidRDefault="00F51049">
      <w:pPr>
        <w:pStyle w:val="1"/>
        <w:spacing w:before="1" w:line="240" w:lineRule="auto"/>
        <w:ind w:left="4127"/>
      </w:pPr>
    </w:p>
    <w:p w14:paraId="28FD358E" w14:textId="77777777" w:rsidR="00F51049" w:rsidRDefault="00F51049">
      <w:pPr>
        <w:pStyle w:val="1"/>
        <w:spacing w:before="1" w:line="240" w:lineRule="auto"/>
        <w:ind w:left="4127"/>
      </w:pPr>
    </w:p>
    <w:p w14:paraId="21D84D4A" w14:textId="77777777" w:rsidR="0067037F" w:rsidRDefault="0067037F">
      <w:pPr>
        <w:pStyle w:val="1"/>
        <w:spacing w:before="1" w:line="240" w:lineRule="auto"/>
        <w:ind w:left="4127"/>
      </w:pPr>
    </w:p>
    <w:p w14:paraId="2BF21F7A" w14:textId="77777777" w:rsidR="00F51049" w:rsidRDefault="00F51049">
      <w:pPr>
        <w:pStyle w:val="1"/>
        <w:spacing w:before="1" w:line="240" w:lineRule="auto"/>
        <w:ind w:left="4127"/>
      </w:pPr>
    </w:p>
    <w:p w14:paraId="7C690C28" w14:textId="77777777" w:rsidR="00566B02" w:rsidRDefault="00566B02">
      <w:pPr>
        <w:pStyle w:val="1"/>
        <w:spacing w:before="1" w:line="240" w:lineRule="auto"/>
        <w:ind w:left="4127"/>
      </w:pPr>
    </w:p>
    <w:p w14:paraId="16A00CD4" w14:textId="77777777" w:rsidR="00F51049" w:rsidRPr="006F28B8" w:rsidRDefault="00F51049" w:rsidP="00F51049">
      <w:pPr>
        <w:jc w:val="center"/>
      </w:pPr>
      <w:r w:rsidRPr="006F28B8">
        <w:rPr>
          <w:b/>
          <w:sz w:val="26"/>
        </w:rPr>
        <w:t>КАЛЕНДАРНО-ТЕМАТИЧЕСКОЕ ПЛАНИРОВАНИЕ</w:t>
      </w:r>
      <w:r w:rsidRPr="006F28B8">
        <w:rPr>
          <w:b/>
          <w:sz w:val="26"/>
        </w:rPr>
        <w:br/>
        <w:t>по учебному предмету «Русский язык»</w:t>
      </w:r>
      <w:r w:rsidRPr="006F28B8">
        <w:rPr>
          <w:b/>
          <w:sz w:val="26"/>
        </w:rPr>
        <w:br/>
        <w:t>2 класс, 2026–2027 учебный год</w:t>
      </w:r>
    </w:p>
    <w:p w14:paraId="1518E700" w14:textId="77777777" w:rsidR="00F51049" w:rsidRPr="00F51049" w:rsidRDefault="00F51049" w:rsidP="00F51049">
      <w:pPr>
        <w:jc w:val="center"/>
        <w:rPr>
          <w:sz w:val="24"/>
          <w:szCs w:val="24"/>
        </w:rPr>
      </w:pPr>
      <w:r w:rsidRPr="00F51049">
        <w:rPr>
          <w:b/>
          <w:sz w:val="24"/>
          <w:szCs w:val="24"/>
        </w:rPr>
        <w:t>170 часов (5 часов в неделю, 34 учебные недели)</w:t>
      </w:r>
    </w:p>
    <w:p w14:paraId="7762B780" w14:textId="77777777" w:rsidR="00F51049" w:rsidRDefault="00F51049" w:rsidP="00F51049">
      <w:pPr>
        <w:rPr>
          <w:sz w:val="24"/>
          <w:szCs w:val="24"/>
        </w:rPr>
      </w:pPr>
      <w:r w:rsidRPr="00F51049">
        <w:rPr>
          <w:b/>
          <w:sz w:val="24"/>
          <w:szCs w:val="24"/>
        </w:rPr>
        <w:t xml:space="preserve">Основа: </w:t>
      </w:r>
      <w:r w:rsidRPr="00F51049">
        <w:rPr>
          <w:sz w:val="24"/>
          <w:szCs w:val="24"/>
        </w:rPr>
        <w:t>Федеральная рабочая программа начального общего образования по учебному предмету «Русский язык» (1–4 классы), актуальная редакция; учебный план образовательной организации на 2026–2027 учебный год. Промежуточная аттестация во 2 классе — диктант.</w:t>
      </w:r>
    </w:p>
    <w:p w14:paraId="75749E32" w14:textId="77777777" w:rsidR="00F51049" w:rsidRPr="00F51049" w:rsidRDefault="00F51049" w:rsidP="00F51049">
      <w:pPr>
        <w:rPr>
          <w:sz w:val="24"/>
          <w:szCs w:val="24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516"/>
        <w:gridCol w:w="2248"/>
        <w:gridCol w:w="708"/>
        <w:gridCol w:w="2873"/>
        <w:gridCol w:w="2528"/>
        <w:gridCol w:w="2379"/>
        <w:gridCol w:w="2748"/>
        <w:gridCol w:w="1590"/>
      </w:tblGrid>
      <w:tr w:rsidR="00F51049" w:rsidRPr="00F51049" w14:paraId="651F9851" w14:textId="77777777" w:rsidTr="00F51049">
        <w:tc>
          <w:tcPr>
            <w:tcW w:w="516" w:type="dxa"/>
          </w:tcPr>
          <w:p w14:paraId="212694CD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2248" w:type="dxa"/>
          </w:tcPr>
          <w:p w14:paraId="60273425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b/>
                <w:sz w:val="20"/>
                <w:szCs w:val="20"/>
              </w:rPr>
              <w:t>Тема урока</w:t>
            </w:r>
          </w:p>
        </w:tc>
        <w:tc>
          <w:tcPr>
            <w:tcW w:w="708" w:type="dxa"/>
          </w:tcPr>
          <w:p w14:paraId="5B0847B5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b/>
                <w:sz w:val="20"/>
                <w:szCs w:val="20"/>
              </w:rPr>
              <w:t>Часы</w:t>
            </w:r>
          </w:p>
        </w:tc>
        <w:tc>
          <w:tcPr>
            <w:tcW w:w="2873" w:type="dxa"/>
          </w:tcPr>
          <w:p w14:paraId="67B3C38B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b/>
                <w:sz w:val="20"/>
                <w:szCs w:val="20"/>
              </w:rPr>
              <w:t>Основные виды деятельности обучающихся</w:t>
            </w:r>
          </w:p>
        </w:tc>
        <w:tc>
          <w:tcPr>
            <w:tcW w:w="2528" w:type="dxa"/>
          </w:tcPr>
          <w:p w14:paraId="76618EB3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b/>
                <w:sz w:val="20"/>
                <w:szCs w:val="20"/>
              </w:rPr>
              <w:t>Планируемые предметные результаты</w:t>
            </w:r>
          </w:p>
        </w:tc>
        <w:tc>
          <w:tcPr>
            <w:tcW w:w="2379" w:type="dxa"/>
          </w:tcPr>
          <w:p w14:paraId="17AC55C0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b/>
                <w:sz w:val="20"/>
                <w:szCs w:val="20"/>
              </w:rPr>
              <w:t>Метапредметные результаты</w:t>
            </w:r>
          </w:p>
        </w:tc>
        <w:tc>
          <w:tcPr>
            <w:tcW w:w="2748" w:type="dxa"/>
          </w:tcPr>
          <w:p w14:paraId="49626FCE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b/>
                <w:sz w:val="20"/>
                <w:szCs w:val="20"/>
              </w:rPr>
              <w:t>Личностные результаты</w:t>
            </w:r>
          </w:p>
        </w:tc>
        <w:tc>
          <w:tcPr>
            <w:tcW w:w="1590" w:type="dxa"/>
          </w:tcPr>
          <w:p w14:paraId="60680F7F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b/>
                <w:sz w:val="20"/>
                <w:szCs w:val="20"/>
              </w:rPr>
              <w:t>Форма контроля</w:t>
            </w:r>
          </w:p>
        </w:tc>
      </w:tr>
      <w:tr w:rsidR="00F51049" w:rsidRPr="00F51049" w14:paraId="6DB201B7" w14:textId="77777777" w:rsidTr="00F51049">
        <w:tc>
          <w:tcPr>
            <w:tcW w:w="516" w:type="dxa"/>
          </w:tcPr>
          <w:p w14:paraId="082359C2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248" w:type="dxa"/>
          </w:tcPr>
          <w:p w14:paraId="4F372465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Язык как явление национальной культуры. Многообразие языкового пространства России и мира</w:t>
            </w:r>
          </w:p>
        </w:tc>
        <w:tc>
          <w:tcPr>
            <w:tcW w:w="708" w:type="dxa"/>
          </w:tcPr>
          <w:p w14:paraId="117C0405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5DB2F8A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Учебный диалог; наблюдение и анализ языковых фактов; формулирование выводов; работа индивидуально и в паре.</w:t>
            </w:r>
          </w:p>
        </w:tc>
        <w:tc>
          <w:tcPr>
            <w:tcW w:w="2528" w:type="dxa"/>
          </w:tcPr>
          <w:p w14:paraId="35FADBEA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Объясняет значение русского языка как средства общения и явления культуры; использует изученные языковые понятия при решении учебных задач.</w:t>
            </w:r>
          </w:p>
        </w:tc>
        <w:tc>
          <w:tcPr>
            <w:tcW w:w="2379" w:type="dxa"/>
          </w:tcPr>
          <w:p w14:paraId="73D37C6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Наблюдает, анализирует, сравнивает языковые факты; формулирует выводы; принимает цель совместной и индивидуальной работы.</w:t>
            </w:r>
          </w:p>
        </w:tc>
        <w:tc>
          <w:tcPr>
            <w:tcW w:w="2748" w:type="dxa"/>
          </w:tcPr>
          <w:p w14:paraId="1358071C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33157D89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06D71C9A" w14:textId="77777777" w:rsidTr="00F51049">
        <w:tc>
          <w:tcPr>
            <w:tcW w:w="516" w:type="dxa"/>
          </w:tcPr>
          <w:p w14:paraId="60F8C3B0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2</w:t>
            </w:r>
          </w:p>
        </w:tc>
        <w:tc>
          <w:tcPr>
            <w:tcW w:w="2248" w:type="dxa"/>
          </w:tcPr>
          <w:p w14:paraId="42781AA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08" w:type="dxa"/>
          </w:tcPr>
          <w:p w14:paraId="14A3E2E6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6E443DA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Наблюдение и сравнение звуков и букв; характеристика звуков; работа со схемами и словарём; языковые упражнения; взаимопроверка.</w:t>
            </w:r>
          </w:p>
        </w:tc>
        <w:tc>
          <w:tcPr>
            <w:tcW w:w="2528" w:type="dxa"/>
          </w:tcPr>
          <w:p w14:paraId="4AFF6240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Различает и характеризует изученные звуки и буквы; применяет знания о звуковом и буквенном составе слова при выполнении языковых и орфографических заданий.</w:t>
            </w:r>
          </w:p>
        </w:tc>
        <w:tc>
          <w:tcPr>
            <w:tcW w:w="2379" w:type="dxa"/>
          </w:tcPr>
          <w:p w14:paraId="42691ED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Сравнивает, классифицирует и моделирует языковые единицы; действует по алгоритму анализа; осуществляет самоконтроль.</w:t>
            </w:r>
          </w:p>
        </w:tc>
        <w:tc>
          <w:tcPr>
            <w:tcW w:w="2748" w:type="dxa"/>
          </w:tcPr>
          <w:p w14:paraId="55D220E2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79447010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60122CA5" w14:textId="77777777" w:rsidTr="00F51049">
        <w:tc>
          <w:tcPr>
            <w:tcW w:w="516" w:type="dxa"/>
          </w:tcPr>
          <w:p w14:paraId="0570F646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3</w:t>
            </w:r>
          </w:p>
        </w:tc>
        <w:tc>
          <w:tcPr>
            <w:tcW w:w="2248" w:type="dxa"/>
          </w:tcPr>
          <w:p w14:paraId="59A482F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Парные и непарные по твёрдости-мягкости согласные звуки</w:t>
            </w:r>
          </w:p>
        </w:tc>
        <w:tc>
          <w:tcPr>
            <w:tcW w:w="708" w:type="dxa"/>
          </w:tcPr>
          <w:p w14:paraId="17422085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5EE6446A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Наблюдение и сравнение звуков и букв; характеристика звуков; работа со схемами и словарём; языковые упражнения; взаимопроверка.</w:t>
            </w:r>
          </w:p>
        </w:tc>
        <w:tc>
          <w:tcPr>
            <w:tcW w:w="2528" w:type="dxa"/>
          </w:tcPr>
          <w:p w14:paraId="42DB75E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Различает и характеризует изученные звуки и буквы; применяет знания о звуковом и буквенном составе слова при выполнении языковых и орфографических заданий.</w:t>
            </w:r>
          </w:p>
        </w:tc>
        <w:tc>
          <w:tcPr>
            <w:tcW w:w="2379" w:type="dxa"/>
          </w:tcPr>
          <w:p w14:paraId="78468E6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Сравнивает, классифицирует и моделирует языковые единицы; действует по алгоритму анализа; осуществляет самоконтроль.</w:t>
            </w:r>
          </w:p>
        </w:tc>
        <w:tc>
          <w:tcPr>
            <w:tcW w:w="2748" w:type="dxa"/>
          </w:tcPr>
          <w:p w14:paraId="45D313A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4DA6246B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7FD0ACD2" w14:textId="77777777" w:rsidTr="00F51049">
        <w:tc>
          <w:tcPr>
            <w:tcW w:w="516" w:type="dxa"/>
          </w:tcPr>
          <w:p w14:paraId="34478F42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4</w:t>
            </w:r>
          </w:p>
        </w:tc>
        <w:tc>
          <w:tcPr>
            <w:tcW w:w="2248" w:type="dxa"/>
          </w:tcPr>
          <w:p w14:paraId="384F9E3C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 xml:space="preserve">Гласные после шипящих в сочетаниях </w:t>
            </w:r>
            <w:proofErr w:type="spellStart"/>
            <w:r w:rsidRPr="00F51049">
              <w:rPr>
                <w:sz w:val="20"/>
                <w:szCs w:val="20"/>
              </w:rPr>
              <w:t>жи</w:t>
            </w:r>
            <w:proofErr w:type="spellEnd"/>
            <w:r w:rsidRPr="00F51049">
              <w:rPr>
                <w:sz w:val="20"/>
                <w:szCs w:val="20"/>
              </w:rPr>
              <w:t>, ши (в положении под ударением)</w:t>
            </w:r>
          </w:p>
        </w:tc>
        <w:tc>
          <w:tcPr>
            <w:tcW w:w="708" w:type="dxa"/>
          </w:tcPr>
          <w:p w14:paraId="617633AB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0EA9191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Наблюдение и сравнение звуков и букв; характеристика звуков; работа со схемами и словарём; языковые упражнения; взаимопроверка.</w:t>
            </w:r>
          </w:p>
        </w:tc>
        <w:tc>
          <w:tcPr>
            <w:tcW w:w="2528" w:type="dxa"/>
          </w:tcPr>
          <w:p w14:paraId="08344566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Различает и характеризует изученные звуки и буквы; применяет знания о звуковом и буквенном составе слова при выполнении языковых и орфографических заданий.</w:t>
            </w:r>
          </w:p>
        </w:tc>
        <w:tc>
          <w:tcPr>
            <w:tcW w:w="2379" w:type="dxa"/>
          </w:tcPr>
          <w:p w14:paraId="58571CD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Сравнивает, классифицирует и моделирует языковые единицы; действует по алгоритму анализа; осуществляет самоконтроль.</w:t>
            </w:r>
          </w:p>
        </w:tc>
        <w:tc>
          <w:tcPr>
            <w:tcW w:w="2748" w:type="dxa"/>
          </w:tcPr>
          <w:p w14:paraId="20F951B3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17BFF65A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50F0B372" w14:textId="77777777" w:rsidTr="00F51049">
        <w:tc>
          <w:tcPr>
            <w:tcW w:w="516" w:type="dxa"/>
          </w:tcPr>
          <w:p w14:paraId="0382FA0A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5</w:t>
            </w:r>
          </w:p>
        </w:tc>
        <w:tc>
          <w:tcPr>
            <w:tcW w:w="2248" w:type="dxa"/>
          </w:tcPr>
          <w:p w14:paraId="52BF0DF3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 xml:space="preserve">Гласные после шипящих в сочетаниях </w:t>
            </w:r>
            <w:proofErr w:type="spellStart"/>
            <w:r w:rsidRPr="00F51049">
              <w:rPr>
                <w:sz w:val="20"/>
                <w:szCs w:val="20"/>
              </w:rPr>
              <w:t>ча</w:t>
            </w:r>
            <w:proofErr w:type="spellEnd"/>
            <w:r w:rsidRPr="00F51049">
              <w:rPr>
                <w:sz w:val="20"/>
                <w:szCs w:val="20"/>
              </w:rPr>
              <w:t xml:space="preserve">, ща, чу, </w:t>
            </w:r>
            <w:proofErr w:type="spellStart"/>
            <w:r w:rsidRPr="00F51049">
              <w:rPr>
                <w:sz w:val="20"/>
                <w:szCs w:val="20"/>
              </w:rPr>
              <w:t>щу</w:t>
            </w:r>
            <w:proofErr w:type="spellEnd"/>
          </w:p>
        </w:tc>
        <w:tc>
          <w:tcPr>
            <w:tcW w:w="708" w:type="dxa"/>
          </w:tcPr>
          <w:p w14:paraId="06870596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04EE0AF6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Наблюдение и сравнение звуков и букв; характеристика звуков; работа со схемами и словарём; языковые упражнения; взаимопроверка.</w:t>
            </w:r>
          </w:p>
        </w:tc>
        <w:tc>
          <w:tcPr>
            <w:tcW w:w="2528" w:type="dxa"/>
          </w:tcPr>
          <w:p w14:paraId="3B272D13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Различает и характеризует изученные звуки и буквы; применяет знания о звуковом и буквенном составе слова при выполнении языковых и орфографических заданий.</w:t>
            </w:r>
          </w:p>
        </w:tc>
        <w:tc>
          <w:tcPr>
            <w:tcW w:w="2379" w:type="dxa"/>
          </w:tcPr>
          <w:p w14:paraId="68F9041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Сравнивает, классифицирует и моделирует языковые единицы; действует по алгоритму анализа; осуществляет самоконтроль.</w:t>
            </w:r>
          </w:p>
        </w:tc>
        <w:tc>
          <w:tcPr>
            <w:tcW w:w="2748" w:type="dxa"/>
          </w:tcPr>
          <w:p w14:paraId="341F16E3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27BDDA35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63EA2626" w14:textId="77777777" w:rsidTr="00F51049">
        <w:tc>
          <w:tcPr>
            <w:tcW w:w="516" w:type="dxa"/>
          </w:tcPr>
          <w:p w14:paraId="3D20FE0C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6</w:t>
            </w:r>
          </w:p>
        </w:tc>
        <w:tc>
          <w:tcPr>
            <w:tcW w:w="2248" w:type="dxa"/>
          </w:tcPr>
          <w:p w14:paraId="35BEDFD6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 xml:space="preserve">Сочетания </w:t>
            </w:r>
            <w:proofErr w:type="spellStart"/>
            <w:r w:rsidRPr="00F51049">
              <w:rPr>
                <w:sz w:val="20"/>
                <w:szCs w:val="20"/>
              </w:rPr>
              <w:t>чк</w:t>
            </w:r>
            <w:proofErr w:type="spellEnd"/>
            <w:r w:rsidRPr="00F51049">
              <w:rPr>
                <w:sz w:val="20"/>
                <w:szCs w:val="20"/>
              </w:rPr>
              <w:t xml:space="preserve">, </w:t>
            </w:r>
            <w:proofErr w:type="spellStart"/>
            <w:r w:rsidRPr="00F51049">
              <w:rPr>
                <w:sz w:val="20"/>
                <w:szCs w:val="20"/>
              </w:rPr>
              <w:t>чн</w:t>
            </w:r>
            <w:proofErr w:type="spellEnd"/>
            <w:r w:rsidRPr="00F51049">
              <w:rPr>
                <w:sz w:val="20"/>
                <w:szCs w:val="20"/>
              </w:rPr>
              <w:t xml:space="preserve">, </w:t>
            </w:r>
            <w:proofErr w:type="spellStart"/>
            <w:r w:rsidRPr="00F51049">
              <w:rPr>
                <w:sz w:val="20"/>
                <w:szCs w:val="20"/>
              </w:rPr>
              <w:t>чт</w:t>
            </w:r>
            <w:proofErr w:type="spellEnd"/>
            <w:r w:rsidRPr="00F51049">
              <w:rPr>
                <w:sz w:val="20"/>
                <w:szCs w:val="20"/>
              </w:rPr>
              <w:t xml:space="preserve">, </w:t>
            </w:r>
            <w:proofErr w:type="spellStart"/>
            <w:r w:rsidRPr="00F51049">
              <w:rPr>
                <w:sz w:val="20"/>
                <w:szCs w:val="20"/>
              </w:rPr>
              <w:t>щн</w:t>
            </w:r>
            <w:proofErr w:type="spellEnd"/>
            <w:r w:rsidRPr="00F51049">
              <w:rPr>
                <w:sz w:val="20"/>
                <w:szCs w:val="20"/>
              </w:rPr>
              <w:t xml:space="preserve">, </w:t>
            </w:r>
            <w:proofErr w:type="spellStart"/>
            <w:r w:rsidRPr="00F51049">
              <w:rPr>
                <w:sz w:val="20"/>
                <w:szCs w:val="20"/>
              </w:rPr>
              <w:t>нч</w:t>
            </w:r>
            <w:proofErr w:type="spellEnd"/>
          </w:p>
        </w:tc>
        <w:tc>
          <w:tcPr>
            <w:tcW w:w="708" w:type="dxa"/>
          </w:tcPr>
          <w:p w14:paraId="769DE789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22C867F6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Учебный диалог; наблюдение и анализ языковых фактов; формулирование выводов; работа индивидуально и в паре.</w:t>
            </w:r>
          </w:p>
        </w:tc>
        <w:tc>
          <w:tcPr>
            <w:tcW w:w="2528" w:type="dxa"/>
          </w:tcPr>
          <w:p w14:paraId="7D48FF23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Объясняет значение русского языка как средства общения и явления культуры; использует изученные языковые понятия при решении учебных задач.</w:t>
            </w:r>
          </w:p>
        </w:tc>
        <w:tc>
          <w:tcPr>
            <w:tcW w:w="2379" w:type="dxa"/>
          </w:tcPr>
          <w:p w14:paraId="7470D973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Наблюдает, анализирует, сравнивает языковые факты; формулирует выводы; принимает цель совместной и индивидуальной работы.</w:t>
            </w:r>
          </w:p>
        </w:tc>
        <w:tc>
          <w:tcPr>
            <w:tcW w:w="2748" w:type="dxa"/>
          </w:tcPr>
          <w:p w14:paraId="2852F4C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11866F8F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7B0E05A7" w14:textId="77777777" w:rsidTr="00F51049">
        <w:tc>
          <w:tcPr>
            <w:tcW w:w="516" w:type="dxa"/>
          </w:tcPr>
          <w:p w14:paraId="28C673CC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7</w:t>
            </w:r>
          </w:p>
        </w:tc>
        <w:tc>
          <w:tcPr>
            <w:tcW w:w="2248" w:type="dxa"/>
          </w:tcPr>
          <w:p w14:paraId="6055137A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Парные и непарные по звонкости-глухости согласные звуки</w:t>
            </w:r>
          </w:p>
        </w:tc>
        <w:tc>
          <w:tcPr>
            <w:tcW w:w="708" w:type="dxa"/>
          </w:tcPr>
          <w:p w14:paraId="3AD91C44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361E3A9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Наблюдение и сравнение звуков и букв; характеристика звуков; работа со схемами и словарём; языковые упражнения; взаимопроверка.</w:t>
            </w:r>
          </w:p>
        </w:tc>
        <w:tc>
          <w:tcPr>
            <w:tcW w:w="2528" w:type="dxa"/>
          </w:tcPr>
          <w:p w14:paraId="40BA7D2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Различает и характеризует изученные звуки и буквы; применяет знания о звуковом и буквенном составе слова при выполнении языковых и орфографических заданий.</w:t>
            </w:r>
          </w:p>
        </w:tc>
        <w:tc>
          <w:tcPr>
            <w:tcW w:w="2379" w:type="dxa"/>
          </w:tcPr>
          <w:p w14:paraId="4D61551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Сравнивает, классифицирует и моделирует языковые единицы; действует по алгоритму анализа; осуществляет самоконтроль.</w:t>
            </w:r>
          </w:p>
        </w:tc>
        <w:tc>
          <w:tcPr>
            <w:tcW w:w="2748" w:type="dxa"/>
          </w:tcPr>
          <w:p w14:paraId="2A0ACF4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7BBE311A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71C64D1B" w14:textId="77777777" w:rsidTr="00F51049">
        <w:tc>
          <w:tcPr>
            <w:tcW w:w="516" w:type="dxa"/>
          </w:tcPr>
          <w:p w14:paraId="63FBD2EC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8</w:t>
            </w:r>
          </w:p>
        </w:tc>
        <w:tc>
          <w:tcPr>
            <w:tcW w:w="2248" w:type="dxa"/>
          </w:tcPr>
          <w:p w14:paraId="4ED7A04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Повторение алгоритма списывания текста</w:t>
            </w:r>
          </w:p>
        </w:tc>
        <w:tc>
          <w:tcPr>
            <w:tcW w:w="708" w:type="dxa"/>
          </w:tcPr>
          <w:p w14:paraId="412D410D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00256778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Чтение и анализ образцов; определение темы и основной мысли; составление плана; создание/редактирование устного или письменного высказывания.</w:t>
            </w:r>
          </w:p>
        </w:tc>
        <w:tc>
          <w:tcPr>
            <w:tcW w:w="2528" w:type="dxa"/>
          </w:tcPr>
          <w:p w14:paraId="35FF0E9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Понимает и создаёт небольшие устные и письменные высказывания; работает с темой, основной мыслью, структурой и последовательностью текста; соблюдает нормы речевого этикета.</w:t>
            </w:r>
          </w:p>
        </w:tc>
        <w:tc>
          <w:tcPr>
            <w:tcW w:w="2379" w:type="dxa"/>
          </w:tcPr>
          <w:p w14:paraId="14E02A0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коммуникативную задачу, планирует высказывание, извлекает и упорядочивает информацию; слушает собеседника и участвует в диалоге.</w:t>
            </w:r>
          </w:p>
        </w:tc>
        <w:tc>
          <w:tcPr>
            <w:tcW w:w="2748" w:type="dxa"/>
          </w:tcPr>
          <w:p w14:paraId="76B8141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0EE8C61A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6E5DFAF9" w14:textId="77777777" w:rsidTr="00F51049">
        <w:tc>
          <w:tcPr>
            <w:tcW w:w="516" w:type="dxa"/>
          </w:tcPr>
          <w:p w14:paraId="5F8903E3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9</w:t>
            </w:r>
          </w:p>
        </w:tc>
        <w:tc>
          <w:tcPr>
            <w:tcW w:w="2248" w:type="dxa"/>
          </w:tcPr>
          <w:p w14:paraId="2666F7B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Функции мягкого знака</w:t>
            </w:r>
          </w:p>
        </w:tc>
        <w:tc>
          <w:tcPr>
            <w:tcW w:w="708" w:type="dxa"/>
          </w:tcPr>
          <w:p w14:paraId="57397EDE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53C4F99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Наблюдение и сравнение звуков и букв; характеристика звуков; работа со схемами и словарём; языковые упражнения; взаимопроверка.</w:t>
            </w:r>
          </w:p>
        </w:tc>
        <w:tc>
          <w:tcPr>
            <w:tcW w:w="2528" w:type="dxa"/>
          </w:tcPr>
          <w:p w14:paraId="46A8FC9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Различает и характеризует изученные звуки и буквы; применяет знания о звуковом и буквенном составе слова при выполнении языковых и орфографических заданий.</w:t>
            </w:r>
          </w:p>
        </w:tc>
        <w:tc>
          <w:tcPr>
            <w:tcW w:w="2379" w:type="dxa"/>
          </w:tcPr>
          <w:p w14:paraId="5BEFE12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Сравнивает, классифицирует и моделирует языковые единицы; действует по алгоритму анализа; осуществляет самоконтроль.</w:t>
            </w:r>
          </w:p>
        </w:tc>
        <w:tc>
          <w:tcPr>
            <w:tcW w:w="2748" w:type="dxa"/>
          </w:tcPr>
          <w:p w14:paraId="1C9EB33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0F4E61CF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13B9B21A" w14:textId="77777777" w:rsidTr="00F51049">
        <w:tc>
          <w:tcPr>
            <w:tcW w:w="516" w:type="dxa"/>
          </w:tcPr>
          <w:p w14:paraId="26721207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10</w:t>
            </w:r>
          </w:p>
        </w:tc>
        <w:tc>
          <w:tcPr>
            <w:tcW w:w="2248" w:type="dxa"/>
          </w:tcPr>
          <w:p w14:paraId="012A5BD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Использование на письме разделительных ъ и ь</w:t>
            </w:r>
          </w:p>
        </w:tc>
        <w:tc>
          <w:tcPr>
            <w:tcW w:w="708" w:type="dxa"/>
          </w:tcPr>
          <w:p w14:paraId="511294B5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50DFCDC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Учебный диалог; наблюдение и анализ языковых фактов; формулирование выводов; работа индивидуально и в паре.</w:t>
            </w:r>
          </w:p>
        </w:tc>
        <w:tc>
          <w:tcPr>
            <w:tcW w:w="2528" w:type="dxa"/>
          </w:tcPr>
          <w:p w14:paraId="34E6316C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Объясняет значение русского языка как средства общения и явления культуры; использует изученные языковые понятия при решении учебных задач.</w:t>
            </w:r>
          </w:p>
        </w:tc>
        <w:tc>
          <w:tcPr>
            <w:tcW w:w="2379" w:type="dxa"/>
          </w:tcPr>
          <w:p w14:paraId="7E02C5C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Наблюдает, анализирует, сравнивает языковые факты; формулирует выводы; принимает цель совместной и индивидуальной работы.</w:t>
            </w:r>
          </w:p>
        </w:tc>
        <w:tc>
          <w:tcPr>
            <w:tcW w:w="2748" w:type="dxa"/>
          </w:tcPr>
          <w:p w14:paraId="4B6BA4A3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7B97E697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67991131" w14:textId="77777777" w:rsidTr="00F51049">
        <w:tc>
          <w:tcPr>
            <w:tcW w:w="516" w:type="dxa"/>
          </w:tcPr>
          <w:p w14:paraId="55F255F4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11</w:t>
            </w:r>
          </w:p>
        </w:tc>
        <w:tc>
          <w:tcPr>
            <w:tcW w:w="2248" w:type="dxa"/>
          </w:tcPr>
          <w:p w14:paraId="4CD8488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Правописание слов с разделительным мягким знаком</w:t>
            </w:r>
          </w:p>
        </w:tc>
        <w:tc>
          <w:tcPr>
            <w:tcW w:w="708" w:type="dxa"/>
          </w:tcPr>
          <w:p w14:paraId="20646467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466C7DB6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Наблюдение и сравнение звуков и букв; характеристика звуков; работа со схемами и словарём; языковые упражнения; взаимопроверка.</w:t>
            </w:r>
          </w:p>
        </w:tc>
        <w:tc>
          <w:tcPr>
            <w:tcW w:w="2528" w:type="dxa"/>
          </w:tcPr>
          <w:p w14:paraId="4B1F9518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Различает и характеризует изученные звуки и буквы; применяет знания о звуковом и буквенном составе слова при выполнении языковых и орфографических заданий.</w:t>
            </w:r>
          </w:p>
        </w:tc>
        <w:tc>
          <w:tcPr>
            <w:tcW w:w="2379" w:type="dxa"/>
          </w:tcPr>
          <w:p w14:paraId="15A79BBA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Сравнивает, классифицирует и моделирует языковые единицы; действует по алгоритму анализа; осуществляет самоконтроль.</w:t>
            </w:r>
          </w:p>
        </w:tc>
        <w:tc>
          <w:tcPr>
            <w:tcW w:w="2748" w:type="dxa"/>
          </w:tcPr>
          <w:p w14:paraId="5A0DF886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6504113B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52BDFB5A" w14:textId="77777777" w:rsidTr="00F51049">
        <w:tc>
          <w:tcPr>
            <w:tcW w:w="516" w:type="dxa"/>
          </w:tcPr>
          <w:p w14:paraId="7635720B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12</w:t>
            </w:r>
          </w:p>
        </w:tc>
        <w:tc>
          <w:tcPr>
            <w:tcW w:w="2248" w:type="dxa"/>
          </w:tcPr>
          <w:p w14:paraId="7B6509C0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Отработка правописания слов с разделительным мягким знаком</w:t>
            </w:r>
          </w:p>
        </w:tc>
        <w:tc>
          <w:tcPr>
            <w:tcW w:w="708" w:type="dxa"/>
          </w:tcPr>
          <w:p w14:paraId="6E341165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5E8C394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Наблюдение и сравнение звуков и букв; характеристика звуков; работа со схемами и словарём; языковые упражнения; взаимопроверка.</w:t>
            </w:r>
          </w:p>
        </w:tc>
        <w:tc>
          <w:tcPr>
            <w:tcW w:w="2528" w:type="dxa"/>
          </w:tcPr>
          <w:p w14:paraId="447DBCF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Различает и характеризует изученные звуки и буквы; применяет знания о звуковом и буквенном составе слова при выполнении языковых и орфографических заданий.</w:t>
            </w:r>
          </w:p>
        </w:tc>
        <w:tc>
          <w:tcPr>
            <w:tcW w:w="2379" w:type="dxa"/>
          </w:tcPr>
          <w:p w14:paraId="26C84D9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Сравнивает, классифицирует и моделирует языковые единицы; действует по алгоритму анализа; осуществляет самоконтроль.</w:t>
            </w:r>
          </w:p>
        </w:tc>
        <w:tc>
          <w:tcPr>
            <w:tcW w:w="2748" w:type="dxa"/>
          </w:tcPr>
          <w:p w14:paraId="6D547FBA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5DB4EA6B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76A98E5D" w14:textId="77777777" w:rsidTr="00F51049">
        <w:tc>
          <w:tcPr>
            <w:tcW w:w="516" w:type="dxa"/>
          </w:tcPr>
          <w:p w14:paraId="5D607D71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13</w:t>
            </w:r>
          </w:p>
        </w:tc>
        <w:tc>
          <w:tcPr>
            <w:tcW w:w="2248" w:type="dxa"/>
          </w:tcPr>
          <w:p w14:paraId="59B93868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08" w:type="dxa"/>
          </w:tcPr>
          <w:p w14:paraId="31B5DE40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291C096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Наблюдение и сравнение звуков и букв; характеристика звуков; работа со схемами и словарём; языковые упражнения; взаимопроверка.</w:t>
            </w:r>
          </w:p>
        </w:tc>
        <w:tc>
          <w:tcPr>
            <w:tcW w:w="2528" w:type="dxa"/>
          </w:tcPr>
          <w:p w14:paraId="33A096B2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Различает и характеризует изученные звуки и буквы; применяет знания о звуковом и буквенном составе слова при выполнении языковых и орфографических заданий.</w:t>
            </w:r>
          </w:p>
        </w:tc>
        <w:tc>
          <w:tcPr>
            <w:tcW w:w="2379" w:type="dxa"/>
          </w:tcPr>
          <w:p w14:paraId="32C1F6F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Сравнивает, классифицирует и моделирует языковые единицы; действует по алгоритму анализа; осуществляет самоконтроль.</w:t>
            </w:r>
          </w:p>
        </w:tc>
        <w:tc>
          <w:tcPr>
            <w:tcW w:w="2748" w:type="dxa"/>
          </w:tcPr>
          <w:p w14:paraId="562B51F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56F374F3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6D8DF7D8" w14:textId="77777777" w:rsidTr="00F51049">
        <w:tc>
          <w:tcPr>
            <w:tcW w:w="516" w:type="dxa"/>
          </w:tcPr>
          <w:p w14:paraId="61C76CE2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14</w:t>
            </w:r>
          </w:p>
        </w:tc>
        <w:tc>
          <w:tcPr>
            <w:tcW w:w="2248" w:type="dxa"/>
          </w:tcPr>
          <w:p w14:paraId="3AA917E8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08" w:type="dxa"/>
          </w:tcPr>
          <w:p w14:paraId="0406F826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1A6A8D9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Наблюдение и сравнение звуков и букв; характеристика звуков; работа со схемами и словарём; языковые упражнения; взаимопроверка.</w:t>
            </w:r>
          </w:p>
        </w:tc>
        <w:tc>
          <w:tcPr>
            <w:tcW w:w="2528" w:type="dxa"/>
          </w:tcPr>
          <w:p w14:paraId="04C7A8A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Различает и характеризует изученные звуки и буквы; применяет знания о звуковом и буквенном составе слова при выполнении языковых и орфографических заданий.</w:t>
            </w:r>
          </w:p>
        </w:tc>
        <w:tc>
          <w:tcPr>
            <w:tcW w:w="2379" w:type="dxa"/>
          </w:tcPr>
          <w:p w14:paraId="7A9D3E9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Сравнивает, классифицирует и моделирует языковые единицы; действует по алгоритму анализа; осуществляет самоконтроль.</w:t>
            </w:r>
          </w:p>
        </w:tc>
        <w:tc>
          <w:tcPr>
            <w:tcW w:w="2748" w:type="dxa"/>
          </w:tcPr>
          <w:p w14:paraId="7D763A35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3BA3F512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07F44B0E" w14:textId="77777777" w:rsidTr="00F51049">
        <w:tc>
          <w:tcPr>
            <w:tcW w:w="516" w:type="dxa"/>
          </w:tcPr>
          <w:p w14:paraId="7A69FD92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15</w:t>
            </w:r>
          </w:p>
        </w:tc>
        <w:tc>
          <w:tcPr>
            <w:tcW w:w="2248" w:type="dxa"/>
          </w:tcPr>
          <w:p w14:paraId="4F31BDA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Перенос слов по слогам</w:t>
            </w:r>
          </w:p>
        </w:tc>
        <w:tc>
          <w:tcPr>
            <w:tcW w:w="708" w:type="dxa"/>
          </w:tcPr>
          <w:p w14:paraId="424593FF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024B7FCC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Наблюдение и сравнение звуков и букв; характеристика звуков; работа со схемами и словарём; языковые упражнения; взаимопроверка.</w:t>
            </w:r>
          </w:p>
        </w:tc>
        <w:tc>
          <w:tcPr>
            <w:tcW w:w="2528" w:type="dxa"/>
          </w:tcPr>
          <w:p w14:paraId="257266A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Различает и характеризует изученные звуки и буквы; применяет знания о звуковом и буквенном составе слова при выполнении языковых и орфографических заданий.</w:t>
            </w:r>
          </w:p>
        </w:tc>
        <w:tc>
          <w:tcPr>
            <w:tcW w:w="2379" w:type="dxa"/>
          </w:tcPr>
          <w:p w14:paraId="30D85788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Сравнивает, классифицирует и моделирует языковые единицы; действует по алгоритму анализа; осуществляет самоконтроль.</w:t>
            </w:r>
          </w:p>
        </w:tc>
        <w:tc>
          <w:tcPr>
            <w:tcW w:w="2748" w:type="dxa"/>
          </w:tcPr>
          <w:p w14:paraId="76A2BE7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5C72C98E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2C90D35E" w14:textId="77777777" w:rsidTr="00F51049">
        <w:tc>
          <w:tcPr>
            <w:tcW w:w="516" w:type="dxa"/>
          </w:tcPr>
          <w:p w14:paraId="41F00831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16</w:t>
            </w:r>
          </w:p>
        </w:tc>
        <w:tc>
          <w:tcPr>
            <w:tcW w:w="2248" w:type="dxa"/>
          </w:tcPr>
          <w:p w14:paraId="30770AC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Перенос слов по слогам: закрепление</w:t>
            </w:r>
          </w:p>
        </w:tc>
        <w:tc>
          <w:tcPr>
            <w:tcW w:w="708" w:type="dxa"/>
          </w:tcPr>
          <w:p w14:paraId="61E653DB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5C2BDC4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Наблюдение и сравнение звуков и букв; характеристика звуков; работа со схемами и словарём; языковые упражнения; взаимопроверка.</w:t>
            </w:r>
          </w:p>
        </w:tc>
        <w:tc>
          <w:tcPr>
            <w:tcW w:w="2528" w:type="dxa"/>
          </w:tcPr>
          <w:p w14:paraId="19AED3A8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Различает и характеризует изученные звуки и буквы; применяет знания о звуковом и буквенном составе слова при выполнении языковых и орфографических заданий.</w:t>
            </w:r>
          </w:p>
        </w:tc>
        <w:tc>
          <w:tcPr>
            <w:tcW w:w="2379" w:type="dxa"/>
          </w:tcPr>
          <w:p w14:paraId="62FAA68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Сравнивает, классифицирует и моделирует языковые единицы; действует по алгоритму анализа; осуществляет самоконтроль.</w:t>
            </w:r>
          </w:p>
        </w:tc>
        <w:tc>
          <w:tcPr>
            <w:tcW w:w="2748" w:type="dxa"/>
          </w:tcPr>
          <w:p w14:paraId="44D3625C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7C712AAD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3805478E" w14:textId="77777777" w:rsidTr="00F51049">
        <w:tc>
          <w:tcPr>
            <w:tcW w:w="516" w:type="dxa"/>
          </w:tcPr>
          <w:p w14:paraId="4B0977AB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17</w:t>
            </w:r>
          </w:p>
        </w:tc>
        <w:tc>
          <w:tcPr>
            <w:tcW w:w="2248" w:type="dxa"/>
          </w:tcPr>
          <w:p w14:paraId="4540AFA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Резервный урок по разделу «Фонетика»: учимся характеризовать звуки</w:t>
            </w:r>
          </w:p>
        </w:tc>
        <w:tc>
          <w:tcPr>
            <w:tcW w:w="708" w:type="dxa"/>
          </w:tcPr>
          <w:p w14:paraId="5D9EFC38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373EE1C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Наблюдение и сравнение звуков и букв; характеристика звуков; работа со схемами и словарём; языковые упражнения; взаимопроверка.</w:t>
            </w:r>
          </w:p>
        </w:tc>
        <w:tc>
          <w:tcPr>
            <w:tcW w:w="2528" w:type="dxa"/>
          </w:tcPr>
          <w:p w14:paraId="0268B603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Различает и характеризует изученные звуки и буквы; применяет знания о звуковом и буквенном составе слова при выполнении языковых и орфографических заданий.</w:t>
            </w:r>
          </w:p>
        </w:tc>
        <w:tc>
          <w:tcPr>
            <w:tcW w:w="2379" w:type="dxa"/>
          </w:tcPr>
          <w:p w14:paraId="061B4A5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Сравнивает, классифицирует и моделирует языковые единицы; действует по алгоритму анализа; осуществляет самоконтроль.</w:t>
            </w:r>
          </w:p>
        </w:tc>
        <w:tc>
          <w:tcPr>
            <w:tcW w:w="2748" w:type="dxa"/>
          </w:tcPr>
          <w:p w14:paraId="5FFF966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6B39604B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1C02B3D2" w14:textId="77777777" w:rsidTr="00F51049">
        <w:tc>
          <w:tcPr>
            <w:tcW w:w="516" w:type="dxa"/>
          </w:tcPr>
          <w:p w14:paraId="3D96E395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18</w:t>
            </w:r>
          </w:p>
        </w:tc>
        <w:tc>
          <w:tcPr>
            <w:tcW w:w="2248" w:type="dxa"/>
          </w:tcPr>
          <w:p w14:paraId="60A5B28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Резервный урок по разделу «Фонетика»: различаем звуки и буквы</w:t>
            </w:r>
          </w:p>
        </w:tc>
        <w:tc>
          <w:tcPr>
            <w:tcW w:w="708" w:type="dxa"/>
          </w:tcPr>
          <w:p w14:paraId="4FBED85B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677F09C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Наблюдение и сравнение звуков и букв; характеристика звуков; работа со схемами и словарём; языковые упражнения; взаимопроверка.</w:t>
            </w:r>
          </w:p>
        </w:tc>
        <w:tc>
          <w:tcPr>
            <w:tcW w:w="2528" w:type="dxa"/>
          </w:tcPr>
          <w:p w14:paraId="0FA7E926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Различает и характеризует изученные звуки и буквы; применяет знания о звуковом и буквенном составе слова при выполнении языковых и орфографических заданий.</w:t>
            </w:r>
          </w:p>
        </w:tc>
        <w:tc>
          <w:tcPr>
            <w:tcW w:w="2379" w:type="dxa"/>
          </w:tcPr>
          <w:p w14:paraId="37A80AF5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Сравнивает, классифицирует и моделирует языковые единицы; действует по алгоритму анализа; осуществляет самоконтроль.</w:t>
            </w:r>
          </w:p>
        </w:tc>
        <w:tc>
          <w:tcPr>
            <w:tcW w:w="2748" w:type="dxa"/>
          </w:tcPr>
          <w:p w14:paraId="44B91CAA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0C8D806D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6B25122F" w14:textId="77777777" w:rsidTr="00F51049">
        <w:tc>
          <w:tcPr>
            <w:tcW w:w="516" w:type="dxa"/>
          </w:tcPr>
          <w:p w14:paraId="2EB94AAB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19</w:t>
            </w:r>
          </w:p>
        </w:tc>
        <w:tc>
          <w:tcPr>
            <w:tcW w:w="2248" w:type="dxa"/>
          </w:tcPr>
          <w:p w14:paraId="1572519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 xml:space="preserve">Диктант на изученные правила (гласные после шипящих, сочетания </w:t>
            </w:r>
            <w:proofErr w:type="spellStart"/>
            <w:r w:rsidRPr="00F51049">
              <w:rPr>
                <w:sz w:val="20"/>
                <w:szCs w:val="20"/>
              </w:rPr>
              <w:t>чк</w:t>
            </w:r>
            <w:proofErr w:type="spellEnd"/>
            <w:r w:rsidRPr="00F51049">
              <w:rPr>
                <w:sz w:val="20"/>
                <w:szCs w:val="20"/>
              </w:rPr>
              <w:t xml:space="preserve">, </w:t>
            </w:r>
            <w:proofErr w:type="spellStart"/>
            <w:r w:rsidRPr="00F51049">
              <w:rPr>
                <w:sz w:val="20"/>
                <w:szCs w:val="20"/>
              </w:rPr>
              <w:t>чн</w:t>
            </w:r>
            <w:proofErr w:type="spellEnd"/>
            <w:r w:rsidRPr="00F51049">
              <w:rPr>
                <w:sz w:val="20"/>
                <w:szCs w:val="20"/>
              </w:rPr>
              <w:t xml:space="preserve">, </w:t>
            </w:r>
            <w:proofErr w:type="spellStart"/>
            <w:r w:rsidRPr="00F51049">
              <w:rPr>
                <w:sz w:val="20"/>
                <w:szCs w:val="20"/>
              </w:rPr>
              <w:t>чт</w:t>
            </w:r>
            <w:proofErr w:type="spellEnd"/>
            <w:r w:rsidRPr="00F51049">
              <w:rPr>
                <w:sz w:val="20"/>
                <w:szCs w:val="20"/>
              </w:rPr>
              <w:t>)</w:t>
            </w:r>
          </w:p>
        </w:tc>
        <w:tc>
          <w:tcPr>
            <w:tcW w:w="708" w:type="dxa"/>
          </w:tcPr>
          <w:p w14:paraId="5DB20FE2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13184A1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Самостоятельное выполнение письменной работы; применение изученных правил; самопроверка; последующий анализ и коррекция ошибок.</w:t>
            </w:r>
          </w:p>
        </w:tc>
        <w:tc>
          <w:tcPr>
            <w:tcW w:w="2528" w:type="dxa"/>
          </w:tcPr>
          <w:p w14:paraId="25DFFB6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Применяет изученные правила и способы языкового анализа в самостоятельной письменной работе; осуществляет проверку и исправление ошибок.</w:t>
            </w:r>
          </w:p>
        </w:tc>
        <w:tc>
          <w:tcPr>
            <w:tcW w:w="2379" w:type="dxa"/>
          </w:tcPr>
          <w:p w14:paraId="1CBD439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Самостоятельно планирует выполнение работы, соотносит результат с критериями, находит затруднения и выполняет коррекцию.</w:t>
            </w:r>
          </w:p>
        </w:tc>
        <w:tc>
          <w:tcPr>
            <w:tcW w:w="2748" w:type="dxa"/>
          </w:tcPr>
          <w:p w14:paraId="23D7AEA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24544DF5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Письменный контроль</w:t>
            </w:r>
          </w:p>
        </w:tc>
      </w:tr>
      <w:tr w:rsidR="00F51049" w:rsidRPr="00F51049" w14:paraId="2CEF4764" w14:textId="77777777" w:rsidTr="00F51049">
        <w:tc>
          <w:tcPr>
            <w:tcW w:w="516" w:type="dxa"/>
          </w:tcPr>
          <w:p w14:paraId="083789E4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20</w:t>
            </w:r>
          </w:p>
        </w:tc>
        <w:tc>
          <w:tcPr>
            <w:tcW w:w="2248" w:type="dxa"/>
          </w:tcPr>
          <w:p w14:paraId="55B1AA32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Выбор языковых средств для ответа на заданный вопрос</w:t>
            </w:r>
          </w:p>
        </w:tc>
        <w:tc>
          <w:tcPr>
            <w:tcW w:w="708" w:type="dxa"/>
          </w:tcPr>
          <w:p w14:paraId="1BDB2D1D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425E690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Чтение и анализ образцов; определение темы и основной мысли; составление плана; создание/редактирование устного или письменного высказывания.</w:t>
            </w:r>
          </w:p>
        </w:tc>
        <w:tc>
          <w:tcPr>
            <w:tcW w:w="2528" w:type="dxa"/>
          </w:tcPr>
          <w:p w14:paraId="3AF12EC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Понимает и создаёт небольшие устные и письменные высказывания; работает с темой, основной мыслью, структурой и последовательностью текста; соблюдает нормы речевого этикета.</w:t>
            </w:r>
          </w:p>
        </w:tc>
        <w:tc>
          <w:tcPr>
            <w:tcW w:w="2379" w:type="dxa"/>
          </w:tcPr>
          <w:p w14:paraId="519C6953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коммуникативную задачу, планирует высказывание, извлекает и упорядочивает информацию; слушает собеседника и участвует в диалоге.</w:t>
            </w:r>
          </w:p>
        </w:tc>
        <w:tc>
          <w:tcPr>
            <w:tcW w:w="2748" w:type="dxa"/>
          </w:tcPr>
          <w:p w14:paraId="7881779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19D66913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047B93D3" w14:textId="77777777" w:rsidTr="00F51049">
        <w:tc>
          <w:tcPr>
            <w:tcW w:w="516" w:type="dxa"/>
          </w:tcPr>
          <w:p w14:paraId="72929C98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21</w:t>
            </w:r>
          </w:p>
        </w:tc>
        <w:tc>
          <w:tcPr>
            <w:tcW w:w="2248" w:type="dxa"/>
          </w:tcPr>
          <w:p w14:paraId="7D8E682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Выбор языковых средств для выражения собственного мнения</w:t>
            </w:r>
          </w:p>
        </w:tc>
        <w:tc>
          <w:tcPr>
            <w:tcW w:w="708" w:type="dxa"/>
          </w:tcPr>
          <w:p w14:paraId="5B3F9B61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3238BD05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Чтение и анализ образцов; определение темы и основной мысли; составление плана; создание/редактирование устного или письменного высказывания.</w:t>
            </w:r>
          </w:p>
        </w:tc>
        <w:tc>
          <w:tcPr>
            <w:tcW w:w="2528" w:type="dxa"/>
          </w:tcPr>
          <w:p w14:paraId="45B8280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Понимает и создаёт небольшие устные и письменные высказывания; работает с темой, основной мыслью, структурой и последовательностью текста; соблюдает нормы речевого этикета.</w:t>
            </w:r>
          </w:p>
        </w:tc>
        <w:tc>
          <w:tcPr>
            <w:tcW w:w="2379" w:type="dxa"/>
          </w:tcPr>
          <w:p w14:paraId="44E5869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коммуникативную задачу, планирует высказывание, извлекает и упорядочивает информацию; слушает собеседника и участвует в диалоге.</w:t>
            </w:r>
          </w:p>
        </w:tc>
        <w:tc>
          <w:tcPr>
            <w:tcW w:w="2748" w:type="dxa"/>
          </w:tcPr>
          <w:p w14:paraId="346A1398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647E90E6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698DC2AB" w14:textId="77777777" w:rsidTr="00F51049">
        <w:tc>
          <w:tcPr>
            <w:tcW w:w="516" w:type="dxa"/>
          </w:tcPr>
          <w:p w14:paraId="13E2B17D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22</w:t>
            </w:r>
          </w:p>
        </w:tc>
        <w:tc>
          <w:tcPr>
            <w:tcW w:w="2248" w:type="dxa"/>
          </w:tcPr>
          <w:p w14:paraId="7ABFC5D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Выбор языковых средств для ведения разговора (начать, поддержать, закончить разговор, привлечь внимание и др.)</w:t>
            </w:r>
          </w:p>
        </w:tc>
        <w:tc>
          <w:tcPr>
            <w:tcW w:w="708" w:type="dxa"/>
          </w:tcPr>
          <w:p w14:paraId="2A1613F0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2C07ACA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Чтение и анализ образцов; определение темы и основной мысли; составление плана; создание/редактирование устного или письменного высказывания.</w:t>
            </w:r>
          </w:p>
        </w:tc>
        <w:tc>
          <w:tcPr>
            <w:tcW w:w="2528" w:type="dxa"/>
          </w:tcPr>
          <w:p w14:paraId="3D76C9D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Понимает и создаёт небольшие устные и письменные высказывания; работает с темой, основной мыслью, структурой и последовательностью текста; соблюдает нормы речевого этикета.</w:t>
            </w:r>
          </w:p>
        </w:tc>
        <w:tc>
          <w:tcPr>
            <w:tcW w:w="2379" w:type="dxa"/>
          </w:tcPr>
          <w:p w14:paraId="112B55F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коммуникативную задачу, планирует высказывание, извлекает и упорядочивает информацию; слушает собеседника и участвует в диалоге.</w:t>
            </w:r>
          </w:p>
        </w:tc>
        <w:tc>
          <w:tcPr>
            <w:tcW w:w="2748" w:type="dxa"/>
          </w:tcPr>
          <w:p w14:paraId="468EACE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6A8C7D53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6D72C54A" w14:textId="77777777" w:rsidTr="00F51049">
        <w:tc>
          <w:tcPr>
            <w:tcW w:w="516" w:type="dxa"/>
          </w:tcPr>
          <w:p w14:paraId="7E71F78E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23</w:t>
            </w:r>
          </w:p>
        </w:tc>
        <w:tc>
          <w:tcPr>
            <w:tcW w:w="2248" w:type="dxa"/>
          </w:tcPr>
          <w:p w14:paraId="7532EFD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Предложение как единица языка</w:t>
            </w:r>
          </w:p>
        </w:tc>
        <w:tc>
          <w:tcPr>
            <w:tcW w:w="708" w:type="dxa"/>
          </w:tcPr>
          <w:p w14:paraId="3E2791ED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0F15F8F5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Составление, преобразование и анализ предложений; установление связей слов; моделирование; редактирование; устное объяснение.</w:t>
            </w:r>
          </w:p>
        </w:tc>
        <w:tc>
          <w:tcPr>
            <w:tcW w:w="2528" w:type="dxa"/>
          </w:tcPr>
          <w:p w14:paraId="58FC89E5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Распознаёт предложение и его изученные признаки; устанавливает смысловые связи слов; составляет и правильно оформляет предложения.</w:t>
            </w:r>
          </w:p>
        </w:tc>
        <w:tc>
          <w:tcPr>
            <w:tcW w:w="2379" w:type="dxa"/>
          </w:tcPr>
          <w:p w14:paraId="6B430D8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Анализирует языковой материал, моделирует предложения, устанавливает связи; аргументирует выбор и корректирует результат.</w:t>
            </w:r>
          </w:p>
        </w:tc>
        <w:tc>
          <w:tcPr>
            <w:tcW w:w="2748" w:type="dxa"/>
          </w:tcPr>
          <w:p w14:paraId="066BC1A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6EEFE413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69719935" w14:textId="77777777" w:rsidTr="00F51049">
        <w:tc>
          <w:tcPr>
            <w:tcW w:w="516" w:type="dxa"/>
          </w:tcPr>
          <w:p w14:paraId="670789AA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24</w:t>
            </w:r>
          </w:p>
        </w:tc>
        <w:tc>
          <w:tcPr>
            <w:tcW w:w="2248" w:type="dxa"/>
          </w:tcPr>
          <w:p w14:paraId="27391A3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Восклицательные и невосклицательные предложения</w:t>
            </w:r>
          </w:p>
        </w:tc>
        <w:tc>
          <w:tcPr>
            <w:tcW w:w="708" w:type="dxa"/>
          </w:tcPr>
          <w:p w14:paraId="54B0B468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1A05EB9A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Составление, преобразование и анализ предложений; установление связей слов; моделирование; редактирование; устное объяснение.</w:t>
            </w:r>
          </w:p>
        </w:tc>
        <w:tc>
          <w:tcPr>
            <w:tcW w:w="2528" w:type="dxa"/>
          </w:tcPr>
          <w:p w14:paraId="702C230C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Распознаёт предложение и его изученные признаки; устанавливает смысловые связи слов; составляет и правильно оформляет предложения.</w:t>
            </w:r>
          </w:p>
        </w:tc>
        <w:tc>
          <w:tcPr>
            <w:tcW w:w="2379" w:type="dxa"/>
          </w:tcPr>
          <w:p w14:paraId="684974B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Анализирует языковой материал, моделирует предложения, устанавливает связи; аргументирует выбор и корректирует результат.</w:t>
            </w:r>
          </w:p>
        </w:tc>
        <w:tc>
          <w:tcPr>
            <w:tcW w:w="2748" w:type="dxa"/>
          </w:tcPr>
          <w:p w14:paraId="650FD6AA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2BAB2275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38FB4C0C" w14:textId="77777777" w:rsidTr="00F51049">
        <w:tc>
          <w:tcPr>
            <w:tcW w:w="516" w:type="dxa"/>
          </w:tcPr>
          <w:p w14:paraId="460F85B5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25</w:t>
            </w:r>
          </w:p>
        </w:tc>
        <w:tc>
          <w:tcPr>
            <w:tcW w:w="2248" w:type="dxa"/>
          </w:tcPr>
          <w:p w14:paraId="5C894978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Виды предложений по цели высказывания</w:t>
            </w:r>
          </w:p>
        </w:tc>
        <w:tc>
          <w:tcPr>
            <w:tcW w:w="708" w:type="dxa"/>
          </w:tcPr>
          <w:p w14:paraId="19D45CD5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02FA21D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Составление, преобразование и анализ предложений; установление связей слов; моделирование; редактирование; устное объяснение.</w:t>
            </w:r>
          </w:p>
        </w:tc>
        <w:tc>
          <w:tcPr>
            <w:tcW w:w="2528" w:type="dxa"/>
          </w:tcPr>
          <w:p w14:paraId="50F1BD8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Распознаёт предложение и его изученные признаки; устанавливает смысловые связи слов; составляет и правильно оформляет предложения.</w:t>
            </w:r>
          </w:p>
        </w:tc>
        <w:tc>
          <w:tcPr>
            <w:tcW w:w="2379" w:type="dxa"/>
          </w:tcPr>
          <w:p w14:paraId="6500BE42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Анализирует языковой материал, моделирует предложения, устанавливает связи; аргументирует выбор и корректирует результат.</w:t>
            </w:r>
          </w:p>
        </w:tc>
        <w:tc>
          <w:tcPr>
            <w:tcW w:w="2748" w:type="dxa"/>
          </w:tcPr>
          <w:p w14:paraId="688FCF2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700A0711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7367E4F2" w14:textId="77777777" w:rsidTr="00F51049">
        <w:tc>
          <w:tcPr>
            <w:tcW w:w="516" w:type="dxa"/>
          </w:tcPr>
          <w:p w14:paraId="1BA1305E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26</w:t>
            </w:r>
          </w:p>
        </w:tc>
        <w:tc>
          <w:tcPr>
            <w:tcW w:w="2248" w:type="dxa"/>
          </w:tcPr>
          <w:p w14:paraId="11C94EF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Повествовательные, вопросительные, побудительные предложения</w:t>
            </w:r>
          </w:p>
        </w:tc>
        <w:tc>
          <w:tcPr>
            <w:tcW w:w="708" w:type="dxa"/>
          </w:tcPr>
          <w:p w14:paraId="72E7BBF0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3F21CE5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Составление, преобразование и анализ предложений; установление связей слов; моделирование; редактирование; устное объяснение.</w:t>
            </w:r>
          </w:p>
        </w:tc>
        <w:tc>
          <w:tcPr>
            <w:tcW w:w="2528" w:type="dxa"/>
          </w:tcPr>
          <w:p w14:paraId="0EF5A5A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Распознаёт предложение и его изученные признаки; устанавливает смысловые связи слов; составляет и правильно оформляет предложения.</w:t>
            </w:r>
          </w:p>
        </w:tc>
        <w:tc>
          <w:tcPr>
            <w:tcW w:w="2379" w:type="dxa"/>
          </w:tcPr>
          <w:p w14:paraId="00E13E3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Анализирует языковой материал, моделирует предложения, устанавливает связи; аргументирует выбор и корректирует результат.</w:t>
            </w:r>
          </w:p>
        </w:tc>
        <w:tc>
          <w:tcPr>
            <w:tcW w:w="2748" w:type="dxa"/>
          </w:tcPr>
          <w:p w14:paraId="5C1D1E3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641E354C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72B3C23C" w14:textId="77777777" w:rsidTr="00F51049">
        <w:tc>
          <w:tcPr>
            <w:tcW w:w="516" w:type="dxa"/>
          </w:tcPr>
          <w:p w14:paraId="73C70CF3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27</w:t>
            </w:r>
          </w:p>
        </w:tc>
        <w:tc>
          <w:tcPr>
            <w:tcW w:w="2248" w:type="dxa"/>
          </w:tcPr>
          <w:p w14:paraId="3648C76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Предложение и слово</w:t>
            </w:r>
          </w:p>
        </w:tc>
        <w:tc>
          <w:tcPr>
            <w:tcW w:w="708" w:type="dxa"/>
          </w:tcPr>
          <w:p w14:paraId="2115ACE1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5796090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Составление, преобразование и анализ предложений; установление связей слов; моделирование; редактирование; устное объяснение.</w:t>
            </w:r>
          </w:p>
        </w:tc>
        <w:tc>
          <w:tcPr>
            <w:tcW w:w="2528" w:type="dxa"/>
          </w:tcPr>
          <w:p w14:paraId="31E4605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Распознаёт предложение и его изученные признаки; устанавливает смысловые связи слов; составляет и правильно оформляет предложения.</w:t>
            </w:r>
          </w:p>
        </w:tc>
        <w:tc>
          <w:tcPr>
            <w:tcW w:w="2379" w:type="dxa"/>
          </w:tcPr>
          <w:p w14:paraId="21503EC0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Анализирует языковой материал, моделирует предложения, устанавливает связи; аргументирует выбор и корректирует результат.</w:t>
            </w:r>
          </w:p>
        </w:tc>
        <w:tc>
          <w:tcPr>
            <w:tcW w:w="2748" w:type="dxa"/>
          </w:tcPr>
          <w:p w14:paraId="1E840320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49789F04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27C20774" w14:textId="77777777" w:rsidTr="00F51049">
        <w:tc>
          <w:tcPr>
            <w:tcW w:w="516" w:type="dxa"/>
          </w:tcPr>
          <w:p w14:paraId="752F6CD5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28</w:t>
            </w:r>
          </w:p>
        </w:tc>
        <w:tc>
          <w:tcPr>
            <w:tcW w:w="2248" w:type="dxa"/>
          </w:tcPr>
          <w:p w14:paraId="376F1D18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08" w:type="dxa"/>
          </w:tcPr>
          <w:p w14:paraId="3CBBE2FB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0EFF990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Составление, преобразование и анализ предложений; установление связей слов; моделирование; редактирование; устное объяснение.</w:t>
            </w:r>
          </w:p>
        </w:tc>
        <w:tc>
          <w:tcPr>
            <w:tcW w:w="2528" w:type="dxa"/>
          </w:tcPr>
          <w:p w14:paraId="7E9EF703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Распознаёт предложение и его изученные признаки; устанавливает смысловые связи слов; составляет и правильно оформляет предложения.</w:t>
            </w:r>
          </w:p>
        </w:tc>
        <w:tc>
          <w:tcPr>
            <w:tcW w:w="2379" w:type="dxa"/>
          </w:tcPr>
          <w:p w14:paraId="33771AE3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Анализирует языковой материал, моделирует предложения, устанавливает связи; аргументирует выбор и корректирует результат.</w:t>
            </w:r>
          </w:p>
        </w:tc>
        <w:tc>
          <w:tcPr>
            <w:tcW w:w="2748" w:type="dxa"/>
          </w:tcPr>
          <w:p w14:paraId="7B4F466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2B4D2315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313AD054" w14:textId="77777777" w:rsidTr="00F51049">
        <w:tc>
          <w:tcPr>
            <w:tcW w:w="516" w:type="dxa"/>
          </w:tcPr>
          <w:p w14:paraId="59A4B5F8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29</w:t>
            </w:r>
          </w:p>
        </w:tc>
        <w:tc>
          <w:tcPr>
            <w:tcW w:w="2248" w:type="dxa"/>
          </w:tcPr>
          <w:p w14:paraId="1EE5DA3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Связь слов в предложении</w:t>
            </w:r>
          </w:p>
        </w:tc>
        <w:tc>
          <w:tcPr>
            <w:tcW w:w="708" w:type="dxa"/>
          </w:tcPr>
          <w:p w14:paraId="72F131C4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2A0F187A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Составление, преобразование и анализ предложений; установление связей слов; моделирование; редактирование; устное объяснение.</w:t>
            </w:r>
          </w:p>
        </w:tc>
        <w:tc>
          <w:tcPr>
            <w:tcW w:w="2528" w:type="dxa"/>
          </w:tcPr>
          <w:p w14:paraId="202AC5E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Распознаёт предложение и его изученные признаки; устанавливает смысловые связи слов; составляет и правильно оформляет предложения.</w:t>
            </w:r>
          </w:p>
        </w:tc>
        <w:tc>
          <w:tcPr>
            <w:tcW w:w="2379" w:type="dxa"/>
          </w:tcPr>
          <w:p w14:paraId="23F80B7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Анализирует языковой материал, моделирует предложения, устанавливает связи; аргументирует выбор и корректирует результат.</w:t>
            </w:r>
          </w:p>
        </w:tc>
        <w:tc>
          <w:tcPr>
            <w:tcW w:w="2748" w:type="dxa"/>
          </w:tcPr>
          <w:p w14:paraId="7DDD6D95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32C1EFA8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085ED560" w14:textId="77777777" w:rsidTr="00F51049">
        <w:tc>
          <w:tcPr>
            <w:tcW w:w="516" w:type="dxa"/>
          </w:tcPr>
          <w:p w14:paraId="3856F903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30</w:t>
            </w:r>
          </w:p>
        </w:tc>
        <w:tc>
          <w:tcPr>
            <w:tcW w:w="2248" w:type="dxa"/>
          </w:tcPr>
          <w:p w14:paraId="7B9BC16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Предложение: систематизация знаний</w:t>
            </w:r>
          </w:p>
        </w:tc>
        <w:tc>
          <w:tcPr>
            <w:tcW w:w="708" w:type="dxa"/>
          </w:tcPr>
          <w:p w14:paraId="21577A0A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33F1A195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Составление, преобразование и анализ предложений; установление связей слов; моделирование; редактирование; устное объяснение.</w:t>
            </w:r>
          </w:p>
        </w:tc>
        <w:tc>
          <w:tcPr>
            <w:tcW w:w="2528" w:type="dxa"/>
          </w:tcPr>
          <w:p w14:paraId="57D0A3B3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Распознаёт предложение и его изученные признаки; устанавливает смысловые связи слов; составляет и правильно оформляет предложения.</w:t>
            </w:r>
          </w:p>
        </w:tc>
        <w:tc>
          <w:tcPr>
            <w:tcW w:w="2379" w:type="dxa"/>
          </w:tcPr>
          <w:p w14:paraId="7A24EA4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Анализирует языковой материал, моделирует предложения, устанавливает связи; аргументирует выбор и корректирует результат.</w:t>
            </w:r>
          </w:p>
        </w:tc>
        <w:tc>
          <w:tcPr>
            <w:tcW w:w="2748" w:type="dxa"/>
          </w:tcPr>
          <w:p w14:paraId="753DC232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5D4FEEC6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1E6157BA" w14:textId="77777777" w:rsidTr="00F51049">
        <w:tc>
          <w:tcPr>
            <w:tcW w:w="516" w:type="dxa"/>
          </w:tcPr>
          <w:p w14:paraId="392C8669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31</w:t>
            </w:r>
          </w:p>
        </w:tc>
        <w:tc>
          <w:tcPr>
            <w:tcW w:w="2248" w:type="dxa"/>
          </w:tcPr>
          <w:p w14:paraId="7C2D4F5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Резервный урок по разделу «Синтаксис»: связь слов в предложении</w:t>
            </w:r>
          </w:p>
        </w:tc>
        <w:tc>
          <w:tcPr>
            <w:tcW w:w="708" w:type="dxa"/>
          </w:tcPr>
          <w:p w14:paraId="714AD88F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5F62D943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Составление, преобразование и анализ предложений; установление связей слов; моделирование; редактирование; устное объяснение.</w:t>
            </w:r>
          </w:p>
        </w:tc>
        <w:tc>
          <w:tcPr>
            <w:tcW w:w="2528" w:type="dxa"/>
          </w:tcPr>
          <w:p w14:paraId="6E35CE28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Распознаёт предложение и его изученные признаки; устанавливает смысловые связи слов; составляет и правильно оформляет предложения.</w:t>
            </w:r>
          </w:p>
        </w:tc>
        <w:tc>
          <w:tcPr>
            <w:tcW w:w="2379" w:type="dxa"/>
          </w:tcPr>
          <w:p w14:paraId="2132C72C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Анализирует языковой материал, моделирует предложения, устанавливает связи; аргументирует выбор и корректирует результат.</w:t>
            </w:r>
          </w:p>
        </w:tc>
        <w:tc>
          <w:tcPr>
            <w:tcW w:w="2748" w:type="dxa"/>
          </w:tcPr>
          <w:p w14:paraId="340FB98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5A4D4203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4D6142CB" w14:textId="77777777" w:rsidTr="00F51049">
        <w:tc>
          <w:tcPr>
            <w:tcW w:w="516" w:type="dxa"/>
          </w:tcPr>
          <w:p w14:paraId="176F3877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32</w:t>
            </w:r>
          </w:p>
        </w:tc>
        <w:tc>
          <w:tcPr>
            <w:tcW w:w="2248" w:type="dxa"/>
          </w:tcPr>
          <w:p w14:paraId="20D5E20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Резервный урок по разделу «Синтаксис»: установление связи слов в предложении</w:t>
            </w:r>
          </w:p>
        </w:tc>
        <w:tc>
          <w:tcPr>
            <w:tcW w:w="708" w:type="dxa"/>
          </w:tcPr>
          <w:p w14:paraId="484E0F19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75A60E0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Составление, преобразование и анализ предложений; установление связей слов; моделирование; редактирование; устное объяснение.</w:t>
            </w:r>
          </w:p>
        </w:tc>
        <w:tc>
          <w:tcPr>
            <w:tcW w:w="2528" w:type="dxa"/>
          </w:tcPr>
          <w:p w14:paraId="7E74AAC8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Распознаёт предложение и его изученные признаки; устанавливает смысловые связи слов; составляет и правильно оформляет предложения.</w:t>
            </w:r>
          </w:p>
        </w:tc>
        <w:tc>
          <w:tcPr>
            <w:tcW w:w="2379" w:type="dxa"/>
          </w:tcPr>
          <w:p w14:paraId="5CC8BA42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Анализирует языковой материал, моделирует предложения, устанавливает связи; аргументирует выбор и корректирует результат.</w:t>
            </w:r>
          </w:p>
        </w:tc>
        <w:tc>
          <w:tcPr>
            <w:tcW w:w="2748" w:type="dxa"/>
          </w:tcPr>
          <w:p w14:paraId="1B9E5CB5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2557405B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690DC576" w14:textId="77777777" w:rsidTr="00F51049">
        <w:tc>
          <w:tcPr>
            <w:tcW w:w="516" w:type="dxa"/>
          </w:tcPr>
          <w:p w14:paraId="274C4967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33</w:t>
            </w:r>
          </w:p>
        </w:tc>
        <w:tc>
          <w:tcPr>
            <w:tcW w:w="2248" w:type="dxa"/>
          </w:tcPr>
          <w:p w14:paraId="34A8BE3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08" w:type="dxa"/>
          </w:tcPr>
          <w:p w14:paraId="48966753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4D06B41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Самостоятельное выполнение письменной работы; применение изученных правил; самопроверка; последующий анализ и коррекция ошибок.</w:t>
            </w:r>
          </w:p>
        </w:tc>
        <w:tc>
          <w:tcPr>
            <w:tcW w:w="2528" w:type="dxa"/>
          </w:tcPr>
          <w:p w14:paraId="1537C780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Применяет изученные правила и способы языкового анализа в самостоятельной письменной работе; осуществляет проверку и исправление ошибок.</w:t>
            </w:r>
          </w:p>
        </w:tc>
        <w:tc>
          <w:tcPr>
            <w:tcW w:w="2379" w:type="dxa"/>
          </w:tcPr>
          <w:p w14:paraId="17ED379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Самостоятельно планирует выполнение работы, соотносит результат с критериями, находит затруднения и выполняет коррекцию.</w:t>
            </w:r>
          </w:p>
        </w:tc>
        <w:tc>
          <w:tcPr>
            <w:tcW w:w="2748" w:type="dxa"/>
          </w:tcPr>
          <w:p w14:paraId="027B7222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54D62BA3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Письменный контроль</w:t>
            </w:r>
          </w:p>
        </w:tc>
      </w:tr>
      <w:tr w:rsidR="00F51049" w:rsidRPr="00F51049" w14:paraId="330414AB" w14:textId="77777777" w:rsidTr="00F51049">
        <w:tc>
          <w:tcPr>
            <w:tcW w:w="516" w:type="dxa"/>
          </w:tcPr>
          <w:p w14:paraId="505D1F07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34</w:t>
            </w:r>
          </w:p>
        </w:tc>
        <w:tc>
          <w:tcPr>
            <w:tcW w:w="2248" w:type="dxa"/>
          </w:tcPr>
          <w:p w14:paraId="1F7C1D3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Работа над ошибками, допущенными в диктанте</w:t>
            </w:r>
          </w:p>
        </w:tc>
        <w:tc>
          <w:tcPr>
            <w:tcW w:w="708" w:type="dxa"/>
          </w:tcPr>
          <w:p w14:paraId="777ABB39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3A6D6288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Самостоятельное выполнение письменной работы; применение изученных правил; самопроверка; последующий анализ и коррекция ошибок.</w:t>
            </w:r>
          </w:p>
        </w:tc>
        <w:tc>
          <w:tcPr>
            <w:tcW w:w="2528" w:type="dxa"/>
          </w:tcPr>
          <w:p w14:paraId="1169D9B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Применяет изученные правила и способы языкового анализа в самостоятельной письменной работе; осуществляет проверку и исправление ошибок.</w:t>
            </w:r>
          </w:p>
        </w:tc>
        <w:tc>
          <w:tcPr>
            <w:tcW w:w="2379" w:type="dxa"/>
          </w:tcPr>
          <w:p w14:paraId="24D31BC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Самостоятельно планирует выполнение работы, соотносит результат с критериями, находит затруднения и выполняет коррекцию.</w:t>
            </w:r>
          </w:p>
        </w:tc>
        <w:tc>
          <w:tcPr>
            <w:tcW w:w="2748" w:type="dxa"/>
          </w:tcPr>
          <w:p w14:paraId="51DE4FC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58A769FF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Письменный контроль</w:t>
            </w:r>
          </w:p>
        </w:tc>
      </w:tr>
      <w:tr w:rsidR="00F51049" w:rsidRPr="00F51049" w14:paraId="7A79119A" w14:textId="77777777" w:rsidTr="00F51049">
        <w:tc>
          <w:tcPr>
            <w:tcW w:w="516" w:type="dxa"/>
          </w:tcPr>
          <w:p w14:paraId="3E99A3F6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35</w:t>
            </w:r>
          </w:p>
        </w:tc>
        <w:tc>
          <w:tcPr>
            <w:tcW w:w="2248" w:type="dxa"/>
          </w:tcPr>
          <w:p w14:paraId="2733E4E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Диалогическая форма речи</w:t>
            </w:r>
          </w:p>
        </w:tc>
        <w:tc>
          <w:tcPr>
            <w:tcW w:w="708" w:type="dxa"/>
          </w:tcPr>
          <w:p w14:paraId="0CE1C8F7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4CE76B0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Чтение и анализ образцов; определение темы и основной мысли; составление плана; создание/редактирование устного или письменного высказывания.</w:t>
            </w:r>
          </w:p>
        </w:tc>
        <w:tc>
          <w:tcPr>
            <w:tcW w:w="2528" w:type="dxa"/>
          </w:tcPr>
          <w:p w14:paraId="6502717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Понимает и создаёт небольшие устные и письменные высказывания; работает с темой, основной мыслью, структурой и последовательностью текста; соблюдает нормы речевого этикета.</w:t>
            </w:r>
          </w:p>
        </w:tc>
        <w:tc>
          <w:tcPr>
            <w:tcW w:w="2379" w:type="dxa"/>
          </w:tcPr>
          <w:p w14:paraId="29C8C93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коммуникативную задачу, планирует высказывание, извлекает и упорядочивает информацию; слушает собеседника и участвует в диалоге.</w:t>
            </w:r>
          </w:p>
        </w:tc>
        <w:tc>
          <w:tcPr>
            <w:tcW w:w="2748" w:type="dxa"/>
          </w:tcPr>
          <w:p w14:paraId="16DBFFA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10EC4846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10F41690" w14:textId="77777777" w:rsidTr="00F51049">
        <w:tc>
          <w:tcPr>
            <w:tcW w:w="516" w:type="dxa"/>
          </w:tcPr>
          <w:p w14:paraId="11A530D1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36</w:t>
            </w:r>
          </w:p>
        </w:tc>
        <w:tc>
          <w:tcPr>
            <w:tcW w:w="2248" w:type="dxa"/>
          </w:tcPr>
          <w:p w14:paraId="094E7CC0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08" w:type="dxa"/>
          </w:tcPr>
          <w:p w14:paraId="2314756B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62E94F0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Учебный диалог; наблюдение и анализ языковых фактов; формулирование выводов; работа индивидуально и в паре.</w:t>
            </w:r>
          </w:p>
        </w:tc>
        <w:tc>
          <w:tcPr>
            <w:tcW w:w="2528" w:type="dxa"/>
          </w:tcPr>
          <w:p w14:paraId="2B89B27C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Объясняет значение русского языка как средства общения и явления культуры; использует изученные языковые понятия при решении учебных задач.</w:t>
            </w:r>
          </w:p>
        </w:tc>
        <w:tc>
          <w:tcPr>
            <w:tcW w:w="2379" w:type="dxa"/>
          </w:tcPr>
          <w:p w14:paraId="5C910AF3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Наблюдает, анализирует, сравнивает языковые факты; формулирует выводы; принимает цель совместной и индивидуальной работы.</w:t>
            </w:r>
          </w:p>
        </w:tc>
        <w:tc>
          <w:tcPr>
            <w:tcW w:w="2748" w:type="dxa"/>
          </w:tcPr>
          <w:p w14:paraId="435DE63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0454BE72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6E2A71CD" w14:textId="77777777" w:rsidTr="00F51049">
        <w:tc>
          <w:tcPr>
            <w:tcW w:w="516" w:type="dxa"/>
          </w:tcPr>
          <w:p w14:paraId="7F1249AE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37</w:t>
            </w:r>
          </w:p>
        </w:tc>
        <w:tc>
          <w:tcPr>
            <w:tcW w:w="2248" w:type="dxa"/>
          </w:tcPr>
          <w:p w14:paraId="7BA1A15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Окончание как изменяемая часть слова</w:t>
            </w:r>
          </w:p>
        </w:tc>
        <w:tc>
          <w:tcPr>
            <w:tcW w:w="708" w:type="dxa"/>
          </w:tcPr>
          <w:p w14:paraId="02B6FCF2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411272E8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Морфемное наблюдение; подбор и сравнение слов; выделение частей слова; работа со схемами; решение орфографических задач.</w:t>
            </w:r>
          </w:p>
        </w:tc>
        <w:tc>
          <w:tcPr>
            <w:tcW w:w="2528" w:type="dxa"/>
          </w:tcPr>
          <w:p w14:paraId="7BCF0173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Находит изученные части слова в простых случаях; различает форму слова и однокоренные слова; использует знания о составе слова при решении орфографических задач.</w:t>
            </w:r>
          </w:p>
        </w:tc>
        <w:tc>
          <w:tcPr>
            <w:tcW w:w="2379" w:type="dxa"/>
          </w:tcPr>
          <w:p w14:paraId="4F77A172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Сравнивает слова по составу, выделяет существенные признаки, использует схемы; планирует последовательность действий и проверяет результат.</w:t>
            </w:r>
          </w:p>
        </w:tc>
        <w:tc>
          <w:tcPr>
            <w:tcW w:w="2748" w:type="dxa"/>
          </w:tcPr>
          <w:p w14:paraId="3B79783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3E06B698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436FE29A" w14:textId="77777777" w:rsidTr="00F51049">
        <w:tc>
          <w:tcPr>
            <w:tcW w:w="516" w:type="dxa"/>
          </w:tcPr>
          <w:p w14:paraId="6D5CBA35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38</w:t>
            </w:r>
          </w:p>
        </w:tc>
        <w:tc>
          <w:tcPr>
            <w:tcW w:w="2248" w:type="dxa"/>
          </w:tcPr>
          <w:p w14:paraId="19608375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Изменение формы слова с помощью окончания</w:t>
            </w:r>
          </w:p>
        </w:tc>
        <w:tc>
          <w:tcPr>
            <w:tcW w:w="708" w:type="dxa"/>
          </w:tcPr>
          <w:p w14:paraId="269FF141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60F7049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Морфемное наблюдение; подбор и сравнение слов; выделение частей слова; работа со схемами; решение орфографических задач.</w:t>
            </w:r>
          </w:p>
        </w:tc>
        <w:tc>
          <w:tcPr>
            <w:tcW w:w="2528" w:type="dxa"/>
          </w:tcPr>
          <w:p w14:paraId="7F789EC6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Находит изученные части слова в простых случаях; различает форму слова и однокоренные слова; использует знания о составе слова при решении орфографических задач.</w:t>
            </w:r>
          </w:p>
        </w:tc>
        <w:tc>
          <w:tcPr>
            <w:tcW w:w="2379" w:type="dxa"/>
          </w:tcPr>
          <w:p w14:paraId="5170046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Сравнивает слова по составу, выделяет существенные признаки, использует схемы; планирует последовательность действий и проверяет результат.</w:t>
            </w:r>
          </w:p>
        </w:tc>
        <w:tc>
          <w:tcPr>
            <w:tcW w:w="2748" w:type="dxa"/>
          </w:tcPr>
          <w:p w14:paraId="51666BB0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613E3193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0EFB74FE" w14:textId="77777777" w:rsidTr="00F51049">
        <w:tc>
          <w:tcPr>
            <w:tcW w:w="516" w:type="dxa"/>
          </w:tcPr>
          <w:p w14:paraId="36551160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39</w:t>
            </w:r>
          </w:p>
        </w:tc>
        <w:tc>
          <w:tcPr>
            <w:tcW w:w="2248" w:type="dxa"/>
          </w:tcPr>
          <w:p w14:paraId="78886B22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Различение изменяемых и неизменяемых слов</w:t>
            </w:r>
          </w:p>
        </w:tc>
        <w:tc>
          <w:tcPr>
            <w:tcW w:w="708" w:type="dxa"/>
          </w:tcPr>
          <w:p w14:paraId="248300B2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50BE848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Учебный диалог; наблюдение и анализ языковых фактов; формулирование выводов; работа индивидуально и в паре.</w:t>
            </w:r>
          </w:p>
        </w:tc>
        <w:tc>
          <w:tcPr>
            <w:tcW w:w="2528" w:type="dxa"/>
          </w:tcPr>
          <w:p w14:paraId="37F017E6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Объясняет значение русского языка как средства общения и явления культуры; использует изученные языковые понятия при решении учебных задач.</w:t>
            </w:r>
          </w:p>
        </w:tc>
        <w:tc>
          <w:tcPr>
            <w:tcW w:w="2379" w:type="dxa"/>
          </w:tcPr>
          <w:p w14:paraId="10D1A40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Наблюдает, анализирует, сравнивает языковые факты; формулирует выводы; принимает цель совместной и индивидуальной работы.</w:t>
            </w:r>
          </w:p>
        </w:tc>
        <w:tc>
          <w:tcPr>
            <w:tcW w:w="2748" w:type="dxa"/>
          </w:tcPr>
          <w:p w14:paraId="558D7ED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3048256C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5DD442C4" w14:textId="77777777" w:rsidTr="00F51049">
        <w:tc>
          <w:tcPr>
            <w:tcW w:w="516" w:type="dxa"/>
          </w:tcPr>
          <w:p w14:paraId="5FC3DCCF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40</w:t>
            </w:r>
          </w:p>
        </w:tc>
        <w:tc>
          <w:tcPr>
            <w:tcW w:w="2248" w:type="dxa"/>
          </w:tcPr>
          <w:p w14:paraId="77FAD54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Однокоренные (родственные) слова. Корень слова</w:t>
            </w:r>
          </w:p>
        </w:tc>
        <w:tc>
          <w:tcPr>
            <w:tcW w:w="708" w:type="dxa"/>
          </w:tcPr>
          <w:p w14:paraId="6CD5DE96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63C904D2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Морфемное наблюдение; подбор и сравнение слов; выделение частей слова; работа со схемами; решение орфографических задач.</w:t>
            </w:r>
          </w:p>
        </w:tc>
        <w:tc>
          <w:tcPr>
            <w:tcW w:w="2528" w:type="dxa"/>
          </w:tcPr>
          <w:p w14:paraId="31CACE85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Находит изученные части слова в простых случаях; различает форму слова и однокоренные слова; использует знания о составе слова при решении орфографических задач.</w:t>
            </w:r>
          </w:p>
        </w:tc>
        <w:tc>
          <w:tcPr>
            <w:tcW w:w="2379" w:type="dxa"/>
          </w:tcPr>
          <w:p w14:paraId="4C61A32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Сравнивает слова по составу, выделяет существенные признаки, использует схемы; планирует последовательность действий и проверяет результат.</w:t>
            </w:r>
          </w:p>
        </w:tc>
        <w:tc>
          <w:tcPr>
            <w:tcW w:w="2748" w:type="dxa"/>
          </w:tcPr>
          <w:p w14:paraId="58BDCD8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0482F8F5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6ED1ADC7" w14:textId="77777777" w:rsidTr="00F51049">
        <w:tc>
          <w:tcPr>
            <w:tcW w:w="516" w:type="dxa"/>
          </w:tcPr>
          <w:p w14:paraId="33124480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41</w:t>
            </w:r>
          </w:p>
        </w:tc>
        <w:tc>
          <w:tcPr>
            <w:tcW w:w="2248" w:type="dxa"/>
          </w:tcPr>
          <w:p w14:paraId="5EDAC08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Признаки однокоренных (родственных) слов. Корень слова</w:t>
            </w:r>
          </w:p>
        </w:tc>
        <w:tc>
          <w:tcPr>
            <w:tcW w:w="708" w:type="dxa"/>
          </w:tcPr>
          <w:p w14:paraId="0919200A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23EED210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Морфемное наблюдение; подбор и сравнение слов; выделение частей слова; работа со схемами; решение орфографических задач.</w:t>
            </w:r>
          </w:p>
        </w:tc>
        <w:tc>
          <w:tcPr>
            <w:tcW w:w="2528" w:type="dxa"/>
          </w:tcPr>
          <w:p w14:paraId="1BFD6CA8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Находит изученные части слова в простых случаях; различает форму слова и однокоренные слова; использует знания о составе слова при решении орфографических задач.</w:t>
            </w:r>
          </w:p>
        </w:tc>
        <w:tc>
          <w:tcPr>
            <w:tcW w:w="2379" w:type="dxa"/>
          </w:tcPr>
          <w:p w14:paraId="643E2F63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Сравнивает слова по составу, выделяет существенные признаки, использует схемы; планирует последовательность действий и проверяет результат.</w:t>
            </w:r>
          </w:p>
        </w:tc>
        <w:tc>
          <w:tcPr>
            <w:tcW w:w="2748" w:type="dxa"/>
          </w:tcPr>
          <w:p w14:paraId="40ACD84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41F32564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1AD17B9B" w14:textId="77777777" w:rsidTr="00F51049">
        <w:tc>
          <w:tcPr>
            <w:tcW w:w="516" w:type="dxa"/>
          </w:tcPr>
          <w:p w14:paraId="7D049803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42</w:t>
            </w:r>
          </w:p>
        </w:tc>
        <w:tc>
          <w:tcPr>
            <w:tcW w:w="2248" w:type="dxa"/>
          </w:tcPr>
          <w:p w14:paraId="34489A82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Составление устного рассказа по репродукции картины</w:t>
            </w:r>
          </w:p>
        </w:tc>
        <w:tc>
          <w:tcPr>
            <w:tcW w:w="708" w:type="dxa"/>
          </w:tcPr>
          <w:p w14:paraId="605C4AF6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4FB4A21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Чтение и анализ образцов; определение темы и основной мысли; составление плана; создание/редактирование устного или письменного высказывания.</w:t>
            </w:r>
          </w:p>
        </w:tc>
        <w:tc>
          <w:tcPr>
            <w:tcW w:w="2528" w:type="dxa"/>
          </w:tcPr>
          <w:p w14:paraId="5FBC688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Понимает и создаёт небольшие устные и письменные высказывания; работает с темой, основной мыслью, структурой и последовательностью текста; соблюдает нормы речевого этикета.</w:t>
            </w:r>
          </w:p>
        </w:tc>
        <w:tc>
          <w:tcPr>
            <w:tcW w:w="2379" w:type="dxa"/>
          </w:tcPr>
          <w:p w14:paraId="5A03317A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коммуникативную задачу, планирует высказывание, извлекает и упорядочивает информацию; слушает собеседника и участвует в диалоге.</w:t>
            </w:r>
          </w:p>
        </w:tc>
        <w:tc>
          <w:tcPr>
            <w:tcW w:w="2748" w:type="dxa"/>
          </w:tcPr>
          <w:p w14:paraId="478DE9C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2A4DD2E1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0BCCD50A" w14:textId="77777777" w:rsidTr="00F51049">
        <w:tc>
          <w:tcPr>
            <w:tcW w:w="516" w:type="dxa"/>
          </w:tcPr>
          <w:p w14:paraId="717FA8B2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43</w:t>
            </w:r>
          </w:p>
        </w:tc>
        <w:tc>
          <w:tcPr>
            <w:tcW w:w="2248" w:type="dxa"/>
          </w:tcPr>
          <w:p w14:paraId="4977A82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Корень как часть слова</w:t>
            </w:r>
          </w:p>
        </w:tc>
        <w:tc>
          <w:tcPr>
            <w:tcW w:w="708" w:type="dxa"/>
          </w:tcPr>
          <w:p w14:paraId="0E79D062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723C03A2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Морфемное наблюдение; подбор и сравнение слов; выделение частей слова; работа со схемами; решение орфографических задач.</w:t>
            </w:r>
          </w:p>
        </w:tc>
        <w:tc>
          <w:tcPr>
            <w:tcW w:w="2528" w:type="dxa"/>
          </w:tcPr>
          <w:p w14:paraId="03645B5C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Находит изученные части слова в простых случаях; различает форму слова и однокоренные слова; использует знания о составе слова при решении орфографических задач.</w:t>
            </w:r>
          </w:p>
        </w:tc>
        <w:tc>
          <w:tcPr>
            <w:tcW w:w="2379" w:type="dxa"/>
          </w:tcPr>
          <w:p w14:paraId="3C11957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Сравнивает слова по составу, выделяет существенные признаки, использует схемы; планирует последовательность действий и проверяет результат.</w:t>
            </w:r>
          </w:p>
        </w:tc>
        <w:tc>
          <w:tcPr>
            <w:tcW w:w="2748" w:type="dxa"/>
          </w:tcPr>
          <w:p w14:paraId="09A0B7A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75B32476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5730201C" w14:textId="77777777" w:rsidTr="00F51049">
        <w:tc>
          <w:tcPr>
            <w:tcW w:w="516" w:type="dxa"/>
          </w:tcPr>
          <w:p w14:paraId="4C158559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44</w:t>
            </w:r>
          </w:p>
        </w:tc>
        <w:tc>
          <w:tcPr>
            <w:tcW w:w="2248" w:type="dxa"/>
          </w:tcPr>
          <w:p w14:paraId="70A9815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Корень как общая часть родственных слов</w:t>
            </w:r>
          </w:p>
        </w:tc>
        <w:tc>
          <w:tcPr>
            <w:tcW w:w="708" w:type="dxa"/>
          </w:tcPr>
          <w:p w14:paraId="31D30666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07A94835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Морфемное наблюдение; подбор и сравнение слов; выделение частей слова; работа со схемами; решение орфографических задач.</w:t>
            </w:r>
          </w:p>
        </w:tc>
        <w:tc>
          <w:tcPr>
            <w:tcW w:w="2528" w:type="dxa"/>
          </w:tcPr>
          <w:p w14:paraId="0443C1D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Находит изученные части слова в простых случаях; различает форму слова и однокоренные слова; использует знания о составе слова при решении орфографических задач.</w:t>
            </w:r>
          </w:p>
        </w:tc>
        <w:tc>
          <w:tcPr>
            <w:tcW w:w="2379" w:type="dxa"/>
          </w:tcPr>
          <w:p w14:paraId="3671265C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Сравнивает слова по составу, выделяет существенные признаки, использует схемы; планирует последовательность действий и проверяет результат.</w:t>
            </w:r>
          </w:p>
        </w:tc>
        <w:tc>
          <w:tcPr>
            <w:tcW w:w="2748" w:type="dxa"/>
          </w:tcPr>
          <w:p w14:paraId="2DD9608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0759E5DB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45CA74DF" w14:textId="77777777" w:rsidTr="00F51049">
        <w:tc>
          <w:tcPr>
            <w:tcW w:w="516" w:type="dxa"/>
          </w:tcPr>
          <w:p w14:paraId="6C4CBBE5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45</w:t>
            </w:r>
          </w:p>
        </w:tc>
        <w:tc>
          <w:tcPr>
            <w:tcW w:w="2248" w:type="dxa"/>
          </w:tcPr>
          <w:p w14:paraId="56D12558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Единообразное написание гласных в корне</w:t>
            </w:r>
          </w:p>
        </w:tc>
        <w:tc>
          <w:tcPr>
            <w:tcW w:w="708" w:type="dxa"/>
          </w:tcPr>
          <w:p w14:paraId="30928333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7FC01A62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Орфографическое наблюдение; применение алгоритма правила; подбор проверочных слов; письмо с комментированием; самопроверка и коррекция.</w:t>
            </w:r>
          </w:p>
        </w:tc>
        <w:tc>
          <w:tcPr>
            <w:tcW w:w="2528" w:type="dxa"/>
          </w:tcPr>
          <w:p w14:paraId="07C1202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Находит изученные орфограммы, выбирает способ проверки и применяет соответствующее правило; проверяет и корректирует написанное.</w:t>
            </w:r>
          </w:p>
        </w:tc>
        <w:tc>
          <w:tcPr>
            <w:tcW w:w="2379" w:type="dxa"/>
          </w:tcPr>
          <w:p w14:paraId="16FB706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Выбирает алгоритм решения орфографической задачи, применяет правило, осуществляет самоконтроль и самооценку.</w:t>
            </w:r>
          </w:p>
        </w:tc>
        <w:tc>
          <w:tcPr>
            <w:tcW w:w="2748" w:type="dxa"/>
          </w:tcPr>
          <w:p w14:paraId="4714F3E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09DD5A0F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62B3ED5F" w14:textId="77777777" w:rsidTr="00F51049">
        <w:tc>
          <w:tcPr>
            <w:tcW w:w="516" w:type="dxa"/>
          </w:tcPr>
          <w:p w14:paraId="02F26928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46</w:t>
            </w:r>
          </w:p>
        </w:tc>
        <w:tc>
          <w:tcPr>
            <w:tcW w:w="2248" w:type="dxa"/>
          </w:tcPr>
          <w:p w14:paraId="28B8C45A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Обозначение буквой безударного гласного звука в корне слова</w:t>
            </w:r>
          </w:p>
        </w:tc>
        <w:tc>
          <w:tcPr>
            <w:tcW w:w="708" w:type="dxa"/>
          </w:tcPr>
          <w:p w14:paraId="5351799A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77B2EFA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Наблюдение и сравнение звуков и букв; характеристика звуков; работа со схемами и словарём; языковые упражнения; взаимопроверка.</w:t>
            </w:r>
          </w:p>
        </w:tc>
        <w:tc>
          <w:tcPr>
            <w:tcW w:w="2528" w:type="dxa"/>
          </w:tcPr>
          <w:p w14:paraId="26A17473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Различает и характеризует изученные звуки и буквы; применяет знания о звуковом и буквенном составе слова при выполнении языковых и орфографических заданий.</w:t>
            </w:r>
          </w:p>
        </w:tc>
        <w:tc>
          <w:tcPr>
            <w:tcW w:w="2379" w:type="dxa"/>
          </w:tcPr>
          <w:p w14:paraId="1AFD270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Сравнивает, классифицирует и моделирует языковые единицы; действует по алгоритму анализа; осуществляет самоконтроль.</w:t>
            </w:r>
          </w:p>
        </w:tc>
        <w:tc>
          <w:tcPr>
            <w:tcW w:w="2748" w:type="dxa"/>
          </w:tcPr>
          <w:p w14:paraId="7CCF542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38DBDB0B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33027106" w14:textId="77777777" w:rsidTr="00F51049">
        <w:tc>
          <w:tcPr>
            <w:tcW w:w="516" w:type="dxa"/>
          </w:tcPr>
          <w:p w14:paraId="2BA632A6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47</w:t>
            </w:r>
          </w:p>
        </w:tc>
        <w:tc>
          <w:tcPr>
            <w:tcW w:w="2248" w:type="dxa"/>
          </w:tcPr>
          <w:p w14:paraId="21F1DBA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08" w:type="dxa"/>
          </w:tcPr>
          <w:p w14:paraId="56855FBA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55B6414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Наблюдение и сравнение звуков и букв; характеристика звуков; работа со схемами и словарём; языковые упражнения; взаимопроверка.</w:t>
            </w:r>
          </w:p>
        </w:tc>
        <w:tc>
          <w:tcPr>
            <w:tcW w:w="2528" w:type="dxa"/>
          </w:tcPr>
          <w:p w14:paraId="4BF3316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Различает и характеризует изученные звуки и буквы; применяет знания о звуковом и буквенном составе слова при выполнении языковых и орфографических заданий.</w:t>
            </w:r>
          </w:p>
        </w:tc>
        <w:tc>
          <w:tcPr>
            <w:tcW w:w="2379" w:type="dxa"/>
          </w:tcPr>
          <w:p w14:paraId="4BBB6335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Сравнивает, классифицирует и моделирует языковые единицы; действует по алгоритму анализа; осуществляет самоконтроль.</w:t>
            </w:r>
          </w:p>
        </w:tc>
        <w:tc>
          <w:tcPr>
            <w:tcW w:w="2748" w:type="dxa"/>
          </w:tcPr>
          <w:p w14:paraId="6ED9CED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34E08E68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6C28087C" w14:textId="77777777" w:rsidTr="00F51049">
        <w:tc>
          <w:tcPr>
            <w:tcW w:w="516" w:type="dxa"/>
          </w:tcPr>
          <w:p w14:paraId="7FB6B351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48</w:t>
            </w:r>
          </w:p>
        </w:tc>
        <w:tc>
          <w:tcPr>
            <w:tcW w:w="2248" w:type="dxa"/>
          </w:tcPr>
          <w:p w14:paraId="1F0A16D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Списывание текста. Словарный диктант</w:t>
            </w:r>
          </w:p>
        </w:tc>
        <w:tc>
          <w:tcPr>
            <w:tcW w:w="708" w:type="dxa"/>
          </w:tcPr>
          <w:p w14:paraId="611B5660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70CD8F0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Самостоятельное выполнение письменной работы; применение изученных правил; самопроверка; последующий анализ и коррекция ошибок.</w:t>
            </w:r>
          </w:p>
        </w:tc>
        <w:tc>
          <w:tcPr>
            <w:tcW w:w="2528" w:type="dxa"/>
          </w:tcPr>
          <w:p w14:paraId="18F48D1C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Применяет изученные правила и способы языкового анализа в самостоятельной письменной работе; осуществляет проверку и исправление ошибок.</w:t>
            </w:r>
          </w:p>
        </w:tc>
        <w:tc>
          <w:tcPr>
            <w:tcW w:w="2379" w:type="dxa"/>
          </w:tcPr>
          <w:p w14:paraId="78D61A00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Самостоятельно планирует выполнение работы, соотносит результат с критериями, находит затруднения и выполняет коррекцию.</w:t>
            </w:r>
          </w:p>
        </w:tc>
        <w:tc>
          <w:tcPr>
            <w:tcW w:w="2748" w:type="dxa"/>
          </w:tcPr>
          <w:p w14:paraId="48B05FF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315F85FD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Письменный контроль</w:t>
            </w:r>
          </w:p>
        </w:tc>
      </w:tr>
      <w:tr w:rsidR="00F51049" w:rsidRPr="00F51049" w14:paraId="7ABB1443" w14:textId="77777777" w:rsidTr="00F51049">
        <w:tc>
          <w:tcPr>
            <w:tcW w:w="516" w:type="dxa"/>
          </w:tcPr>
          <w:p w14:paraId="56DA5CE1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49</w:t>
            </w:r>
          </w:p>
        </w:tc>
        <w:tc>
          <w:tcPr>
            <w:tcW w:w="2248" w:type="dxa"/>
          </w:tcPr>
          <w:p w14:paraId="122A09D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Корень слова: обобщение знаний</w:t>
            </w:r>
          </w:p>
        </w:tc>
        <w:tc>
          <w:tcPr>
            <w:tcW w:w="708" w:type="dxa"/>
          </w:tcPr>
          <w:p w14:paraId="71C9533A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538AC025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Морфемное наблюдение; подбор и сравнение слов; выделение частей слова; работа со схемами; решение орфографических задач.</w:t>
            </w:r>
          </w:p>
        </w:tc>
        <w:tc>
          <w:tcPr>
            <w:tcW w:w="2528" w:type="dxa"/>
          </w:tcPr>
          <w:p w14:paraId="0CFA30D3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Находит изученные части слова в простых случаях; различает форму слова и однокоренные слова; использует знания о составе слова при решении орфографических задач.</w:t>
            </w:r>
          </w:p>
        </w:tc>
        <w:tc>
          <w:tcPr>
            <w:tcW w:w="2379" w:type="dxa"/>
          </w:tcPr>
          <w:p w14:paraId="752FB8E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Сравнивает слова по составу, выделяет существенные признаки, использует схемы; планирует последовательность действий и проверяет результат.</w:t>
            </w:r>
          </w:p>
        </w:tc>
        <w:tc>
          <w:tcPr>
            <w:tcW w:w="2748" w:type="dxa"/>
          </w:tcPr>
          <w:p w14:paraId="42D5AD9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1A70754F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46F27164" w14:textId="77777777" w:rsidTr="00F51049">
        <w:tc>
          <w:tcPr>
            <w:tcW w:w="516" w:type="dxa"/>
          </w:tcPr>
          <w:p w14:paraId="760551D6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50</w:t>
            </w:r>
          </w:p>
        </w:tc>
        <w:tc>
          <w:tcPr>
            <w:tcW w:w="2248" w:type="dxa"/>
          </w:tcPr>
          <w:p w14:paraId="4521768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Правописание слов с безударным гласным звуком в корне</w:t>
            </w:r>
          </w:p>
        </w:tc>
        <w:tc>
          <w:tcPr>
            <w:tcW w:w="708" w:type="dxa"/>
          </w:tcPr>
          <w:p w14:paraId="2FCDEA26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099C6F00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Наблюдение и сравнение звуков и букв; характеристика звуков; работа со схемами и словарём; языковые упражнения; взаимопроверка.</w:t>
            </w:r>
          </w:p>
        </w:tc>
        <w:tc>
          <w:tcPr>
            <w:tcW w:w="2528" w:type="dxa"/>
          </w:tcPr>
          <w:p w14:paraId="515B1982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Различает и характеризует изученные звуки и буквы; применяет знания о звуковом и буквенном составе слова при выполнении языковых и орфографических заданий.</w:t>
            </w:r>
          </w:p>
        </w:tc>
        <w:tc>
          <w:tcPr>
            <w:tcW w:w="2379" w:type="dxa"/>
          </w:tcPr>
          <w:p w14:paraId="2EEE6725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Сравнивает, классифицирует и моделирует языковые единицы; действует по алгоритму анализа; осуществляет самоконтроль.</w:t>
            </w:r>
          </w:p>
        </w:tc>
        <w:tc>
          <w:tcPr>
            <w:tcW w:w="2748" w:type="dxa"/>
          </w:tcPr>
          <w:p w14:paraId="0AF7C4E5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5E493F7C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5DED006D" w14:textId="77777777" w:rsidTr="00F51049">
        <w:tc>
          <w:tcPr>
            <w:tcW w:w="516" w:type="dxa"/>
          </w:tcPr>
          <w:p w14:paraId="5DF4EDE1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51</w:t>
            </w:r>
          </w:p>
        </w:tc>
        <w:tc>
          <w:tcPr>
            <w:tcW w:w="2248" w:type="dxa"/>
          </w:tcPr>
          <w:p w14:paraId="1856C7C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08" w:type="dxa"/>
          </w:tcPr>
          <w:p w14:paraId="543BCF00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15811070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Наблюдение и сравнение звуков и букв; характеристика звуков; работа со схемами и словарём; языковые упражнения; взаимопроверка.</w:t>
            </w:r>
          </w:p>
        </w:tc>
        <w:tc>
          <w:tcPr>
            <w:tcW w:w="2528" w:type="dxa"/>
          </w:tcPr>
          <w:p w14:paraId="13605F93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Различает и характеризует изученные звуки и буквы; применяет знания о звуковом и буквенном составе слова при выполнении языковых и орфографических заданий.</w:t>
            </w:r>
          </w:p>
        </w:tc>
        <w:tc>
          <w:tcPr>
            <w:tcW w:w="2379" w:type="dxa"/>
          </w:tcPr>
          <w:p w14:paraId="733F376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Сравнивает, классифицирует и моделирует языковые единицы; действует по алгоритму анализа; осуществляет самоконтроль.</w:t>
            </w:r>
          </w:p>
        </w:tc>
        <w:tc>
          <w:tcPr>
            <w:tcW w:w="2748" w:type="dxa"/>
          </w:tcPr>
          <w:p w14:paraId="5B3E7D88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0762ACF1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62530CB6" w14:textId="77777777" w:rsidTr="00F51049">
        <w:tc>
          <w:tcPr>
            <w:tcW w:w="516" w:type="dxa"/>
          </w:tcPr>
          <w:p w14:paraId="683635CE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52</w:t>
            </w:r>
          </w:p>
        </w:tc>
        <w:tc>
          <w:tcPr>
            <w:tcW w:w="2248" w:type="dxa"/>
          </w:tcPr>
          <w:p w14:paraId="02BB025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08" w:type="dxa"/>
          </w:tcPr>
          <w:p w14:paraId="5B56A484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25F24A0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Самостоятельное выполнение письменной работы; применение изученных правил; самопроверка; последующий анализ и коррекция ошибок.</w:t>
            </w:r>
          </w:p>
        </w:tc>
        <w:tc>
          <w:tcPr>
            <w:tcW w:w="2528" w:type="dxa"/>
          </w:tcPr>
          <w:p w14:paraId="5B0EB280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Применяет изученные правила и способы языкового анализа в самостоятельной письменной работе; осуществляет проверку и исправление ошибок.</w:t>
            </w:r>
          </w:p>
        </w:tc>
        <w:tc>
          <w:tcPr>
            <w:tcW w:w="2379" w:type="dxa"/>
          </w:tcPr>
          <w:p w14:paraId="5DE2CF0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Самостоятельно планирует выполнение работы, соотносит результат с критериями, находит затруднения и выполняет коррекцию.</w:t>
            </w:r>
          </w:p>
        </w:tc>
        <w:tc>
          <w:tcPr>
            <w:tcW w:w="2748" w:type="dxa"/>
          </w:tcPr>
          <w:p w14:paraId="612D73B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27BE3A4F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Письменный контроль</w:t>
            </w:r>
          </w:p>
        </w:tc>
      </w:tr>
      <w:tr w:rsidR="00F51049" w:rsidRPr="00F51049" w14:paraId="17E7311C" w14:textId="77777777" w:rsidTr="00F51049">
        <w:tc>
          <w:tcPr>
            <w:tcW w:w="516" w:type="dxa"/>
          </w:tcPr>
          <w:p w14:paraId="271B9DE7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53</w:t>
            </w:r>
          </w:p>
        </w:tc>
        <w:tc>
          <w:tcPr>
            <w:tcW w:w="2248" w:type="dxa"/>
          </w:tcPr>
          <w:p w14:paraId="69855D1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Непроверяемые гласные в корне слова</w:t>
            </w:r>
          </w:p>
        </w:tc>
        <w:tc>
          <w:tcPr>
            <w:tcW w:w="708" w:type="dxa"/>
          </w:tcPr>
          <w:p w14:paraId="3C5121B5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0F86FB3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Орфографическое наблюдение; применение алгоритма правила; подбор проверочных слов; письмо с комментированием; самопроверка и коррекция.</w:t>
            </w:r>
          </w:p>
        </w:tc>
        <w:tc>
          <w:tcPr>
            <w:tcW w:w="2528" w:type="dxa"/>
          </w:tcPr>
          <w:p w14:paraId="48612ED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Находит изученные орфограммы, выбирает способ проверки и применяет соответствующее правило; проверяет и корректирует написанное.</w:t>
            </w:r>
          </w:p>
        </w:tc>
        <w:tc>
          <w:tcPr>
            <w:tcW w:w="2379" w:type="dxa"/>
          </w:tcPr>
          <w:p w14:paraId="53500770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Выбирает алгоритм решения орфографической задачи, применяет правило, осуществляет самоконтроль и самооценку.</w:t>
            </w:r>
          </w:p>
        </w:tc>
        <w:tc>
          <w:tcPr>
            <w:tcW w:w="2748" w:type="dxa"/>
          </w:tcPr>
          <w:p w14:paraId="403A392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14AEF1AC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64827E6E" w14:textId="77777777" w:rsidTr="00F51049">
        <w:tc>
          <w:tcPr>
            <w:tcW w:w="516" w:type="dxa"/>
          </w:tcPr>
          <w:p w14:paraId="1B53C17C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54</w:t>
            </w:r>
          </w:p>
        </w:tc>
        <w:tc>
          <w:tcPr>
            <w:tcW w:w="2248" w:type="dxa"/>
          </w:tcPr>
          <w:p w14:paraId="7732825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08" w:type="dxa"/>
          </w:tcPr>
          <w:p w14:paraId="67C0458F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56397110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Орфографическое наблюдение; применение алгоритма правила; подбор проверочных слов; письмо с комментированием; самопроверка и коррекция.</w:t>
            </w:r>
          </w:p>
        </w:tc>
        <w:tc>
          <w:tcPr>
            <w:tcW w:w="2528" w:type="dxa"/>
          </w:tcPr>
          <w:p w14:paraId="74B36526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Находит изученные орфограммы, выбирает способ проверки и применяет соответствующее правило; проверяет и корректирует написанное.</w:t>
            </w:r>
          </w:p>
        </w:tc>
        <w:tc>
          <w:tcPr>
            <w:tcW w:w="2379" w:type="dxa"/>
          </w:tcPr>
          <w:p w14:paraId="213C6A0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Выбирает алгоритм решения орфографической задачи, применяет правило, осуществляет самоконтроль и самооценку.</w:t>
            </w:r>
          </w:p>
        </w:tc>
        <w:tc>
          <w:tcPr>
            <w:tcW w:w="2748" w:type="dxa"/>
          </w:tcPr>
          <w:p w14:paraId="25BD4952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69B28509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1935AB22" w14:textId="77777777" w:rsidTr="00F51049">
        <w:tc>
          <w:tcPr>
            <w:tcW w:w="516" w:type="dxa"/>
          </w:tcPr>
          <w:p w14:paraId="7D39305D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55</w:t>
            </w:r>
          </w:p>
        </w:tc>
        <w:tc>
          <w:tcPr>
            <w:tcW w:w="2248" w:type="dxa"/>
          </w:tcPr>
          <w:p w14:paraId="1601659C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Обозначение парных по звонкости-глухости согласных в корне слова</w:t>
            </w:r>
          </w:p>
        </w:tc>
        <w:tc>
          <w:tcPr>
            <w:tcW w:w="708" w:type="dxa"/>
          </w:tcPr>
          <w:p w14:paraId="4EA3D508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7E30790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Орфографическое наблюдение; применение алгоритма правила; подбор проверочных слов; письмо с комментированием; самопроверка и коррекция.</w:t>
            </w:r>
          </w:p>
        </w:tc>
        <w:tc>
          <w:tcPr>
            <w:tcW w:w="2528" w:type="dxa"/>
          </w:tcPr>
          <w:p w14:paraId="24A11688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Находит изученные орфограммы, выбирает способ проверки и применяет соответствующее правило; проверяет и корректирует написанное.</w:t>
            </w:r>
          </w:p>
        </w:tc>
        <w:tc>
          <w:tcPr>
            <w:tcW w:w="2379" w:type="dxa"/>
          </w:tcPr>
          <w:p w14:paraId="52EA306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Выбирает алгоритм решения орфографической задачи, применяет правило, осуществляет самоконтроль и самооценку.</w:t>
            </w:r>
          </w:p>
        </w:tc>
        <w:tc>
          <w:tcPr>
            <w:tcW w:w="2748" w:type="dxa"/>
          </w:tcPr>
          <w:p w14:paraId="7D4FC6D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788B333D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04588ED0" w14:textId="77777777" w:rsidTr="00F51049">
        <w:tc>
          <w:tcPr>
            <w:tcW w:w="516" w:type="dxa"/>
          </w:tcPr>
          <w:p w14:paraId="3AF2F744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56</w:t>
            </w:r>
          </w:p>
        </w:tc>
        <w:tc>
          <w:tcPr>
            <w:tcW w:w="2248" w:type="dxa"/>
          </w:tcPr>
          <w:p w14:paraId="1604C33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Правописание слов с парным по звонкости-глухости согласным в корне слова</w:t>
            </w:r>
          </w:p>
        </w:tc>
        <w:tc>
          <w:tcPr>
            <w:tcW w:w="708" w:type="dxa"/>
          </w:tcPr>
          <w:p w14:paraId="4FC21B2D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64997366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Орфографическое наблюдение; применение алгоритма правила; подбор проверочных слов; письмо с комментированием; самопроверка и коррекция.</w:t>
            </w:r>
          </w:p>
        </w:tc>
        <w:tc>
          <w:tcPr>
            <w:tcW w:w="2528" w:type="dxa"/>
          </w:tcPr>
          <w:p w14:paraId="6DECF90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Находит изученные орфограммы, выбирает способ проверки и применяет соответствующее правило; проверяет и корректирует написанное.</w:t>
            </w:r>
          </w:p>
        </w:tc>
        <w:tc>
          <w:tcPr>
            <w:tcW w:w="2379" w:type="dxa"/>
          </w:tcPr>
          <w:p w14:paraId="371A6DB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Выбирает алгоритм решения орфографической задачи, применяет правило, осуществляет самоконтроль и самооценку.</w:t>
            </w:r>
          </w:p>
        </w:tc>
        <w:tc>
          <w:tcPr>
            <w:tcW w:w="2748" w:type="dxa"/>
          </w:tcPr>
          <w:p w14:paraId="0BF0D098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307EFE08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1CC9DD67" w14:textId="77777777" w:rsidTr="00F51049">
        <w:tc>
          <w:tcPr>
            <w:tcW w:w="516" w:type="dxa"/>
          </w:tcPr>
          <w:p w14:paraId="546B7AA8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57</w:t>
            </w:r>
          </w:p>
        </w:tc>
        <w:tc>
          <w:tcPr>
            <w:tcW w:w="2248" w:type="dxa"/>
          </w:tcPr>
          <w:p w14:paraId="3A4D689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Способы проверки согласных в корне слова</w:t>
            </w:r>
          </w:p>
        </w:tc>
        <w:tc>
          <w:tcPr>
            <w:tcW w:w="708" w:type="dxa"/>
          </w:tcPr>
          <w:p w14:paraId="46B2D986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564FD400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Орфографическое наблюдение; применение алгоритма правила; подбор проверочных слов; письмо с комментированием; самопроверка и коррекция.</w:t>
            </w:r>
          </w:p>
        </w:tc>
        <w:tc>
          <w:tcPr>
            <w:tcW w:w="2528" w:type="dxa"/>
          </w:tcPr>
          <w:p w14:paraId="4F84FA8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Находит изученные орфограммы, выбирает способ проверки и применяет соответствующее правило; проверяет и корректирует написанное.</w:t>
            </w:r>
          </w:p>
        </w:tc>
        <w:tc>
          <w:tcPr>
            <w:tcW w:w="2379" w:type="dxa"/>
          </w:tcPr>
          <w:p w14:paraId="3B8C413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Выбирает алгоритм решения орфографической задачи, применяет правило, осуществляет самоконтроль и самооценку.</w:t>
            </w:r>
          </w:p>
        </w:tc>
        <w:tc>
          <w:tcPr>
            <w:tcW w:w="2748" w:type="dxa"/>
          </w:tcPr>
          <w:p w14:paraId="0EAFE1C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0C768676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4F416EFC" w14:textId="77777777" w:rsidTr="00F51049">
        <w:tc>
          <w:tcPr>
            <w:tcW w:w="516" w:type="dxa"/>
          </w:tcPr>
          <w:p w14:paraId="073F6E98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58</w:t>
            </w:r>
          </w:p>
        </w:tc>
        <w:tc>
          <w:tcPr>
            <w:tcW w:w="2248" w:type="dxa"/>
          </w:tcPr>
          <w:p w14:paraId="27827D36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Отработка правописания слов с парным по звонкости-глухости согласным в корне слова</w:t>
            </w:r>
          </w:p>
        </w:tc>
        <w:tc>
          <w:tcPr>
            <w:tcW w:w="708" w:type="dxa"/>
          </w:tcPr>
          <w:p w14:paraId="540A38BD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272F8660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Орфографическое наблюдение; применение алгоритма правила; подбор проверочных слов; письмо с комментированием; самопроверка и коррекция.</w:t>
            </w:r>
          </w:p>
        </w:tc>
        <w:tc>
          <w:tcPr>
            <w:tcW w:w="2528" w:type="dxa"/>
          </w:tcPr>
          <w:p w14:paraId="6542D0F0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Находит изученные орфограммы, выбирает способ проверки и применяет соответствующее правило; проверяет и корректирует написанное.</w:t>
            </w:r>
          </w:p>
        </w:tc>
        <w:tc>
          <w:tcPr>
            <w:tcW w:w="2379" w:type="dxa"/>
          </w:tcPr>
          <w:p w14:paraId="4F566CA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Выбирает алгоритм решения орфографической задачи, применяет правило, осуществляет самоконтроль и самооценку.</w:t>
            </w:r>
          </w:p>
        </w:tc>
        <w:tc>
          <w:tcPr>
            <w:tcW w:w="2748" w:type="dxa"/>
          </w:tcPr>
          <w:p w14:paraId="4192A72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3224036D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6F9BABE2" w14:textId="77777777" w:rsidTr="00F51049">
        <w:tc>
          <w:tcPr>
            <w:tcW w:w="516" w:type="dxa"/>
          </w:tcPr>
          <w:p w14:paraId="1C4B89F3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59</w:t>
            </w:r>
          </w:p>
        </w:tc>
        <w:tc>
          <w:tcPr>
            <w:tcW w:w="2248" w:type="dxa"/>
          </w:tcPr>
          <w:p w14:paraId="18F7DEE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Учимся писать буквы согласных в корне слова</w:t>
            </w:r>
          </w:p>
        </w:tc>
        <w:tc>
          <w:tcPr>
            <w:tcW w:w="708" w:type="dxa"/>
          </w:tcPr>
          <w:p w14:paraId="78303E61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6DD5FAFC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Наблюдение и сравнение звуков и букв; характеристика звуков; работа со схемами и словарём; языковые упражнения; взаимопроверка.</w:t>
            </w:r>
          </w:p>
        </w:tc>
        <w:tc>
          <w:tcPr>
            <w:tcW w:w="2528" w:type="dxa"/>
          </w:tcPr>
          <w:p w14:paraId="450A772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Различает и характеризует изученные звуки и буквы; применяет знания о звуковом и буквенном составе слова при выполнении языковых и орфографических заданий.</w:t>
            </w:r>
          </w:p>
        </w:tc>
        <w:tc>
          <w:tcPr>
            <w:tcW w:w="2379" w:type="dxa"/>
          </w:tcPr>
          <w:p w14:paraId="3D8AED43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Сравнивает, классифицирует и моделирует языковые единицы; действует по алгоритму анализа; осуществляет самоконтроль.</w:t>
            </w:r>
          </w:p>
        </w:tc>
        <w:tc>
          <w:tcPr>
            <w:tcW w:w="2748" w:type="dxa"/>
          </w:tcPr>
          <w:p w14:paraId="15BCFD1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0E46BF84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30B4D39A" w14:textId="77777777" w:rsidTr="00F51049">
        <w:tc>
          <w:tcPr>
            <w:tcW w:w="516" w:type="dxa"/>
          </w:tcPr>
          <w:p w14:paraId="421DDDAF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60</w:t>
            </w:r>
          </w:p>
        </w:tc>
        <w:tc>
          <w:tcPr>
            <w:tcW w:w="2248" w:type="dxa"/>
          </w:tcPr>
          <w:p w14:paraId="0ECE61A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08" w:type="dxa"/>
          </w:tcPr>
          <w:p w14:paraId="1E855721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7C6C5272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Самостоятельное выполнение письменной работы; применение изученных правил; самопроверка; последующий анализ и коррекция ошибок.</w:t>
            </w:r>
          </w:p>
        </w:tc>
        <w:tc>
          <w:tcPr>
            <w:tcW w:w="2528" w:type="dxa"/>
          </w:tcPr>
          <w:p w14:paraId="62A3C7D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Применяет изученные правила и способы языкового анализа в самостоятельной письменной работе; осуществляет проверку и исправление ошибок.</w:t>
            </w:r>
          </w:p>
        </w:tc>
        <w:tc>
          <w:tcPr>
            <w:tcW w:w="2379" w:type="dxa"/>
          </w:tcPr>
          <w:p w14:paraId="40374B3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Самостоятельно планирует выполнение работы, соотносит результат с критериями, находит затруднения и выполняет коррекцию.</w:t>
            </w:r>
          </w:p>
        </w:tc>
        <w:tc>
          <w:tcPr>
            <w:tcW w:w="2748" w:type="dxa"/>
          </w:tcPr>
          <w:p w14:paraId="244D6655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485B8D31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Письменный контроль</w:t>
            </w:r>
          </w:p>
        </w:tc>
      </w:tr>
      <w:tr w:rsidR="00F51049" w:rsidRPr="00F51049" w14:paraId="32D611FA" w14:textId="77777777" w:rsidTr="00F51049">
        <w:tc>
          <w:tcPr>
            <w:tcW w:w="516" w:type="dxa"/>
          </w:tcPr>
          <w:p w14:paraId="242686ED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61</w:t>
            </w:r>
          </w:p>
        </w:tc>
        <w:tc>
          <w:tcPr>
            <w:tcW w:w="2248" w:type="dxa"/>
          </w:tcPr>
          <w:p w14:paraId="7512EC9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Суффикс как часть слова</w:t>
            </w:r>
          </w:p>
        </w:tc>
        <w:tc>
          <w:tcPr>
            <w:tcW w:w="708" w:type="dxa"/>
          </w:tcPr>
          <w:p w14:paraId="720C3DEA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5AB03603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Морфемное наблюдение; подбор и сравнение слов; выделение частей слова; работа со схемами; решение орфографических задач.</w:t>
            </w:r>
          </w:p>
        </w:tc>
        <w:tc>
          <w:tcPr>
            <w:tcW w:w="2528" w:type="dxa"/>
          </w:tcPr>
          <w:p w14:paraId="3515029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Находит изученные части слова в простых случаях; различает форму слова и однокоренные слова; использует знания о составе слова при решении орфографических задач.</w:t>
            </w:r>
          </w:p>
        </w:tc>
        <w:tc>
          <w:tcPr>
            <w:tcW w:w="2379" w:type="dxa"/>
          </w:tcPr>
          <w:p w14:paraId="0211D545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Сравнивает слова по составу, выделяет существенные признаки, использует схемы; планирует последовательность действий и проверяет результат.</w:t>
            </w:r>
          </w:p>
        </w:tc>
        <w:tc>
          <w:tcPr>
            <w:tcW w:w="2748" w:type="dxa"/>
          </w:tcPr>
          <w:p w14:paraId="012F6D32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137CC254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1F35501C" w14:textId="77777777" w:rsidTr="00F51049">
        <w:tc>
          <w:tcPr>
            <w:tcW w:w="516" w:type="dxa"/>
          </w:tcPr>
          <w:p w14:paraId="597C623C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62</w:t>
            </w:r>
          </w:p>
        </w:tc>
        <w:tc>
          <w:tcPr>
            <w:tcW w:w="2248" w:type="dxa"/>
          </w:tcPr>
          <w:p w14:paraId="13D17D6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Суффикс как часть слова: наблюдение за значением</w:t>
            </w:r>
          </w:p>
        </w:tc>
        <w:tc>
          <w:tcPr>
            <w:tcW w:w="708" w:type="dxa"/>
          </w:tcPr>
          <w:p w14:paraId="66C49795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1EF80DB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Морфемное наблюдение; подбор и сравнение слов; выделение частей слова; работа со схемами; решение орфографических задач.</w:t>
            </w:r>
          </w:p>
        </w:tc>
        <w:tc>
          <w:tcPr>
            <w:tcW w:w="2528" w:type="dxa"/>
          </w:tcPr>
          <w:p w14:paraId="2D31FB9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Находит изученные части слова в простых случаях; различает форму слова и однокоренные слова; использует знания о составе слова при решении орфографических задач.</w:t>
            </w:r>
          </w:p>
        </w:tc>
        <w:tc>
          <w:tcPr>
            <w:tcW w:w="2379" w:type="dxa"/>
          </w:tcPr>
          <w:p w14:paraId="718EBEB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Сравнивает слова по составу, выделяет существенные признаки, использует схемы; планирует последовательность действий и проверяет результат.</w:t>
            </w:r>
          </w:p>
        </w:tc>
        <w:tc>
          <w:tcPr>
            <w:tcW w:w="2748" w:type="dxa"/>
          </w:tcPr>
          <w:p w14:paraId="0C36E53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3104697D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28398742" w14:textId="77777777" w:rsidTr="00F51049">
        <w:tc>
          <w:tcPr>
            <w:tcW w:w="516" w:type="dxa"/>
          </w:tcPr>
          <w:p w14:paraId="5B4F0D06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63</w:t>
            </w:r>
          </w:p>
        </w:tc>
        <w:tc>
          <w:tcPr>
            <w:tcW w:w="2248" w:type="dxa"/>
          </w:tcPr>
          <w:p w14:paraId="02B38AA2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Списывание текста. Словарный диктант</w:t>
            </w:r>
          </w:p>
        </w:tc>
        <w:tc>
          <w:tcPr>
            <w:tcW w:w="708" w:type="dxa"/>
          </w:tcPr>
          <w:p w14:paraId="3CDA0819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1375771C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Самостоятельное выполнение письменной работы; применение изученных правил; самопроверка; последующий анализ и коррекция ошибок.</w:t>
            </w:r>
          </w:p>
        </w:tc>
        <w:tc>
          <w:tcPr>
            <w:tcW w:w="2528" w:type="dxa"/>
          </w:tcPr>
          <w:p w14:paraId="1C67375A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Применяет изученные правила и способы языкового анализа в самостоятельной письменной работе; осуществляет проверку и исправление ошибок.</w:t>
            </w:r>
          </w:p>
        </w:tc>
        <w:tc>
          <w:tcPr>
            <w:tcW w:w="2379" w:type="dxa"/>
          </w:tcPr>
          <w:p w14:paraId="3EC34AC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Самостоятельно планирует выполнение работы, соотносит результат с критериями, находит затруднения и выполняет коррекцию.</w:t>
            </w:r>
          </w:p>
        </w:tc>
        <w:tc>
          <w:tcPr>
            <w:tcW w:w="2748" w:type="dxa"/>
          </w:tcPr>
          <w:p w14:paraId="6519121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0DD77C49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Письменный контроль</w:t>
            </w:r>
          </w:p>
        </w:tc>
      </w:tr>
      <w:tr w:rsidR="00F51049" w:rsidRPr="00F51049" w14:paraId="7EC4CF18" w14:textId="77777777" w:rsidTr="00F51049">
        <w:tc>
          <w:tcPr>
            <w:tcW w:w="516" w:type="dxa"/>
          </w:tcPr>
          <w:p w14:paraId="4206C0B9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64</w:t>
            </w:r>
          </w:p>
        </w:tc>
        <w:tc>
          <w:tcPr>
            <w:tcW w:w="2248" w:type="dxa"/>
          </w:tcPr>
          <w:p w14:paraId="181C599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Орфографическая зоркость: наблюдение за правописанием суффиксов имён существительных</w:t>
            </w:r>
          </w:p>
        </w:tc>
        <w:tc>
          <w:tcPr>
            <w:tcW w:w="708" w:type="dxa"/>
          </w:tcPr>
          <w:p w14:paraId="12A4D9C8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594399C8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Постановка вопросов к словам; распознавание и группировка частей речи; изменение слов по изученным признакам; работа с предложением и текстом.</w:t>
            </w:r>
          </w:p>
        </w:tc>
        <w:tc>
          <w:tcPr>
            <w:tcW w:w="2528" w:type="dxa"/>
          </w:tcPr>
          <w:p w14:paraId="116F7C7A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Распознаёт изученные части речи по значению, вопросам и отдельным грамматическим признакам; употребляет их в устной и письменной речи.</w:t>
            </w:r>
          </w:p>
        </w:tc>
        <w:tc>
          <w:tcPr>
            <w:tcW w:w="2379" w:type="dxa"/>
          </w:tcPr>
          <w:p w14:paraId="7D072098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Классифицирует слова по заданным основаниям, устанавливает связи, формулирует выводы; взаимодействует в парной и групповой работе.</w:t>
            </w:r>
          </w:p>
        </w:tc>
        <w:tc>
          <w:tcPr>
            <w:tcW w:w="2748" w:type="dxa"/>
          </w:tcPr>
          <w:p w14:paraId="157A63FA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135A31EF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5287F1E8" w14:textId="77777777" w:rsidTr="00F51049">
        <w:tc>
          <w:tcPr>
            <w:tcW w:w="516" w:type="dxa"/>
          </w:tcPr>
          <w:p w14:paraId="5F49D5A9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65</w:t>
            </w:r>
          </w:p>
        </w:tc>
        <w:tc>
          <w:tcPr>
            <w:tcW w:w="2248" w:type="dxa"/>
          </w:tcPr>
          <w:p w14:paraId="2E969DAC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Орфографическая зоркость: наблюдение за правописанием суффиксов имён прилагательных</w:t>
            </w:r>
          </w:p>
        </w:tc>
        <w:tc>
          <w:tcPr>
            <w:tcW w:w="708" w:type="dxa"/>
          </w:tcPr>
          <w:p w14:paraId="632B8AD3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1879BB76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Постановка вопросов к словам; распознавание и группировка частей речи; изменение слов по изученным признакам; работа с предложением и текстом.</w:t>
            </w:r>
          </w:p>
        </w:tc>
        <w:tc>
          <w:tcPr>
            <w:tcW w:w="2528" w:type="dxa"/>
          </w:tcPr>
          <w:p w14:paraId="11196C8C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Распознаёт изученные части речи по значению, вопросам и отдельным грамматическим признакам; употребляет их в устной и письменной речи.</w:t>
            </w:r>
          </w:p>
        </w:tc>
        <w:tc>
          <w:tcPr>
            <w:tcW w:w="2379" w:type="dxa"/>
          </w:tcPr>
          <w:p w14:paraId="1765DFB3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Классифицирует слова по заданным основаниям, устанавливает связи, формулирует выводы; взаимодействует в парной и групповой работе.</w:t>
            </w:r>
          </w:p>
        </w:tc>
        <w:tc>
          <w:tcPr>
            <w:tcW w:w="2748" w:type="dxa"/>
          </w:tcPr>
          <w:p w14:paraId="3A43894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4BF64BEC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1DC72E94" w14:textId="77777777" w:rsidTr="00F51049">
        <w:tc>
          <w:tcPr>
            <w:tcW w:w="516" w:type="dxa"/>
          </w:tcPr>
          <w:p w14:paraId="445834B6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66</w:t>
            </w:r>
          </w:p>
        </w:tc>
        <w:tc>
          <w:tcPr>
            <w:tcW w:w="2248" w:type="dxa"/>
          </w:tcPr>
          <w:p w14:paraId="06EB0562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Приставка как часть слова (наблюдение)</w:t>
            </w:r>
          </w:p>
        </w:tc>
        <w:tc>
          <w:tcPr>
            <w:tcW w:w="708" w:type="dxa"/>
          </w:tcPr>
          <w:p w14:paraId="013A3D39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324B652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Морфемное наблюдение; подбор и сравнение слов; выделение частей слова; работа со схемами; решение орфографических задач.</w:t>
            </w:r>
          </w:p>
        </w:tc>
        <w:tc>
          <w:tcPr>
            <w:tcW w:w="2528" w:type="dxa"/>
          </w:tcPr>
          <w:p w14:paraId="1174AB3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Находит изученные части слова в простых случаях; различает форму слова и однокоренные слова; использует знания о составе слова при решении орфографических задач.</w:t>
            </w:r>
          </w:p>
        </w:tc>
        <w:tc>
          <w:tcPr>
            <w:tcW w:w="2379" w:type="dxa"/>
          </w:tcPr>
          <w:p w14:paraId="43DA243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Сравнивает слова по составу, выделяет существенные признаки, использует схемы; планирует последовательность действий и проверяет результат.</w:t>
            </w:r>
          </w:p>
        </w:tc>
        <w:tc>
          <w:tcPr>
            <w:tcW w:w="2748" w:type="dxa"/>
          </w:tcPr>
          <w:p w14:paraId="22ACBE32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58093C5C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44E693A4" w14:textId="77777777" w:rsidTr="00F51049">
        <w:tc>
          <w:tcPr>
            <w:tcW w:w="516" w:type="dxa"/>
          </w:tcPr>
          <w:p w14:paraId="7D52B7D5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67</w:t>
            </w:r>
          </w:p>
        </w:tc>
        <w:tc>
          <w:tcPr>
            <w:tcW w:w="2248" w:type="dxa"/>
          </w:tcPr>
          <w:p w14:paraId="69635EF0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Орфографическая зоркость: наблюдение за правописанием приставок</w:t>
            </w:r>
          </w:p>
        </w:tc>
        <w:tc>
          <w:tcPr>
            <w:tcW w:w="708" w:type="dxa"/>
          </w:tcPr>
          <w:p w14:paraId="243E0112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79BBC7E2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Морфемное наблюдение; подбор и сравнение слов; выделение частей слова; работа со схемами; решение орфографических задач.</w:t>
            </w:r>
          </w:p>
        </w:tc>
        <w:tc>
          <w:tcPr>
            <w:tcW w:w="2528" w:type="dxa"/>
          </w:tcPr>
          <w:p w14:paraId="33F019B8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Находит изученные части слова в простых случаях; различает форму слова и однокоренные слова; использует знания о составе слова при решении орфографических задач.</w:t>
            </w:r>
          </w:p>
        </w:tc>
        <w:tc>
          <w:tcPr>
            <w:tcW w:w="2379" w:type="dxa"/>
          </w:tcPr>
          <w:p w14:paraId="1D1781FC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Сравнивает слова по составу, выделяет существенные признаки, использует схемы; планирует последовательность действий и проверяет результат.</w:t>
            </w:r>
          </w:p>
        </w:tc>
        <w:tc>
          <w:tcPr>
            <w:tcW w:w="2748" w:type="dxa"/>
          </w:tcPr>
          <w:p w14:paraId="29E267B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6DB239D6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6AE442B2" w14:textId="77777777" w:rsidTr="00F51049">
        <w:tc>
          <w:tcPr>
            <w:tcW w:w="516" w:type="dxa"/>
          </w:tcPr>
          <w:p w14:paraId="5CBAE2F4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68</w:t>
            </w:r>
          </w:p>
        </w:tc>
        <w:tc>
          <w:tcPr>
            <w:tcW w:w="2248" w:type="dxa"/>
          </w:tcPr>
          <w:p w14:paraId="08A18575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  <w:tc>
          <w:tcPr>
            <w:tcW w:w="708" w:type="dxa"/>
          </w:tcPr>
          <w:p w14:paraId="378992AD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33CCC10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Орфографическое наблюдение; применение алгоритма правила; подбор проверочных слов; письмо с комментированием; самопроверка и коррекция.</w:t>
            </w:r>
          </w:p>
        </w:tc>
        <w:tc>
          <w:tcPr>
            <w:tcW w:w="2528" w:type="dxa"/>
          </w:tcPr>
          <w:p w14:paraId="5115FCA3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Находит изученные орфограммы, выбирает способ проверки и применяет соответствующее правило; проверяет и корректирует написанное.</w:t>
            </w:r>
          </w:p>
        </w:tc>
        <w:tc>
          <w:tcPr>
            <w:tcW w:w="2379" w:type="dxa"/>
          </w:tcPr>
          <w:p w14:paraId="5389E3E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Выбирает алгоритм решения орфографической задачи, применяет правило, осуществляет самоконтроль и самооценку.</w:t>
            </w:r>
          </w:p>
        </w:tc>
        <w:tc>
          <w:tcPr>
            <w:tcW w:w="2748" w:type="dxa"/>
          </w:tcPr>
          <w:p w14:paraId="6BF954A8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5731AA44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649C963B" w14:textId="77777777" w:rsidTr="00F51049">
        <w:tc>
          <w:tcPr>
            <w:tcW w:w="516" w:type="dxa"/>
          </w:tcPr>
          <w:p w14:paraId="51DF87C5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69</w:t>
            </w:r>
          </w:p>
        </w:tc>
        <w:tc>
          <w:tcPr>
            <w:tcW w:w="2248" w:type="dxa"/>
          </w:tcPr>
          <w:p w14:paraId="076879F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Роль суффиксов и приставок</w:t>
            </w:r>
          </w:p>
        </w:tc>
        <w:tc>
          <w:tcPr>
            <w:tcW w:w="708" w:type="dxa"/>
          </w:tcPr>
          <w:p w14:paraId="4E1CCE8E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422CE9CA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Морфемное наблюдение; подбор и сравнение слов; выделение частей слова; работа со схемами; решение орфографических задач.</w:t>
            </w:r>
          </w:p>
        </w:tc>
        <w:tc>
          <w:tcPr>
            <w:tcW w:w="2528" w:type="dxa"/>
          </w:tcPr>
          <w:p w14:paraId="5011B9C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Находит изученные части слова в простых случаях; различает форму слова и однокоренные слова; использует знания о составе слова при решении орфографических задач.</w:t>
            </w:r>
          </w:p>
        </w:tc>
        <w:tc>
          <w:tcPr>
            <w:tcW w:w="2379" w:type="dxa"/>
          </w:tcPr>
          <w:p w14:paraId="5312025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Сравнивает слова по составу, выделяет существенные признаки, использует схемы; планирует последовательность действий и проверяет результат.</w:t>
            </w:r>
          </w:p>
        </w:tc>
        <w:tc>
          <w:tcPr>
            <w:tcW w:w="2748" w:type="dxa"/>
          </w:tcPr>
          <w:p w14:paraId="74F133D3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645E0C87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08A321D0" w14:textId="77777777" w:rsidTr="00F51049">
        <w:tc>
          <w:tcPr>
            <w:tcW w:w="516" w:type="dxa"/>
          </w:tcPr>
          <w:p w14:paraId="663C48F9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70</w:t>
            </w:r>
          </w:p>
        </w:tc>
        <w:tc>
          <w:tcPr>
            <w:tcW w:w="2248" w:type="dxa"/>
          </w:tcPr>
          <w:p w14:paraId="31C855B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Состав слова: систематизация знаний</w:t>
            </w:r>
          </w:p>
        </w:tc>
        <w:tc>
          <w:tcPr>
            <w:tcW w:w="708" w:type="dxa"/>
          </w:tcPr>
          <w:p w14:paraId="6D8E3954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043A4D85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Морфемное наблюдение; подбор и сравнение слов; выделение частей слова; работа со схемами; решение орфографических задач.</w:t>
            </w:r>
          </w:p>
        </w:tc>
        <w:tc>
          <w:tcPr>
            <w:tcW w:w="2528" w:type="dxa"/>
          </w:tcPr>
          <w:p w14:paraId="4BBCA07C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Находит изученные части слова в простых случаях; различает форму слова и однокоренные слова; использует знания о составе слова при решении орфографических задач.</w:t>
            </w:r>
          </w:p>
        </w:tc>
        <w:tc>
          <w:tcPr>
            <w:tcW w:w="2379" w:type="dxa"/>
          </w:tcPr>
          <w:p w14:paraId="1E65A59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Сравнивает слова по составу, выделяет существенные признаки, использует схемы; планирует последовательность действий и проверяет результат.</w:t>
            </w:r>
          </w:p>
        </w:tc>
        <w:tc>
          <w:tcPr>
            <w:tcW w:w="2748" w:type="dxa"/>
          </w:tcPr>
          <w:p w14:paraId="3C8E64F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3DC3A8FA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3E671BAB" w14:textId="77777777" w:rsidTr="00F51049">
        <w:tc>
          <w:tcPr>
            <w:tcW w:w="516" w:type="dxa"/>
          </w:tcPr>
          <w:p w14:paraId="7554DB36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71</w:t>
            </w:r>
          </w:p>
        </w:tc>
        <w:tc>
          <w:tcPr>
            <w:tcW w:w="2248" w:type="dxa"/>
          </w:tcPr>
          <w:p w14:paraId="536A9EBA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Состав слова: обобщение</w:t>
            </w:r>
          </w:p>
        </w:tc>
        <w:tc>
          <w:tcPr>
            <w:tcW w:w="708" w:type="dxa"/>
          </w:tcPr>
          <w:p w14:paraId="3C582601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1CB6C570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Морфемное наблюдение; подбор и сравнение слов; выделение частей слова; работа со схемами; решение орфографических задач.</w:t>
            </w:r>
          </w:p>
        </w:tc>
        <w:tc>
          <w:tcPr>
            <w:tcW w:w="2528" w:type="dxa"/>
          </w:tcPr>
          <w:p w14:paraId="2AC121B2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Находит изученные части слова в простых случаях; различает форму слова и однокоренные слова; использует знания о составе слова при решении орфографических задач.</w:t>
            </w:r>
          </w:p>
        </w:tc>
        <w:tc>
          <w:tcPr>
            <w:tcW w:w="2379" w:type="dxa"/>
          </w:tcPr>
          <w:p w14:paraId="4E36727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Сравнивает слова по составу, выделяет существенные признаки, использует схемы; планирует последовательность действий и проверяет результат.</w:t>
            </w:r>
          </w:p>
        </w:tc>
        <w:tc>
          <w:tcPr>
            <w:tcW w:w="2748" w:type="dxa"/>
          </w:tcPr>
          <w:p w14:paraId="19D33AE5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578724FA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1E5E0529" w14:textId="77777777" w:rsidTr="00F51049">
        <w:tc>
          <w:tcPr>
            <w:tcW w:w="516" w:type="dxa"/>
          </w:tcPr>
          <w:p w14:paraId="149D4CC9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72</w:t>
            </w:r>
          </w:p>
        </w:tc>
        <w:tc>
          <w:tcPr>
            <w:tcW w:w="2248" w:type="dxa"/>
          </w:tcPr>
          <w:p w14:paraId="7197707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08" w:type="dxa"/>
          </w:tcPr>
          <w:p w14:paraId="59C18C72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7135D2B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Орфографическое наблюдение; применение алгоритма правила; подбор проверочных слов; письмо с комментированием; самопроверка и коррекция.</w:t>
            </w:r>
          </w:p>
        </w:tc>
        <w:tc>
          <w:tcPr>
            <w:tcW w:w="2528" w:type="dxa"/>
          </w:tcPr>
          <w:p w14:paraId="38E2C15A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Находит изученные орфограммы, выбирает способ проверки и применяет соответствующее правило; проверяет и корректирует написанное.</w:t>
            </w:r>
          </w:p>
        </w:tc>
        <w:tc>
          <w:tcPr>
            <w:tcW w:w="2379" w:type="dxa"/>
          </w:tcPr>
          <w:p w14:paraId="6E207D1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Выбирает алгоритм решения орфографической задачи, применяет правило, осуществляет самоконтроль и самооценку.</w:t>
            </w:r>
          </w:p>
        </w:tc>
        <w:tc>
          <w:tcPr>
            <w:tcW w:w="2748" w:type="dxa"/>
          </w:tcPr>
          <w:p w14:paraId="6F6D0FE3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46075A98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181EE4DC" w14:textId="77777777" w:rsidTr="00F51049">
        <w:tc>
          <w:tcPr>
            <w:tcW w:w="516" w:type="dxa"/>
          </w:tcPr>
          <w:p w14:paraId="17F8B357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73</w:t>
            </w:r>
          </w:p>
        </w:tc>
        <w:tc>
          <w:tcPr>
            <w:tcW w:w="2248" w:type="dxa"/>
          </w:tcPr>
          <w:p w14:paraId="3B04C1FC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Знакомство с жанром поздравления</w:t>
            </w:r>
          </w:p>
        </w:tc>
        <w:tc>
          <w:tcPr>
            <w:tcW w:w="708" w:type="dxa"/>
          </w:tcPr>
          <w:p w14:paraId="4092AEEC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564D6D6C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Чтение и анализ образцов; определение темы и основной мысли; составление плана; создание/редактирование устного или письменного высказывания.</w:t>
            </w:r>
          </w:p>
        </w:tc>
        <w:tc>
          <w:tcPr>
            <w:tcW w:w="2528" w:type="dxa"/>
          </w:tcPr>
          <w:p w14:paraId="736BB25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Понимает и создаёт небольшие устные и письменные высказывания; работает с темой, основной мыслью, структурой и последовательностью текста; соблюдает нормы речевого этикета.</w:t>
            </w:r>
          </w:p>
        </w:tc>
        <w:tc>
          <w:tcPr>
            <w:tcW w:w="2379" w:type="dxa"/>
          </w:tcPr>
          <w:p w14:paraId="05A5488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коммуникативную задачу, планирует высказывание, извлекает и упорядочивает информацию; слушает собеседника и участвует в диалоге.</w:t>
            </w:r>
          </w:p>
        </w:tc>
        <w:tc>
          <w:tcPr>
            <w:tcW w:w="2748" w:type="dxa"/>
          </w:tcPr>
          <w:p w14:paraId="30DB972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734219D7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7FE1E727" w14:textId="77777777" w:rsidTr="00F51049">
        <w:tc>
          <w:tcPr>
            <w:tcW w:w="516" w:type="dxa"/>
          </w:tcPr>
          <w:p w14:paraId="743E9712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74</w:t>
            </w:r>
          </w:p>
        </w:tc>
        <w:tc>
          <w:tcPr>
            <w:tcW w:w="2248" w:type="dxa"/>
          </w:tcPr>
          <w:p w14:paraId="203694D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Учимся писать буквы гласных и согласных в корне слова</w:t>
            </w:r>
          </w:p>
        </w:tc>
        <w:tc>
          <w:tcPr>
            <w:tcW w:w="708" w:type="dxa"/>
          </w:tcPr>
          <w:p w14:paraId="68F9978F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4A382868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Наблюдение и сравнение звуков и букв; характеристика звуков; работа со схемами и словарём; языковые упражнения; взаимопроверка.</w:t>
            </w:r>
          </w:p>
        </w:tc>
        <w:tc>
          <w:tcPr>
            <w:tcW w:w="2528" w:type="dxa"/>
          </w:tcPr>
          <w:p w14:paraId="6773075A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Различает и характеризует изученные звуки и буквы; применяет знания о звуковом и буквенном составе слова при выполнении языковых и орфографических заданий.</w:t>
            </w:r>
          </w:p>
        </w:tc>
        <w:tc>
          <w:tcPr>
            <w:tcW w:w="2379" w:type="dxa"/>
          </w:tcPr>
          <w:p w14:paraId="42EE0546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Сравнивает, классифицирует и моделирует языковые единицы; действует по алгоритму анализа; осуществляет самоконтроль.</w:t>
            </w:r>
          </w:p>
        </w:tc>
        <w:tc>
          <w:tcPr>
            <w:tcW w:w="2748" w:type="dxa"/>
          </w:tcPr>
          <w:p w14:paraId="404D38C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6D871449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1C2E4963" w14:textId="77777777" w:rsidTr="00F51049">
        <w:tc>
          <w:tcPr>
            <w:tcW w:w="516" w:type="dxa"/>
          </w:tcPr>
          <w:p w14:paraId="186DB211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75</w:t>
            </w:r>
          </w:p>
        </w:tc>
        <w:tc>
          <w:tcPr>
            <w:tcW w:w="2248" w:type="dxa"/>
          </w:tcPr>
          <w:p w14:paraId="4354E30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Диктант на изученные орфограммы в корне слова</w:t>
            </w:r>
          </w:p>
        </w:tc>
        <w:tc>
          <w:tcPr>
            <w:tcW w:w="708" w:type="dxa"/>
          </w:tcPr>
          <w:p w14:paraId="2A9788B9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1264E59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Самостоятельное выполнение письменной работы; применение изученных правил; самопроверка; последующий анализ и коррекция ошибок.</w:t>
            </w:r>
          </w:p>
        </w:tc>
        <w:tc>
          <w:tcPr>
            <w:tcW w:w="2528" w:type="dxa"/>
          </w:tcPr>
          <w:p w14:paraId="43C9B205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Применяет изученные правила и способы языкового анализа в самостоятельной письменной работе; осуществляет проверку и исправление ошибок.</w:t>
            </w:r>
          </w:p>
        </w:tc>
        <w:tc>
          <w:tcPr>
            <w:tcW w:w="2379" w:type="dxa"/>
          </w:tcPr>
          <w:p w14:paraId="2BBF389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Самостоятельно планирует выполнение работы, соотносит результат с критериями, находит затруднения и выполняет коррекцию.</w:t>
            </w:r>
          </w:p>
        </w:tc>
        <w:tc>
          <w:tcPr>
            <w:tcW w:w="2748" w:type="dxa"/>
          </w:tcPr>
          <w:p w14:paraId="61E9E8D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65967BF6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Письменный контроль</w:t>
            </w:r>
          </w:p>
        </w:tc>
      </w:tr>
      <w:tr w:rsidR="00F51049" w:rsidRPr="00F51049" w14:paraId="103C477F" w14:textId="77777777" w:rsidTr="00F51049">
        <w:tc>
          <w:tcPr>
            <w:tcW w:w="516" w:type="dxa"/>
          </w:tcPr>
          <w:p w14:paraId="36C20CF1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76</w:t>
            </w:r>
          </w:p>
        </w:tc>
        <w:tc>
          <w:tcPr>
            <w:tcW w:w="2248" w:type="dxa"/>
          </w:tcPr>
          <w:p w14:paraId="4D77594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Работа над ошибками, допущенными в диктанте</w:t>
            </w:r>
          </w:p>
        </w:tc>
        <w:tc>
          <w:tcPr>
            <w:tcW w:w="708" w:type="dxa"/>
          </w:tcPr>
          <w:p w14:paraId="76AA0AC8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746C87C0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Самостоятельное выполнение письменной работы; применение изученных правил; самопроверка; последующий анализ и коррекция ошибок.</w:t>
            </w:r>
          </w:p>
        </w:tc>
        <w:tc>
          <w:tcPr>
            <w:tcW w:w="2528" w:type="dxa"/>
          </w:tcPr>
          <w:p w14:paraId="02A0BC93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Применяет изученные правила и способы языкового анализа в самостоятельной письменной работе; осуществляет проверку и исправление ошибок.</w:t>
            </w:r>
          </w:p>
        </w:tc>
        <w:tc>
          <w:tcPr>
            <w:tcW w:w="2379" w:type="dxa"/>
          </w:tcPr>
          <w:p w14:paraId="6B6F1590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Самостоятельно планирует выполнение работы, соотносит результат с критериями, находит затруднения и выполняет коррекцию.</w:t>
            </w:r>
          </w:p>
        </w:tc>
        <w:tc>
          <w:tcPr>
            <w:tcW w:w="2748" w:type="dxa"/>
          </w:tcPr>
          <w:p w14:paraId="1F9B1E1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1CDD3A2F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Письменный контроль</w:t>
            </w:r>
          </w:p>
        </w:tc>
      </w:tr>
      <w:tr w:rsidR="00F51049" w:rsidRPr="00F51049" w14:paraId="2C289B51" w14:textId="77777777" w:rsidTr="00F51049">
        <w:tc>
          <w:tcPr>
            <w:tcW w:w="516" w:type="dxa"/>
          </w:tcPr>
          <w:p w14:paraId="738FA003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77</w:t>
            </w:r>
          </w:p>
        </w:tc>
        <w:tc>
          <w:tcPr>
            <w:tcW w:w="2248" w:type="dxa"/>
          </w:tcPr>
          <w:p w14:paraId="67FA7AD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Резервный урок по разделу «Состав слова»: корни с чередованием согласных снег/</w:t>
            </w:r>
            <w:proofErr w:type="spellStart"/>
            <w:r w:rsidRPr="00F51049">
              <w:rPr>
                <w:sz w:val="20"/>
                <w:szCs w:val="20"/>
              </w:rPr>
              <w:t>снеж</w:t>
            </w:r>
            <w:proofErr w:type="spellEnd"/>
            <w:r w:rsidRPr="00F51049">
              <w:rPr>
                <w:sz w:val="20"/>
                <w:szCs w:val="20"/>
              </w:rPr>
              <w:t>, бег/беж, пух/</w:t>
            </w:r>
            <w:proofErr w:type="spellStart"/>
            <w:r w:rsidRPr="00F51049">
              <w:rPr>
                <w:sz w:val="20"/>
                <w:szCs w:val="20"/>
              </w:rPr>
              <w:t>пуш</w:t>
            </w:r>
            <w:proofErr w:type="spellEnd"/>
            <w:r w:rsidRPr="00F51049">
              <w:rPr>
                <w:sz w:val="20"/>
                <w:szCs w:val="20"/>
              </w:rPr>
              <w:t>, сапог/</w:t>
            </w:r>
            <w:proofErr w:type="spellStart"/>
            <w:r w:rsidRPr="00F51049">
              <w:rPr>
                <w:sz w:val="20"/>
                <w:szCs w:val="20"/>
              </w:rPr>
              <w:t>сапож</w:t>
            </w:r>
            <w:proofErr w:type="spellEnd"/>
            <w:r w:rsidRPr="00F51049">
              <w:rPr>
                <w:sz w:val="20"/>
                <w:szCs w:val="20"/>
              </w:rPr>
              <w:t xml:space="preserve"> и др.</w:t>
            </w:r>
          </w:p>
        </w:tc>
        <w:tc>
          <w:tcPr>
            <w:tcW w:w="708" w:type="dxa"/>
          </w:tcPr>
          <w:p w14:paraId="0F486028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669D9946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Морфемное наблюдение; подбор и сравнение слов; выделение частей слова; работа со схемами; решение орфографических задач.</w:t>
            </w:r>
          </w:p>
        </w:tc>
        <w:tc>
          <w:tcPr>
            <w:tcW w:w="2528" w:type="dxa"/>
          </w:tcPr>
          <w:p w14:paraId="470DFBD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Находит изученные части слова в простых случаях; различает форму слова и однокоренные слова; использует знания о составе слова при решении орфографических задач.</w:t>
            </w:r>
          </w:p>
        </w:tc>
        <w:tc>
          <w:tcPr>
            <w:tcW w:w="2379" w:type="dxa"/>
          </w:tcPr>
          <w:p w14:paraId="7E83C9D6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Сравнивает слова по составу, выделяет существенные признаки, использует схемы; планирует последовательность действий и проверяет результат.</w:t>
            </w:r>
          </w:p>
        </w:tc>
        <w:tc>
          <w:tcPr>
            <w:tcW w:w="2748" w:type="dxa"/>
          </w:tcPr>
          <w:p w14:paraId="20E3094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40E8EB33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0D165684" w14:textId="77777777" w:rsidTr="00F51049">
        <w:tc>
          <w:tcPr>
            <w:tcW w:w="516" w:type="dxa"/>
          </w:tcPr>
          <w:p w14:paraId="2CDB3171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78</w:t>
            </w:r>
          </w:p>
        </w:tc>
        <w:tc>
          <w:tcPr>
            <w:tcW w:w="2248" w:type="dxa"/>
          </w:tcPr>
          <w:p w14:paraId="70048CAC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Резервный урок по разделу «Состав слова»: как образуются слова</w:t>
            </w:r>
          </w:p>
        </w:tc>
        <w:tc>
          <w:tcPr>
            <w:tcW w:w="708" w:type="dxa"/>
          </w:tcPr>
          <w:p w14:paraId="79958D67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795EB06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Морфемное наблюдение; подбор и сравнение слов; выделение частей слова; работа со схемами; решение орфографических задач.</w:t>
            </w:r>
          </w:p>
        </w:tc>
        <w:tc>
          <w:tcPr>
            <w:tcW w:w="2528" w:type="dxa"/>
          </w:tcPr>
          <w:p w14:paraId="40A2A00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Находит изученные части слова в простых случаях; различает форму слова и однокоренные слова; использует знания о составе слова при решении орфографических задач.</w:t>
            </w:r>
          </w:p>
        </w:tc>
        <w:tc>
          <w:tcPr>
            <w:tcW w:w="2379" w:type="dxa"/>
          </w:tcPr>
          <w:p w14:paraId="39E3394A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Сравнивает слова по составу, выделяет существенные признаки, использует схемы; планирует последовательность действий и проверяет результат.</w:t>
            </w:r>
          </w:p>
        </w:tc>
        <w:tc>
          <w:tcPr>
            <w:tcW w:w="2748" w:type="dxa"/>
          </w:tcPr>
          <w:p w14:paraId="5D199D8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3ABE29FA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0BB2D1CA" w14:textId="77777777" w:rsidTr="00F51049">
        <w:tc>
          <w:tcPr>
            <w:tcW w:w="516" w:type="dxa"/>
          </w:tcPr>
          <w:p w14:paraId="2D01C079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79</w:t>
            </w:r>
          </w:p>
        </w:tc>
        <w:tc>
          <w:tcPr>
            <w:tcW w:w="2248" w:type="dxa"/>
          </w:tcPr>
          <w:p w14:paraId="3741B67A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Резервный урок по разделу «Состав слова»: нулевое окончание (наблюдение)</w:t>
            </w:r>
          </w:p>
        </w:tc>
        <w:tc>
          <w:tcPr>
            <w:tcW w:w="708" w:type="dxa"/>
          </w:tcPr>
          <w:p w14:paraId="6F023BF6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43C33DC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Морфемное наблюдение; подбор и сравнение слов; выделение частей слова; работа со схемами; решение орфографических задач.</w:t>
            </w:r>
          </w:p>
        </w:tc>
        <w:tc>
          <w:tcPr>
            <w:tcW w:w="2528" w:type="dxa"/>
          </w:tcPr>
          <w:p w14:paraId="3427085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Находит изученные части слова в простых случаях; различает форму слова и однокоренные слова; использует знания о составе слова при решении орфографических задач.</w:t>
            </w:r>
          </w:p>
        </w:tc>
        <w:tc>
          <w:tcPr>
            <w:tcW w:w="2379" w:type="dxa"/>
          </w:tcPr>
          <w:p w14:paraId="5877B8C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Сравнивает слова по составу, выделяет существенные признаки, использует схемы; планирует последовательность действий и проверяет результат.</w:t>
            </w:r>
          </w:p>
        </w:tc>
        <w:tc>
          <w:tcPr>
            <w:tcW w:w="2748" w:type="dxa"/>
          </w:tcPr>
          <w:p w14:paraId="03F8E64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7EA7749A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0686BB41" w14:textId="77777777" w:rsidTr="00F51049">
        <w:tc>
          <w:tcPr>
            <w:tcW w:w="516" w:type="dxa"/>
          </w:tcPr>
          <w:p w14:paraId="6626E9C1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80</w:t>
            </w:r>
          </w:p>
        </w:tc>
        <w:tc>
          <w:tcPr>
            <w:tcW w:w="2248" w:type="dxa"/>
          </w:tcPr>
          <w:p w14:paraId="7DE273D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Контрольная работа. Списывание текста. Словарный диктант</w:t>
            </w:r>
          </w:p>
        </w:tc>
        <w:tc>
          <w:tcPr>
            <w:tcW w:w="708" w:type="dxa"/>
          </w:tcPr>
          <w:p w14:paraId="7383F4EB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2857E38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Самостоятельное выполнение письменной работы; применение изученных правил; самопроверка; последующий анализ и коррекция ошибок.</w:t>
            </w:r>
          </w:p>
        </w:tc>
        <w:tc>
          <w:tcPr>
            <w:tcW w:w="2528" w:type="dxa"/>
          </w:tcPr>
          <w:p w14:paraId="4EC01A7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Применяет изученные правила и способы языкового анализа в самостоятельной письменной работе; осуществляет проверку и исправление ошибок.</w:t>
            </w:r>
          </w:p>
        </w:tc>
        <w:tc>
          <w:tcPr>
            <w:tcW w:w="2379" w:type="dxa"/>
          </w:tcPr>
          <w:p w14:paraId="3AC33293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Самостоятельно планирует выполнение работы, соотносит результат с критериями, находит затруднения и выполняет коррекцию.</w:t>
            </w:r>
          </w:p>
        </w:tc>
        <w:tc>
          <w:tcPr>
            <w:tcW w:w="2748" w:type="dxa"/>
          </w:tcPr>
          <w:p w14:paraId="6D77FCDA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2F2C3407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Письменный контроль</w:t>
            </w:r>
          </w:p>
        </w:tc>
      </w:tr>
      <w:tr w:rsidR="00F51049" w:rsidRPr="00F51049" w14:paraId="10724A99" w14:textId="77777777" w:rsidTr="00F51049">
        <w:tc>
          <w:tcPr>
            <w:tcW w:w="516" w:type="dxa"/>
          </w:tcPr>
          <w:p w14:paraId="79CA57D8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81</w:t>
            </w:r>
          </w:p>
        </w:tc>
        <w:tc>
          <w:tcPr>
            <w:tcW w:w="2248" w:type="dxa"/>
          </w:tcPr>
          <w:p w14:paraId="6298F240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Составление устного рассказа по репродукции картины</w:t>
            </w:r>
          </w:p>
        </w:tc>
        <w:tc>
          <w:tcPr>
            <w:tcW w:w="708" w:type="dxa"/>
          </w:tcPr>
          <w:p w14:paraId="209279F6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2E5D9DB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Чтение и анализ образцов; определение темы и основной мысли; составление плана; создание/редактирование устного или письменного высказывания.</w:t>
            </w:r>
          </w:p>
        </w:tc>
        <w:tc>
          <w:tcPr>
            <w:tcW w:w="2528" w:type="dxa"/>
          </w:tcPr>
          <w:p w14:paraId="587977E2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Понимает и создаёт небольшие устные и письменные высказывания; работает с темой, основной мыслью, структурой и последовательностью текста; соблюдает нормы речевого этикета.</w:t>
            </w:r>
          </w:p>
        </w:tc>
        <w:tc>
          <w:tcPr>
            <w:tcW w:w="2379" w:type="dxa"/>
          </w:tcPr>
          <w:p w14:paraId="46F90E9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коммуникативную задачу, планирует высказывание, извлекает и упорядочивает информацию; слушает собеседника и участвует в диалоге.</w:t>
            </w:r>
          </w:p>
        </w:tc>
        <w:tc>
          <w:tcPr>
            <w:tcW w:w="2748" w:type="dxa"/>
          </w:tcPr>
          <w:p w14:paraId="5BB18980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44F4DAC0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08C54A91" w14:textId="77777777" w:rsidTr="00F51049">
        <w:tc>
          <w:tcPr>
            <w:tcW w:w="516" w:type="dxa"/>
          </w:tcPr>
          <w:p w14:paraId="0BA4963E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82</w:t>
            </w:r>
          </w:p>
        </w:tc>
        <w:tc>
          <w:tcPr>
            <w:tcW w:w="2248" w:type="dxa"/>
          </w:tcPr>
          <w:p w14:paraId="4424870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Слово и его значение</w:t>
            </w:r>
          </w:p>
        </w:tc>
        <w:tc>
          <w:tcPr>
            <w:tcW w:w="708" w:type="dxa"/>
          </w:tcPr>
          <w:p w14:paraId="485C6AA9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1C74B6C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Работа с текстом и толковым словарём; определение и уточнение значений; подбор примеров; классификация; составление предложений.</w:t>
            </w:r>
          </w:p>
        </w:tc>
        <w:tc>
          <w:tcPr>
            <w:tcW w:w="2528" w:type="dxa"/>
          </w:tcPr>
          <w:p w14:paraId="4495B568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и уточняет значение слова; распознаёт изученные лексические явления; использует учебные словари и выбирает слова в соответствии со смыслом высказывания.</w:t>
            </w:r>
          </w:p>
        </w:tc>
        <w:tc>
          <w:tcPr>
            <w:tcW w:w="2379" w:type="dxa"/>
          </w:tcPr>
          <w:p w14:paraId="3E5D35F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Извлекает информацию из текста и словаря, сравнивает значения слов, формулирует выводы; участвует в учебном диалоге.</w:t>
            </w:r>
          </w:p>
        </w:tc>
        <w:tc>
          <w:tcPr>
            <w:tcW w:w="2748" w:type="dxa"/>
          </w:tcPr>
          <w:p w14:paraId="18EB2C4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110D7AF4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13F3F3BC" w14:textId="77777777" w:rsidTr="00F51049">
        <w:tc>
          <w:tcPr>
            <w:tcW w:w="516" w:type="dxa"/>
          </w:tcPr>
          <w:p w14:paraId="13CA42BE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83</w:t>
            </w:r>
          </w:p>
        </w:tc>
        <w:tc>
          <w:tcPr>
            <w:tcW w:w="2248" w:type="dxa"/>
          </w:tcPr>
          <w:p w14:paraId="516F30F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Значение слова в словаре</w:t>
            </w:r>
          </w:p>
        </w:tc>
        <w:tc>
          <w:tcPr>
            <w:tcW w:w="708" w:type="dxa"/>
          </w:tcPr>
          <w:p w14:paraId="31B73C11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5D88301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Работа с текстом и толковым словарём; определение и уточнение значений; подбор примеров; классификация; составление предложений.</w:t>
            </w:r>
          </w:p>
        </w:tc>
        <w:tc>
          <w:tcPr>
            <w:tcW w:w="2528" w:type="dxa"/>
          </w:tcPr>
          <w:p w14:paraId="4CA8D87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и уточняет значение слова; распознаёт изученные лексические явления; использует учебные словари и выбирает слова в соответствии со смыслом высказывания.</w:t>
            </w:r>
          </w:p>
        </w:tc>
        <w:tc>
          <w:tcPr>
            <w:tcW w:w="2379" w:type="dxa"/>
          </w:tcPr>
          <w:p w14:paraId="048604DC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Извлекает информацию из текста и словаря, сравнивает значения слов, формулирует выводы; участвует в учебном диалоге.</w:t>
            </w:r>
          </w:p>
        </w:tc>
        <w:tc>
          <w:tcPr>
            <w:tcW w:w="2748" w:type="dxa"/>
          </w:tcPr>
          <w:p w14:paraId="2475306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3ECEE05F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507417F2" w14:textId="77777777" w:rsidTr="00F51049">
        <w:tc>
          <w:tcPr>
            <w:tcW w:w="516" w:type="dxa"/>
          </w:tcPr>
          <w:p w14:paraId="10DA4233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84</w:t>
            </w:r>
          </w:p>
        </w:tc>
        <w:tc>
          <w:tcPr>
            <w:tcW w:w="2248" w:type="dxa"/>
          </w:tcPr>
          <w:p w14:paraId="202A5C45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Однозначные и многозначные слова</w:t>
            </w:r>
          </w:p>
        </w:tc>
        <w:tc>
          <w:tcPr>
            <w:tcW w:w="708" w:type="dxa"/>
          </w:tcPr>
          <w:p w14:paraId="14229052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0D0757A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Работа с текстом и толковым словарём; определение и уточнение значений; подбор примеров; классификация; составление предложений.</w:t>
            </w:r>
          </w:p>
        </w:tc>
        <w:tc>
          <w:tcPr>
            <w:tcW w:w="2528" w:type="dxa"/>
          </w:tcPr>
          <w:p w14:paraId="6DBB8965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и уточняет значение слова; распознаёт изученные лексические явления; использует учебные словари и выбирает слова в соответствии со смыслом высказывания.</w:t>
            </w:r>
          </w:p>
        </w:tc>
        <w:tc>
          <w:tcPr>
            <w:tcW w:w="2379" w:type="dxa"/>
          </w:tcPr>
          <w:p w14:paraId="4E92EA1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Извлекает информацию из текста и словаря, сравнивает значения слов, формулирует выводы; участвует в учебном диалоге.</w:t>
            </w:r>
          </w:p>
        </w:tc>
        <w:tc>
          <w:tcPr>
            <w:tcW w:w="2748" w:type="dxa"/>
          </w:tcPr>
          <w:p w14:paraId="752A6A1C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7735AF80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2368B731" w14:textId="77777777" w:rsidTr="00F51049">
        <w:tc>
          <w:tcPr>
            <w:tcW w:w="516" w:type="dxa"/>
          </w:tcPr>
          <w:p w14:paraId="10C78C63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85</w:t>
            </w:r>
          </w:p>
        </w:tc>
        <w:tc>
          <w:tcPr>
            <w:tcW w:w="2248" w:type="dxa"/>
          </w:tcPr>
          <w:p w14:paraId="526173E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Значение слова в словаре и тексте</w:t>
            </w:r>
          </w:p>
        </w:tc>
        <w:tc>
          <w:tcPr>
            <w:tcW w:w="708" w:type="dxa"/>
          </w:tcPr>
          <w:p w14:paraId="7FA838C2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7396747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Чтение и анализ образцов; определение темы и основной мысли; составление плана; создание/редактирование устного или письменного высказывания.</w:t>
            </w:r>
          </w:p>
        </w:tc>
        <w:tc>
          <w:tcPr>
            <w:tcW w:w="2528" w:type="dxa"/>
          </w:tcPr>
          <w:p w14:paraId="6DFFF61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Понимает и создаёт небольшие устные и письменные высказывания; работает с темой, основной мыслью, структурой и последовательностью текста; соблюдает нормы речевого этикета.</w:t>
            </w:r>
          </w:p>
        </w:tc>
        <w:tc>
          <w:tcPr>
            <w:tcW w:w="2379" w:type="dxa"/>
          </w:tcPr>
          <w:p w14:paraId="0F90B4F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коммуникативную задачу, планирует высказывание, извлекает и упорядочивает информацию; слушает собеседника и участвует в диалоге.</w:t>
            </w:r>
          </w:p>
        </w:tc>
        <w:tc>
          <w:tcPr>
            <w:tcW w:w="2748" w:type="dxa"/>
          </w:tcPr>
          <w:p w14:paraId="3D7BFF4A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58FD8842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71391FF9" w14:textId="77777777" w:rsidTr="00F51049">
        <w:tc>
          <w:tcPr>
            <w:tcW w:w="516" w:type="dxa"/>
          </w:tcPr>
          <w:p w14:paraId="0348A048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86</w:t>
            </w:r>
          </w:p>
        </w:tc>
        <w:tc>
          <w:tcPr>
            <w:tcW w:w="2248" w:type="dxa"/>
          </w:tcPr>
          <w:p w14:paraId="1439969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Многозначные слова. Прямое и переносное значения слова</w:t>
            </w:r>
          </w:p>
        </w:tc>
        <w:tc>
          <w:tcPr>
            <w:tcW w:w="708" w:type="dxa"/>
          </w:tcPr>
          <w:p w14:paraId="0052EDB0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0875205A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Работа с текстом и толковым словарём; определение и уточнение значений; подбор примеров; классификация; составление предложений.</w:t>
            </w:r>
          </w:p>
        </w:tc>
        <w:tc>
          <w:tcPr>
            <w:tcW w:w="2528" w:type="dxa"/>
          </w:tcPr>
          <w:p w14:paraId="1066E50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и уточняет значение слова; распознаёт изученные лексические явления; использует учебные словари и выбирает слова в соответствии со смыслом высказывания.</w:t>
            </w:r>
          </w:p>
        </w:tc>
        <w:tc>
          <w:tcPr>
            <w:tcW w:w="2379" w:type="dxa"/>
          </w:tcPr>
          <w:p w14:paraId="566C241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Извлекает информацию из текста и словаря, сравнивает значения слов, формулирует выводы; участвует в учебном диалоге.</w:t>
            </w:r>
          </w:p>
        </w:tc>
        <w:tc>
          <w:tcPr>
            <w:tcW w:w="2748" w:type="dxa"/>
          </w:tcPr>
          <w:p w14:paraId="0DB1043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5AFBBE8B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51A575F1" w14:textId="77777777" w:rsidTr="00F51049">
        <w:tc>
          <w:tcPr>
            <w:tcW w:w="516" w:type="dxa"/>
          </w:tcPr>
          <w:p w14:paraId="378C7FF4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87</w:t>
            </w:r>
          </w:p>
        </w:tc>
        <w:tc>
          <w:tcPr>
            <w:tcW w:w="2248" w:type="dxa"/>
          </w:tcPr>
          <w:p w14:paraId="24158E15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Синонимы</w:t>
            </w:r>
          </w:p>
        </w:tc>
        <w:tc>
          <w:tcPr>
            <w:tcW w:w="708" w:type="dxa"/>
          </w:tcPr>
          <w:p w14:paraId="69F87852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7C2CC092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Работа с текстом и толковым словарём; определение и уточнение значений; подбор примеров; классификация; составление предложений.</w:t>
            </w:r>
          </w:p>
        </w:tc>
        <w:tc>
          <w:tcPr>
            <w:tcW w:w="2528" w:type="dxa"/>
          </w:tcPr>
          <w:p w14:paraId="5BE498A0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и уточняет значение слова; распознаёт изученные лексические явления; использует учебные словари и выбирает слова в соответствии со смыслом высказывания.</w:t>
            </w:r>
          </w:p>
        </w:tc>
        <w:tc>
          <w:tcPr>
            <w:tcW w:w="2379" w:type="dxa"/>
          </w:tcPr>
          <w:p w14:paraId="6BC0081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Извлекает информацию из текста и словаря, сравнивает значения слов, формулирует выводы; участвует в учебном диалоге.</w:t>
            </w:r>
          </w:p>
        </w:tc>
        <w:tc>
          <w:tcPr>
            <w:tcW w:w="2748" w:type="dxa"/>
          </w:tcPr>
          <w:p w14:paraId="41025B2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126ECAA5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1921DB41" w14:textId="77777777" w:rsidTr="00F51049">
        <w:tc>
          <w:tcPr>
            <w:tcW w:w="516" w:type="dxa"/>
          </w:tcPr>
          <w:p w14:paraId="53AA8A13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88</w:t>
            </w:r>
          </w:p>
        </w:tc>
        <w:tc>
          <w:tcPr>
            <w:tcW w:w="2248" w:type="dxa"/>
          </w:tcPr>
          <w:p w14:paraId="507FDE7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Синонимы в тексте</w:t>
            </w:r>
          </w:p>
        </w:tc>
        <w:tc>
          <w:tcPr>
            <w:tcW w:w="708" w:type="dxa"/>
          </w:tcPr>
          <w:p w14:paraId="5486FDE2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59C6A1D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Чтение и анализ образцов; определение темы и основной мысли; составление плана; создание/редактирование устного или письменного высказывания.</w:t>
            </w:r>
          </w:p>
        </w:tc>
        <w:tc>
          <w:tcPr>
            <w:tcW w:w="2528" w:type="dxa"/>
          </w:tcPr>
          <w:p w14:paraId="343B8DAC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Понимает и создаёт небольшие устные и письменные высказывания; работает с темой, основной мыслью, структурой и последовательностью текста; соблюдает нормы речевого этикета.</w:t>
            </w:r>
          </w:p>
        </w:tc>
        <w:tc>
          <w:tcPr>
            <w:tcW w:w="2379" w:type="dxa"/>
          </w:tcPr>
          <w:p w14:paraId="6BB6CDC8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коммуникативную задачу, планирует высказывание, извлекает и упорядочивает информацию; слушает собеседника и участвует в диалоге.</w:t>
            </w:r>
          </w:p>
        </w:tc>
        <w:tc>
          <w:tcPr>
            <w:tcW w:w="2748" w:type="dxa"/>
          </w:tcPr>
          <w:p w14:paraId="5F016AB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5468C2E1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3A833F3B" w14:textId="77777777" w:rsidTr="00F51049">
        <w:tc>
          <w:tcPr>
            <w:tcW w:w="516" w:type="dxa"/>
          </w:tcPr>
          <w:p w14:paraId="42E51991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89</w:t>
            </w:r>
          </w:p>
        </w:tc>
        <w:tc>
          <w:tcPr>
            <w:tcW w:w="2248" w:type="dxa"/>
          </w:tcPr>
          <w:p w14:paraId="6A12980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Антонимы</w:t>
            </w:r>
          </w:p>
        </w:tc>
        <w:tc>
          <w:tcPr>
            <w:tcW w:w="708" w:type="dxa"/>
          </w:tcPr>
          <w:p w14:paraId="66603CC2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1507B8F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Работа с текстом и толковым словарём; определение и уточнение значений; подбор примеров; классификация; составление предложений.</w:t>
            </w:r>
          </w:p>
        </w:tc>
        <w:tc>
          <w:tcPr>
            <w:tcW w:w="2528" w:type="dxa"/>
          </w:tcPr>
          <w:p w14:paraId="6450ABE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и уточняет значение слова; распознаёт изученные лексические явления; использует учебные словари и выбирает слова в соответствии со смыслом высказывания.</w:t>
            </w:r>
          </w:p>
        </w:tc>
        <w:tc>
          <w:tcPr>
            <w:tcW w:w="2379" w:type="dxa"/>
          </w:tcPr>
          <w:p w14:paraId="05E0CA7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Извлекает информацию из текста и словаря, сравнивает значения слов, формулирует выводы; участвует в учебном диалоге.</w:t>
            </w:r>
          </w:p>
        </w:tc>
        <w:tc>
          <w:tcPr>
            <w:tcW w:w="2748" w:type="dxa"/>
          </w:tcPr>
          <w:p w14:paraId="1BC4EF02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6D11F225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0FB2CD26" w14:textId="77777777" w:rsidTr="00F51049">
        <w:tc>
          <w:tcPr>
            <w:tcW w:w="516" w:type="dxa"/>
          </w:tcPr>
          <w:p w14:paraId="581D8570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90</w:t>
            </w:r>
          </w:p>
        </w:tc>
        <w:tc>
          <w:tcPr>
            <w:tcW w:w="2248" w:type="dxa"/>
          </w:tcPr>
          <w:p w14:paraId="7F94ECB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Наблюдение за использованием антонимов</w:t>
            </w:r>
          </w:p>
        </w:tc>
        <w:tc>
          <w:tcPr>
            <w:tcW w:w="708" w:type="dxa"/>
          </w:tcPr>
          <w:p w14:paraId="0F49BF7D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1B43C8E6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Работа с текстом и толковым словарём; определение и уточнение значений; подбор примеров; классификация; составление предложений.</w:t>
            </w:r>
          </w:p>
        </w:tc>
        <w:tc>
          <w:tcPr>
            <w:tcW w:w="2528" w:type="dxa"/>
          </w:tcPr>
          <w:p w14:paraId="127ED2A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и уточняет значение слова; распознаёт изученные лексические явления; использует учебные словари и выбирает слова в соответствии со смыслом высказывания.</w:t>
            </w:r>
          </w:p>
        </w:tc>
        <w:tc>
          <w:tcPr>
            <w:tcW w:w="2379" w:type="dxa"/>
          </w:tcPr>
          <w:p w14:paraId="26644C3A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Извлекает информацию из текста и словаря, сравнивает значения слов, формулирует выводы; участвует в учебном диалоге.</w:t>
            </w:r>
          </w:p>
        </w:tc>
        <w:tc>
          <w:tcPr>
            <w:tcW w:w="2748" w:type="dxa"/>
          </w:tcPr>
          <w:p w14:paraId="70CD14B3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06A009BF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097CB5D1" w14:textId="77777777" w:rsidTr="00F51049">
        <w:tc>
          <w:tcPr>
            <w:tcW w:w="516" w:type="dxa"/>
          </w:tcPr>
          <w:p w14:paraId="5974E4A6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91</w:t>
            </w:r>
          </w:p>
        </w:tc>
        <w:tc>
          <w:tcPr>
            <w:tcW w:w="2248" w:type="dxa"/>
          </w:tcPr>
          <w:p w14:paraId="747496D5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Обобщение знаний по разделу «Лексика»</w:t>
            </w:r>
          </w:p>
        </w:tc>
        <w:tc>
          <w:tcPr>
            <w:tcW w:w="708" w:type="dxa"/>
          </w:tcPr>
          <w:p w14:paraId="37CB641D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10CC7465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Работа с текстом и толковым словарём; определение и уточнение значений; подбор примеров; классификация; составление предложений.</w:t>
            </w:r>
          </w:p>
        </w:tc>
        <w:tc>
          <w:tcPr>
            <w:tcW w:w="2528" w:type="dxa"/>
          </w:tcPr>
          <w:p w14:paraId="0E9A019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и уточняет значение слова; распознаёт изученные лексические явления; использует учебные словари и выбирает слова в соответствии со смыслом высказывания.</w:t>
            </w:r>
          </w:p>
        </w:tc>
        <w:tc>
          <w:tcPr>
            <w:tcW w:w="2379" w:type="dxa"/>
          </w:tcPr>
          <w:p w14:paraId="453BA87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Извлекает информацию из текста и словаря, сравнивает значения слов, формулирует выводы; участвует в учебном диалоге.</w:t>
            </w:r>
          </w:p>
        </w:tc>
        <w:tc>
          <w:tcPr>
            <w:tcW w:w="2748" w:type="dxa"/>
          </w:tcPr>
          <w:p w14:paraId="1CBBAAD0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6694BA83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3A67DBD6" w14:textId="77777777" w:rsidTr="00F51049">
        <w:tc>
          <w:tcPr>
            <w:tcW w:w="516" w:type="dxa"/>
          </w:tcPr>
          <w:p w14:paraId="1057B732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92</w:t>
            </w:r>
          </w:p>
        </w:tc>
        <w:tc>
          <w:tcPr>
            <w:tcW w:w="2248" w:type="dxa"/>
          </w:tcPr>
          <w:p w14:paraId="101BA95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Резервный урок по разделу «Лексика»: работаем с толковым словарём</w:t>
            </w:r>
          </w:p>
        </w:tc>
        <w:tc>
          <w:tcPr>
            <w:tcW w:w="708" w:type="dxa"/>
          </w:tcPr>
          <w:p w14:paraId="103C66F2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7845FA72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Работа с текстом и толковым словарём; определение и уточнение значений; подбор примеров; классификация; составление предложений.</w:t>
            </w:r>
          </w:p>
        </w:tc>
        <w:tc>
          <w:tcPr>
            <w:tcW w:w="2528" w:type="dxa"/>
          </w:tcPr>
          <w:p w14:paraId="2FA5F1E2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и уточняет значение слова; распознаёт изученные лексические явления; использует учебные словари и выбирает слова в соответствии со смыслом высказывания.</w:t>
            </w:r>
          </w:p>
        </w:tc>
        <w:tc>
          <w:tcPr>
            <w:tcW w:w="2379" w:type="dxa"/>
          </w:tcPr>
          <w:p w14:paraId="0C3D385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Извлекает информацию из текста и словаря, сравнивает значения слов, формулирует выводы; участвует в учебном диалоге.</w:t>
            </w:r>
          </w:p>
        </w:tc>
        <w:tc>
          <w:tcPr>
            <w:tcW w:w="2748" w:type="dxa"/>
          </w:tcPr>
          <w:p w14:paraId="23A7B8F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746F1D76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1AB17235" w14:textId="77777777" w:rsidTr="00F51049">
        <w:tc>
          <w:tcPr>
            <w:tcW w:w="516" w:type="dxa"/>
          </w:tcPr>
          <w:p w14:paraId="3D6979D5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93</w:t>
            </w:r>
          </w:p>
        </w:tc>
        <w:tc>
          <w:tcPr>
            <w:tcW w:w="2248" w:type="dxa"/>
          </w:tcPr>
          <w:p w14:paraId="1273B91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Резервный урок по разделу «Лексика». Контрольная работа</w:t>
            </w:r>
          </w:p>
        </w:tc>
        <w:tc>
          <w:tcPr>
            <w:tcW w:w="708" w:type="dxa"/>
          </w:tcPr>
          <w:p w14:paraId="7C90A9F4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54D4E67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Самостоятельное выполнение письменной работы; применение изученных правил; самопроверка; последующий анализ и коррекция ошибок.</w:t>
            </w:r>
          </w:p>
        </w:tc>
        <w:tc>
          <w:tcPr>
            <w:tcW w:w="2528" w:type="dxa"/>
          </w:tcPr>
          <w:p w14:paraId="069AEBC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Применяет изученные правила и способы языкового анализа в самостоятельной письменной работе; осуществляет проверку и исправление ошибок.</w:t>
            </w:r>
          </w:p>
        </w:tc>
        <w:tc>
          <w:tcPr>
            <w:tcW w:w="2379" w:type="dxa"/>
          </w:tcPr>
          <w:p w14:paraId="0054FFA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Самостоятельно планирует выполнение работы, соотносит результат с критериями, находит затруднения и выполняет коррекцию.</w:t>
            </w:r>
          </w:p>
        </w:tc>
        <w:tc>
          <w:tcPr>
            <w:tcW w:w="2748" w:type="dxa"/>
          </w:tcPr>
          <w:p w14:paraId="57DF6308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2FE715CE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Письменный контроль</w:t>
            </w:r>
          </w:p>
        </w:tc>
      </w:tr>
      <w:tr w:rsidR="00F51049" w:rsidRPr="00F51049" w14:paraId="5DE19B07" w14:textId="77777777" w:rsidTr="00F51049">
        <w:tc>
          <w:tcPr>
            <w:tcW w:w="516" w:type="dxa"/>
          </w:tcPr>
          <w:p w14:paraId="24771D7E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94</w:t>
            </w:r>
          </w:p>
        </w:tc>
        <w:tc>
          <w:tcPr>
            <w:tcW w:w="2248" w:type="dxa"/>
          </w:tcPr>
          <w:p w14:paraId="08B33422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Резервный урок по разделу «Лексика»</w:t>
            </w:r>
          </w:p>
        </w:tc>
        <w:tc>
          <w:tcPr>
            <w:tcW w:w="708" w:type="dxa"/>
          </w:tcPr>
          <w:p w14:paraId="5DE3A928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01DD553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Работа с текстом и толковым словарём; определение и уточнение значений; подбор примеров; классификация; составление предложений.</w:t>
            </w:r>
          </w:p>
        </w:tc>
        <w:tc>
          <w:tcPr>
            <w:tcW w:w="2528" w:type="dxa"/>
          </w:tcPr>
          <w:p w14:paraId="231A4E0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и уточняет значение слова; распознаёт изученные лексические явления; использует учебные словари и выбирает слова в соответствии со смыслом высказывания.</w:t>
            </w:r>
          </w:p>
        </w:tc>
        <w:tc>
          <w:tcPr>
            <w:tcW w:w="2379" w:type="dxa"/>
          </w:tcPr>
          <w:p w14:paraId="433168B2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Извлекает информацию из текста и словаря, сравнивает значения слов, формулирует выводы; участвует в учебном диалоге.</w:t>
            </w:r>
          </w:p>
        </w:tc>
        <w:tc>
          <w:tcPr>
            <w:tcW w:w="2748" w:type="dxa"/>
          </w:tcPr>
          <w:p w14:paraId="598A5DF0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2C42A1E5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06082B04" w14:textId="77777777" w:rsidTr="00F51049">
        <w:tc>
          <w:tcPr>
            <w:tcW w:w="516" w:type="dxa"/>
          </w:tcPr>
          <w:p w14:paraId="33053529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95</w:t>
            </w:r>
          </w:p>
        </w:tc>
        <w:tc>
          <w:tcPr>
            <w:tcW w:w="2248" w:type="dxa"/>
          </w:tcPr>
          <w:p w14:paraId="69D522A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Диктант на изученные правила (орфограммы корня)</w:t>
            </w:r>
          </w:p>
        </w:tc>
        <w:tc>
          <w:tcPr>
            <w:tcW w:w="708" w:type="dxa"/>
          </w:tcPr>
          <w:p w14:paraId="309F9326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74DCE5E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Самостоятельное выполнение письменной работы; применение изученных правил; самопроверка; последующий анализ и коррекция ошибок.</w:t>
            </w:r>
          </w:p>
        </w:tc>
        <w:tc>
          <w:tcPr>
            <w:tcW w:w="2528" w:type="dxa"/>
          </w:tcPr>
          <w:p w14:paraId="596CCB9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Применяет изученные правила и способы языкового анализа в самостоятельной письменной работе; осуществляет проверку и исправление ошибок.</w:t>
            </w:r>
          </w:p>
        </w:tc>
        <w:tc>
          <w:tcPr>
            <w:tcW w:w="2379" w:type="dxa"/>
          </w:tcPr>
          <w:p w14:paraId="3DCB9003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Самостоятельно планирует выполнение работы, соотносит результат с критериями, находит затруднения и выполняет коррекцию.</w:t>
            </w:r>
          </w:p>
        </w:tc>
        <w:tc>
          <w:tcPr>
            <w:tcW w:w="2748" w:type="dxa"/>
          </w:tcPr>
          <w:p w14:paraId="45609E5A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26A7C5AD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Письменный контроль</w:t>
            </w:r>
          </w:p>
        </w:tc>
      </w:tr>
      <w:tr w:rsidR="00F51049" w:rsidRPr="00F51049" w14:paraId="08A57E96" w14:textId="77777777" w:rsidTr="00F51049">
        <w:tc>
          <w:tcPr>
            <w:tcW w:w="516" w:type="dxa"/>
          </w:tcPr>
          <w:p w14:paraId="0266FC91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96</w:t>
            </w:r>
          </w:p>
        </w:tc>
        <w:tc>
          <w:tcPr>
            <w:tcW w:w="2248" w:type="dxa"/>
          </w:tcPr>
          <w:p w14:paraId="43F3FE6C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Работа над ошибками, допущенными в диктанте</w:t>
            </w:r>
          </w:p>
        </w:tc>
        <w:tc>
          <w:tcPr>
            <w:tcW w:w="708" w:type="dxa"/>
          </w:tcPr>
          <w:p w14:paraId="0274547A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43D96B4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Самостоятельное выполнение письменной работы; применение изученных правил; самопроверка; последующий анализ и коррекция ошибок.</w:t>
            </w:r>
          </w:p>
        </w:tc>
        <w:tc>
          <w:tcPr>
            <w:tcW w:w="2528" w:type="dxa"/>
          </w:tcPr>
          <w:p w14:paraId="06F4EA3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Применяет изученные правила и способы языкового анализа в самостоятельной письменной работе; осуществляет проверку и исправление ошибок.</w:t>
            </w:r>
          </w:p>
        </w:tc>
        <w:tc>
          <w:tcPr>
            <w:tcW w:w="2379" w:type="dxa"/>
          </w:tcPr>
          <w:p w14:paraId="7CCA410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Самостоятельно планирует выполнение работы, соотносит результат с критериями, находит затруднения и выполняет коррекцию.</w:t>
            </w:r>
          </w:p>
        </w:tc>
        <w:tc>
          <w:tcPr>
            <w:tcW w:w="2748" w:type="dxa"/>
          </w:tcPr>
          <w:p w14:paraId="762CBB52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2D1B31A6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Письменный контроль</w:t>
            </w:r>
          </w:p>
        </w:tc>
      </w:tr>
      <w:tr w:rsidR="00F51049" w:rsidRPr="00F51049" w14:paraId="6E3D717E" w14:textId="77777777" w:rsidTr="00F51049">
        <w:tc>
          <w:tcPr>
            <w:tcW w:w="516" w:type="dxa"/>
          </w:tcPr>
          <w:p w14:paraId="4FF5E61B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97</w:t>
            </w:r>
          </w:p>
        </w:tc>
        <w:tc>
          <w:tcPr>
            <w:tcW w:w="2248" w:type="dxa"/>
          </w:tcPr>
          <w:p w14:paraId="27897AB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Текст</w:t>
            </w:r>
          </w:p>
        </w:tc>
        <w:tc>
          <w:tcPr>
            <w:tcW w:w="708" w:type="dxa"/>
          </w:tcPr>
          <w:p w14:paraId="6034ACD1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5FD6C9E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Чтение и анализ образцов; определение темы и основной мысли; составление плана; создание/редактирование устного или письменного высказывания.</w:t>
            </w:r>
          </w:p>
        </w:tc>
        <w:tc>
          <w:tcPr>
            <w:tcW w:w="2528" w:type="dxa"/>
          </w:tcPr>
          <w:p w14:paraId="4E0DA0E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Понимает и создаёт небольшие устные и письменные высказывания; работает с темой, основной мыслью, структурой и последовательностью текста; соблюдает нормы речевого этикета.</w:t>
            </w:r>
          </w:p>
        </w:tc>
        <w:tc>
          <w:tcPr>
            <w:tcW w:w="2379" w:type="dxa"/>
          </w:tcPr>
          <w:p w14:paraId="7BE297E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коммуникативную задачу, планирует высказывание, извлекает и упорядочивает информацию; слушает собеседника и участвует в диалоге.</w:t>
            </w:r>
          </w:p>
        </w:tc>
        <w:tc>
          <w:tcPr>
            <w:tcW w:w="2748" w:type="dxa"/>
          </w:tcPr>
          <w:p w14:paraId="3EEA7EE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4512C1FA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3AC7C0D7" w14:textId="77777777" w:rsidTr="00F51049">
        <w:tc>
          <w:tcPr>
            <w:tcW w:w="516" w:type="dxa"/>
          </w:tcPr>
          <w:p w14:paraId="4637DA5F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98</w:t>
            </w:r>
          </w:p>
        </w:tc>
        <w:tc>
          <w:tcPr>
            <w:tcW w:w="2248" w:type="dxa"/>
          </w:tcPr>
          <w:p w14:paraId="67C1420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Признаки текста: смысловое единство предложений; последовательность предложений; выражение законченной мысли</w:t>
            </w:r>
          </w:p>
        </w:tc>
        <w:tc>
          <w:tcPr>
            <w:tcW w:w="708" w:type="dxa"/>
          </w:tcPr>
          <w:p w14:paraId="7C10013A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0D0C0EBA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Чтение и анализ образцов; определение темы и основной мысли; составление плана; создание/редактирование устного или письменного высказывания.</w:t>
            </w:r>
          </w:p>
        </w:tc>
        <w:tc>
          <w:tcPr>
            <w:tcW w:w="2528" w:type="dxa"/>
          </w:tcPr>
          <w:p w14:paraId="229DA46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Понимает и создаёт небольшие устные и письменные высказывания; работает с темой, основной мыслью, структурой и последовательностью текста; соблюдает нормы речевого этикета.</w:t>
            </w:r>
          </w:p>
        </w:tc>
        <w:tc>
          <w:tcPr>
            <w:tcW w:w="2379" w:type="dxa"/>
          </w:tcPr>
          <w:p w14:paraId="14B8CB0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коммуникативную задачу, планирует высказывание, извлекает и упорядочивает информацию; слушает собеседника и участвует в диалоге.</w:t>
            </w:r>
          </w:p>
        </w:tc>
        <w:tc>
          <w:tcPr>
            <w:tcW w:w="2748" w:type="dxa"/>
          </w:tcPr>
          <w:p w14:paraId="10527E1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47BB7C43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29EF32FD" w14:textId="77777777" w:rsidTr="00F51049">
        <w:tc>
          <w:tcPr>
            <w:tcW w:w="516" w:type="dxa"/>
          </w:tcPr>
          <w:p w14:paraId="1C3DDE29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99</w:t>
            </w:r>
          </w:p>
        </w:tc>
        <w:tc>
          <w:tcPr>
            <w:tcW w:w="2248" w:type="dxa"/>
          </w:tcPr>
          <w:p w14:paraId="0C808D82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Тема текста</w:t>
            </w:r>
          </w:p>
        </w:tc>
        <w:tc>
          <w:tcPr>
            <w:tcW w:w="708" w:type="dxa"/>
          </w:tcPr>
          <w:p w14:paraId="3AC17A0F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2B74766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Чтение и анализ образцов; определение темы и основной мысли; составление плана; создание/редактирование устного или письменного высказывания.</w:t>
            </w:r>
          </w:p>
        </w:tc>
        <w:tc>
          <w:tcPr>
            <w:tcW w:w="2528" w:type="dxa"/>
          </w:tcPr>
          <w:p w14:paraId="2DEE346A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Понимает и создаёт небольшие устные и письменные высказывания; работает с темой, основной мыслью, структурой и последовательностью текста; соблюдает нормы речевого этикета.</w:t>
            </w:r>
          </w:p>
        </w:tc>
        <w:tc>
          <w:tcPr>
            <w:tcW w:w="2379" w:type="dxa"/>
          </w:tcPr>
          <w:p w14:paraId="265DA3CC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коммуникативную задачу, планирует высказывание, извлекает и упорядочивает информацию; слушает собеседника и участвует в диалоге.</w:t>
            </w:r>
          </w:p>
        </w:tc>
        <w:tc>
          <w:tcPr>
            <w:tcW w:w="2748" w:type="dxa"/>
          </w:tcPr>
          <w:p w14:paraId="7161820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44C72EB9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5CDC45D3" w14:textId="77777777" w:rsidTr="00F51049">
        <w:tc>
          <w:tcPr>
            <w:tcW w:w="516" w:type="dxa"/>
          </w:tcPr>
          <w:p w14:paraId="5883D83E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100</w:t>
            </w:r>
          </w:p>
        </w:tc>
        <w:tc>
          <w:tcPr>
            <w:tcW w:w="2248" w:type="dxa"/>
          </w:tcPr>
          <w:p w14:paraId="550BB58A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Основная мысль</w:t>
            </w:r>
          </w:p>
        </w:tc>
        <w:tc>
          <w:tcPr>
            <w:tcW w:w="708" w:type="dxa"/>
          </w:tcPr>
          <w:p w14:paraId="3D404201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6530F62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Учебный диалог; наблюдение и анализ языковых фактов; формулирование выводов; работа индивидуально и в паре.</w:t>
            </w:r>
          </w:p>
        </w:tc>
        <w:tc>
          <w:tcPr>
            <w:tcW w:w="2528" w:type="dxa"/>
          </w:tcPr>
          <w:p w14:paraId="2260358C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Объясняет значение русского языка как средства общения и явления культуры; использует изученные языковые понятия при решении учебных задач.</w:t>
            </w:r>
          </w:p>
        </w:tc>
        <w:tc>
          <w:tcPr>
            <w:tcW w:w="2379" w:type="dxa"/>
          </w:tcPr>
          <w:p w14:paraId="5FF30D9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Наблюдает, анализирует, сравнивает языковые факты; формулирует выводы; принимает цель совместной и индивидуальной работы.</w:t>
            </w:r>
          </w:p>
        </w:tc>
        <w:tc>
          <w:tcPr>
            <w:tcW w:w="2748" w:type="dxa"/>
          </w:tcPr>
          <w:p w14:paraId="0A5DD3AC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4C8E113A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2071E711" w14:textId="77777777" w:rsidTr="00F51049">
        <w:tc>
          <w:tcPr>
            <w:tcW w:w="516" w:type="dxa"/>
          </w:tcPr>
          <w:p w14:paraId="096F9183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101</w:t>
            </w:r>
          </w:p>
        </w:tc>
        <w:tc>
          <w:tcPr>
            <w:tcW w:w="2248" w:type="dxa"/>
          </w:tcPr>
          <w:p w14:paraId="182E0A9C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Заглавие текста</w:t>
            </w:r>
          </w:p>
        </w:tc>
        <w:tc>
          <w:tcPr>
            <w:tcW w:w="708" w:type="dxa"/>
          </w:tcPr>
          <w:p w14:paraId="3959C91B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4484E0C2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Чтение и анализ образцов; определение темы и основной мысли; составление плана; создание/редактирование устного или письменного высказывания.</w:t>
            </w:r>
          </w:p>
        </w:tc>
        <w:tc>
          <w:tcPr>
            <w:tcW w:w="2528" w:type="dxa"/>
          </w:tcPr>
          <w:p w14:paraId="38AF450C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Понимает и создаёт небольшие устные и письменные высказывания; работает с темой, основной мыслью, структурой и последовательностью текста; соблюдает нормы речевого этикета.</w:t>
            </w:r>
          </w:p>
        </w:tc>
        <w:tc>
          <w:tcPr>
            <w:tcW w:w="2379" w:type="dxa"/>
          </w:tcPr>
          <w:p w14:paraId="36F8BDA5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коммуникативную задачу, планирует высказывание, извлекает и упорядочивает информацию; слушает собеседника и участвует в диалоге.</w:t>
            </w:r>
          </w:p>
        </w:tc>
        <w:tc>
          <w:tcPr>
            <w:tcW w:w="2748" w:type="dxa"/>
          </w:tcPr>
          <w:p w14:paraId="7F902613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58119D83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06F430A5" w14:textId="77777777" w:rsidTr="00F51049">
        <w:tc>
          <w:tcPr>
            <w:tcW w:w="516" w:type="dxa"/>
          </w:tcPr>
          <w:p w14:paraId="4CBA39B6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102</w:t>
            </w:r>
          </w:p>
        </w:tc>
        <w:tc>
          <w:tcPr>
            <w:tcW w:w="2248" w:type="dxa"/>
          </w:tcPr>
          <w:p w14:paraId="1F44E05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Подбор заголовков к предложенным текстам</w:t>
            </w:r>
          </w:p>
        </w:tc>
        <w:tc>
          <w:tcPr>
            <w:tcW w:w="708" w:type="dxa"/>
          </w:tcPr>
          <w:p w14:paraId="305F7905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59B2819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Чтение и анализ образцов; определение темы и основной мысли; составление плана; создание/редактирование устного или письменного высказывания.</w:t>
            </w:r>
          </w:p>
        </w:tc>
        <w:tc>
          <w:tcPr>
            <w:tcW w:w="2528" w:type="dxa"/>
          </w:tcPr>
          <w:p w14:paraId="30236B35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Понимает и создаёт небольшие устные и письменные высказывания; работает с темой, основной мыслью, структурой и последовательностью текста; соблюдает нормы речевого этикета.</w:t>
            </w:r>
          </w:p>
        </w:tc>
        <w:tc>
          <w:tcPr>
            <w:tcW w:w="2379" w:type="dxa"/>
          </w:tcPr>
          <w:p w14:paraId="59D49DC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коммуникативную задачу, планирует высказывание, извлекает и упорядочивает информацию; слушает собеседника и участвует в диалоге.</w:t>
            </w:r>
          </w:p>
        </w:tc>
        <w:tc>
          <w:tcPr>
            <w:tcW w:w="2748" w:type="dxa"/>
          </w:tcPr>
          <w:p w14:paraId="4CB6C19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1A2DFBA7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3DF14CEC" w14:textId="77777777" w:rsidTr="00F51049">
        <w:tc>
          <w:tcPr>
            <w:tcW w:w="516" w:type="dxa"/>
          </w:tcPr>
          <w:p w14:paraId="60FAEB21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103</w:t>
            </w:r>
          </w:p>
        </w:tc>
        <w:tc>
          <w:tcPr>
            <w:tcW w:w="2248" w:type="dxa"/>
          </w:tcPr>
          <w:p w14:paraId="151B2BE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Отработка умения подбирать заголовки к предложенным текстам</w:t>
            </w:r>
          </w:p>
        </w:tc>
        <w:tc>
          <w:tcPr>
            <w:tcW w:w="708" w:type="dxa"/>
          </w:tcPr>
          <w:p w14:paraId="4E6F16E0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16CD7BC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Чтение и анализ образцов; определение темы и основной мысли; составление плана; создание/редактирование устного или письменного высказывания.</w:t>
            </w:r>
          </w:p>
        </w:tc>
        <w:tc>
          <w:tcPr>
            <w:tcW w:w="2528" w:type="dxa"/>
          </w:tcPr>
          <w:p w14:paraId="6413149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Понимает и создаёт небольшие устные и письменные высказывания; работает с темой, основной мыслью, структурой и последовательностью текста; соблюдает нормы речевого этикета.</w:t>
            </w:r>
          </w:p>
        </w:tc>
        <w:tc>
          <w:tcPr>
            <w:tcW w:w="2379" w:type="dxa"/>
          </w:tcPr>
          <w:p w14:paraId="4B0958F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коммуникативную задачу, планирует высказывание, извлекает и упорядочивает информацию; слушает собеседника и участвует в диалоге.</w:t>
            </w:r>
          </w:p>
        </w:tc>
        <w:tc>
          <w:tcPr>
            <w:tcW w:w="2748" w:type="dxa"/>
          </w:tcPr>
          <w:p w14:paraId="40A5F3F6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398CF91D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7B8E1669" w14:textId="77777777" w:rsidTr="00F51049">
        <w:tc>
          <w:tcPr>
            <w:tcW w:w="516" w:type="dxa"/>
          </w:tcPr>
          <w:p w14:paraId="6D20D5BE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104</w:t>
            </w:r>
          </w:p>
        </w:tc>
        <w:tc>
          <w:tcPr>
            <w:tcW w:w="2248" w:type="dxa"/>
          </w:tcPr>
          <w:p w14:paraId="1FB4DC53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08" w:type="dxa"/>
          </w:tcPr>
          <w:p w14:paraId="78753131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42ED2B3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Орфографическое наблюдение; применение алгоритма правила; подбор проверочных слов; письмо с комментированием; самопроверка и коррекция.</w:t>
            </w:r>
          </w:p>
        </w:tc>
        <w:tc>
          <w:tcPr>
            <w:tcW w:w="2528" w:type="dxa"/>
          </w:tcPr>
          <w:p w14:paraId="1F9FFE7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Находит изученные орфограммы, выбирает способ проверки и применяет соответствующее правило; проверяет и корректирует написанное.</w:t>
            </w:r>
          </w:p>
        </w:tc>
        <w:tc>
          <w:tcPr>
            <w:tcW w:w="2379" w:type="dxa"/>
          </w:tcPr>
          <w:p w14:paraId="57F16C53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Выбирает алгоритм решения орфографической задачи, применяет правило, осуществляет самоконтроль и самооценку.</w:t>
            </w:r>
          </w:p>
        </w:tc>
        <w:tc>
          <w:tcPr>
            <w:tcW w:w="2748" w:type="dxa"/>
          </w:tcPr>
          <w:p w14:paraId="63D5913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13315F8D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32441192" w14:textId="77777777" w:rsidTr="00F51049">
        <w:tc>
          <w:tcPr>
            <w:tcW w:w="516" w:type="dxa"/>
          </w:tcPr>
          <w:p w14:paraId="14FEBD1F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105</w:t>
            </w:r>
          </w:p>
        </w:tc>
        <w:tc>
          <w:tcPr>
            <w:tcW w:w="2248" w:type="dxa"/>
          </w:tcPr>
          <w:p w14:paraId="0BAA153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Последовательность частей текста (абзацев)</w:t>
            </w:r>
          </w:p>
        </w:tc>
        <w:tc>
          <w:tcPr>
            <w:tcW w:w="708" w:type="dxa"/>
          </w:tcPr>
          <w:p w14:paraId="16FCDFB6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7E1EFED6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Чтение и анализ образцов; определение темы и основной мысли; составление плана; создание/редактирование устного или письменного высказывания.</w:t>
            </w:r>
          </w:p>
        </w:tc>
        <w:tc>
          <w:tcPr>
            <w:tcW w:w="2528" w:type="dxa"/>
          </w:tcPr>
          <w:p w14:paraId="0623610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Понимает и создаёт небольшие устные и письменные высказывания; работает с темой, основной мыслью, структурой и последовательностью текста; соблюдает нормы речевого этикета.</w:t>
            </w:r>
          </w:p>
        </w:tc>
        <w:tc>
          <w:tcPr>
            <w:tcW w:w="2379" w:type="dxa"/>
          </w:tcPr>
          <w:p w14:paraId="164D80F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коммуникативную задачу, планирует высказывание, извлекает и упорядочивает информацию; слушает собеседника и участвует в диалоге.</w:t>
            </w:r>
          </w:p>
        </w:tc>
        <w:tc>
          <w:tcPr>
            <w:tcW w:w="2748" w:type="dxa"/>
          </w:tcPr>
          <w:p w14:paraId="365850A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751AEBDC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3984DA9E" w14:textId="77777777" w:rsidTr="00F51049">
        <w:tc>
          <w:tcPr>
            <w:tcW w:w="516" w:type="dxa"/>
          </w:tcPr>
          <w:p w14:paraId="7862CE1A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106</w:t>
            </w:r>
          </w:p>
        </w:tc>
        <w:tc>
          <w:tcPr>
            <w:tcW w:w="2248" w:type="dxa"/>
          </w:tcPr>
          <w:p w14:paraId="0189A0E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Корректирование текстов с нарушенным порядком предложений</w:t>
            </w:r>
          </w:p>
        </w:tc>
        <w:tc>
          <w:tcPr>
            <w:tcW w:w="708" w:type="dxa"/>
          </w:tcPr>
          <w:p w14:paraId="17EE6F4C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313084F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Чтение и анализ образцов; определение темы и основной мысли; составление плана; создание/редактирование устного или письменного высказывания.</w:t>
            </w:r>
          </w:p>
        </w:tc>
        <w:tc>
          <w:tcPr>
            <w:tcW w:w="2528" w:type="dxa"/>
          </w:tcPr>
          <w:p w14:paraId="2D6A9CB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Понимает и создаёт небольшие устные и письменные высказывания; работает с темой, основной мыслью, структурой и последовательностью текста; соблюдает нормы речевого этикета.</w:t>
            </w:r>
          </w:p>
        </w:tc>
        <w:tc>
          <w:tcPr>
            <w:tcW w:w="2379" w:type="dxa"/>
          </w:tcPr>
          <w:p w14:paraId="6E0BD10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коммуникативную задачу, планирует высказывание, извлекает и упорядочивает информацию; слушает собеседника и участвует в диалоге.</w:t>
            </w:r>
          </w:p>
        </w:tc>
        <w:tc>
          <w:tcPr>
            <w:tcW w:w="2748" w:type="dxa"/>
          </w:tcPr>
          <w:p w14:paraId="565F750A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2719E15E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383B6C51" w14:textId="77777777" w:rsidTr="00F51049">
        <w:tc>
          <w:tcPr>
            <w:tcW w:w="516" w:type="dxa"/>
          </w:tcPr>
          <w:p w14:paraId="38C3C06E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107</w:t>
            </w:r>
          </w:p>
        </w:tc>
        <w:tc>
          <w:tcPr>
            <w:tcW w:w="2248" w:type="dxa"/>
          </w:tcPr>
          <w:p w14:paraId="48BA1E6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08" w:type="dxa"/>
          </w:tcPr>
          <w:p w14:paraId="272DBC46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209C9542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Чтение и анализ образцов; определение темы и основной мысли; составление плана; создание/редактирование устного или письменного высказывания.</w:t>
            </w:r>
          </w:p>
        </w:tc>
        <w:tc>
          <w:tcPr>
            <w:tcW w:w="2528" w:type="dxa"/>
          </w:tcPr>
          <w:p w14:paraId="3216D7EC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Понимает и создаёт небольшие устные и письменные высказывания; работает с темой, основной мыслью, структурой и последовательностью текста; соблюдает нормы речевого этикета.</w:t>
            </w:r>
          </w:p>
        </w:tc>
        <w:tc>
          <w:tcPr>
            <w:tcW w:w="2379" w:type="dxa"/>
          </w:tcPr>
          <w:p w14:paraId="3166557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коммуникативную задачу, планирует высказывание, извлекает и упорядочивает информацию; слушает собеседника и участвует в диалоге.</w:t>
            </w:r>
          </w:p>
        </w:tc>
        <w:tc>
          <w:tcPr>
            <w:tcW w:w="2748" w:type="dxa"/>
          </w:tcPr>
          <w:p w14:paraId="3DEABE08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71890B06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04661FF4" w14:textId="77777777" w:rsidTr="00F51049">
        <w:tc>
          <w:tcPr>
            <w:tcW w:w="516" w:type="dxa"/>
          </w:tcPr>
          <w:p w14:paraId="5AB73884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108</w:t>
            </w:r>
          </w:p>
        </w:tc>
        <w:tc>
          <w:tcPr>
            <w:tcW w:w="2248" w:type="dxa"/>
          </w:tcPr>
          <w:p w14:paraId="41FFF8A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Корректирование текстов с нарушенным порядком абзацев</w:t>
            </w:r>
          </w:p>
        </w:tc>
        <w:tc>
          <w:tcPr>
            <w:tcW w:w="708" w:type="dxa"/>
          </w:tcPr>
          <w:p w14:paraId="13F3945C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028F57E8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Чтение и анализ образцов; определение темы и основной мысли; составление плана; создание/редактирование устного или письменного высказывания.</w:t>
            </w:r>
          </w:p>
        </w:tc>
        <w:tc>
          <w:tcPr>
            <w:tcW w:w="2528" w:type="dxa"/>
          </w:tcPr>
          <w:p w14:paraId="502C0186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Понимает и создаёт небольшие устные и письменные высказывания; работает с темой, основной мыслью, структурой и последовательностью текста; соблюдает нормы речевого этикета.</w:t>
            </w:r>
          </w:p>
        </w:tc>
        <w:tc>
          <w:tcPr>
            <w:tcW w:w="2379" w:type="dxa"/>
          </w:tcPr>
          <w:p w14:paraId="43434BE5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коммуникативную задачу, планирует высказывание, извлекает и упорядочивает информацию; слушает собеседника и участвует в диалоге.</w:t>
            </w:r>
          </w:p>
        </w:tc>
        <w:tc>
          <w:tcPr>
            <w:tcW w:w="2748" w:type="dxa"/>
          </w:tcPr>
          <w:p w14:paraId="07C3755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7079930C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25E804F0" w14:textId="77777777" w:rsidTr="00F51049">
        <w:tc>
          <w:tcPr>
            <w:tcW w:w="516" w:type="dxa"/>
          </w:tcPr>
          <w:p w14:paraId="5CE48C49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109</w:t>
            </w:r>
          </w:p>
        </w:tc>
        <w:tc>
          <w:tcPr>
            <w:tcW w:w="2248" w:type="dxa"/>
          </w:tcPr>
          <w:p w14:paraId="46E6B2A6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08" w:type="dxa"/>
          </w:tcPr>
          <w:p w14:paraId="1B6053E3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597EED2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Чтение и анализ образцов; определение темы и основной мысли; составление плана; создание/редактирование устного или письменного высказывания.</w:t>
            </w:r>
          </w:p>
        </w:tc>
        <w:tc>
          <w:tcPr>
            <w:tcW w:w="2528" w:type="dxa"/>
          </w:tcPr>
          <w:p w14:paraId="755DBCA6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Понимает и создаёт небольшие устные и письменные высказывания; работает с темой, основной мыслью, структурой и последовательностью текста; соблюдает нормы речевого этикета.</w:t>
            </w:r>
          </w:p>
        </w:tc>
        <w:tc>
          <w:tcPr>
            <w:tcW w:w="2379" w:type="dxa"/>
          </w:tcPr>
          <w:p w14:paraId="281B1C53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коммуникативную задачу, планирует высказывание, извлекает и упорядочивает информацию; слушает собеседника и участвует в диалоге.</w:t>
            </w:r>
          </w:p>
        </w:tc>
        <w:tc>
          <w:tcPr>
            <w:tcW w:w="2748" w:type="dxa"/>
          </w:tcPr>
          <w:p w14:paraId="331A64E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169E006F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6B247DB0" w14:textId="77777777" w:rsidTr="00F51049">
        <w:tc>
          <w:tcPr>
            <w:tcW w:w="516" w:type="dxa"/>
          </w:tcPr>
          <w:p w14:paraId="5112227C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110</w:t>
            </w:r>
          </w:p>
        </w:tc>
        <w:tc>
          <w:tcPr>
            <w:tcW w:w="2248" w:type="dxa"/>
          </w:tcPr>
          <w:p w14:paraId="3FC1CAD6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Подробное изложение повествовательного текста объёмом 30–45 слов с использованием вопросов</w:t>
            </w:r>
          </w:p>
        </w:tc>
        <w:tc>
          <w:tcPr>
            <w:tcW w:w="708" w:type="dxa"/>
          </w:tcPr>
          <w:p w14:paraId="088F3AC7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79CE9F42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Чтение и анализ образцов; определение темы и основной мысли; составление плана; создание/редактирование устного или письменного высказывания.</w:t>
            </w:r>
          </w:p>
        </w:tc>
        <w:tc>
          <w:tcPr>
            <w:tcW w:w="2528" w:type="dxa"/>
          </w:tcPr>
          <w:p w14:paraId="06C0A54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Понимает и создаёт небольшие устные и письменные высказывания; работает с темой, основной мыслью, структурой и последовательностью текста; соблюдает нормы речевого этикета.</w:t>
            </w:r>
          </w:p>
        </w:tc>
        <w:tc>
          <w:tcPr>
            <w:tcW w:w="2379" w:type="dxa"/>
          </w:tcPr>
          <w:p w14:paraId="279284C5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коммуникативную задачу, планирует высказывание, извлекает и упорядочивает информацию; слушает собеседника и участвует в диалоге.</w:t>
            </w:r>
          </w:p>
        </w:tc>
        <w:tc>
          <w:tcPr>
            <w:tcW w:w="2748" w:type="dxa"/>
          </w:tcPr>
          <w:p w14:paraId="3AFC2E7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778F6E35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Письменная работа</w:t>
            </w:r>
          </w:p>
        </w:tc>
      </w:tr>
      <w:tr w:rsidR="00F51049" w:rsidRPr="00F51049" w14:paraId="69CA93C6" w14:textId="77777777" w:rsidTr="00F51049">
        <w:tc>
          <w:tcPr>
            <w:tcW w:w="516" w:type="dxa"/>
          </w:tcPr>
          <w:p w14:paraId="71F6B368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111</w:t>
            </w:r>
          </w:p>
        </w:tc>
        <w:tc>
          <w:tcPr>
            <w:tcW w:w="2248" w:type="dxa"/>
          </w:tcPr>
          <w:p w14:paraId="204DA155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08" w:type="dxa"/>
          </w:tcPr>
          <w:p w14:paraId="5D32F9CB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07A5B84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Орфографическое наблюдение; применение алгоритма правила; подбор проверочных слов; письмо с комментированием; самопроверка и коррекция.</w:t>
            </w:r>
          </w:p>
        </w:tc>
        <w:tc>
          <w:tcPr>
            <w:tcW w:w="2528" w:type="dxa"/>
          </w:tcPr>
          <w:p w14:paraId="7B9AC22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Находит изученные орфограммы, выбирает способ проверки и применяет соответствующее правило; проверяет и корректирует написанное.</w:t>
            </w:r>
          </w:p>
        </w:tc>
        <w:tc>
          <w:tcPr>
            <w:tcW w:w="2379" w:type="dxa"/>
          </w:tcPr>
          <w:p w14:paraId="7B17F80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Выбирает алгоритм решения орфографической задачи, применяет правило, осуществляет самоконтроль и самооценку.</w:t>
            </w:r>
          </w:p>
        </w:tc>
        <w:tc>
          <w:tcPr>
            <w:tcW w:w="2748" w:type="dxa"/>
          </w:tcPr>
          <w:p w14:paraId="61935A6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6CFFA889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363FFF09" w14:textId="77777777" w:rsidTr="00F51049">
        <w:tc>
          <w:tcPr>
            <w:tcW w:w="516" w:type="dxa"/>
          </w:tcPr>
          <w:p w14:paraId="1B9409FE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112</w:t>
            </w:r>
          </w:p>
        </w:tc>
        <w:tc>
          <w:tcPr>
            <w:tcW w:w="2248" w:type="dxa"/>
          </w:tcPr>
          <w:p w14:paraId="195020C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Имя существительное как часть речи</w:t>
            </w:r>
          </w:p>
        </w:tc>
        <w:tc>
          <w:tcPr>
            <w:tcW w:w="708" w:type="dxa"/>
          </w:tcPr>
          <w:p w14:paraId="320735E9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59ABF28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Постановка вопросов к словам; распознавание и группировка частей речи; изменение слов по изученным признакам; работа с предложением и текстом.</w:t>
            </w:r>
          </w:p>
        </w:tc>
        <w:tc>
          <w:tcPr>
            <w:tcW w:w="2528" w:type="dxa"/>
          </w:tcPr>
          <w:p w14:paraId="3483F870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Распознаёт изученные части речи по значению, вопросам и отдельным грамматическим признакам; употребляет их в устной и письменной речи.</w:t>
            </w:r>
          </w:p>
        </w:tc>
        <w:tc>
          <w:tcPr>
            <w:tcW w:w="2379" w:type="dxa"/>
          </w:tcPr>
          <w:p w14:paraId="45DEC0E5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Классифицирует слова по заданным основаниям, устанавливает связи, формулирует выводы; взаимодействует в парной и групповой работе.</w:t>
            </w:r>
          </w:p>
        </w:tc>
        <w:tc>
          <w:tcPr>
            <w:tcW w:w="2748" w:type="dxa"/>
          </w:tcPr>
          <w:p w14:paraId="0D9AF3BA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0C84D494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68B78B1D" w14:textId="77777777" w:rsidTr="00F51049">
        <w:tc>
          <w:tcPr>
            <w:tcW w:w="516" w:type="dxa"/>
          </w:tcPr>
          <w:p w14:paraId="5027BC8F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113</w:t>
            </w:r>
          </w:p>
        </w:tc>
        <w:tc>
          <w:tcPr>
            <w:tcW w:w="2248" w:type="dxa"/>
          </w:tcPr>
          <w:p w14:paraId="1F798DF2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Имя существительное: значение</w:t>
            </w:r>
          </w:p>
        </w:tc>
        <w:tc>
          <w:tcPr>
            <w:tcW w:w="708" w:type="dxa"/>
          </w:tcPr>
          <w:p w14:paraId="15474825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6AA77500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Постановка вопросов к словам; распознавание и группировка частей речи; изменение слов по изученным признакам; работа с предложением и текстом.</w:t>
            </w:r>
          </w:p>
        </w:tc>
        <w:tc>
          <w:tcPr>
            <w:tcW w:w="2528" w:type="dxa"/>
          </w:tcPr>
          <w:p w14:paraId="35407EB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Распознаёт изученные части речи по значению, вопросам и отдельным грамматическим признакам; употребляет их в устной и письменной речи.</w:t>
            </w:r>
          </w:p>
        </w:tc>
        <w:tc>
          <w:tcPr>
            <w:tcW w:w="2379" w:type="dxa"/>
          </w:tcPr>
          <w:p w14:paraId="064A9DD6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Классифицирует слова по заданным основаниям, устанавливает связи, формулирует выводы; взаимодействует в парной и групповой работе.</w:t>
            </w:r>
          </w:p>
        </w:tc>
        <w:tc>
          <w:tcPr>
            <w:tcW w:w="2748" w:type="dxa"/>
          </w:tcPr>
          <w:p w14:paraId="7795BC4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46660AED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1F49A943" w14:textId="77777777" w:rsidTr="00F51049">
        <w:tc>
          <w:tcPr>
            <w:tcW w:w="516" w:type="dxa"/>
          </w:tcPr>
          <w:p w14:paraId="6460D869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114</w:t>
            </w:r>
          </w:p>
        </w:tc>
        <w:tc>
          <w:tcPr>
            <w:tcW w:w="2248" w:type="dxa"/>
          </w:tcPr>
          <w:p w14:paraId="725B1E2A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Употребление заглавной и строчной буквы</w:t>
            </w:r>
          </w:p>
        </w:tc>
        <w:tc>
          <w:tcPr>
            <w:tcW w:w="708" w:type="dxa"/>
          </w:tcPr>
          <w:p w14:paraId="2CA13249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3F12EC4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Наблюдение и сравнение звуков и букв; характеристика звуков; работа со схемами и словарём; языковые упражнения; взаимопроверка.</w:t>
            </w:r>
          </w:p>
        </w:tc>
        <w:tc>
          <w:tcPr>
            <w:tcW w:w="2528" w:type="dxa"/>
          </w:tcPr>
          <w:p w14:paraId="53FECD0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Различает и характеризует изученные звуки и буквы; применяет знания о звуковом и буквенном составе слова при выполнении языковых и орфографических заданий.</w:t>
            </w:r>
          </w:p>
        </w:tc>
        <w:tc>
          <w:tcPr>
            <w:tcW w:w="2379" w:type="dxa"/>
          </w:tcPr>
          <w:p w14:paraId="710DA8EA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Сравнивает, классифицирует и моделирует языковые единицы; действует по алгоритму анализа; осуществляет самоконтроль.</w:t>
            </w:r>
          </w:p>
        </w:tc>
        <w:tc>
          <w:tcPr>
            <w:tcW w:w="2748" w:type="dxa"/>
          </w:tcPr>
          <w:p w14:paraId="34160B80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4CC3F5F5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0BA75136" w14:textId="77777777" w:rsidTr="00F51049">
        <w:tc>
          <w:tcPr>
            <w:tcW w:w="516" w:type="dxa"/>
          </w:tcPr>
          <w:p w14:paraId="67EF201E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115</w:t>
            </w:r>
          </w:p>
        </w:tc>
        <w:tc>
          <w:tcPr>
            <w:tcW w:w="2248" w:type="dxa"/>
          </w:tcPr>
          <w:p w14:paraId="5BB0024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Имя существительное: вопросы «кто?», «что?»</w:t>
            </w:r>
          </w:p>
        </w:tc>
        <w:tc>
          <w:tcPr>
            <w:tcW w:w="708" w:type="dxa"/>
          </w:tcPr>
          <w:p w14:paraId="0A534BE9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3893EA62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Постановка вопросов к словам; распознавание и группировка частей речи; изменение слов по изученным признакам; работа с предложением и текстом.</w:t>
            </w:r>
          </w:p>
        </w:tc>
        <w:tc>
          <w:tcPr>
            <w:tcW w:w="2528" w:type="dxa"/>
          </w:tcPr>
          <w:p w14:paraId="1D93890C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Распознаёт изученные части речи по значению, вопросам и отдельным грамматическим признакам; употребляет их в устной и письменной речи.</w:t>
            </w:r>
          </w:p>
        </w:tc>
        <w:tc>
          <w:tcPr>
            <w:tcW w:w="2379" w:type="dxa"/>
          </w:tcPr>
          <w:p w14:paraId="3FFD43D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Классифицирует слова по заданным основаниям, устанавливает связи, формулирует выводы; взаимодействует в парной и групповой работе.</w:t>
            </w:r>
          </w:p>
        </w:tc>
        <w:tc>
          <w:tcPr>
            <w:tcW w:w="2748" w:type="dxa"/>
          </w:tcPr>
          <w:p w14:paraId="72213918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7F983651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622BCAF8" w14:textId="77777777" w:rsidTr="00F51049">
        <w:tc>
          <w:tcPr>
            <w:tcW w:w="516" w:type="dxa"/>
          </w:tcPr>
          <w:p w14:paraId="2CE34907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116</w:t>
            </w:r>
          </w:p>
        </w:tc>
        <w:tc>
          <w:tcPr>
            <w:tcW w:w="2248" w:type="dxa"/>
          </w:tcPr>
          <w:p w14:paraId="2675652A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Имя существительное: изменение по числам</w:t>
            </w:r>
          </w:p>
        </w:tc>
        <w:tc>
          <w:tcPr>
            <w:tcW w:w="708" w:type="dxa"/>
          </w:tcPr>
          <w:p w14:paraId="00B6CB03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7F96E1E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Постановка вопросов к словам; распознавание и группировка частей речи; изменение слов по изученным признакам; работа с предложением и текстом.</w:t>
            </w:r>
          </w:p>
        </w:tc>
        <w:tc>
          <w:tcPr>
            <w:tcW w:w="2528" w:type="dxa"/>
          </w:tcPr>
          <w:p w14:paraId="5A64E3A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Распознаёт изученные части речи по значению, вопросам и отдельным грамматическим признакам; употребляет их в устной и письменной речи.</w:t>
            </w:r>
          </w:p>
        </w:tc>
        <w:tc>
          <w:tcPr>
            <w:tcW w:w="2379" w:type="dxa"/>
          </w:tcPr>
          <w:p w14:paraId="6B7F9FB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Классифицирует слова по заданным основаниям, устанавливает связи, формулирует выводы; взаимодействует в парной и групповой работе.</w:t>
            </w:r>
          </w:p>
        </w:tc>
        <w:tc>
          <w:tcPr>
            <w:tcW w:w="2748" w:type="dxa"/>
          </w:tcPr>
          <w:p w14:paraId="1A1E317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135BF534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518B5597" w14:textId="77777777" w:rsidTr="00F51049">
        <w:tc>
          <w:tcPr>
            <w:tcW w:w="516" w:type="dxa"/>
          </w:tcPr>
          <w:p w14:paraId="45168733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117</w:t>
            </w:r>
          </w:p>
        </w:tc>
        <w:tc>
          <w:tcPr>
            <w:tcW w:w="2248" w:type="dxa"/>
          </w:tcPr>
          <w:p w14:paraId="0C4D9A1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Число имён существительных</w:t>
            </w:r>
          </w:p>
        </w:tc>
        <w:tc>
          <w:tcPr>
            <w:tcW w:w="708" w:type="dxa"/>
          </w:tcPr>
          <w:p w14:paraId="181CAFFC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1F980B4C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Постановка вопросов к словам; распознавание и группировка частей речи; изменение слов по изученным признакам; работа с предложением и текстом.</w:t>
            </w:r>
          </w:p>
        </w:tc>
        <w:tc>
          <w:tcPr>
            <w:tcW w:w="2528" w:type="dxa"/>
          </w:tcPr>
          <w:p w14:paraId="26F637A8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Распознаёт изученные части речи по значению, вопросам и отдельным грамматическим признакам; употребляет их в устной и письменной речи.</w:t>
            </w:r>
          </w:p>
        </w:tc>
        <w:tc>
          <w:tcPr>
            <w:tcW w:w="2379" w:type="dxa"/>
          </w:tcPr>
          <w:p w14:paraId="4EC1E1BA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Классифицирует слова по заданным основаниям, устанавливает связи, формулирует выводы; взаимодействует в парной и групповой работе.</w:t>
            </w:r>
          </w:p>
        </w:tc>
        <w:tc>
          <w:tcPr>
            <w:tcW w:w="2748" w:type="dxa"/>
          </w:tcPr>
          <w:p w14:paraId="7EFD712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5BEB34DE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7A3E97CB" w14:textId="77777777" w:rsidTr="00F51049">
        <w:tc>
          <w:tcPr>
            <w:tcW w:w="516" w:type="dxa"/>
          </w:tcPr>
          <w:p w14:paraId="695F64D5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118</w:t>
            </w:r>
          </w:p>
        </w:tc>
        <w:tc>
          <w:tcPr>
            <w:tcW w:w="2248" w:type="dxa"/>
          </w:tcPr>
          <w:p w14:paraId="0BAC3D90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Имя существительное: употребление в речи</w:t>
            </w:r>
          </w:p>
        </w:tc>
        <w:tc>
          <w:tcPr>
            <w:tcW w:w="708" w:type="dxa"/>
          </w:tcPr>
          <w:p w14:paraId="69C26C4A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62C14ED0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Постановка вопросов к словам; распознавание и группировка частей речи; изменение слов по изученным признакам; работа с предложением и текстом.</w:t>
            </w:r>
          </w:p>
        </w:tc>
        <w:tc>
          <w:tcPr>
            <w:tcW w:w="2528" w:type="dxa"/>
          </w:tcPr>
          <w:p w14:paraId="2CF96C0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Распознаёт изученные части речи по значению, вопросам и отдельным грамматическим признакам; употребляет их в устной и письменной речи.</w:t>
            </w:r>
          </w:p>
        </w:tc>
        <w:tc>
          <w:tcPr>
            <w:tcW w:w="2379" w:type="dxa"/>
          </w:tcPr>
          <w:p w14:paraId="77B27360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Классифицирует слова по заданным основаниям, устанавливает связи, формулирует выводы; взаимодействует в парной и групповой работе.</w:t>
            </w:r>
          </w:p>
        </w:tc>
        <w:tc>
          <w:tcPr>
            <w:tcW w:w="2748" w:type="dxa"/>
          </w:tcPr>
          <w:p w14:paraId="14012F7A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0C8709B4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42089996" w14:textId="77777777" w:rsidTr="00F51049">
        <w:tc>
          <w:tcPr>
            <w:tcW w:w="516" w:type="dxa"/>
          </w:tcPr>
          <w:p w14:paraId="4E524227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119</w:t>
            </w:r>
          </w:p>
        </w:tc>
        <w:tc>
          <w:tcPr>
            <w:tcW w:w="2248" w:type="dxa"/>
          </w:tcPr>
          <w:p w14:paraId="44C0B24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08" w:type="dxa"/>
          </w:tcPr>
          <w:p w14:paraId="2F850F89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1EB1D343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Наблюдение и сравнение звуков и букв; характеристика звуков; работа со схемами и словарём; языковые упражнения; взаимопроверка.</w:t>
            </w:r>
          </w:p>
        </w:tc>
        <w:tc>
          <w:tcPr>
            <w:tcW w:w="2528" w:type="dxa"/>
          </w:tcPr>
          <w:p w14:paraId="270278AC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Различает и характеризует изученные звуки и буквы; применяет знания о звуковом и буквенном составе слова при выполнении языковых и орфографических заданий.</w:t>
            </w:r>
          </w:p>
        </w:tc>
        <w:tc>
          <w:tcPr>
            <w:tcW w:w="2379" w:type="dxa"/>
          </w:tcPr>
          <w:p w14:paraId="24DC355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Сравнивает, классифицирует и моделирует языковые единицы; действует по алгоритму анализа; осуществляет самоконтроль.</w:t>
            </w:r>
          </w:p>
        </w:tc>
        <w:tc>
          <w:tcPr>
            <w:tcW w:w="2748" w:type="dxa"/>
          </w:tcPr>
          <w:p w14:paraId="2EF69F00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463E816A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3DBFF755" w14:textId="77777777" w:rsidTr="00F51049">
        <w:tc>
          <w:tcPr>
            <w:tcW w:w="516" w:type="dxa"/>
          </w:tcPr>
          <w:p w14:paraId="5EF8F22C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120</w:t>
            </w:r>
          </w:p>
        </w:tc>
        <w:tc>
          <w:tcPr>
            <w:tcW w:w="2248" w:type="dxa"/>
          </w:tcPr>
          <w:p w14:paraId="0F6F644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Заглавная буква в именах собственных: географические названия</w:t>
            </w:r>
          </w:p>
        </w:tc>
        <w:tc>
          <w:tcPr>
            <w:tcW w:w="708" w:type="dxa"/>
          </w:tcPr>
          <w:p w14:paraId="3F6750B6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79902A2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Наблюдение и сравнение звуков и букв; характеристика звуков; работа со схемами и словарём; языковые упражнения; взаимопроверка.</w:t>
            </w:r>
          </w:p>
        </w:tc>
        <w:tc>
          <w:tcPr>
            <w:tcW w:w="2528" w:type="dxa"/>
          </w:tcPr>
          <w:p w14:paraId="2AAF45A3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Различает и характеризует изученные звуки и буквы; применяет знания о звуковом и буквенном составе слова при выполнении языковых и орфографических заданий.</w:t>
            </w:r>
          </w:p>
        </w:tc>
        <w:tc>
          <w:tcPr>
            <w:tcW w:w="2379" w:type="dxa"/>
          </w:tcPr>
          <w:p w14:paraId="210F3BBC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Сравнивает, классифицирует и моделирует языковые единицы; действует по алгоритму анализа; осуществляет самоконтроль.</w:t>
            </w:r>
          </w:p>
        </w:tc>
        <w:tc>
          <w:tcPr>
            <w:tcW w:w="2748" w:type="dxa"/>
          </w:tcPr>
          <w:p w14:paraId="607353A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435CAB32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19EC4CF2" w14:textId="77777777" w:rsidTr="00F51049">
        <w:tc>
          <w:tcPr>
            <w:tcW w:w="516" w:type="dxa"/>
          </w:tcPr>
          <w:p w14:paraId="0880473B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121</w:t>
            </w:r>
          </w:p>
        </w:tc>
        <w:tc>
          <w:tcPr>
            <w:tcW w:w="2248" w:type="dxa"/>
          </w:tcPr>
          <w:p w14:paraId="3C39639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Объяснительный диктант на изученные правила (орфограммы корня, заглавная буква и др.)</w:t>
            </w:r>
          </w:p>
        </w:tc>
        <w:tc>
          <w:tcPr>
            <w:tcW w:w="708" w:type="dxa"/>
          </w:tcPr>
          <w:p w14:paraId="00AFA5A7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6D72B7C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Самостоятельное выполнение письменной работы; применение изученных правил; самопроверка; последующий анализ и коррекция ошибок.</w:t>
            </w:r>
          </w:p>
        </w:tc>
        <w:tc>
          <w:tcPr>
            <w:tcW w:w="2528" w:type="dxa"/>
          </w:tcPr>
          <w:p w14:paraId="65024642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Применяет изученные правила и способы языкового анализа в самостоятельной письменной работе; осуществляет проверку и исправление ошибок.</w:t>
            </w:r>
          </w:p>
        </w:tc>
        <w:tc>
          <w:tcPr>
            <w:tcW w:w="2379" w:type="dxa"/>
          </w:tcPr>
          <w:p w14:paraId="234E3110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Самостоятельно планирует выполнение работы, соотносит результат с критериями, находит затруднения и выполняет коррекцию.</w:t>
            </w:r>
          </w:p>
        </w:tc>
        <w:tc>
          <w:tcPr>
            <w:tcW w:w="2748" w:type="dxa"/>
          </w:tcPr>
          <w:p w14:paraId="09BCF98C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31BE3552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Письменный контроль</w:t>
            </w:r>
          </w:p>
        </w:tc>
      </w:tr>
      <w:tr w:rsidR="00F51049" w:rsidRPr="00F51049" w14:paraId="1A6B6D8C" w14:textId="77777777" w:rsidTr="00F51049">
        <w:tc>
          <w:tcPr>
            <w:tcW w:w="516" w:type="dxa"/>
          </w:tcPr>
          <w:p w14:paraId="1950AA78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122</w:t>
            </w:r>
          </w:p>
        </w:tc>
        <w:tc>
          <w:tcPr>
            <w:tcW w:w="2248" w:type="dxa"/>
          </w:tcPr>
          <w:p w14:paraId="46A88D2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Составление устного рассказа с использованием личных наблюдений и вопросов</w:t>
            </w:r>
          </w:p>
        </w:tc>
        <w:tc>
          <w:tcPr>
            <w:tcW w:w="708" w:type="dxa"/>
          </w:tcPr>
          <w:p w14:paraId="4B3C80B7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6B22BB0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Чтение и анализ образцов; определение темы и основной мысли; составление плана; создание/редактирование устного или письменного высказывания.</w:t>
            </w:r>
          </w:p>
        </w:tc>
        <w:tc>
          <w:tcPr>
            <w:tcW w:w="2528" w:type="dxa"/>
          </w:tcPr>
          <w:p w14:paraId="2E6CFCF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Понимает и создаёт небольшие устные и письменные высказывания; работает с темой, основной мыслью, структурой и последовательностью текста; соблюдает нормы речевого этикета.</w:t>
            </w:r>
          </w:p>
        </w:tc>
        <w:tc>
          <w:tcPr>
            <w:tcW w:w="2379" w:type="dxa"/>
          </w:tcPr>
          <w:p w14:paraId="263257D8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коммуникативную задачу, планирует высказывание, извлекает и упорядочивает информацию; слушает собеседника и участвует в диалоге.</w:t>
            </w:r>
          </w:p>
        </w:tc>
        <w:tc>
          <w:tcPr>
            <w:tcW w:w="2748" w:type="dxa"/>
          </w:tcPr>
          <w:p w14:paraId="7460BC7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3E2A96D1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622BD519" w14:textId="77777777" w:rsidTr="00F51049">
        <w:tc>
          <w:tcPr>
            <w:tcW w:w="516" w:type="dxa"/>
          </w:tcPr>
          <w:p w14:paraId="265649E2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123</w:t>
            </w:r>
          </w:p>
        </w:tc>
        <w:tc>
          <w:tcPr>
            <w:tcW w:w="2248" w:type="dxa"/>
          </w:tcPr>
          <w:p w14:paraId="575D3B8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Глагол как часть речи</w:t>
            </w:r>
          </w:p>
        </w:tc>
        <w:tc>
          <w:tcPr>
            <w:tcW w:w="708" w:type="dxa"/>
          </w:tcPr>
          <w:p w14:paraId="2EC11DAE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419C772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Постановка вопросов к словам; распознавание и группировка частей речи; изменение слов по изученным признакам; работа с предложением и текстом.</w:t>
            </w:r>
          </w:p>
        </w:tc>
        <w:tc>
          <w:tcPr>
            <w:tcW w:w="2528" w:type="dxa"/>
          </w:tcPr>
          <w:p w14:paraId="2A94C075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Распознаёт изученные части речи по значению, вопросам и отдельным грамматическим признакам; употребляет их в устной и письменной речи.</w:t>
            </w:r>
          </w:p>
        </w:tc>
        <w:tc>
          <w:tcPr>
            <w:tcW w:w="2379" w:type="dxa"/>
          </w:tcPr>
          <w:p w14:paraId="27A80A7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Классифицирует слова по заданным основаниям, устанавливает связи, формулирует выводы; взаимодействует в парной и групповой работе.</w:t>
            </w:r>
          </w:p>
        </w:tc>
        <w:tc>
          <w:tcPr>
            <w:tcW w:w="2748" w:type="dxa"/>
          </w:tcPr>
          <w:p w14:paraId="74A564E5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081C88DA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2CF16B9B" w14:textId="77777777" w:rsidTr="00F51049">
        <w:tc>
          <w:tcPr>
            <w:tcW w:w="516" w:type="dxa"/>
          </w:tcPr>
          <w:p w14:paraId="469B11F9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124</w:t>
            </w:r>
          </w:p>
        </w:tc>
        <w:tc>
          <w:tcPr>
            <w:tcW w:w="2248" w:type="dxa"/>
          </w:tcPr>
          <w:p w14:paraId="460D5AE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Глагол: значение</w:t>
            </w:r>
          </w:p>
        </w:tc>
        <w:tc>
          <w:tcPr>
            <w:tcW w:w="708" w:type="dxa"/>
          </w:tcPr>
          <w:p w14:paraId="0964CA14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7AA90E4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Постановка вопросов к словам; распознавание и группировка частей речи; изменение слов по изученным признакам; работа с предложением и текстом.</w:t>
            </w:r>
          </w:p>
        </w:tc>
        <w:tc>
          <w:tcPr>
            <w:tcW w:w="2528" w:type="dxa"/>
          </w:tcPr>
          <w:p w14:paraId="429659D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Распознаёт изученные части речи по значению, вопросам и отдельным грамматическим признакам; употребляет их в устной и письменной речи.</w:t>
            </w:r>
          </w:p>
        </w:tc>
        <w:tc>
          <w:tcPr>
            <w:tcW w:w="2379" w:type="dxa"/>
          </w:tcPr>
          <w:p w14:paraId="1D008975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Классифицирует слова по заданным основаниям, устанавливает связи, формулирует выводы; взаимодействует в парной и групповой работе.</w:t>
            </w:r>
          </w:p>
        </w:tc>
        <w:tc>
          <w:tcPr>
            <w:tcW w:w="2748" w:type="dxa"/>
          </w:tcPr>
          <w:p w14:paraId="38A621E0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586E5615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259FF8F2" w14:textId="77777777" w:rsidTr="00F51049">
        <w:tc>
          <w:tcPr>
            <w:tcW w:w="516" w:type="dxa"/>
          </w:tcPr>
          <w:p w14:paraId="44B9ED4E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125</w:t>
            </w:r>
          </w:p>
        </w:tc>
        <w:tc>
          <w:tcPr>
            <w:tcW w:w="2248" w:type="dxa"/>
          </w:tcPr>
          <w:p w14:paraId="2BD1949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Глагол: вопросы «что делать?», «что сделать?» и другие</w:t>
            </w:r>
          </w:p>
        </w:tc>
        <w:tc>
          <w:tcPr>
            <w:tcW w:w="708" w:type="dxa"/>
          </w:tcPr>
          <w:p w14:paraId="223D403D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22D63B8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Постановка вопросов к словам; распознавание и группировка частей речи; изменение слов по изученным признакам; работа с предложением и текстом.</w:t>
            </w:r>
          </w:p>
        </w:tc>
        <w:tc>
          <w:tcPr>
            <w:tcW w:w="2528" w:type="dxa"/>
          </w:tcPr>
          <w:p w14:paraId="0FB67BF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Распознаёт изученные части речи по значению, вопросам и отдельным грамматическим признакам; употребляет их в устной и письменной речи.</w:t>
            </w:r>
          </w:p>
        </w:tc>
        <w:tc>
          <w:tcPr>
            <w:tcW w:w="2379" w:type="dxa"/>
          </w:tcPr>
          <w:p w14:paraId="66BD947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Классифицирует слова по заданным основаниям, устанавливает связи, формулирует выводы; взаимодействует в парной и групповой работе.</w:t>
            </w:r>
          </w:p>
        </w:tc>
        <w:tc>
          <w:tcPr>
            <w:tcW w:w="2748" w:type="dxa"/>
          </w:tcPr>
          <w:p w14:paraId="11F61AE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29732986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55F6FD65" w14:textId="77777777" w:rsidTr="00F51049">
        <w:tc>
          <w:tcPr>
            <w:tcW w:w="516" w:type="dxa"/>
          </w:tcPr>
          <w:p w14:paraId="051E232D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126</w:t>
            </w:r>
          </w:p>
        </w:tc>
        <w:tc>
          <w:tcPr>
            <w:tcW w:w="2248" w:type="dxa"/>
          </w:tcPr>
          <w:p w14:paraId="70381ED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Единственное и множественное число глаголов</w:t>
            </w:r>
          </w:p>
        </w:tc>
        <w:tc>
          <w:tcPr>
            <w:tcW w:w="708" w:type="dxa"/>
          </w:tcPr>
          <w:p w14:paraId="3404A987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31E85E2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Постановка вопросов к словам; распознавание и группировка частей речи; изменение слов по изученным признакам; работа с предложением и текстом.</w:t>
            </w:r>
          </w:p>
        </w:tc>
        <w:tc>
          <w:tcPr>
            <w:tcW w:w="2528" w:type="dxa"/>
          </w:tcPr>
          <w:p w14:paraId="3A7114A0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Распознаёт изученные части речи по значению, вопросам и отдельным грамматическим признакам; употребляет их в устной и письменной речи.</w:t>
            </w:r>
          </w:p>
        </w:tc>
        <w:tc>
          <w:tcPr>
            <w:tcW w:w="2379" w:type="dxa"/>
          </w:tcPr>
          <w:p w14:paraId="1F310DC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Классифицирует слова по заданным основаниям, устанавливает связи, формулирует выводы; взаимодействует в парной и групповой работе.</w:t>
            </w:r>
          </w:p>
        </w:tc>
        <w:tc>
          <w:tcPr>
            <w:tcW w:w="2748" w:type="dxa"/>
          </w:tcPr>
          <w:p w14:paraId="37EA41F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30F277AE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011FACF0" w14:textId="77777777" w:rsidTr="00F51049">
        <w:tc>
          <w:tcPr>
            <w:tcW w:w="516" w:type="dxa"/>
          </w:tcPr>
          <w:p w14:paraId="7F63FA82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127</w:t>
            </w:r>
          </w:p>
        </w:tc>
        <w:tc>
          <w:tcPr>
            <w:tcW w:w="2248" w:type="dxa"/>
          </w:tcPr>
          <w:p w14:paraId="398E3FD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Контрольная работа (контрольный диктант)</w:t>
            </w:r>
          </w:p>
        </w:tc>
        <w:tc>
          <w:tcPr>
            <w:tcW w:w="708" w:type="dxa"/>
          </w:tcPr>
          <w:p w14:paraId="2134FE31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09086FC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Самостоятельное выполнение письменной работы; применение изученных правил; самопроверка; последующий анализ и коррекция ошибок.</w:t>
            </w:r>
          </w:p>
        </w:tc>
        <w:tc>
          <w:tcPr>
            <w:tcW w:w="2528" w:type="dxa"/>
          </w:tcPr>
          <w:p w14:paraId="23B4CDD5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Применяет изученные правила и способы языкового анализа в самостоятельной письменной работе; осуществляет проверку и исправление ошибок.</w:t>
            </w:r>
          </w:p>
        </w:tc>
        <w:tc>
          <w:tcPr>
            <w:tcW w:w="2379" w:type="dxa"/>
          </w:tcPr>
          <w:p w14:paraId="6A49221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Самостоятельно планирует выполнение работы, соотносит результат с критериями, находит затруднения и выполняет коррекцию.</w:t>
            </w:r>
          </w:p>
        </w:tc>
        <w:tc>
          <w:tcPr>
            <w:tcW w:w="2748" w:type="dxa"/>
          </w:tcPr>
          <w:p w14:paraId="12AECC8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56E8A1D8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Письменный контроль</w:t>
            </w:r>
          </w:p>
        </w:tc>
      </w:tr>
      <w:tr w:rsidR="00F51049" w:rsidRPr="00F51049" w14:paraId="59DDF0F8" w14:textId="77777777" w:rsidTr="00F51049">
        <w:tc>
          <w:tcPr>
            <w:tcW w:w="516" w:type="dxa"/>
          </w:tcPr>
          <w:p w14:paraId="373A21CB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128</w:t>
            </w:r>
          </w:p>
        </w:tc>
        <w:tc>
          <w:tcPr>
            <w:tcW w:w="2248" w:type="dxa"/>
          </w:tcPr>
          <w:p w14:paraId="4C2F41D6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Обобщение знаний о глаголе</w:t>
            </w:r>
          </w:p>
        </w:tc>
        <w:tc>
          <w:tcPr>
            <w:tcW w:w="708" w:type="dxa"/>
          </w:tcPr>
          <w:p w14:paraId="4BFD92EC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59FA3BF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Постановка вопросов к словам; распознавание и группировка частей речи; изменение слов по изученным признакам; работа с предложением и текстом.</w:t>
            </w:r>
          </w:p>
        </w:tc>
        <w:tc>
          <w:tcPr>
            <w:tcW w:w="2528" w:type="dxa"/>
          </w:tcPr>
          <w:p w14:paraId="6FDADFC5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Распознаёт изученные части речи по значению, вопросам и отдельным грамматическим признакам; употребляет их в устной и письменной речи.</w:t>
            </w:r>
          </w:p>
        </w:tc>
        <w:tc>
          <w:tcPr>
            <w:tcW w:w="2379" w:type="dxa"/>
          </w:tcPr>
          <w:p w14:paraId="3AC78A7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Классифицирует слова по заданным основаниям, устанавливает связи, формулирует выводы; взаимодействует в парной и групповой работе.</w:t>
            </w:r>
          </w:p>
        </w:tc>
        <w:tc>
          <w:tcPr>
            <w:tcW w:w="2748" w:type="dxa"/>
          </w:tcPr>
          <w:p w14:paraId="1418DC6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18CCA3C7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03C02DC1" w14:textId="77777777" w:rsidTr="00F51049">
        <w:tc>
          <w:tcPr>
            <w:tcW w:w="516" w:type="dxa"/>
          </w:tcPr>
          <w:p w14:paraId="32723CED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129</w:t>
            </w:r>
          </w:p>
        </w:tc>
        <w:tc>
          <w:tcPr>
            <w:tcW w:w="2248" w:type="dxa"/>
          </w:tcPr>
          <w:p w14:paraId="639819FA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Подробное изложение повествовательного текста объёмом 30–45 слов с использованием вопросов</w:t>
            </w:r>
          </w:p>
        </w:tc>
        <w:tc>
          <w:tcPr>
            <w:tcW w:w="708" w:type="dxa"/>
          </w:tcPr>
          <w:p w14:paraId="5D296967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18BD8F9A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Чтение и анализ образцов; определение темы и основной мысли; составление плана; создание/редактирование устного или письменного высказывания.</w:t>
            </w:r>
          </w:p>
        </w:tc>
        <w:tc>
          <w:tcPr>
            <w:tcW w:w="2528" w:type="dxa"/>
          </w:tcPr>
          <w:p w14:paraId="3B3AD21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Понимает и создаёт небольшие устные и письменные высказывания; работает с темой, основной мыслью, структурой и последовательностью текста; соблюдает нормы речевого этикета.</w:t>
            </w:r>
          </w:p>
        </w:tc>
        <w:tc>
          <w:tcPr>
            <w:tcW w:w="2379" w:type="dxa"/>
          </w:tcPr>
          <w:p w14:paraId="5A9AEA0A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коммуникативную задачу, планирует высказывание, извлекает и упорядочивает информацию; слушает собеседника и участвует в диалоге.</w:t>
            </w:r>
          </w:p>
        </w:tc>
        <w:tc>
          <w:tcPr>
            <w:tcW w:w="2748" w:type="dxa"/>
          </w:tcPr>
          <w:p w14:paraId="04115D20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292E3FC9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Письменная работа</w:t>
            </w:r>
          </w:p>
        </w:tc>
      </w:tr>
      <w:tr w:rsidR="00F51049" w:rsidRPr="00F51049" w14:paraId="6F928326" w14:textId="77777777" w:rsidTr="00F51049">
        <w:tc>
          <w:tcPr>
            <w:tcW w:w="516" w:type="dxa"/>
          </w:tcPr>
          <w:p w14:paraId="7EA7FFB4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130</w:t>
            </w:r>
          </w:p>
        </w:tc>
        <w:tc>
          <w:tcPr>
            <w:tcW w:w="2248" w:type="dxa"/>
          </w:tcPr>
          <w:p w14:paraId="0E099E3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Имя прилагательное как часть речи</w:t>
            </w:r>
          </w:p>
        </w:tc>
        <w:tc>
          <w:tcPr>
            <w:tcW w:w="708" w:type="dxa"/>
          </w:tcPr>
          <w:p w14:paraId="2208821F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3B74B1A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Постановка вопросов к словам; распознавание и группировка частей речи; изменение слов по изученным признакам; работа с предложением и текстом.</w:t>
            </w:r>
          </w:p>
        </w:tc>
        <w:tc>
          <w:tcPr>
            <w:tcW w:w="2528" w:type="dxa"/>
          </w:tcPr>
          <w:p w14:paraId="06D158E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Распознаёт изученные части речи по значению, вопросам и отдельным грамматическим признакам; употребляет их в устной и письменной речи.</w:t>
            </w:r>
          </w:p>
        </w:tc>
        <w:tc>
          <w:tcPr>
            <w:tcW w:w="2379" w:type="dxa"/>
          </w:tcPr>
          <w:p w14:paraId="284D211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Классифицирует слова по заданным основаниям, устанавливает связи, формулирует выводы; взаимодействует в парной и групповой работе.</w:t>
            </w:r>
          </w:p>
        </w:tc>
        <w:tc>
          <w:tcPr>
            <w:tcW w:w="2748" w:type="dxa"/>
          </w:tcPr>
          <w:p w14:paraId="31FC250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31259965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74241637" w14:textId="77777777" w:rsidTr="00F51049">
        <w:tc>
          <w:tcPr>
            <w:tcW w:w="516" w:type="dxa"/>
          </w:tcPr>
          <w:p w14:paraId="62BE3FCA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131</w:t>
            </w:r>
          </w:p>
        </w:tc>
        <w:tc>
          <w:tcPr>
            <w:tcW w:w="2248" w:type="dxa"/>
          </w:tcPr>
          <w:p w14:paraId="37A2134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Имя прилагательное: значение</w:t>
            </w:r>
          </w:p>
        </w:tc>
        <w:tc>
          <w:tcPr>
            <w:tcW w:w="708" w:type="dxa"/>
          </w:tcPr>
          <w:p w14:paraId="5FCB78E4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1BE9AFB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Постановка вопросов к словам; распознавание и группировка частей речи; изменение слов по изученным признакам; работа с предложением и текстом.</w:t>
            </w:r>
          </w:p>
        </w:tc>
        <w:tc>
          <w:tcPr>
            <w:tcW w:w="2528" w:type="dxa"/>
          </w:tcPr>
          <w:p w14:paraId="6F063CF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Распознаёт изученные части речи по значению, вопросам и отдельным грамматическим признакам; употребляет их в устной и письменной речи.</w:t>
            </w:r>
          </w:p>
        </w:tc>
        <w:tc>
          <w:tcPr>
            <w:tcW w:w="2379" w:type="dxa"/>
          </w:tcPr>
          <w:p w14:paraId="5D5CDE5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Классифицирует слова по заданным основаниям, устанавливает связи, формулирует выводы; взаимодействует в парной и групповой работе.</w:t>
            </w:r>
          </w:p>
        </w:tc>
        <w:tc>
          <w:tcPr>
            <w:tcW w:w="2748" w:type="dxa"/>
          </w:tcPr>
          <w:p w14:paraId="4ECB768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6E8E92E5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75E3AB8B" w14:textId="77777777" w:rsidTr="00F51049">
        <w:tc>
          <w:tcPr>
            <w:tcW w:w="516" w:type="dxa"/>
          </w:tcPr>
          <w:p w14:paraId="2775215C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132</w:t>
            </w:r>
          </w:p>
        </w:tc>
        <w:tc>
          <w:tcPr>
            <w:tcW w:w="2248" w:type="dxa"/>
          </w:tcPr>
          <w:p w14:paraId="538D971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Связь имени прилагательного с именем существительным</w:t>
            </w:r>
          </w:p>
        </w:tc>
        <w:tc>
          <w:tcPr>
            <w:tcW w:w="708" w:type="dxa"/>
          </w:tcPr>
          <w:p w14:paraId="79EB4BC9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52C761D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Постановка вопросов к словам; распознавание и группировка частей речи; изменение слов по изученным признакам; работа с предложением и текстом.</w:t>
            </w:r>
          </w:p>
        </w:tc>
        <w:tc>
          <w:tcPr>
            <w:tcW w:w="2528" w:type="dxa"/>
          </w:tcPr>
          <w:p w14:paraId="46007C3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Распознаёт изученные части речи по значению, вопросам и отдельным грамматическим признакам; употребляет их в устной и письменной речи.</w:t>
            </w:r>
          </w:p>
        </w:tc>
        <w:tc>
          <w:tcPr>
            <w:tcW w:w="2379" w:type="dxa"/>
          </w:tcPr>
          <w:p w14:paraId="1BAB574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Классифицирует слова по заданным основаниям, устанавливает связи, формулирует выводы; взаимодействует в парной и групповой работе.</w:t>
            </w:r>
          </w:p>
        </w:tc>
        <w:tc>
          <w:tcPr>
            <w:tcW w:w="2748" w:type="dxa"/>
          </w:tcPr>
          <w:p w14:paraId="173F0E5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6915DC25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09EBD13F" w14:textId="77777777" w:rsidTr="00F51049">
        <w:tc>
          <w:tcPr>
            <w:tcW w:w="516" w:type="dxa"/>
          </w:tcPr>
          <w:p w14:paraId="3A38E191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133</w:t>
            </w:r>
          </w:p>
        </w:tc>
        <w:tc>
          <w:tcPr>
            <w:tcW w:w="2248" w:type="dxa"/>
          </w:tcPr>
          <w:p w14:paraId="33324B12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Обобщение знаний об имени прилагательном</w:t>
            </w:r>
          </w:p>
        </w:tc>
        <w:tc>
          <w:tcPr>
            <w:tcW w:w="708" w:type="dxa"/>
          </w:tcPr>
          <w:p w14:paraId="2B76D1C0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08596EEC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Постановка вопросов к словам; распознавание и группировка частей речи; изменение слов по изученным признакам; работа с предложением и текстом.</w:t>
            </w:r>
          </w:p>
        </w:tc>
        <w:tc>
          <w:tcPr>
            <w:tcW w:w="2528" w:type="dxa"/>
          </w:tcPr>
          <w:p w14:paraId="6A0101B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Распознаёт изученные части речи по значению, вопросам и отдельным грамматическим признакам; употребляет их в устной и письменной речи.</w:t>
            </w:r>
          </w:p>
        </w:tc>
        <w:tc>
          <w:tcPr>
            <w:tcW w:w="2379" w:type="dxa"/>
          </w:tcPr>
          <w:p w14:paraId="43AC9DB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Классифицирует слова по заданным основаниям, устанавливает связи, формулирует выводы; взаимодействует в парной и групповой работе.</w:t>
            </w:r>
          </w:p>
        </w:tc>
        <w:tc>
          <w:tcPr>
            <w:tcW w:w="2748" w:type="dxa"/>
          </w:tcPr>
          <w:p w14:paraId="502BE24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3E93B0DA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5DB4EE01" w14:textId="77777777" w:rsidTr="00F51049">
        <w:tc>
          <w:tcPr>
            <w:tcW w:w="516" w:type="dxa"/>
          </w:tcPr>
          <w:p w14:paraId="36C71F73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134</w:t>
            </w:r>
          </w:p>
        </w:tc>
        <w:tc>
          <w:tcPr>
            <w:tcW w:w="2248" w:type="dxa"/>
          </w:tcPr>
          <w:p w14:paraId="100E5626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Предлог. Отличие предлогов от приставок</w:t>
            </w:r>
          </w:p>
        </w:tc>
        <w:tc>
          <w:tcPr>
            <w:tcW w:w="708" w:type="dxa"/>
          </w:tcPr>
          <w:p w14:paraId="110B9B57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0553208A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Постановка вопросов к словам; распознавание и группировка частей речи; изменение слов по изученным признакам; работа с предложением и текстом.</w:t>
            </w:r>
          </w:p>
        </w:tc>
        <w:tc>
          <w:tcPr>
            <w:tcW w:w="2528" w:type="dxa"/>
          </w:tcPr>
          <w:p w14:paraId="61140FF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Распознаёт изученные части речи по значению, вопросам и отдельным грамматическим признакам; употребляет их в устной и письменной речи.</w:t>
            </w:r>
          </w:p>
        </w:tc>
        <w:tc>
          <w:tcPr>
            <w:tcW w:w="2379" w:type="dxa"/>
          </w:tcPr>
          <w:p w14:paraId="59B67683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Классифицирует слова по заданным основаниям, устанавливает связи, формулирует выводы; взаимодействует в парной и групповой работе.</w:t>
            </w:r>
          </w:p>
        </w:tc>
        <w:tc>
          <w:tcPr>
            <w:tcW w:w="2748" w:type="dxa"/>
          </w:tcPr>
          <w:p w14:paraId="47ED675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79A34A93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5E5297D9" w14:textId="77777777" w:rsidTr="00F51049">
        <w:tc>
          <w:tcPr>
            <w:tcW w:w="516" w:type="dxa"/>
          </w:tcPr>
          <w:p w14:paraId="011B8E7C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135</w:t>
            </w:r>
          </w:p>
        </w:tc>
        <w:tc>
          <w:tcPr>
            <w:tcW w:w="2248" w:type="dxa"/>
          </w:tcPr>
          <w:p w14:paraId="1935D0AA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08" w:type="dxa"/>
          </w:tcPr>
          <w:p w14:paraId="4092C447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5980B7D0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Постановка вопросов к словам; распознавание и группировка частей речи; изменение слов по изученным признакам; работа с предложением и текстом.</w:t>
            </w:r>
          </w:p>
        </w:tc>
        <w:tc>
          <w:tcPr>
            <w:tcW w:w="2528" w:type="dxa"/>
          </w:tcPr>
          <w:p w14:paraId="3A188AD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Распознаёт изученные части речи по значению, вопросам и отдельным грамматическим признакам; употребляет их в устной и письменной речи.</w:t>
            </w:r>
          </w:p>
        </w:tc>
        <w:tc>
          <w:tcPr>
            <w:tcW w:w="2379" w:type="dxa"/>
          </w:tcPr>
          <w:p w14:paraId="5A924F1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Классифицирует слова по заданным основаниям, устанавливает связи, формулирует выводы; взаимодействует в парной и групповой работе.</w:t>
            </w:r>
          </w:p>
        </w:tc>
        <w:tc>
          <w:tcPr>
            <w:tcW w:w="2748" w:type="dxa"/>
          </w:tcPr>
          <w:p w14:paraId="39F1E78C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104CC1CD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7F9C4C8E" w14:textId="77777777" w:rsidTr="00F51049">
        <w:tc>
          <w:tcPr>
            <w:tcW w:w="516" w:type="dxa"/>
          </w:tcPr>
          <w:p w14:paraId="2198430A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136</w:t>
            </w:r>
          </w:p>
        </w:tc>
        <w:tc>
          <w:tcPr>
            <w:tcW w:w="2248" w:type="dxa"/>
          </w:tcPr>
          <w:p w14:paraId="69509CF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Раздельное написание предлогов с именами существительными</w:t>
            </w:r>
          </w:p>
        </w:tc>
        <w:tc>
          <w:tcPr>
            <w:tcW w:w="708" w:type="dxa"/>
          </w:tcPr>
          <w:p w14:paraId="54A38541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203BE54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Постановка вопросов к словам; распознавание и группировка частей речи; изменение слов по изученным признакам; работа с предложением и текстом.</w:t>
            </w:r>
          </w:p>
        </w:tc>
        <w:tc>
          <w:tcPr>
            <w:tcW w:w="2528" w:type="dxa"/>
          </w:tcPr>
          <w:p w14:paraId="34D8C13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Распознаёт изученные части речи по значению, вопросам и отдельным грамматическим признакам; употребляет их в устной и письменной речи.</w:t>
            </w:r>
          </w:p>
        </w:tc>
        <w:tc>
          <w:tcPr>
            <w:tcW w:w="2379" w:type="dxa"/>
          </w:tcPr>
          <w:p w14:paraId="7A7A548A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Классифицирует слова по заданным основаниям, устанавливает связи, формулирует выводы; взаимодействует в парной и групповой работе.</w:t>
            </w:r>
          </w:p>
        </w:tc>
        <w:tc>
          <w:tcPr>
            <w:tcW w:w="2748" w:type="dxa"/>
          </w:tcPr>
          <w:p w14:paraId="420A3D5A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1DE06C0E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604044A7" w14:textId="77777777" w:rsidTr="00F51049">
        <w:tc>
          <w:tcPr>
            <w:tcW w:w="516" w:type="dxa"/>
          </w:tcPr>
          <w:p w14:paraId="2A31D09C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137</w:t>
            </w:r>
          </w:p>
        </w:tc>
        <w:tc>
          <w:tcPr>
            <w:tcW w:w="2248" w:type="dxa"/>
          </w:tcPr>
          <w:p w14:paraId="541CAF3C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08" w:type="dxa"/>
          </w:tcPr>
          <w:p w14:paraId="6B7B8455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7C90B486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Постановка вопросов к словам; распознавание и группировка частей речи; изменение слов по изученным признакам; работа с предложением и текстом.</w:t>
            </w:r>
          </w:p>
        </w:tc>
        <w:tc>
          <w:tcPr>
            <w:tcW w:w="2528" w:type="dxa"/>
          </w:tcPr>
          <w:p w14:paraId="566A7E6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Распознаёт изученные части речи по значению, вопросам и отдельным грамматическим признакам; употребляет их в устной и письменной речи.</w:t>
            </w:r>
          </w:p>
        </w:tc>
        <w:tc>
          <w:tcPr>
            <w:tcW w:w="2379" w:type="dxa"/>
          </w:tcPr>
          <w:p w14:paraId="4E80FE4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Классифицирует слова по заданным основаниям, устанавливает связи, формулирует выводы; взаимодействует в парной и групповой работе.</w:t>
            </w:r>
          </w:p>
        </w:tc>
        <w:tc>
          <w:tcPr>
            <w:tcW w:w="2748" w:type="dxa"/>
          </w:tcPr>
          <w:p w14:paraId="45A7CC1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514DC0E9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5A3C2E30" w14:textId="77777777" w:rsidTr="00F51049">
        <w:tc>
          <w:tcPr>
            <w:tcW w:w="516" w:type="dxa"/>
          </w:tcPr>
          <w:p w14:paraId="1C969269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138</w:t>
            </w:r>
          </w:p>
        </w:tc>
        <w:tc>
          <w:tcPr>
            <w:tcW w:w="2248" w:type="dxa"/>
          </w:tcPr>
          <w:p w14:paraId="577B9485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Части речи: систематизация знаний</w:t>
            </w:r>
          </w:p>
        </w:tc>
        <w:tc>
          <w:tcPr>
            <w:tcW w:w="708" w:type="dxa"/>
          </w:tcPr>
          <w:p w14:paraId="3AFD8C02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2BF0EC7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Постановка вопросов к словам; распознавание и группировка частей речи; изменение слов по изученным признакам; работа с предложением и текстом.</w:t>
            </w:r>
          </w:p>
        </w:tc>
        <w:tc>
          <w:tcPr>
            <w:tcW w:w="2528" w:type="dxa"/>
          </w:tcPr>
          <w:p w14:paraId="54AC4C7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Распознаёт изученные части речи по значению, вопросам и отдельным грамматическим признакам; употребляет их в устной и письменной речи.</w:t>
            </w:r>
          </w:p>
        </w:tc>
        <w:tc>
          <w:tcPr>
            <w:tcW w:w="2379" w:type="dxa"/>
          </w:tcPr>
          <w:p w14:paraId="70FF97F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Классифицирует слова по заданным основаниям, устанавливает связи, формулирует выводы; взаимодействует в парной и групповой работе.</w:t>
            </w:r>
          </w:p>
        </w:tc>
        <w:tc>
          <w:tcPr>
            <w:tcW w:w="2748" w:type="dxa"/>
          </w:tcPr>
          <w:p w14:paraId="1876249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0767904D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681455B7" w14:textId="77777777" w:rsidTr="00F51049">
        <w:tc>
          <w:tcPr>
            <w:tcW w:w="516" w:type="dxa"/>
          </w:tcPr>
          <w:p w14:paraId="51C4C2A0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139</w:t>
            </w:r>
          </w:p>
        </w:tc>
        <w:tc>
          <w:tcPr>
            <w:tcW w:w="2248" w:type="dxa"/>
          </w:tcPr>
          <w:p w14:paraId="046B502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Части речи: обобщение</w:t>
            </w:r>
          </w:p>
        </w:tc>
        <w:tc>
          <w:tcPr>
            <w:tcW w:w="708" w:type="dxa"/>
          </w:tcPr>
          <w:p w14:paraId="23EE2AA7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02E71DA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Постановка вопросов к словам; распознавание и группировка частей речи; изменение слов по изученным признакам; работа с предложением и текстом.</w:t>
            </w:r>
          </w:p>
        </w:tc>
        <w:tc>
          <w:tcPr>
            <w:tcW w:w="2528" w:type="dxa"/>
          </w:tcPr>
          <w:p w14:paraId="7768CF4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Распознаёт изученные части речи по значению, вопросам и отдельным грамматическим признакам; употребляет их в устной и письменной речи.</w:t>
            </w:r>
          </w:p>
        </w:tc>
        <w:tc>
          <w:tcPr>
            <w:tcW w:w="2379" w:type="dxa"/>
          </w:tcPr>
          <w:p w14:paraId="0AE5BC0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Классифицирует слова по заданным основаниям, устанавливает связи, формулирует выводы; взаимодействует в парной и групповой работе.</w:t>
            </w:r>
          </w:p>
        </w:tc>
        <w:tc>
          <w:tcPr>
            <w:tcW w:w="2748" w:type="dxa"/>
          </w:tcPr>
          <w:p w14:paraId="2A6C320A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13C87204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695B3C48" w14:textId="77777777" w:rsidTr="00F51049">
        <w:tc>
          <w:tcPr>
            <w:tcW w:w="516" w:type="dxa"/>
          </w:tcPr>
          <w:p w14:paraId="6F294E94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140</w:t>
            </w:r>
          </w:p>
        </w:tc>
        <w:tc>
          <w:tcPr>
            <w:tcW w:w="2248" w:type="dxa"/>
          </w:tcPr>
          <w:p w14:paraId="1EB882B2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08" w:type="dxa"/>
          </w:tcPr>
          <w:p w14:paraId="277AB51E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2982FA32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Орфографическое наблюдение; применение алгоритма правила; подбор проверочных слов; письмо с комментированием; самопроверка и коррекция.</w:t>
            </w:r>
          </w:p>
        </w:tc>
        <w:tc>
          <w:tcPr>
            <w:tcW w:w="2528" w:type="dxa"/>
          </w:tcPr>
          <w:p w14:paraId="20C50FC8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Находит изученные орфограммы, выбирает способ проверки и применяет соответствующее правило; проверяет и корректирует написанное.</w:t>
            </w:r>
          </w:p>
        </w:tc>
        <w:tc>
          <w:tcPr>
            <w:tcW w:w="2379" w:type="dxa"/>
          </w:tcPr>
          <w:p w14:paraId="42FB274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Выбирает алгоритм решения орфографической задачи, применяет правило, осуществляет самоконтроль и самооценку.</w:t>
            </w:r>
          </w:p>
        </w:tc>
        <w:tc>
          <w:tcPr>
            <w:tcW w:w="2748" w:type="dxa"/>
          </w:tcPr>
          <w:p w14:paraId="381F7EE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2B552EA7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579C39D0" w14:textId="77777777" w:rsidTr="00F51049">
        <w:tc>
          <w:tcPr>
            <w:tcW w:w="516" w:type="dxa"/>
          </w:tcPr>
          <w:p w14:paraId="6C248366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141</w:t>
            </w:r>
          </w:p>
        </w:tc>
        <w:tc>
          <w:tcPr>
            <w:tcW w:w="2248" w:type="dxa"/>
          </w:tcPr>
          <w:p w14:paraId="4FD1D9D0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Резервный урок по разделу «Морфология»: части речи</w:t>
            </w:r>
          </w:p>
        </w:tc>
        <w:tc>
          <w:tcPr>
            <w:tcW w:w="708" w:type="dxa"/>
          </w:tcPr>
          <w:p w14:paraId="409DE0D8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03C7A7F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Постановка вопросов к словам; распознавание и группировка частей речи; изменение слов по изученным признакам; работа с предложением и текстом.</w:t>
            </w:r>
          </w:p>
        </w:tc>
        <w:tc>
          <w:tcPr>
            <w:tcW w:w="2528" w:type="dxa"/>
          </w:tcPr>
          <w:p w14:paraId="1D83A558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Распознаёт изученные части речи по значению, вопросам и отдельным грамматическим признакам; употребляет их в устной и письменной речи.</w:t>
            </w:r>
          </w:p>
        </w:tc>
        <w:tc>
          <w:tcPr>
            <w:tcW w:w="2379" w:type="dxa"/>
          </w:tcPr>
          <w:p w14:paraId="5E6AE90C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Классифицирует слова по заданным основаниям, устанавливает связи, формулирует выводы; взаимодействует в парной и групповой работе.</w:t>
            </w:r>
          </w:p>
        </w:tc>
        <w:tc>
          <w:tcPr>
            <w:tcW w:w="2748" w:type="dxa"/>
          </w:tcPr>
          <w:p w14:paraId="467B6785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073F4451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2F015702" w14:textId="77777777" w:rsidTr="00F51049">
        <w:tc>
          <w:tcPr>
            <w:tcW w:w="516" w:type="dxa"/>
          </w:tcPr>
          <w:p w14:paraId="1F62D1DB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142</w:t>
            </w:r>
          </w:p>
        </w:tc>
        <w:tc>
          <w:tcPr>
            <w:tcW w:w="2248" w:type="dxa"/>
          </w:tcPr>
          <w:p w14:paraId="2D198A9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Резервный урок по разделу «Морфология»: изменение по числам имён существительных</w:t>
            </w:r>
          </w:p>
        </w:tc>
        <w:tc>
          <w:tcPr>
            <w:tcW w:w="708" w:type="dxa"/>
          </w:tcPr>
          <w:p w14:paraId="47E76A86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13EE6715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Постановка вопросов к словам; распознавание и группировка частей речи; изменение слов по изученным признакам; работа с предложением и текстом.</w:t>
            </w:r>
          </w:p>
        </w:tc>
        <w:tc>
          <w:tcPr>
            <w:tcW w:w="2528" w:type="dxa"/>
          </w:tcPr>
          <w:p w14:paraId="3BF5404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Распознаёт изученные части речи по значению, вопросам и отдельным грамматическим признакам; употребляет их в устной и письменной речи.</w:t>
            </w:r>
          </w:p>
        </w:tc>
        <w:tc>
          <w:tcPr>
            <w:tcW w:w="2379" w:type="dxa"/>
          </w:tcPr>
          <w:p w14:paraId="4AAFF813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Классифицирует слова по заданным основаниям, устанавливает связи, формулирует выводы; взаимодействует в парной и групповой работе.</w:t>
            </w:r>
          </w:p>
        </w:tc>
        <w:tc>
          <w:tcPr>
            <w:tcW w:w="2748" w:type="dxa"/>
          </w:tcPr>
          <w:p w14:paraId="5BCCDCA6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5D39ADC9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7C1AAA30" w14:textId="77777777" w:rsidTr="00F51049">
        <w:tc>
          <w:tcPr>
            <w:tcW w:w="516" w:type="dxa"/>
          </w:tcPr>
          <w:p w14:paraId="6173A58A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143</w:t>
            </w:r>
          </w:p>
        </w:tc>
        <w:tc>
          <w:tcPr>
            <w:tcW w:w="2248" w:type="dxa"/>
          </w:tcPr>
          <w:p w14:paraId="2CA299B8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Резервный урок по разделу «Морфология»: роль имён существительных в тексте</w:t>
            </w:r>
          </w:p>
        </w:tc>
        <w:tc>
          <w:tcPr>
            <w:tcW w:w="708" w:type="dxa"/>
          </w:tcPr>
          <w:p w14:paraId="74EFE19C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31AF1F9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Чтение и анализ образцов; определение темы и основной мысли; составление плана; создание/редактирование устного или письменного высказывания.</w:t>
            </w:r>
          </w:p>
        </w:tc>
        <w:tc>
          <w:tcPr>
            <w:tcW w:w="2528" w:type="dxa"/>
          </w:tcPr>
          <w:p w14:paraId="265C093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Понимает и создаёт небольшие устные и письменные высказывания; работает с темой, основной мыслью, структурой и последовательностью текста; соблюдает нормы речевого этикета.</w:t>
            </w:r>
          </w:p>
        </w:tc>
        <w:tc>
          <w:tcPr>
            <w:tcW w:w="2379" w:type="dxa"/>
          </w:tcPr>
          <w:p w14:paraId="33DAA4FA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коммуникативную задачу, планирует высказывание, извлекает и упорядочивает информацию; слушает собеседника и участвует в диалоге.</w:t>
            </w:r>
          </w:p>
        </w:tc>
        <w:tc>
          <w:tcPr>
            <w:tcW w:w="2748" w:type="dxa"/>
          </w:tcPr>
          <w:p w14:paraId="65F7D96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705CCC76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6D25664D" w14:textId="77777777" w:rsidTr="00F51049">
        <w:tc>
          <w:tcPr>
            <w:tcW w:w="516" w:type="dxa"/>
          </w:tcPr>
          <w:p w14:paraId="25FFF78A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144</w:t>
            </w:r>
          </w:p>
        </w:tc>
        <w:tc>
          <w:tcPr>
            <w:tcW w:w="2248" w:type="dxa"/>
          </w:tcPr>
          <w:p w14:paraId="67C8259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Резервный урок по разделу «Морфология»: роль глаголов в тексте</w:t>
            </w:r>
          </w:p>
        </w:tc>
        <w:tc>
          <w:tcPr>
            <w:tcW w:w="708" w:type="dxa"/>
          </w:tcPr>
          <w:p w14:paraId="04574ED4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2477D23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Чтение и анализ образцов; определение темы и основной мысли; составление плана; создание/редактирование устного или письменного высказывания.</w:t>
            </w:r>
          </w:p>
        </w:tc>
        <w:tc>
          <w:tcPr>
            <w:tcW w:w="2528" w:type="dxa"/>
          </w:tcPr>
          <w:p w14:paraId="23C942F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Понимает и создаёт небольшие устные и письменные высказывания; работает с темой, основной мыслью, структурой и последовательностью текста; соблюдает нормы речевого этикета.</w:t>
            </w:r>
          </w:p>
        </w:tc>
        <w:tc>
          <w:tcPr>
            <w:tcW w:w="2379" w:type="dxa"/>
          </w:tcPr>
          <w:p w14:paraId="7B1B6255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коммуникативную задачу, планирует высказывание, извлекает и упорядочивает информацию; слушает собеседника и участвует в диалоге.</w:t>
            </w:r>
          </w:p>
        </w:tc>
        <w:tc>
          <w:tcPr>
            <w:tcW w:w="2748" w:type="dxa"/>
          </w:tcPr>
          <w:p w14:paraId="64985E33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4462A62A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2738E431" w14:textId="77777777" w:rsidTr="00F51049">
        <w:tc>
          <w:tcPr>
            <w:tcW w:w="516" w:type="dxa"/>
          </w:tcPr>
          <w:p w14:paraId="4ED2824C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145</w:t>
            </w:r>
          </w:p>
        </w:tc>
        <w:tc>
          <w:tcPr>
            <w:tcW w:w="2248" w:type="dxa"/>
          </w:tcPr>
          <w:p w14:paraId="7CDD6DD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Резервный урок по разделу «Морфология»: роль имён прилагательных в тексте</w:t>
            </w:r>
          </w:p>
        </w:tc>
        <w:tc>
          <w:tcPr>
            <w:tcW w:w="708" w:type="dxa"/>
          </w:tcPr>
          <w:p w14:paraId="55CC5900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1B7F4B50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Чтение и анализ образцов; определение темы и основной мысли; составление плана; создание/редактирование устного или письменного высказывания.</w:t>
            </w:r>
          </w:p>
        </w:tc>
        <w:tc>
          <w:tcPr>
            <w:tcW w:w="2528" w:type="dxa"/>
          </w:tcPr>
          <w:p w14:paraId="7D790EA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Понимает и создаёт небольшие устные и письменные высказывания; работает с темой, основной мыслью, структурой и последовательностью текста; соблюдает нормы речевого этикета.</w:t>
            </w:r>
          </w:p>
        </w:tc>
        <w:tc>
          <w:tcPr>
            <w:tcW w:w="2379" w:type="dxa"/>
          </w:tcPr>
          <w:p w14:paraId="28333D23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коммуникативную задачу, планирует высказывание, извлекает и упорядочивает информацию; слушает собеседника и участвует в диалоге.</w:t>
            </w:r>
          </w:p>
        </w:tc>
        <w:tc>
          <w:tcPr>
            <w:tcW w:w="2748" w:type="dxa"/>
          </w:tcPr>
          <w:p w14:paraId="50BD2AE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04249D51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0BBD3983" w14:textId="77777777" w:rsidTr="00F51049">
        <w:tc>
          <w:tcPr>
            <w:tcW w:w="516" w:type="dxa"/>
          </w:tcPr>
          <w:p w14:paraId="4C96FFB8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146</w:t>
            </w:r>
          </w:p>
        </w:tc>
        <w:tc>
          <w:tcPr>
            <w:tcW w:w="2248" w:type="dxa"/>
          </w:tcPr>
          <w:p w14:paraId="57DD207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Резервный урок по разделу «Морфология»: проектное задание</w:t>
            </w:r>
          </w:p>
        </w:tc>
        <w:tc>
          <w:tcPr>
            <w:tcW w:w="708" w:type="dxa"/>
          </w:tcPr>
          <w:p w14:paraId="59336147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2327B7C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Учебный диалог; наблюдение и анализ языковых фактов; формулирование выводов; работа индивидуально и в паре.</w:t>
            </w:r>
          </w:p>
        </w:tc>
        <w:tc>
          <w:tcPr>
            <w:tcW w:w="2528" w:type="dxa"/>
          </w:tcPr>
          <w:p w14:paraId="45C26F70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Объясняет значение русского языка как средства общения и явления культуры; использует изученные языковые понятия при решении учебных задач.</w:t>
            </w:r>
          </w:p>
        </w:tc>
        <w:tc>
          <w:tcPr>
            <w:tcW w:w="2379" w:type="dxa"/>
          </w:tcPr>
          <w:p w14:paraId="4F39F83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Наблюдает, анализирует, сравнивает языковые факты; формулирует выводы; принимает цель совместной и индивидуальной работы.</w:t>
            </w:r>
          </w:p>
        </w:tc>
        <w:tc>
          <w:tcPr>
            <w:tcW w:w="2748" w:type="dxa"/>
          </w:tcPr>
          <w:p w14:paraId="7DF4890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293AE2EF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Проектная работа</w:t>
            </w:r>
          </w:p>
        </w:tc>
      </w:tr>
      <w:tr w:rsidR="00F51049" w:rsidRPr="00F51049" w14:paraId="271AC375" w14:textId="77777777" w:rsidTr="00F51049">
        <w:tc>
          <w:tcPr>
            <w:tcW w:w="516" w:type="dxa"/>
          </w:tcPr>
          <w:p w14:paraId="75540830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147</w:t>
            </w:r>
          </w:p>
        </w:tc>
        <w:tc>
          <w:tcPr>
            <w:tcW w:w="2248" w:type="dxa"/>
          </w:tcPr>
          <w:p w14:paraId="33CB2315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Резервный урок по разделу «Морфология»: проектное задание</w:t>
            </w:r>
          </w:p>
        </w:tc>
        <w:tc>
          <w:tcPr>
            <w:tcW w:w="708" w:type="dxa"/>
          </w:tcPr>
          <w:p w14:paraId="130DAA08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0E40C0B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Учебный диалог; наблюдение и анализ языковых фактов; формулирование выводов; работа индивидуально и в паре.</w:t>
            </w:r>
          </w:p>
        </w:tc>
        <w:tc>
          <w:tcPr>
            <w:tcW w:w="2528" w:type="dxa"/>
          </w:tcPr>
          <w:p w14:paraId="652EBF3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Объясняет значение русского языка как средства общения и явления культуры; использует изученные языковые понятия при решении учебных задач.</w:t>
            </w:r>
          </w:p>
        </w:tc>
        <w:tc>
          <w:tcPr>
            <w:tcW w:w="2379" w:type="dxa"/>
          </w:tcPr>
          <w:p w14:paraId="4D6B8A4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Наблюдает, анализирует, сравнивает языковые факты; формулирует выводы; принимает цель совместной и индивидуальной работы.</w:t>
            </w:r>
          </w:p>
        </w:tc>
        <w:tc>
          <w:tcPr>
            <w:tcW w:w="2748" w:type="dxa"/>
          </w:tcPr>
          <w:p w14:paraId="31A4E76A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1E4E9FA2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Проектная работа</w:t>
            </w:r>
          </w:p>
        </w:tc>
      </w:tr>
      <w:tr w:rsidR="00F51049" w:rsidRPr="00F51049" w14:paraId="51625311" w14:textId="77777777" w:rsidTr="00F51049">
        <w:tc>
          <w:tcPr>
            <w:tcW w:w="516" w:type="dxa"/>
          </w:tcPr>
          <w:p w14:paraId="48C9166D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148</w:t>
            </w:r>
          </w:p>
        </w:tc>
        <w:tc>
          <w:tcPr>
            <w:tcW w:w="2248" w:type="dxa"/>
          </w:tcPr>
          <w:p w14:paraId="656E32E8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08" w:type="dxa"/>
          </w:tcPr>
          <w:p w14:paraId="4FA3C9EB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59861BD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Орфографическое наблюдение; применение алгоритма правила; подбор проверочных слов; письмо с комментированием; самопроверка и коррекция.</w:t>
            </w:r>
          </w:p>
        </w:tc>
        <w:tc>
          <w:tcPr>
            <w:tcW w:w="2528" w:type="dxa"/>
          </w:tcPr>
          <w:p w14:paraId="08E67D98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Находит изученные орфограммы, выбирает способ проверки и применяет соответствующее правило; проверяет и корректирует написанное.</w:t>
            </w:r>
          </w:p>
        </w:tc>
        <w:tc>
          <w:tcPr>
            <w:tcW w:w="2379" w:type="dxa"/>
          </w:tcPr>
          <w:p w14:paraId="0D6CE113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Выбирает алгоритм решения орфографической задачи, применяет правило, осуществляет самоконтроль и самооценку.</w:t>
            </w:r>
          </w:p>
        </w:tc>
        <w:tc>
          <w:tcPr>
            <w:tcW w:w="2748" w:type="dxa"/>
          </w:tcPr>
          <w:p w14:paraId="250359D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0C9B4376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7F49C2F9" w14:textId="77777777" w:rsidTr="00F51049">
        <w:tc>
          <w:tcPr>
            <w:tcW w:w="516" w:type="dxa"/>
          </w:tcPr>
          <w:p w14:paraId="44199F4C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149</w:t>
            </w:r>
          </w:p>
        </w:tc>
        <w:tc>
          <w:tcPr>
            <w:tcW w:w="2248" w:type="dxa"/>
          </w:tcPr>
          <w:p w14:paraId="26010492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Текст-описание</w:t>
            </w:r>
          </w:p>
        </w:tc>
        <w:tc>
          <w:tcPr>
            <w:tcW w:w="708" w:type="dxa"/>
          </w:tcPr>
          <w:p w14:paraId="10192657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2FE08E28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Чтение и анализ образцов; определение темы и основной мысли; составление плана; создание/редактирование устного или письменного высказывания.</w:t>
            </w:r>
          </w:p>
        </w:tc>
        <w:tc>
          <w:tcPr>
            <w:tcW w:w="2528" w:type="dxa"/>
          </w:tcPr>
          <w:p w14:paraId="54BA50F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Понимает и создаёт небольшие устные и письменные высказывания; работает с темой, основной мыслью, структурой и последовательностью текста; соблюдает нормы речевого этикета.</w:t>
            </w:r>
          </w:p>
        </w:tc>
        <w:tc>
          <w:tcPr>
            <w:tcW w:w="2379" w:type="dxa"/>
          </w:tcPr>
          <w:p w14:paraId="0AC236E2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коммуникативную задачу, планирует высказывание, извлекает и упорядочивает информацию; слушает собеседника и участвует в диалоге.</w:t>
            </w:r>
          </w:p>
        </w:tc>
        <w:tc>
          <w:tcPr>
            <w:tcW w:w="2748" w:type="dxa"/>
          </w:tcPr>
          <w:p w14:paraId="57C03353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037DCBFA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30646604" w14:textId="77777777" w:rsidTr="00F51049">
        <w:tc>
          <w:tcPr>
            <w:tcW w:w="516" w:type="dxa"/>
          </w:tcPr>
          <w:p w14:paraId="4BC9C26B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150</w:t>
            </w:r>
          </w:p>
        </w:tc>
        <w:tc>
          <w:tcPr>
            <w:tcW w:w="2248" w:type="dxa"/>
          </w:tcPr>
          <w:p w14:paraId="1634555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Особенности текстов-описаний</w:t>
            </w:r>
          </w:p>
        </w:tc>
        <w:tc>
          <w:tcPr>
            <w:tcW w:w="708" w:type="dxa"/>
          </w:tcPr>
          <w:p w14:paraId="70BBD076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70392C7C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Чтение и анализ образцов; определение темы и основной мысли; составление плана; создание/редактирование устного или письменного высказывания.</w:t>
            </w:r>
          </w:p>
        </w:tc>
        <w:tc>
          <w:tcPr>
            <w:tcW w:w="2528" w:type="dxa"/>
          </w:tcPr>
          <w:p w14:paraId="5C6C875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Понимает и создаёт небольшие устные и письменные высказывания; работает с темой, основной мыслью, структурой и последовательностью текста; соблюдает нормы речевого этикета.</w:t>
            </w:r>
          </w:p>
        </w:tc>
        <w:tc>
          <w:tcPr>
            <w:tcW w:w="2379" w:type="dxa"/>
          </w:tcPr>
          <w:p w14:paraId="4A91A71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коммуникативную задачу, планирует высказывание, извлекает и упорядочивает информацию; слушает собеседника и участвует в диалоге.</w:t>
            </w:r>
          </w:p>
        </w:tc>
        <w:tc>
          <w:tcPr>
            <w:tcW w:w="2748" w:type="dxa"/>
          </w:tcPr>
          <w:p w14:paraId="50C31E6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687320F9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6114D003" w14:textId="77777777" w:rsidTr="00F51049">
        <w:tc>
          <w:tcPr>
            <w:tcW w:w="516" w:type="dxa"/>
          </w:tcPr>
          <w:p w14:paraId="16AA6DF7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151</w:t>
            </w:r>
          </w:p>
        </w:tc>
        <w:tc>
          <w:tcPr>
            <w:tcW w:w="2248" w:type="dxa"/>
          </w:tcPr>
          <w:p w14:paraId="23494D4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Текст-повествование</w:t>
            </w:r>
          </w:p>
        </w:tc>
        <w:tc>
          <w:tcPr>
            <w:tcW w:w="708" w:type="dxa"/>
          </w:tcPr>
          <w:p w14:paraId="4E26B7F8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3E6C85C0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Чтение и анализ образцов; определение темы и основной мысли; составление плана; создание/редактирование устного или письменного высказывания.</w:t>
            </w:r>
          </w:p>
        </w:tc>
        <w:tc>
          <w:tcPr>
            <w:tcW w:w="2528" w:type="dxa"/>
          </w:tcPr>
          <w:p w14:paraId="6453FCBA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Понимает и создаёт небольшие устные и письменные высказывания; работает с темой, основной мыслью, структурой и последовательностью текста; соблюдает нормы речевого этикета.</w:t>
            </w:r>
          </w:p>
        </w:tc>
        <w:tc>
          <w:tcPr>
            <w:tcW w:w="2379" w:type="dxa"/>
          </w:tcPr>
          <w:p w14:paraId="05134D95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коммуникативную задачу, планирует высказывание, извлекает и упорядочивает информацию; слушает собеседника и участвует в диалоге.</w:t>
            </w:r>
          </w:p>
        </w:tc>
        <w:tc>
          <w:tcPr>
            <w:tcW w:w="2748" w:type="dxa"/>
          </w:tcPr>
          <w:p w14:paraId="5093F0B8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5686A765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0C2FC4D9" w14:textId="77777777" w:rsidTr="00F51049">
        <w:tc>
          <w:tcPr>
            <w:tcW w:w="516" w:type="dxa"/>
          </w:tcPr>
          <w:p w14:paraId="767CF055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152</w:t>
            </w:r>
          </w:p>
        </w:tc>
        <w:tc>
          <w:tcPr>
            <w:tcW w:w="2248" w:type="dxa"/>
          </w:tcPr>
          <w:p w14:paraId="321CE6A3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Особенности текстов-повествований</w:t>
            </w:r>
          </w:p>
        </w:tc>
        <w:tc>
          <w:tcPr>
            <w:tcW w:w="708" w:type="dxa"/>
          </w:tcPr>
          <w:p w14:paraId="19C8DB80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499980A3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Чтение и анализ образцов; определение темы и основной мысли; составление плана; создание/редактирование устного или письменного высказывания.</w:t>
            </w:r>
          </w:p>
        </w:tc>
        <w:tc>
          <w:tcPr>
            <w:tcW w:w="2528" w:type="dxa"/>
          </w:tcPr>
          <w:p w14:paraId="20E8BD7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Понимает и создаёт небольшие устные и письменные высказывания; работает с темой, основной мыслью, структурой и последовательностью текста; соблюдает нормы речевого этикета.</w:t>
            </w:r>
          </w:p>
        </w:tc>
        <w:tc>
          <w:tcPr>
            <w:tcW w:w="2379" w:type="dxa"/>
          </w:tcPr>
          <w:p w14:paraId="1BB94650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коммуникативную задачу, планирует высказывание, извлекает и упорядочивает информацию; слушает собеседника и участвует в диалоге.</w:t>
            </w:r>
          </w:p>
        </w:tc>
        <w:tc>
          <w:tcPr>
            <w:tcW w:w="2748" w:type="dxa"/>
          </w:tcPr>
          <w:p w14:paraId="2DCB3AD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689DF4EB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5D96A03D" w14:textId="77777777" w:rsidTr="00F51049">
        <w:tc>
          <w:tcPr>
            <w:tcW w:w="516" w:type="dxa"/>
          </w:tcPr>
          <w:p w14:paraId="1F9F5D79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153</w:t>
            </w:r>
          </w:p>
        </w:tc>
        <w:tc>
          <w:tcPr>
            <w:tcW w:w="2248" w:type="dxa"/>
          </w:tcPr>
          <w:p w14:paraId="3FD1BDFA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Различение текстов-описаний и текстов-повествований</w:t>
            </w:r>
          </w:p>
        </w:tc>
        <w:tc>
          <w:tcPr>
            <w:tcW w:w="708" w:type="dxa"/>
          </w:tcPr>
          <w:p w14:paraId="6C72038C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6CFF08F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Чтение и анализ образцов; определение темы и основной мысли; составление плана; создание/редактирование устного или письменного высказывания.</w:t>
            </w:r>
          </w:p>
        </w:tc>
        <w:tc>
          <w:tcPr>
            <w:tcW w:w="2528" w:type="dxa"/>
          </w:tcPr>
          <w:p w14:paraId="0F08F14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Понимает и создаёт небольшие устные и письменные высказывания; работает с темой, основной мыслью, структурой и последовательностью текста; соблюдает нормы речевого этикета.</w:t>
            </w:r>
          </w:p>
        </w:tc>
        <w:tc>
          <w:tcPr>
            <w:tcW w:w="2379" w:type="dxa"/>
          </w:tcPr>
          <w:p w14:paraId="651D3E7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коммуникативную задачу, планирует высказывание, извлекает и упорядочивает информацию; слушает собеседника и участвует в диалоге.</w:t>
            </w:r>
          </w:p>
        </w:tc>
        <w:tc>
          <w:tcPr>
            <w:tcW w:w="2748" w:type="dxa"/>
          </w:tcPr>
          <w:p w14:paraId="2DF2E108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59AFBC68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11E50B08" w14:textId="77777777" w:rsidTr="00F51049">
        <w:tc>
          <w:tcPr>
            <w:tcW w:w="516" w:type="dxa"/>
          </w:tcPr>
          <w:p w14:paraId="768E1CF2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154</w:t>
            </w:r>
          </w:p>
        </w:tc>
        <w:tc>
          <w:tcPr>
            <w:tcW w:w="2248" w:type="dxa"/>
          </w:tcPr>
          <w:p w14:paraId="44F9797C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Текст-рассуждение</w:t>
            </w:r>
          </w:p>
        </w:tc>
        <w:tc>
          <w:tcPr>
            <w:tcW w:w="708" w:type="dxa"/>
          </w:tcPr>
          <w:p w14:paraId="31B65068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3A376EC3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Чтение и анализ образцов; определение темы и основной мысли; составление плана; создание/редактирование устного или письменного высказывания.</w:t>
            </w:r>
          </w:p>
        </w:tc>
        <w:tc>
          <w:tcPr>
            <w:tcW w:w="2528" w:type="dxa"/>
          </w:tcPr>
          <w:p w14:paraId="7BA1058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Понимает и создаёт небольшие устные и письменные высказывания; работает с темой, основной мыслью, структурой и последовательностью текста; соблюдает нормы речевого этикета.</w:t>
            </w:r>
          </w:p>
        </w:tc>
        <w:tc>
          <w:tcPr>
            <w:tcW w:w="2379" w:type="dxa"/>
          </w:tcPr>
          <w:p w14:paraId="6B5E1250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коммуникативную задачу, планирует высказывание, извлекает и упорядочивает информацию; слушает собеседника и участвует в диалоге.</w:t>
            </w:r>
          </w:p>
        </w:tc>
        <w:tc>
          <w:tcPr>
            <w:tcW w:w="2748" w:type="dxa"/>
          </w:tcPr>
          <w:p w14:paraId="12F17416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53FF2E8E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54E913C0" w14:textId="77777777" w:rsidTr="00F51049">
        <w:tc>
          <w:tcPr>
            <w:tcW w:w="516" w:type="dxa"/>
          </w:tcPr>
          <w:p w14:paraId="1AE4EE27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155</w:t>
            </w:r>
          </w:p>
        </w:tc>
        <w:tc>
          <w:tcPr>
            <w:tcW w:w="2248" w:type="dxa"/>
          </w:tcPr>
          <w:p w14:paraId="5B91032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Особенности текстов-рассуждений</w:t>
            </w:r>
          </w:p>
        </w:tc>
        <w:tc>
          <w:tcPr>
            <w:tcW w:w="708" w:type="dxa"/>
          </w:tcPr>
          <w:p w14:paraId="65326606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5980EE3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Чтение и анализ образцов; определение темы и основной мысли; составление плана; создание/редактирование устного или письменного высказывания.</w:t>
            </w:r>
          </w:p>
        </w:tc>
        <w:tc>
          <w:tcPr>
            <w:tcW w:w="2528" w:type="dxa"/>
          </w:tcPr>
          <w:p w14:paraId="42406FE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Понимает и создаёт небольшие устные и письменные высказывания; работает с темой, основной мыслью, структурой и последовательностью текста; соблюдает нормы речевого этикета.</w:t>
            </w:r>
          </w:p>
        </w:tc>
        <w:tc>
          <w:tcPr>
            <w:tcW w:w="2379" w:type="dxa"/>
          </w:tcPr>
          <w:p w14:paraId="3D10DCC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коммуникативную задачу, планирует высказывание, извлекает и упорядочивает информацию; слушает собеседника и участвует в диалоге.</w:t>
            </w:r>
          </w:p>
        </w:tc>
        <w:tc>
          <w:tcPr>
            <w:tcW w:w="2748" w:type="dxa"/>
          </w:tcPr>
          <w:p w14:paraId="4AF2E0E3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62AA4472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31979A1A" w14:textId="77777777" w:rsidTr="00F51049">
        <w:tc>
          <w:tcPr>
            <w:tcW w:w="516" w:type="dxa"/>
          </w:tcPr>
          <w:p w14:paraId="0CA78AA3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156</w:t>
            </w:r>
          </w:p>
        </w:tc>
        <w:tc>
          <w:tcPr>
            <w:tcW w:w="2248" w:type="dxa"/>
          </w:tcPr>
          <w:p w14:paraId="127E598C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Резервный урок по разделу «Развитие речи»: составляем план текста</w:t>
            </w:r>
          </w:p>
        </w:tc>
        <w:tc>
          <w:tcPr>
            <w:tcW w:w="708" w:type="dxa"/>
          </w:tcPr>
          <w:p w14:paraId="143E0A88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2B26BF80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Чтение и анализ образцов; определение темы и основной мысли; составление плана; создание/редактирование устного или письменного высказывания.</w:t>
            </w:r>
          </w:p>
        </w:tc>
        <w:tc>
          <w:tcPr>
            <w:tcW w:w="2528" w:type="dxa"/>
          </w:tcPr>
          <w:p w14:paraId="088D5EE8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Понимает и создаёт небольшие устные и письменные высказывания; работает с темой, основной мыслью, структурой и последовательностью текста; соблюдает нормы речевого этикета.</w:t>
            </w:r>
          </w:p>
        </w:tc>
        <w:tc>
          <w:tcPr>
            <w:tcW w:w="2379" w:type="dxa"/>
          </w:tcPr>
          <w:p w14:paraId="327E8FB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коммуникативную задачу, планирует высказывание, извлекает и упорядочивает информацию; слушает собеседника и участвует в диалоге.</w:t>
            </w:r>
          </w:p>
        </w:tc>
        <w:tc>
          <w:tcPr>
            <w:tcW w:w="2748" w:type="dxa"/>
          </w:tcPr>
          <w:p w14:paraId="3C5D6555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66054AA3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507AD784" w14:textId="77777777" w:rsidTr="00F51049">
        <w:tc>
          <w:tcPr>
            <w:tcW w:w="516" w:type="dxa"/>
          </w:tcPr>
          <w:p w14:paraId="1FFFB34F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157</w:t>
            </w:r>
          </w:p>
        </w:tc>
        <w:tc>
          <w:tcPr>
            <w:tcW w:w="2248" w:type="dxa"/>
          </w:tcPr>
          <w:p w14:paraId="2F8EABB3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Резервный урок по разделу «Развитие речи»: составляем план текста</w:t>
            </w:r>
          </w:p>
        </w:tc>
        <w:tc>
          <w:tcPr>
            <w:tcW w:w="708" w:type="dxa"/>
          </w:tcPr>
          <w:p w14:paraId="0F5DCF3E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1CE42F8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Чтение и анализ образцов; определение темы и основной мысли; составление плана; создание/редактирование устного или письменного высказывания.</w:t>
            </w:r>
          </w:p>
        </w:tc>
        <w:tc>
          <w:tcPr>
            <w:tcW w:w="2528" w:type="dxa"/>
          </w:tcPr>
          <w:p w14:paraId="78FF214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Понимает и создаёт небольшие устные и письменные высказывания; работает с темой, основной мыслью, структурой и последовательностью текста; соблюдает нормы речевого этикета.</w:t>
            </w:r>
          </w:p>
        </w:tc>
        <w:tc>
          <w:tcPr>
            <w:tcW w:w="2379" w:type="dxa"/>
          </w:tcPr>
          <w:p w14:paraId="6EABC00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коммуникативную задачу, планирует высказывание, извлекает и упорядочивает информацию; слушает собеседника и участвует в диалоге.</w:t>
            </w:r>
          </w:p>
        </w:tc>
        <w:tc>
          <w:tcPr>
            <w:tcW w:w="2748" w:type="dxa"/>
          </w:tcPr>
          <w:p w14:paraId="4DF3EC9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21C95C44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6C2840A9" w14:textId="77777777" w:rsidTr="00F51049">
        <w:tc>
          <w:tcPr>
            <w:tcW w:w="516" w:type="dxa"/>
          </w:tcPr>
          <w:p w14:paraId="13AABBBF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158</w:t>
            </w:r>
          </w:p>
        </w:tc>
        <w:tc>
          <w:tcPr>
            <w:tcW w:w="2248" w:type="dxa"/>
          </w:tcPr>
          <w:p w14:paraId="17F14B3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Резервный урок по разделу «Развитие речи»: пишем текст по предложенному плану</w:t>
            </w:r>
          </w:p>
        </w:tc>
        <w:tc>
          <w:tcPr>
            <w:tcW w:w="708" w:type="dxa"/>
          </w:tcPr>
          <w:p w14:paraId="1EDFDCCB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0D2620B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Чтение и анализ образцов; определение темы и основной мысли; составление плана; создание/редактирование устного или письменного высказывания.</w:t>
            </w:r>
          </w:p>
        </w:tc>
        <w:tc>
          <w:tcPr>
            <w:tcW w:w="2528" w:type="dxa"/>
          </w:tcPr>
          <w:p w14:paraId="0AC2564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Понимает и создаёт небольшие устные и письменные высказывания; работает с темой, основной мыслью, структурой и последовательностью текста; соблюдает нормы речевого этикета.</w:t>
            </w:r>
          </w:p>
        </w:tc>
        <w:tc>
          <w:tcPr>
            <w:tcW w:w="2379" w:type="dxa"/>
          </w:tcPr>
          <w:p w14:paraId="5C74283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коммуникативную задачу, планирует высказывание, извлекает и упорядочивает информацию; слушает собеседника и участвует в диалоге.</w:t>
            </w:r>
          </w:p>
        </w:tc>
        <w:tc>
          <w:tcPr>
            <w:tcW w:w="2748" w:type="dxa"/>
          </w:tcPr>
          <w:p w14:paraId="6F38E5E8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74D8DA22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1C31E63A" w14:textId="77777777" w:rsidTr="00F51049">
        <w:tc>
          <w:tcPr>
            <w:tcW w:w="516" w:type="dxa"/>
          </w:tcPr>
          <w:p w14:paraId="5F45958B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159</w:t>
            </w:r>
          </w:p>
        </w:tc>
        <w:tc>
          <w:tcPr>
            <w:tcW w:w="2248" w:type="dxa"/>
          </w:tcPr>
          <w:p w14:paraId="0B86E2F8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Резервный урок по разделу «Развитие речи»: учимся сочинять текст-описание</w:t>
            </w:r>
          </w:p>
        </w:tc>
        <w:tc>
          <w:tcPr>
            <w:tcW w:w="708" w:type="dxa"/>
          </w:tcPr>
          <w:p w14:paraId="50BE0608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24FA34C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Чтение и анализ образцов; определение темы и основной мысли; составление плана; создание/редактирование устного или письменного высказывания.</w:t>
            </w:r>
          </w:p>
        </w:tc>
        <w:tc>
          <w:tcPr>
            <w:tcW w:w="2528" w:type="dxa"/>
          </w:tcPr>
          <w:p w14:paraId="2DC68D68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Понимает и создаёт небольшие устные и письменные высказывания; работает с темой, основной мыслью, структурой и последовательностью текста; соблюдает нормы речевого этикета.</w:t>
            </w:r>
          </w:p>
        </w:tc>
        <w:tc>
          <w:tcPr>
            <w:tcW w:w="2379" w:type="dxa"/>
          </w:tcPr>
          <w:p w14:paraId="352B9896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коммуникативную задачу, планирует высказывание, извлекает и упорядочивает информацию; слушает собеседника и участвует в диалоге.</w:t>
            </w:r>
          </w:p>
        </w:tc>
        <w:tc>
          <w:tcPr>
            <w:tcW w:w="2748" w:type="dxa"/>
          </w:tcPr>
          <w:p w14:paraId="6489891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0B5DD01E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364D64B8" w14:textId="77777777" w:rsidTr="00F51049">
        <w:tc>
          <w:tcPr>
            <w:tcW w:w="516" w:type="dxa"/>
          </w:tcPr>
          <w:p w14:paraId="415A0EB8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160</w:t>
            </w:r>
          </w:p>
        </w:tc>
        <w:tc>
          <w:tcPr>
            <w:tcW w:w="2248" w:type="dxa"/>
          </w:tcPr>
          <w:p w14:paraId="36F385E8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Резервный урок по разделу «Развитие речи»: учимся сочинять текст-повествование</w:t>
            </w:r>
          </w:p>
        </w:tc>
        <w:tc>
          <w:tcPr>
            <w:tcW w:w="708" w:type="dxa"/>
          </w:tcPr>
          <w:p w14:paraId="3764DFB0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33E62493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Чтение и анализ образцов; определение темы и основной мысли; составление плана; создание/редактирование устного или письменного высказывания.</w:t>
            </w:r>
          </w:p>
        </w:tc>
        <w:tc>
          <w:tcPr>
            <w:tcW w:w="2528" w:type="dxa"/>
          </w:tcPr>
          <w:p w14:paraId="1F15F9B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Понимает и создаёт небольшие устные и письменные высказывания; работает с темой, основной мыслью, структурой и последовательностью текста; соблюдает нормы речевого этикета.</w:t>
            </w:r>
          </w:p>
        </w:tc>
        <w:tc>
          <w:tcPr>
            <w:tcW w:w="2379" w:type="dxa"/>
          </w:tcPr>
          <w:p w14:paraId="291A9570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коммуникативную задачу, планирует высказывание, извлекает и упорядочивает информацию; слушает собеседника и участвует в диалоге.</w:t>
            </w:r>
          </w:p>
        </w:tc>
        <w:tc>
          <w:tcPr>
            <w:tcW w:w="2748" w:type="dxa"/>
          </w:tcPr>
          <w:p w14:paraId="7BE3B1F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693041FA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2260355E" w14:textId="77777777" w:rsidTr="00F51049">
        <w:tc>
          <w:tcPr>
            <w:tcW w:w="516" w:type="dxa"/>
          </w:tcPr>
          <w:p w14:paraId="521DB49E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161</w:t>
            </w:r>
          </w:p>
        </w:tc>
        <w:tc>
          <w:tcPr>
            <w:tcW w:w="2248" w:type="dxa"/>
          </w:tcPr>
          <w:p w14:paraId="58A7001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Резервный урок по разделу «Развитие речи»: учимся сочинять текст-рассуждение</w:t>
            </w:r>
          </w:p>
        </w:tc>
        <w:tc>
          <w:tcPr>
            <w:tcW w:w="708" w:type="dxa"/>
          </w:tcPr>
          <w:p w14:paraId="19BA70E2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20894660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Чтение и анализ образцов; определение темы и основной мысли; составление плана; создание/редактирование устного или письменного высказывания.</w:t>
            </w:r>
          </w:p>
        </w:tc>
        <w:tc>
          <w:tcPr>
            <w:tcW w:w="2528" w:type="dxa"/>
          </w:tcPr>
          <w:p w14:paraId="4D5D942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Понимает и создаёт небольшие устные и письменные высказывания; работает с темой, основной мыслью, структурой и последовательностью текста; соблюдает нормы речевого этикета.</w:t>
            </w:r>
          </w:p>
        </w:tc>
        <w:tc>
          <w:tcPr>
            <w:tcW w:w="2379" w:type="dxa"/>
          </w:tcPr>
          <w:p w14:paraId="1A09C715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коммуникативную задачу, планирует высказывание, извлекает и упорядочивает информацию; слушает собеседника и участвует в диалоге.</w:t>
            </w:r>
          </w:p>
        </w:tc>
        <w:tc>
          <w:tcPr>
            <w:tcW w:w="2748" w:type="dxa"/>
          </w:tcPr>
          <w:p w14:paraId="0427307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6E7B3C24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53A88279" w14:textId="77777777" w:rsidTr="00F51049">
        <w:tc>
          <w:tcPr>
            <w:tcW w:w="516" w:type="dxa"/>
          </w:tcPr>
          <w:p w14:paraId="5FEC2958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162</w:t>
            </w:r>
          </w:p>
        </w:tc>
        <w:tc>
          <w:tcPr>
            <w:tcW w:w="2248" w:type="dxa"/>
          </w:tcPr>
          <w:p w14:paraId="01FAF8C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Резервный урок по разделу «Развитие речи»: подробное изложение текста</w:t>
            </w:r>
          </w:p>
        </w:tc>
        <w:tc>
          <w:tcPr>
            <w:tcW w:w="708" w:type="dxa"/>
          </w:tcPr>
          <w:p w14:paraId="14269BAC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282EE3D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Чтение и анализ образцов; определение темы и основной мысли; составление плана; создание/редактирование устного или письменного высказывания.</w:t>
            </w:r>
          </w:p>
        </w:tc>
        <w:tc>
          <w:tcPr>
            <w:tcW w:w="2528" w:type="dxa"/>
          </w:tcPr>
          <w:p w14:paraId="29E85F9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Понимает и создаёт небольшие устные и письменные высказывания; работает с темой, основной мыслью, структурой и последовательностью текста; соблюдает нормы речевого этикета.</w:t>
            </w:r>
          </w:p>
        </w:tc>
        <w:tc>
          <w:tcPr>
            <w:tcW w:w="2379" w:type="dxa"/>
          </w:tcPr>
          <w:p w14:paraId="52A8EB1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Определяет коммуникативную задачу, планирует высказывание, извлекает и упорядочивает информацию; слушает собеседника и участвует в диалоге.</w:t>
            </w:r>
          </w:p>
        </w:tc>
        <w:tc>
          <w:tcPr>
            <w:tcW w:w="2748" w:type="dxa"/>
          </w:tcPr>
          <w:p w14:paraId="354ECDA2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2B338D41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Письменная работа</w:t>
            </w:r>
          </w:p>
        </w:tc>
      </w:tr>
      <w:tr w:rsidR="00F51049" w:rsidRPr="00F51049" w14:paraId="7CC61B12" w14:textId="77777777" w:rsidTr="00F51049">
        <w:tc>
          <w:tcPr>
            <w:tcW w:w="516" w:type="dxa"/>
          </w:tcPr>
          <w:p w14:paraId="02A237E6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163</w:t>
            </w:r>
          </w:p>
        </w:tc>
        <w:tc>
          <w:tcPr>
            <w:tcW w:w="2248" w:type="dxa"/>
          </w:tcPr>
          <w:p w14:paraId="24472129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Резервный урок: повторение по разделу «Развитие речи»</w:t>
            </w:r>
          </w:p>
        </w:tc>
        <w:tc>
          <w:tcPr>
            <w:tcW w:w="708" w:type="dxa"/>
          </w:tcPr>
          <w:p w14:paraId="57CFFAFC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60DC8543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Учебный диалог; наблюдение и анализ языковых фактов; формулирование выводов; работа индивидуально и в паре.</w:t>
            </w:r>
          </w:p>
        </w:tc>
        <w:tc>
          <w:tcPr>
            <w:tcW w:w="2528" w:type="dxa"/>
          </w:tcPr>
          <w:p w14:paraId="06F154E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Объясняет значение русского языка как средства общения и явления культуры; использует изученные языковые понятия при решении учебных задач.</w:t>
            </w:r>
          </w:p>
        </w:tc>
        <w:tc>
          <w:tcPr>
            <w:tcW w:w="2379" w:type="dxa"/>
          </w:tcPr>
          <w:p w14:paraId="7351E0A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Наблюдает, анализирует, сравнивает языковые факты; формулирует выводы; принимает цель совместной и индивидуальной работы.</w:t>
            </w:r>
          </w:p>
        </w:tc>
        <w:tc>
          <w:tcPr>
            <w:tcW w:w="2748" w:type="dxa"/>
          </w:tcPr>
          <w:p w14:paraId="27253BB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5A71BB44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65C1F37C" w14:textId="77777777" w:rsidTr="00F51049">
        <w:tc>
          <w:tcPr>
            <w:tcW w:w="516" w:type="dxa"/>
          </w:tcPr>
          <w:p w14:paraId="570976A7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164</w:t>
            </w:r>
          </w:p>
        </w:tc>
        <w:tc>
          <w:tcPr>
            <w:tcW w:w="2248" w:type="dxa"/>
          </w:tcPr>
          <w:p w14:paraId="2119BAEA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Резервный урок по разделу «Орфография»: отработка орфограмм, вызывающих трудности</w:t>
            </w:r>
          </w:p>
        </w:tc>
        <w:tc>
          <w:tcPr>
            <w:tcW w:w="708" w:type="dxa"/>
          </w:tcPr>
          <w:p w14:paraId="7324591A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547B403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Орфографическое наблюдение; применение алгоритма правила; подбор проверочных слов; письмо с комментированием; самопроверка и коррекция.</w:t>
            </w:r>
          </w:p>
        </w:tc>
        <w:tc>
          <w:tcPr>
            <w:tcW w:w="2528" w:type="dxa"/>
          </w:tcPr>
          <w:p w14:paraId="175A7A7C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Находит изученные орфограммы, выбирает способ проверки и применяет соответствующее правило; проверяет и корректирует написанное.</w:t>
            </w:r>
          </w:p>
        </w:tc>
        <w:tc>
          <w:tcPr>
            <w:tcW w:w="2379" w:type="dxa"/>
          </w:tcPr>
          <w:p w14:paraId="0519A2FE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Выбирает алгоритм решения орфографической задачи, применяет правило, осуществляет самоконтроль и самооценку.</w:t>
            </w:r>
          </w:p>
        </w:tc>
        <w:tc>
          <w:tcPr>
            <w:tcW w:w="2748" w:type="dxa"/>
          </w:tcPr>
          <w:p w14:paraId="438EA9BD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53128BBB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538BCF2C" w14:textId="77777777" w:rsidTr="00F51049">
        <w:tc>
          <w:tcPr>
            <w:tcW w:w="516" w:type="dxa"/>
          </w:tcPr>
          <w:p w14:paraId="5CA6D0C9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165</w:t>
            </w:r>
          </w:p>
        </w:tc>
        <w:tc>
          <w:tcPr>
            <w:tcW w:w="2248" w:type="dxa"/>
          </w:tcPr>
          <w:p w14:paraId="06A488B6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Резервный урок по разделу «Орфография»: отработка орфограмм, вызывающих трудности</w:t>
            </w:r>
          </w:p>
        </w:tc>
        <w:tc>
          <w:tcPr>
            <w:tcW w:w="708" w:type="dxa"/>
          </w:tcPr>
          <w:p w14:paraId="711D71DA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11A599D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Орфографическое наблюдение; применение алгоритма правила; подбор проверочных слов; письмо с комментированием; самопроверка и коррекция.</w:t>
            </w:r>
          </w:p>
        </w:tc>
        <w:tc>
          <w:tcPr>
            <w:tcW w:w="2528" w:type="dxa"/>
          </w:tcPr>
          <w:p w14:paraId="190B2792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Находит изученные орфограммы, выбирает способ проверки и применяет соответствующее правило; проверяет и корректирует написанное.</w:t>
            </w:r>
          </w:p>
        </w:tc>
        <w:tc>
          <w:tcPr>
            <w:tcW w:w="2379" w:type="dxa"/>
          </w:tcPr>
          <w:p w14:paraId="5BF9BF70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Выбирает алгоритм решения орфографической задачи, применяет правило, осуществляет самоконтроль и самооценку.</w:t>
            </w:r>
          </w:p>
        </w:tc>
        <w:tc>
          <w:tcPr>
            <w:tcW w:w="2748" w:type="dxa"/>
          </w:tcPr>
          <w:p w14:paraId="17321CC2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7885F59F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168A8CC7" w14:textId="77777777" w:rsidTr="00F51049">
        <w:tc>
          <w:tcPr>
            <w:tcW w:w="516" w:type="dxa"/>
          </w:tcPr>
          <w:p w14:paraId="3597A5E0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166</w:t>
            </w:r>
          </w:p>
        </w:tc>
        <w:tc>
          <w:tcPr>
            <w:tcW w:w="2248" w:type="dxa"/>
          </w:tcPr>
          <w:p w14:paraId="15C3428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Резервный урок по разделу «Орфография»: отработка орфограмм, вызывающих трудности</w:t>
            </w:r>
          </w:p>
        </w:tc>
        <w:tc>
          <w:tcPr>
            <w:tcW w:w="708" w:type="dxa"/>
          </w:tcPr>
          <w:p w14:paraId="7EDB8802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46FDAE8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Орфографическое наблюдение; применение алгоритма правила; подбор проверочных слов; письмо с комментированием; самопроверка и коррекция.</w:t>
            </w:r>
          </w:p>
        </w:tc>
        <w:tc>
          <w:tcPr>
            <w:tcW w:w="2528" w:type="dxa"/>
          </w:tcPr>
          <w:p w14:paraId="0D1E8B4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Находит изученные орфограммы, выбирает способ проверки и применяет соответствующее правило; проверяет и корректирует написанное.</w:t>
            </w:r>
          </w:p>
        </w:tc>
        <w:tc>
          <w:tcPr>
            <w:tcW w:w="2379" w:type="dxa"/>
          </w:tcPr>
          <w:p w14:paraId="67D1E8C6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Выбирает алгоритм решения орфографической задачи, применяет правило, осуществляет самоконтроль и самооценку.</w:t>
            </w:r>
          </w:p>
        </w:tc>
        <w:tc>
          <w:tcPr>
            <w:tcW w:w="2748" w:type="dxa"/>
          </w:tcPr>
          <w:p w14:paraId="7ADBE6C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6131E50B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0263B0C7" w14:textId="77777777" w:rsidTr="00F51049">
        <w:tc>
          <w:tcPr>
            <w:tcW w:w="516" w:type="dxa"/>
          </w:tcPr>
          <w:p w14:paraId="5C476B22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167</w:t>
            </w:r>
          </w:p>
        </w:tc>
        <w:tc>
          <w:tcPr>
            <w:tcW w:w="2248" w:type="dxa"/>
          </w:tcPr>
          <w:p w14:paraId="3AE5E413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Резервный урок по разделу «Орфография»: отработка орфограмм, вызывающих трудности</w:t>
            </w:r>
          </w:p>
        </w:tc>
        <w:tc>
          <w:tcPr>
            <w:tcW w:w="708" w:type="dxa"/>
          </w:tcPr>
          <w:p w14:paraId="206B75E2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559635C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Орфографическое наблюдение; применение алгоритма правила; подбор проверочных слов; письмо с комментированием; самопроверка и коррекция.</w:t>
            </w:r>
          </w:p>
        </w:tc>
        <w:tc>
          <w:tcPr>
            <w:tcW w:w="2528" w:type="dxa"/>
          </w:tcPr>
          <w:p w14:paraId="7E9A8CA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Находит изученные орфограммы, выбирает способ проверки и применяет соответствующее правило; проверяет и корректирует написанное.</w:t>
            </w:r>
          </w:p>
        </w:tc>
        <w:tc>
          <w:tcPr>
            <w:tcW w:w="2379" w:type="dxa"/>
          </w:tcPr>
          <w:p w14:paraId="0A12CFB1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Выбирает алгоритм решения орфографической задачи, применяет правило, осуществляет самоконтроль и самооценку.</w:t>
            </w:r>
          </w:p>
        </w:tc>
        <w:tc>
          <w:tcPr>
            <w:tcW w:w="2748" w:type="dxa"/>
          </w:tcPr>
          <w:p w14:paraId="0EB677D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09214CD4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07937B50" w14:textId="77777777" w:rsidTr="00F51049">
        <w:tc>
          <w:tcPr>
            <w:tcW w:w="516" w:type="dxa"/>
          </w:tcPr>
          <w:p w14:paraId="45817B63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168</w:t>
            </w:r>
          </w:p>
        </w:tc>
        <w:tc>
          <w:tcPr>
            <w:tcW w:w="2248" w:type="dxa"/>
          </w:tcPr>
          <w:p w14:paraId="13676E8B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Резервный урок по разделу «Орфография»: отработка орфограмм, вызывающих трудности</w:t>
            </w:r>
          </w:p>
        </w:tc>
        <w:tc>
          <w:tcPr>
            <w:tcW w:w="708" w:type="dxa"/>
          </w:tcPr>
          <w:p w14:paraId="0208925B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1DE367F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Орфографическое наблюдение; применение алгоритма правила; подбор проверочных слов; письмо с комментированием; самопроверка и коррекция.</w:t>
            </w:r>
          </w:p>
        </w:tc>
        <w:tc>
          <w:tcPr>
            <w:tcW w:w="2528" w:type="dxa"/>
          </w:tcPr>
          <w:p w14:paraId="3817CCA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Находит изученные орфограммы, выбирает способ проверки и применяет соответствующее правило; проверяет и корректирует написанное.</w:t>
            </w:r>
          </w:p>
        </w:tc>
        <w:tc>
          <w:tcPr>
            <w:tcW w:w="2379" w:type="dxa"/>
          </w:tcPr>
          <w:p w14:paraId="0412879F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Выбирает алгоритм решения орфографической задачи, применяет правило, осуществляет самоконтроль и самооценку.</w:t>
            </w:r>
          </w:p>
        </w:tc>
        <w:tc>
          <w:tcPr>
            <w:tcW w:w="2748" w:type="dxa"/>
          </w:tcPr>
          <w:p w14:paraId="55E9A2A5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7F118382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  <w:tr w:rsidR="00F51049" w:rsidRPr="00F51049" w14:paraId="253C8E7A" w14:textId="77777777" w:rsidTr="00F51049">
        <w:tc>
          <w:tcPr>
            <w:tcW w:w="516" w:type="dxa"/>
          </w:tcPr>
          <w:p w14:paraId="3FEE5FFD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169</w:t>
            </w:r>
          </w:p>
        </w:tc>
        <w:tc>
          <w:tcPr>
            <w:tcW w:w="2248" w:type="dxa"/>
          </w:tcPr>
          <w:p w14:paraId="36E54208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Промежуточная аттестация. Диктант</w:t>
            </w:r>
          </w:p>
        </w:tc>
        <w:tc>
          <w:tcPr>
            <w:tcW w:w="708" w:type="dxa"/>
          </w:tcPr>
          <w:p w14:paraId="1422ED93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1B00CA8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Самостоятельное выполнение письменной работы; применение изученных правил; самопроверка; последующий анализ и коррекция ошибок.</w:t>
            </w:r>
          </w:p>
        </w:tc>
        <w:tc>
          <w:tcPr>
            <w:tcW w:w="2528" w:type="dxa"/>
          </w:tcPr>
          <w:p w14:paraId="0865E09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Применяет изученные правила и способы языкового анализа в самостоятельной письменной работе; осуществляет проверку и исправление ошибок.</w:t>
            </w:r>
          </w:p>
        </w:tc>
        <w:tc>
          <w:tcPr>
            <w:tcW w:w="2379" w:type="dxa"/>
          </w:tcPr>
          <w:p w14:paraId="47655133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Самостоятельно планирует выполнение работы, соотносит результат с критериями, находит затруднения и выполняет коррекцию.</w:t>
            </w:r>
          </w:p>
        </w:tc>
        <w:tc>
          <w:tcPr>
            <w:tcW w:w="2748" w:type="dxa"/>
          </w:tcPr>
          <w:p w14:paraId="14E8FDA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4957A744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Промежуточная аттестация</w:t>
            </w:r>
          </w:p>
        </w:tc>
      </w:tr>
      <w:tr w:rsidR="00F51049" w:rsidRPr="00F51049" w14:paraId="5D7F87DD" w14:textId="77777777" w:rsidTr="00F51049">
        <w:tc>
          <w:tcPr>
            <w:tcW w:w="516" w:type="dxa"/>
          </w:tcPr>
          <w:p w14:paraId="1F32A834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170</w:t>
            </w:r>
          </w:p>
        </w:tc>
        <w:tc>
          <w:tcPr>
            <w:tcW w:w="2248" w:type="dxa"/>
          </w:tcPr>
          <w:p w14:paraId="756B8A1C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Работа над ошибками. Итоговое повторение и систематизация изученного</w:t>
            </w:r>
          </w:p>
        </w:tc>
        <w:tc>
          <w:tcPr>
            <w:tcW w:w="708" w:type="dxa"/>
          </w:tcPr>
          <w:p w14:paraId="399E4F5B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</w:tcPr>
          <w:p w14:paraId="09572137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Учебный диалог; наблюдение и анализ языковых фактов; формулирование выводов; работа индивидуально и в паре.</w:t>
            </w:r>
          </w:p>
        </w:tc>
        <w:tc>
          <w:tcPr>
            <w:tcW w:w="2528" w:type="dxa"/>
          </w:tcPr>
          <w:p w14:paraId="6EA1F592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Объясняет значение русского языка как средства общения и явления культуры; использует изученные языковые понятия при решении учебных задач.</w:t>
            </w:r>
          </w:p>
        </w:tc>
        <w:tc>
          <w:tcPr>
            <w:tcW w:w="2379" w:type="dxa"/>
          </w:tcPr>
          <w:p w14:paraId="5656E3E4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Наблюдает, анализирует, сравнивает языковые факты; формулирует выводы; принимает цель совместной и индивидуальной работы.</w:t>
            </w:r>
          </w:p>
        </w:tc>
        <w:tc>
          <w:tcPr>
            <w:tcW w:w="2748" w:type="dxa"/>
          </w:tcPr>
          <w:p w14:paraId="5E71736C" w14:textId="77777777" w:rsidR="00F51049" w:rsidRPr="00F51049" w:rsidRDefault="00F51049" w:rsidP="0078209C">
            <w:pPr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Проявляет интерес и уважение к русскому языку; осознаёт значение грамотной речи; демонстрирует ответственное отношение к учебной деятельности, сотрудничеству и результату своей работы.</w:t>
            </w:r>
          </w:p>
        </w:tc>
        <w:tc>
          <w:tcPr>
            <w:tcW w:w="1590" w:type="dxa"/>
          </w:tcPr>
          <w:p w14:paraId="4165EF05" w14:textId="77777777" w:rsidR="00F51049" w:rsidRPr="00F51049" w:rsidRDefault="00F51049" w:rsidP="0078209C">
            <w:pPr>
              <w:jc w:val="center"/>
              <w:rPr>
                <w:sz w:val="20"/>
                <w:szCs w:val="20"/>
              </w:rPr>
            </w:pPr>
            <w:r w:rsidRPr="00F51049">
              <w:rPr>
                <w:sz w:val="20"/>
                <w:szCs w:val="20"/>
              </w:rPr>
              <w:t>Текущий контроль</w:t>
            </w:r>
          </w:p>
        </w:tc>
      </w:tr>
    </w:tbl>
    <w:p w14:paraId="008C065A" w14:textId="77777777" w:rsidR="00F51049" w:rsidRPr="006F28B8" w:rsidRDefault="00F51049" w:rsidP="00F51049"/>
    <w:p w14:paraId="16DC4EBD" w14:textId="77777777" w:rsidR="00F51049" w:rsidRPr="006F28B8" w:rsidRDefault="00F51049" w:rsidP="00F51049">
      <w:r w:rsidRPr="006F28B8">
        <w:rPr>
          <w:b/>
        </w:rPr>
        <w:t>Итого: 170 часов.</w:t>
      </w:r>
      <w:r w:rsidRPr="006F28B8">
        <w:t xml:space="preserve"> КТП построено на актуальном федеральном поурочном планировании для 2 класса. Резервные уроки использованы для закрепления, развития речи, контроля и коррекции. Один из резервных уроков в конце года использован для проведения промежуточной аттестации в форме диктанта в соответствии с учебным планом образовательной организации.</w:t>
      </w:r>
    </w:p>
    <w:p w14:paraId="71A120E8" w14:textId="77777777" w:rsidR="00566B02" w:rsidRDefault="00566B02">
      <w:pPr>
        <w:pStyle w:val="1"/>
        <w:spacing w:before="1" w:line="240" w:lineRule="auto"/>
        <w:ind w:left="4127"/>
      </w:pPr>
    </w:p>
    <w:p w14:paraId="1F0CD6DD" w14:textId="77777777" w:rsidR="00566B02" w:rsidRDefault="00566B02">
      <w:pPr>
        <w:pStyle w:val="1"/>
        <w:spacing w:before="1" w:line="240" w:lineRule="auto"/>
        <w:ind w:left="4127"/>
      </w:pPr>
    </w:p>
    <w:p w14:paraId="4D069C17" w14:textId="77777777" w:rsidR="00566B02" w:rsidRDefault="00566B02">
      <w:pPr>
        <w:pStyle w:val="1"/>
        <w:spacing w:before="1" w:line="240" w:lineRule="auto"/>
        <w:ind w:left="4127"/>
      </w:pPr>
    </w:p>
    <w:p w14:paraId="1987D4A4" w14:textId="77777777" w:rsidR="00566B02" w:rsidRDefault="00566B02">
      <w:pPr>
        <w:pStyle w:val="1"/>
        <w:spacing w:before="1" w:line="240" w:lineRule="auto"/>
        <w:ind w:left="4127"/>
      </w:pPr>
    </w:p>
    <w:p w14:paraId="02E22082" w14:textId="77777777" w:rsidR="00566B02" w:rsidRDefault="00566B02">
      <w:pPr>
        <w:pStyle w:val="1"/>
        <w:spacing w:before="1" w:line="240" w:lineRule="auto"/>
        <w:ind w:left="4127"/>
      </w:pPr>
    </w:p>
    <w:sectPr w:rsidR="00566B02">
      <w:pgSz w:w="16840" w:h="11910" w:orient="landscape"/>
      <w:pgMar w:top="1100" w:right="141" w:bottom="1200" w:left="992" w:header="0" w:footer="10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BEEB8" w14:textId="77777777" w:rsidR="0088301D" w:rsidRDefault="0088301D">
      <w:r>
        <w:separator/>
      </w:r>
    </w:p>
  </w:endnote>
  <w:endnote w:type="continuationSeparator" w:id="0">
    <w:p w14:paraId="1D1C5727" w14:textId="77777777" w:rsidR="0088301D" w:rsidRDefault="008830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7EB06" w14:textId="77777777" w:rsidR="0088301D" w:rsidRDefault="0088301D">
      <w:r>
        <w:separator/>
      </w:r>
    </w:p>
  </w:footnote>
  <w:footnote w:type="continuationSeparator" w:id="0">
    <w:p w14:paraId="6234159D" w14:textId="77777777" w:rsidR="0088301D" w:rsidRDefault="008830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E17D5E"/>
    <w:multiLevelType w:val="multilevel"/>
    <w:tmpl w:val="C7CA1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91C39C3"/>
    <w:multiLevelType w:val="multilevel"/>
    <w:tmpl w:val="47502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F6D6A91"/>
    <w:multiLevelType w:val="multilevel"/>
    <w:tmpl w:val="29B0D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065222E"/>
    <w:multiLevelType w:val="multilevel"/>
    <w:tmpl w:val="BF8E6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257427B"/>
    <w:multiLevelType w:val="multilevel"/>
    <w:tmpl w:val="58B0C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56E566B"/>
    <w:multiLevelType w:val="multilevel"/>
    <w:tmpl w:val="0124F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7722F63"/>
    <w:multiLevelType w:val="hybridMultilevel"/>
    <w:tmpl w:val="4C9C4B1C"/>
    <w:lvl w:ilvl="0" w:tplc="C6380A30">
      <w:numFmt w:val="bullet"/>
      <w:lvlText w:val="—"/>
      <w:lvlJc w:val="left"/>
      <w:pPr>
        <w:ind w:left="140" w:hanging="3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EB841A6">
      <w:numFmt w:val="bullet"/>
      <w:lvlText w:val="•"/>
      <w:lvlJc w:val="left"/>
      <w:pPr>
        <w:ind w:left="1696" w:hanging="332"/>
      </w:pPr>
      <w:rPr>
        <w:rFonts w:hint="default"/>
        <w:lang w:val="ru-RU" w:eastAsia="en-US" w:bidi="ar-SA"/>
      </w:rPr>
    </w:lvl>
    <w:lvl w:ilvl="2" w:tplc="EE5E1BA4">
      <w:numFmt w:val="bullet"/>
      <w:lvlText w:val="•"/>
      <w:lvlJc w:val="left"/>
      <w:pPr>
        <w:ind w:left="3253" w:hanging="332"/>
      </w:pPr>
      <w:rPr>
        <w:rFonts w:hint="default"/>
        <w:lang w:val="ru-RU" w:eastAsia="en-US" w:bidi="ar-SA"/>
      </w:rPr>
    </w:lvl>
    <w:lvl w:ilvl="3" w:tplc="DCF8D18E">
      <w:numFmt w:val="bullet"/>
      <w:lvlText w:val="•"/>
      <w:lvlJc w:val="left"/>
      <w:pPr>
        <w:ind w:left="4809" w:hanging="332"/>
      </w:pPr>
      <w:rPr>
        <w:rFonts w:hint="default"/>
        <w:lang w:val="ru-RU" w:eastAsia="en-US" w:bidi="ar-SA"/>
      </w:rPr>
    </w:lvl>
    <w:lvl w:ilvl="4" w:tplc="EC286A4A">
      <w:numFmt w:val="bullet"/>
      <w:lvlText w:val="•"/>
      <w:lvlJc w:val="left"/>
      <w:pPr>
        <w:ind w:left="6366" w:hanging="332"/>
      </w:pPr>
      <w:rPr>
        <w:rFonts w:hint="default"/>
        <w:lang w:val="ru-RU" w:eastAsia="en-US" w:bidi="ar-SA"/>
      </w:rPr>
    </w:lvl>
    <w:lvl w:ilvl="5" w:tplc="29A4D508">
      <w:numFmt w:val="bullet"/>
      <w:lvlText w:val="•"/>
      <w:lvlJc w:val="left"/>
      <w:pPr>
        <w:ind w:left="7922" w:hanging="332"/>
      </w:pPr>
      <w:rPr>
        <w:rFonts w:hint="default"/>
        <w:lang w:val="ru-RU" w:eastAsia="en-US" w:bidi="ar-SA"/>
      </w:rPr>
    </w:lvl>
    <w:lvl w:ilvl="6" w:tplc="2DC4415E">
      <w:numFmt w:val="bullet"/>
      <w:lvlText w:val="•"/>
      <w:lvlJc w:val="left"/>
      <w:pPr>
        <w:ind w:left="9479" w:hanging="332"/>
      </w:pPr>
      <w:rPr>
        <w:rFonts w:hint="default"/>
        <w:lang w:val="ru-RU" w:eastAsia="en-US" w:bidi="ar-SA"/>
      </w:rPr>
    </w:lvl>
    <w:lvl w:ilvl="7" w:tplc="FD32240C">
      <w:numFmt w:val="bullet"/>
      <w:lvlText w:val="•"/>
      <w:lvlJc w:val="left"/>
      <w:pPr>
        <w:ind w:left="11035" w:hanging="332"/>
      </w:pPr>
      <w:rPr>
        <w:rFonts w:hint="default"/>
        <w:lang w:val="ru-RU" w:eastAsia="en-US" w:bidi="ar-SA"/>
      </w:rPr>
    </w:lvl>
    <w:lvl w:ilvl="8" w:tplc="45A07F12">
      <w:numFmt w:val="bullet"/>
      <w:lvlText w:val="•"/>
      <w:lvlJc w:val="left"/>
      <w:pPr>
        <w:ind w:left="12592" w:hanging="332"/>
      </w:pPr>
      <w:rPr>
        <w:rFonts w:hint="default"/>
        <w:lang w:val="ru-RU" w:eastAsia="en-US" w:bidi="ar-SA"/>
      </w:rPr>
    </w:lvl>
  </w:abstractNum>
  <w:abstractNum w:abstractNumId="16" w15:restartNumberingAfterBreak="0">
    <w:nsid w:val="1D15737C"/>
    <w:multiLevelType w:val="multilevel"/>
    <w:tmpl w:val="4CA85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094738F"/>
    <w:multiLevelType w:val="hybridMultilevel"/>
    <w:tmpl w:val="311A3DD2"/>
    <w:lvl w:ilvl="0" w:tplc="09EA9E52">
      <w:start w:val="1"/>
      <w:numFmt w:val="decimal"/>
      <w:lvlText w:val="%1."/>
      <w:lvlJc w:val="left"/>
      <w:pPr>
        <w:ind w:left="6180" w:hanging="24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4869150">
      <w:numFmt w:val="bullet"/>
      <w:lvlText w:val="•"/>
      <w:lvlJc w:val="left"/>
      <w:pPr>
        <w:ind w:left="7132" w:hanging="248"/>
      </w:pPr>
      <w:rPr>
        <w:rFonts w:hint="default"/>
        <w:lang w:val="ru-RU" w:eastAsia="en-US" w:bidi="ar-SA"/>
      </w:rPr>
    </w:lvl>
    <w:lvl w:ilvl="2" w:tplc="56D0D5D2">
      <w:numFmt w:val="bullet"/>
      <w:lvlText w:val="•"/>
      <w:lvlJc w:val="left"/>
      <w:pPr>
        <w:ind w:left="8085" w:hanging="248"/>
      </w:pPr>
      <w:rPr>
        <w:rFonts w:hint="default"/>
        <w:lang w:val="ru-RU" w:eastAsia="en-US" w:bidi="ar-SA"/>
      </w:rPr>
    </w:lvl>
    <w:lvl w:ilvl="3" w:tplc="9BACA08C">
      <w:numFmt w:val="bullet"/>
      <w:lvlText w:val="•"/>
      <w:lvlJc w:val="left"/>
      <w:pPr>
        <w:ind w:left="9037" w:hanging="248"/>
      </w:pPr>
      <w:rPr>
        <w:rFonts w:hint="default"/>
        <w:lang w:val="ru-RU" w:eastAsia="en-US" w:bidi="ar-SA"/>
      </w:rPr>
    </w:lvl>
    <w:lvl w:ilvl="4" w:tplc="CC0EE95A">
      <w:numFmt w:val="bullet"/>
      <w:lvlText w:val="•"/>
      <w:lvlJc w:val="left"/>
      <w:pPr>
        <w:ind w:left="9990" w:hanging="248"/>
      </w:pPr>
      <w:rPr>
        <w:rFonts w:hint="default"/>
        <w:lang w:val="ru-RU" w:eastAsia="en-US" w:bidi="ar-SA"/>
      </w:rPr>
    </w:lvl>
    <w:lvl w:ilvl="5" w:tplc="D3E0DF7E">
      <w:numFmt w:val="bullet"/>
      <w:lvlText w:val="•"/>
      <w:lvlJc w:val="left"/>
      <w:pPr>
        <w:ind w:left="10942" w:hanging="248"/>
      </w:pPr>
      <w:rPr>
        <w:rFonts w:hint="default"/>
        <w:lang w:val="ru-RU" w:eastAsia="en-US" w:bidi="ar-SA"/>
      </w:rPr>
    </w:lvl>
    <w:lvl w:ilvl="6" w:tplc="7600529A">
      <w:numFmt w:val="bullet"/>
      <w:lvlText w:val="•"/>
      <w:lvlJc w:val="left"/>
      <w:pPr>
        <w:ind w:left="11895" w:hanging="248"/>
      </w:pPr>
      <w:rPr>
        <w:rFonts w:hint="default"/>
        <w:lang w:val="ru-RU" w:eastAsia="en-US" w:bidi="ar-SA"/>
      </w:rPr>
    </w:lvl>
    <w:lvl w:ilvl="7" w:tplc="2CD44AF4">
      <w:numFmt w:val="bullet"/>
      <w:lvlText w:val="•"/>
      <w:lvlJc w:val="left"/>
      <w:pPr>
        <w:ind w:left="12847" w:hanging="248"/>
      </w:pPr>
      <w:rPr>
        <w:rFonts w:hint="default"/>
        <w:lang w:val="ru-RU" w:eastAsia="en-US" w:bidi="ar-SA"/>
      </w:rPr>
    </w:lvl>
    <w:lvl w:ilvl="8" w:tplc="CEB2FA38">
      <w:numFmt w:val="bullet"/>
      <w:lvlText w:val="•"/>
      <w:lvlJc w:val="left"/>
      <w:pPr>
        <w:ind w:left="13800" w:hanging="248"/>
      </w:pPr>
      <w:rPr>
        <w:rFonts w:hint="default"/>
        <w:lang w:val="ru-RU" w:eastAsia="en-US" w:bidi="ar-SA"/>
      </w:rPr>
    </w:lvl>
  </w:abstractNum>
  <w:abstractNum w:abstractNumId="18" w15:restartNumberingAfterBreak="0">
    <w:nsid w:val="24A87902"/>
    <w:multiLevelType w:val="multilevel"/>
    <w:tmpl w:val="08F04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B273A7B"/>
    <w:multiLevelType w:val="multilevel"/>
    <w:tmpl w:val="9C502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7E3B36"/>
    <w:multiLevelType w:val="hybridMultilevel"/>
    <w:tmpl w:val="80547D9A"/>
    <w:lvl w:ilvl="0" w:tplc="1FA2EA7C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3D6D854">
      <w:numFmt w:val="bullet"/>
      <w:lvlText w:val="•"/>
      <w:lvlJc w:val="left"/>
      <w:pPr>
        <w:ind w:left="1696" w:hanging="140"/>
      </w:pPr>
      <w:rPr>
        <w:rFonts w:hint="default"/>
        <w:lang w:val="ru-RU" w:eastAsia="en-US" w:bidi="ar-SA"/>
      </w:rPr>
    </w:lvl>
    <w:lvl w:ilvl="2" w:tplc="A470F91A">
      <w:numFmt w:val="bullet"/>
      <w:lvlText w:val="•"/>
      <w:lvlJc w:val="left"/>
      <w:pPr>
        <w:ind w:left="3253" w:hanging="140"/>
      </w:pPr>
      <w:rPr>
        <w:rFonts w:hint="default"/>
        <w:lang w:val="ru-RU" w:eastAsia="en-US" w:bidi="ar-SA"/>
      </w:rPr>
    </w:lvl>
    <w:lvl w:ilvl="3" w:tplc="F864A20C">
      <w:numFmt w:val="bullet"/>
      <w:lvlText w:val="•"/>
      <w:lvlJc w:val="left"/>
      <w:pPr>
        <w:ind w:left="4809" w:hanging="140"/>
      </w:pPr>
      <w:rPr>
        <w:rFonts w:hint="default"/>
        <w:lang w:val="ru-RU" w:eastAsia="en-US" w:bidi="ar-SA"/>
      </w:rPr>
    </w:lvl>
    <w:lvl w:ilvl="4" w:tplc="1CBA4BA4">
      <w:numFmt w:val="bullet"/>
      <w:lvlText w:val="•"/>
      <w:lvlJc w:val="left"/>
      <w:pPr>
        <w:ind w:left="6366" w:hanging="140"/>
      </w:pPr>
      <w:rPr>
        <w:rFonts w:hint="default"/>
        <w:lang w:val="ru-RU" w:eastAsia="en-US" w:bidi="ar-SA"/>
      </w:rPr>
    </w:lvl>
    <w:lvl w:ilvl="5" w:tplc="49F82A2C">
      <w:numFmt w:val="bullet"/>
      <w:lvlText w:val="•"/>
      <w:lvlJc w:val="left"/>
      <w:pPr>
        <w:ind w:left="7922" w:hanging="140"/>
      </w:pPr>
      <w:rPr>
        <w:rFonts w:hint="default"/>
        <w:lang w:val="ru-RU" w:eastAsia="en-US" w:bidi="ar-SA"/>
      </w:rPr>
    </w:lvl>
    <w:lvl w:ilvl="6" w:tplc="1D00DC9C">
      <w:numFmt w:val="bullet"/>
      <w:lvlText w:val="•"/>
      <w:lvlJc w:val="left"/>
      <w:pPr>
        <w:ind w:left="9479" w:hanging="140"/>
      </w:pPr>
      <w:rPr>
        <w:rFonts w:hint="default"/>
        <w:lang w:val="ru-RU" w:eastAsia="en-US" w:bidi="ar-SA"/>
      </w:rPr>
    </w:lvl>
    <w:lvl w:ilvl="7" w:tplc="C62E8668">
      <w:numFmt w:val="bullet"/>
      <w:lvlText w:val="•"/>
      <w:lvlJc w:val="left"/>
      <w:pPr>
        <w:ind w:left="11035" w:hanging="140"/>
      </w:pPr>
      <w:rPr>
        <w:rFonts w:hint="default"/>
        <w:lang w:val="ru-RU" w:eastAsia="en-US" w:bidi="ar-SA"/>
      </w:rPr>
    </w:lvl>
    <w:lvl w:ilvl="8" w:tplc="ABC2E566">
      <w:numFmt w:val="bullet"/>
      <w:lvlText w:val="•"/>
      <w:lvlJc w:val="left"/>
      <w:pPr>
        <w:ind w:left="12592" w:hanging="140"/>
      </w:pPr>
      <w:rPr>
        <w:rFonts w:hint="default"/>
        <w:lang w:val="ru-RU" w:eastAsia="en-US" w:bidi="ar-SA"/>
      </w:rPr>
    </w:lvl>
  </w:abstractNum>
  <w:abstractNum w:abstractNumId="21" w15:restartNumberingAfterBreak="0">
    <w:nsid w:val="3D0C2B06"/>
    <w:multiLevelType w:val="hybridMultilevel"/>
    <w:tmpl w:val="8244D820"/>
    <w:lvl w:ilvl="0" w:tplc="F162C132">
      <w:start w:val="1"/>
      <w:numFmt w:val="decimal"/>
      <w:lvlText w:val="%1."/>
      <w:lvlJc w:val="left"/>
      <w:pPr>
        <w:ind w:left="38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49439F0">
      <w:numFmt w:val="bullet"/>
      <w:lvlText w:val="•"/>
      <w:lvlJc w:val="left"/>
      <w:pPr>
        <w:ind w:left="1912" w:hanging="240"/>
      </w:pPr>
      <w:rPr>
        <w:rFonts w:hint="default"/>
        <w:lang w:val="ru-RU" w:eastAsia="en-US" w:bidi="ar-SA"/>
      </w:rPr>
    </w:lvl>
    <w:lvl w:ilvl="2" w:tplc="3AEE4CF2">
      <w:numFmt w:val="bullet"/>
      <w:lvlText w:val="•"/>
      <w:lvlJc w:val="left"/>
      <w:pPr>
        <w:ind w:left="3445" w:hanging="240"/>
      </w:pPr>
      <w:rPr>
        <w:rFonts w:hint="default"/>
        <w:lang w:val="ru-RU" w:eastAsia="en-US" w:bidi="ar-SA"/>
      </w:rPr>
    </w:lvl>
    <w:lvl w:ilvl="3" w:tplc="710EA13A">
      <w:numFmt w:val="bullet"/>
      <w:lvlText w:val="•"/>
      <w:lvlJc w:val="left"/>
      <w:pPr>
        <w:ind w:left="4977" w:hanging="240"/>
      </w:pPr>
      <w:rPr>
        <w:rFonts w:hint="default"/>
        <w:lang w:val="ru-RU" w:eastAsia="en-US" w:bidi="ar-SA"/>
      </w:rPr>
    </w:lvl>
    <w:lvl w:ilvl="4" w:tplc="DA06BEBE">
      <w:numFmt w:val="bullet"/>
      <w:lvlText w:val="•"/>
      <w:lvlJc w:val="left"/>
      <w:pPr>
        <w:ind w:left="6510" w:hanging="240"/>
      </w:pPr>
      <w:rPr>
        <w:rFonts w:hint="default"/>
        <w:lang w:val="ru-RU" w:eastAsia="en-US" w:bidi="ar-SA"/>
      </w:rPr>
    </w:lvl>
    <w:lvl w:ilvl="5" w:tplc="370C3FA2">
      <w:numFmt w:val="bullet"/>
      <w:lvlText w:val="•"/>
      <w:lvlJc w:val="left"/>
      <w:pPr>
        <w:ind w:left="8042" w:hanging="240"/>
      </w:pPr>
      <w:rPr>
        <w:rFonts w:hint="default"/>
        <w:lang w:val="ru-RU" w:eastAsia="en-US" w:bidi="ar-SA"/>
      </w:rPr>
    </w:lvl>
    <w:lvl w:ilvl="6" w:tplc="9F061048">
      <w:numFmt w:val="bullet"/>
      <w:lvlText w:val="•"/>
      <w:lvlJc w:val="left"/>
      <w:pPr>
        <w:ind w:left="9575" w:hanging="240"/>
      </w:pPr>
      <w:rPr>
        <w:rFonts w:hint="default"/>
        <w:lang w:val="ru-RU" w:eastAsia="en-US" w:bidi="ar-SA"/>
      </w:rPr>
    </w:lvl>
    <w:lvl w:ilvl="7" w:tplc="E74CD37C">
      <w:numFmt w:val="bullet"/>
      <w:lvlText w:val="•"/>
      <w:lvlJc w:val="left"/>
      <w:pPr>
        <w:ind w:left="11107" w:hanging="240"/>
      </w:pPr>
      <w:rPr>
        <w:rFonts w:hint="default"/>
        <w:lang w:val="ru-RU" w:eastAsia="en-US" w:bidi="ar-SA"/>
      </w:rPr>
    </w:lvl>
    <w:lvl w:ilvl="8" w:tplc="DC0E930A">
      <w:numFmt w:val="bullet"/>
      <w:lvlText w:val="•"/>
      <w:lvlJc w:val="left"/>
      <w:pPr>
        <w:ind w:left="12640" w:hanging="240"/>
      </w:pPr>
      <w:rPr>
        <w:rFonts w:hint="default"/>
        <w:lang w:val="ru-RU" w:eastAsia="en-US" w:bidi="ar-SA"/>
      </w:rPr>
    </w:lvl>
  </w:abstractNum>
  <w:abstractNum w:abstractNumId="22" w15:restartNumberingAfterBreak="0">
    <w:nsid w:val="49755A32"/>
    <w:multiLevelType w:val="multilevel"/>
    <w:tmpl w:val="0B3C5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AD8019A"/>
    <w:multiLevelType w:val="hybridMultilevel"/>
    <w:tmpl w:val="48788D04"/>
    <w:lvl w:ilvl="0" w:tplc="3AFC5EE4">
      <w:start w:val="1"/>
      <w:numFmt w:val="decimal"/>
      <w:lvlText w:val="%1."/>
      <w:lvlJc w:val="left"/>
      <w:pPr>
        <w:ind w:left="140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D867B32">
      <w:numFmt w:val="bullet"/>
      <w:lvlText w:val="•"/>
      <w:lvlJc w:val="left"/>
      <w:pPr>
        <w:ind w:left="1696" w:hanging="283"/>
      </w:pPr>
      <w:rPr>
        <w:rFonts w:hint="default"/>
        <w:lang w:val="ru-RU" w:eastAsia="en-US" w:bidi="ar-SA"/>
      </w:rPr>
    </w:lvl>
    <w:lvl w:ilvl="2" w:tplc="C19616D0">
      <w:numFmt w:val="bullet"/>
      <w:lvlText w:val="•"/>
      <w:lvlJc w:val="left"/>
      <w:pPr>
        <w:ind w:left="3253" w:hanging="283"/>
      </w:pPr>
      <w:rPr>
        <w:rFonts w:hint="default"/>
        <w:lang w:val="ru-RU" w:eastAsia="en-US" w:bidi="ar-SA"/>
      </w:rPr>
    </w:lvl>
    <w:lvl w:ilvl="3" w:tplc="9B101AC0">
      <w:numFmt w:val="bullet"/>
      <w:lvlText w:val="•"/>
      <w:lvlJc w:val="left"/>
      <w:pPr>
        <w:ind w:left="4809" w:hanging="283"/>
      </w:pPr>
      <w:rPr>
        <w:rFonts w:hint="default"/>
        <w:lang w:val="ru-RU" w:eastAsia="en-US" w:bidi="ar-SA"/>
      </w:rPr>
    </w:lvl>
    <w:lvl w:ilvl="4" w:tplc="846EEFC0">
      <w:numFmt w:val="bullet"/>
      <w:lvlText w:val="•"/>
      <w:lvlJc w:val="left"/>
      <w:pPr>
        <w:ind w:left="6366" w:hanging="283"/>
      </w:pPr>
      <w:rPr>
        <w:rFonts w:hint="default"/>
        <w:lang w:val="ru-RU" w:eastAsia="en-US" w:bidi="ar-SA"/>
      </w:rPr>
    </w:lvl>
    <w:lvl w:ilvl="5" w:tplc="219A96B6">
      <w:numFmt w:val="bullet"/>
      <w:lvlText w:val="•"/>
      <w:lvlJc w:val="left"/>
      <w:pPr>
        <w:ind w:left="7922" w:hanging="283"/>
      </w:pPr>
      <w:rPr>
        <w:rFonts w:hint="default"/>
        <w:lang w:val="ru-RU" w:eastAsia="en-US" w:bidi="ar-SA"/>
      </w:rPr>
    </w:lvl>
    <w:lvl w:ilvl="6" w:tplc="4CF61174">
      <w:numFmt w:val="bullet"/>
      <w:lvlText w:val="•"/>
      <w:lvlJc w:val="left"/>
      <w:pPr>
        <w:ind w:left="9479" w:hanging="283"/>
      </w:pPr>
      <w:rPr>
        <w:rFonts w:hint="default"/>
        <w:lang w:val="ru-RU" w:eastAsia="en-US" w:bidi="ar-SA"/>
      </w:rPr>
    </w:lvl>
    <w:lvl w:ilvl="7" w:tplc="ECEA7906">
      <w:numFmt w:val="bullet"/>
      <w:lvlText w:val="•"/>
      <w:lvlJc w:val="left"/>
      <w:pPr>
        <w:ind w:left="11035" w:hanging="283"/>
      </w:pPr>
      <w:rPr>
        <w:rFonts w:hint="default"/>
        <w:lang w:val="ru-RU" w:eastAsia="en-US" w:bidi="ar-SA"/>
      </w:rPr>
    </w:lvl>
    <w:lvl w:ilvl="8" w:tplc="6FB86BD6">
      <w:numFmt w:val="bullet"/>
      <w:lvlText w:val="•"/>
      <w:lvlJc w:val="left"/>
      <w:pPr>
        <w:ind w:left="12592" w:hanging="283"/>
      </w:pPr>
      <w:rPr>
        <w:rFonts w:hint="default"/>
        <w:lang w:val="ru-RU" w:eastAsia="en-US" w:bidi="ar-SA"/>
      </w:rPr>
    </w:lvl>
  </w:abstractNum>
  <w:abstractNum w:abstractNumId="24" w15:restartNumberingAfterBreak="0">
    <w:nsid w:val="4CC73D5D"/>
    <w:multiLevelType w:val="hybridMultilevel"/>
    <w:tmpl w:val="9574E970"/>
    <w:lvl w:ilvl="0" w:tplc="12BAB8C4">
      <w:numFmt w:val="bullet"/>
      <w:lvlText w:val="•"/>
      <w:lvlJc w:val="left"/>
      <w:pPr>
        <w:ind w:left="140" w:hanging="1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380E928">
      <w:numFmt w:val="bullet"/>
      <w:lvlText w:val="•"/>
      <w:lvlJc w:val="left"/>
      <w:pPr>
        <w:ind w:left="1696" w:hanging="161"/>
      </w:pPr>
      <w:rPr>
        <w:rFonts w:hint="default"/>
        <w:lang w:val="ru-RU" w:eastAsia="en-US" w:bidi="ar-SA"/>
      </w:rPr>
    </w:lvl>
    <w:lvl w:ilvl="2" w:tplc="6734C89C">
      <w:numFmt w:val="bullet"/>
      <w:lvlText w:val="•"/>
      <w:lvlJc w:val="left"/>
      <w:pPr>
        <w:ind w:left="3253" w:hanging="161"/>
      </w:pPr>
      <w:rPr>
        <w:rFonts w:hint="default"/>
        <w:lang w:val="ru-RU" w:eastAsia="en-US" w:bidi="ar-SA"/>
      </w:rPr>
    </w:lvl>
    <w:lvl w:ilvl="3" w:tplc="BCD49BB4">
      <w:numFmt w:val="bullet"/>
      <w:lvlText w:val="•"/>
      <w:lvlJc w:val="left"/>
      <w:pPr>
        <w:ind w:left="4809" w:hanging="161"/>
      </w:pPr>
      <w:rPr>
        <w:rFonts w:hint="default"/>
        <w:lang w:val="ru-RU" w:eastAsia="en-US" w:bidi="ar-SA"/>
      </w:rPr>
    </w:lvl>
    <w:lvl w:ilvl="4" w:tplc="E9EEFFE4">
      <w:numFmt w:val="bullet"/>
      <w:lvlText w:val="•"/>
      <w:lvlJc w:val="left"/>
      <w:pPr>
        <w:ind w:left="6366" w:hanging="161"/>
      </w:pPr>
      <w:rPr>
        <w:rFonts w:hint="default"/>
        <w:lang w:val="ru-RU" w:eastAsia="en-US" w:bidi="ar-SA"/>
      </w:rPr>
    </w:lvl>
    <w:lvl w:ilvl="5" w:tplc="6B5E8396">
      <w:numFmt w:val="bullet"/>
      <w:lvlText w:val="•"/>
      <w:lvlJc w:val="left"/>
      <w:pPr>
        <w:ind w:left="7922" w:hanging="161"/>
      </w:pPr>
      <w:rPr>
        <w:rFonts w:hint="default"/>
        <w:lang w:val="ru-RU" w:eastAsia="en-US" w:bidi="ar-SA"/>
      </w:rPr>
    </w:lvl>
    <w:lvl w:ilvl="6" w:tplc="B6AC56CE">
      <w:numFmt w:val="bullet"/>
      <w:lvlText w:val="•"/>
      <w:lvlJc w:val="left"/>
      <w:pPr>
        <w:ind w:left="9479" w:hanging="161"/>
      </w:pPr>
      <w:rPr>
        <w:rFonts w:hint="default"/>
        <w:lang w:val="ru-RU" w:eastAsia="en-US" w:bidi="ar-SA"/>
      </w:rPr>
    </w:lvl>
    <w:lvl w:ilvl="7" w:tplc="AD9817A6">
      <w:numFmt w:val="bullet"/>
      <w:lvlText w:val="•"/>
      <w:lvlJc w:val="left"/>
      <w:pPr>
        <w:ind w:left="11035" w:hanging="161"/>
      </w:pPr>
      <w:rPr>
        <w:rFonts w:hint="default"/>
        <w:lang w:val="ru-RU" w:eastAsia="en-US" w:bidi="ar-SA"/>
      </w:rPr>
    </w:lvl>
    <w:lvl w:ilvl="8" w:tplc="9D06672A">
      <w:numFmt w:val="bullet"/>
      <w:lvlText w:val="•"/>
      <w:lvlJc w:val="left"/>
      <w:pPr>
        <w:ind w:left="12592" w:hanging="161"/>
      </w:pPr>
      <w:rPr>
        <w:rFonts w:hint="default"/>
        <w:lang w:val="ru-RU" w:eastAsia="en-US" w:bidi="ar-SA"/>
      </w:rPr>
    </w:lvl>
  </w:abstractNum>
  <w:abstractNum w:abstractNumId="25" w15:restartNumberingAfterBreak="0">
    <w:nsid w:val="4CFA554F"/>
    <w:multiLevelType w:val="hybridMultilevel"/>
    <w:tmpl w:val="F500BF28"/>
    <w:lvl w:ilvl="0" w:tplc="35CA13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1480711"/>
    <w:multiLevelType w:val="multilevel"/>
    <w:tmpl w:val="7C7E6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26E1558"/>
    <w:multiLevelType w:val="multilevel"/>
    <w:tmpl w:val="F6801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430043C"/>
    <w:multiLevelType w:val="multilevel"/>
    <w:tmpl w:val="223E1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5E8746D"/>
    <w:multiLevelType w:val="multilevel"/>
    <w:tmpl w:val="74FA3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B784DF7"/>
    <w:multiLevelType w:val="multilevel"/>
    <w:tmpl w:val="70C49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081006B"/>
    <w:multiLevelType w:val="multilevel"/>
    <w:tmpl w:val="683AD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4335069"/>
    <w:multiLevelType w:val="hybridMultilevel"/>
    <w:tmpl w:val="4354618A"/>
    <w:lvl w:ilvl="0" w:tplc="660A2978">
      <w:start w:val="1"/>
      <w:numFmt w:val="decimal"/>
      <w:lvlText w:val="%1."/>
      <w:lvlJc w:val="left"/>
      <w:pPr>
        <w:ind w:left="14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560EF26">
      <w:numFmt w:val="bullet"/>
      <w:lvlText w:val="•"/>
      <w:lvlJc w:val="left"/>
      <w:pPr>
        <w:ind w:left="1696" w:hanging="240"/>
      </w:pPr>
      <w:rPr>
        <w:rFonts w:hint="default"/>
        <w:lang w:val="ru-RU" w:eastAsia="en-US" w:bidi="ar-SA"/>
      </w:rPr>
    </w:lvl>
    <w:lvl w:ilvl="2" w:tplc="100ABE22">
      <w:numFmt w:val="bullet"/>
      <w:lvlText w:val="•"/>
      <w:lvlJc w:val="left"/>
      <w:pPr>
        <w:ind w:left="3253" w:hanging="240"/>
      </w:pPr>
      <w:rPr>
        <w:rFonts w:hint="default"/>
        <w:lang w:val="ru-RU" w:eastAsia="en-US" w:bidi="ar-SA"/>
      </w:rPr>
    </w:lvl>
    <w:lvl w:ilvl="3" w:tplc="91BAFE10">
      <w:numFmt w:val="bullet"/>
      <w:lvlText w:val="•"/>
      <w:lvlJc w:val="left"/>
      <w:pPr>
        <w:ind w:left="4809" w:hanging="240"/>
      </w:pPr>
      <w:rPr>
        <w:rFonts w:hint="default"/>
        <w:lang w:val="ru-RU" w:eastAsia="en-US" w:bidi="ar-SA"/>
      </w:rPr>
    </w:lvl>
    <w:lvl w:ilvl="4" w:tplc="4EE4D53A">
      <w:numFmt w:val="bullet"/>
      <w:lvlText w:val="•"/>
      <w:lvlJc w:val="left"/>
      <w:pPr>
        <w:ind w:left="6366" w:hanging="240"/>
      </w:pPr>
      <w:rPr>
        <w:rFonts w:hint="default"/>
        <w:lang w:val="ru-RU" w:eastAsia="en-US" w:bidi="ar-SA"/>
      </w:rPr>
    </w:lvl>
    <w:lvl w:ilvl="5" w:tplc="8D08D42C">
      <w:numFmt w:val="bullet"/>
      <w:lvlText w:val="•"/>
      <w:lvlJc w:val="left"/>
      <w:pPr>
        <w:ind w:left="7922" w:hanging="240"/>
      </w:pPr>
      <w:rPr>
        <w:rFonts w:hint="default"/>
        <w:lang w:val="ru-RU" w:eastAsia="en-US" w:bidi="ar-SA"/>
      </w:rPr>
    </w:lvl>
    <w:lvl w:ilvl="6" w:tplc="2D1E43A2">
      <w:numFmt w:val="bullet"/>
      <w:lvlText w:val="•"/>
      <w:lvlJc w:val="left"/>
      <w:pPr>
        <w:ind w:left="9479" w:hanging="240"/>
      </w:pPr>
      <w:rPr>
        <w:rFonts w:hint="default"/>
        <w:lang w:val="ru-RU" w:eastAsia="en-US" w:bidi="ar-SA"/>
      </w:rPr>
    </w:lvl>
    <w:lvl w:ilvl="7" w:tplc="F912C2E6">
      <w:numFmt w:val="bullet"/>
      <w:lvlText w:val="•"/>
      <w:lvlJc w:val="left"/>
      <w:pPr>
        <w:ind w:left="11035" w:hanging="240"/>
      </w:pPr>
      <w:rPr>
        <w:rFonts w:hint="default"/>
        <w:lang w:val="ru-RU" w:eastAsia="en-US" w:bidi="ar-SA"/>
      </w:rPr>
    </w:lvl>
    <w:lvl w:ilvl="8" w:tplc="8806D65C">
      <w:numFmt w:val="bullet"/>
      <w:lvlText w:val="•"/>
      <w:lvlJc w:val="left"/>
      <w:pPr>
        <w:ind w:left="12592" w:hanging="240"/>
      </w:pPr>
      <w:rPr>
        <w:rFonts w:hint="default"/>
        <w:lang w:val="ru-RU" w:eastAsia="en-US" w:bidi="ar-SA"/>
      </w:rPr>
    </w:lvl>
  </w:abstractNum>
  <w:abstractNum w:abstractNumId="33" w15:restartNumberingAfterBreak="0">
    <w:nsid w:val="64E20BCD"/>
    <w:multiLevelType w:val="multilevel"/>
    <w:tmpl w:val="D708F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A063BF5"/>
    <w:multiLevelType w:val="multilevel"/>
    <w:tmpl w:val="AE66E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E017B38"/>
    <w:multiLevelType w:val="multilevel"/>
    <w:tmpl w:val="B3485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6154576"/>
    <w:multiLevelType w:val="multilevel"/>
    <w:tmpl w:val="F5BA6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8A81B7B"/>
    <w:multiLevelType w:val="multilevel"/>
    <w:tmpl w:val="DF101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9EA4DAF"/>
    <w:multiLevelType w:val="multilevel"/>
    <w:tmpl w:val="DDB87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A990289"/>
    <w:multiLevelType w:val="multilevel"/>
    <w:tmpl w:val="F0E07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D6B4CC3"/>
    <w:multiLevelType w:val="multilevel"/>
    <w:tmpl w:val="36BC2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E721DBD"/>
    <w:multiLevelType w:val="multilevel"/>
    <w:tmpl w:val="40EE4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0735072">
    <w:abstractNumId w:val="32"/>
  </w:num>
  <w:num w:numId="2" w16cid:durableId="1040395111">
    <w:abstractNumId w:val="21"/>
  </w:num>
  <w:num w:numId="3" w16cid:durableId="1043947403">
    <w:abstractNumId w:val="23"/>
  </w:num>
  <w:num w:numId="4" w16cid:durableId="1051466608">
    <w:abstractNumId w:val="20"/>
  </w:num>
  <w:num w:numId="5" w16cid:durableId="1306855879">
    <w:abstractNumId w:val="15"/>
  </w:num>
  <w:num w:numId="6" w16cid:durableId="1306474002">
    <w:abstractNumId w:val="24"/>
  </w:num>
  <w:num w:numId="7" w16cid:durableId="776408737">
    <w:abstractNumId w:val="17"/>
  </w:num>
  <w:num w:numId="8" w16cid:durableId="125592331">
    <w:abstractNumId w:val="12"/>
  </w:num>
  <w:num w:numId="9" w16cid:durableId="961885602">
    <w:abstractNumId w:val="31"/>
  </w:num>
  <w:num w:numId="10" w16cid:durableId="503276620">
    <w:abstractNumId w:val="18"/>
  </w:num>
  <w:num w:numId="11" w16cid:durableId="1363894751">
    <w:abstractNumId w:val="11"/>
  </w:num>
  <w:num w:numId="12" w16cid:durableId="1867013560">
    <w:abstractNumId w:val="25"/>
  </w:num>
  <w:num w:numId="13" w16cid:durableId="1547569034">
    <w:abstractNumId w:val="8"/>
  </w:num>
  <w:num w:numId="14" w16cid:durableId="1318344030">
    <w:abstractNumId w:val="6"/>
  </w:num>
  <w:num w:numId="15" w16cid:durableId="1285381863">
    <w:abstractNumId w:val="5"/>
  </w:num>
  <w:num w:numId="16" w16cid:durableId="1195727471">
    <w:abstractNumId w:val="4"/>
  </w:num>
  <w:num w:numId="17" w16cid:durableId="641236552">
    <w:abstractNumId w:val="7"/>
  </w:num>
  <w:num w:numId="18" w16cid:durableId="658004824">
    <w:abstractNumId w:val="3"/>
  </w:num>
  <w:num w:numId="19" w16cid:durableId="1840122409">
    <w:abstractNumId w:val="2"/>
  </w:num>
  <w:num w:numId="20" w16cid:durableId="369771192">
    <w:abstractNumId w:val="1"/>
  </w:num>
  <w:num w:numId="21" w16cid:durableId="2095663404">
    <w:abstractNumId w:val="0"/>
  </w:num>
  <w:num w:numId="22" w16cid:durableId="1769693836">
    <w:abstractNumId w:val="19"/>
  </w:num>
  <w:num w:numId="23" w16cid:durableId="1087074173">
    <w:abstractNumId w:val="30"/>
  </w:num>
  <w:num w:numId="24" w16cid:durableId="1044478270">
    <w:abstractNumId w:val="26"/>
  </w:num>
  <w:num w:numId="25" w16cid:durableId="1361008658">
    <w:abstractNumId w:val="14"/>
  </w:num>
  <w:num w:numId="26" w16cid:durableId="331571379">
    <w:abstractNumId w:val="34"/>
  </w:num>
  <w:num w:numId="27" w16cid:durableId="1864400080">
    <w:abstractNumId w:val="35"/>
  </w:num>
  <w:num w:numId="28" w16cid:durableId="349382246">
    <w:abstractNumId w:val="38"/>
  </w:num>
  <w:num w:numId="29" w16cid:durableId="1696924608">
    <w:abstractNumId w:val="27"/>
  </w:num>
  <w:num w:numId="30" w16cid:durableId="528103300">
    <w:abstractNumId w:val="13"/>
  </w:num>
  <w:num w:numId="31" w16cid:durableId="691565851">
    <w:abstractNumId w:val="36"/>
  </w:num>
  <w:num w:numId="32" w16cid:durableId="1031031811">
    <w:abstractNumId w:val="29"/>
  </w:num>
  <w:num w:numId="33" w16cid:durableId="192692267">
    <w:abstractNumId w:val="33"/>
  </w:num>
  <w:num w:numId="34" w16cid:durableId="1447118487">
    <w:abstractNumId w:val="41"/>
  </w:num>
  <w:num w:numId="35" w16cid:durableId="1290671281">
    <w:abstractNumId w:val="28"/>
  </w:num>
  <w:num w:numId="36" w16cid:durableId="29033735">
    <w:abstractNumId w:val="40"/>
  </w:num>
  <w:num w:numId="37" w16cid:durableId="1873378548">
    <w:abstractNumId w:val="9"/>
  </w:num>
  <w:num w:numId="38" w16cid:durableId="1575165557">
    <w:abstractNumId w:val="39"/>
  </w:num>
  <w:num w:numId="39" w16cid:durableId="578099676">
    <w:abstractNumId w:val="16"/>
  </w:num>
  <w:num w:numId="40" w16cid:durableId="1646739766">
    <w:abstractNumId w:val="22"/>
  </w:num>
  <w:num w:numId="41" w16cid:durableId="1942835464">
    <w:abstractNumId w:val="10"/>
  </w:num>
  <w:num w:numId="42" w16cid:durableId="1741175777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5396C"/>
    <w:rsid w:val="004A04BD"/>
    <w:rsid w:val="00566B02"/>
    <w:rsid w:val="0065396C"/>
    <w:rsid w:val="0067037F"/>
    <w:rsid w:val="007B59FA"/>
    <w:rsid w:val="0088301D"/>
    <w:rsid w:val="00C06486"/>
    <w:rsid w:val="00CC2081"/>
    <w:rsid w:val="00DF2F3F"/>
    <w:rsid w:val="00F5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99FB8"/>
  <w15:docId w15:val="{B9E377F9-00E0-44D7-BA3C-72F09092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1"/>
    <w:link w:val="10"/>
    <w:uiPriority w:val="9"/>
    <w:qFormat/>
    <w:pPr>
      <w:spacing w:line="274" w:lineRule="exact"/>
      <w:ind w:left="140"/>
      <w:outlineLvl w:val="0"/>
    </w:pPr>
    <w:rPr>
      <w:b/>
      <w:bCs/>
      <w:sz w:val="24"/>
      <w:szCs w:val="24"/>
    </w:rPr>
  </w:style>
  <w:style w:type="paragraph" w:styleId="21">
    <w:name w:val="heading 2"/>
    <w:basedOn w:val="a1"/>
    <w:next w:val="a1"/>
    <w:link w:val="22"/>
    <w:uiPriority w:val="9"/>
    <w:unhideWhenUsed/>
    <w:qFormat/>
    <w:rsid w:val="00566B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566B0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51049"/>
    <w:pPr>
      <w:keepNext/>
      <w:keepLines/>
      <w:widowControl/>
      <w:autoSpaceDE/>
      <w:autoSpaceDN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16"/>
      <w:lang w:val="en-US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51049"/>
    <w:pPr>
      <w:keepNext/>
      <w:keepLines/>
      <w:widowControl/>
      <w:autoSpaceDE/>
      <w:autoSpaceDN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16"/>
      <w:lang w:val="en-US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51049"/>
    <w:pPr>
      <w:keepNext/>
      <w:keepLines/>
      <w:widowControl/>
      <w:autoSpaceDE/>
      <w:autoSpaceDN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16"/>
      <w:lang w:val="en-US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51049"/>
    <w:pPr>
      <w:keepNext/>
      <w:keepLines/>
      <w:widowControl/>
      <w:autoSpaceDE/>
      <w:autoSpaceDN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6"/>
      <w:lang w:val="en-US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51049"/>
    <w:pPr>
      <w:keepNext/>
      <w:keepLines/>
      <w:widowControl/>
      <w:autoSpaceDE/>
      <w:autoSpaceDN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US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51049"/>
    <w:pPr>
      <w:keepNext/>
      <w:keepLines/>
      <w:widowControl/>
      <w:autoSpaceDE/>
      <w:autoSpaceDN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1"/>
    <w:link w:val="a6"/>
    <w:uiPriority w:val="99"/>
    <w:qFormat/>
    <w:rPr>
      <w:sz w:val="24"/>
      <w:szCs w:val="24"/>
    </w:rPr>
  </w:style>
  <w:style w:type="paragraph" w:styleId="a7">
    <w:name w:val="Title"/>
    <w:basedOn w:val="a1"/>
    <w:link w:val="a8"/>
    <w:uiPriority w:val="10"/>
    <w:qFormat/>
    <w:pPr>
      <w:spacing w:before="64"/>
      <w:ind w:left="4465"/>
    </w:pPr>
    <w:rPr>
      <w:b/>
      <w:bCs/>
      <w:sz w:val="28"/>
      <w:szCs w:val="28"/>
    </w:rPr>
  </w:style>
  <w:style w:type="paragraph" w:styleId="a9">
    <w:name w:val="List Paragraph"/>
    <w:basedOn w:val="a1"/>
    <w:uiPriority w:val="34"/>
    <w:qFormat/>
    <w:pPr>
      <w:ind w:left="140"/>
    </w:pPr>
  </w:style>
  <w:style w:type="paragraph" w:customStyle="1" w:styleId="TableParagraph">
    <w:name w:val="Table Paragraph"/>
    <w:basedOn w:val="a1"/>
    <w:uiPriority w:val="1"/>
    <w:qFormat/>
    <w:pPr>
      <w:jc w:val="center"/>
    </w:pPr>
  </w:style>
  <w:style w:type="character" w:customStyle="1" w:styleId="22">
    <w:name w:val="Заголовок 2 Знак"/>
    <w:basedOn w:val="a2"/>
    <w:link w:val="21"/>
    <w:uiPriority w:val="9"/>
    <w:rsid w:val="00566B0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32">
    <w:name w:val="Заголовок 3 Знак"/>
    <w:basedOn w:val="a2"/>
    <w:link w:val="31"/>
    <w:uiPriority w:val="9"/>
    <w:rsid w:val="00566B0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customStyle="1" w:styleId="40">
    <w:name w:val="Заголовок 4 Знак"/>
    <w:basedOn w:val="a2"/>
    <w:link w:val="4"/>
    <w:uiPriority w:val="9"/>
    <w:semiHidden/>
    <w:rsid w:val="00F51049"/>
    <w:rPr>
      <w:rFonts w:asciiTheme="majorHAnsi" w:eastAsiaTheme="majorEastAsia" w:hAnsiTheme="majorHAnsi" w:cstheme="majorBidi"/>
      <w:b/>
      <w:bCs/>
      <w:i/>
      <w:iCs/>
      <w:color w:val="4F81BD" w:themeColor="accent1"/>
      <w:sz w:val="16"/>
    </w:rPr>
  </w:style>
  <w:style w:type="character" w:customStyle="1" w:styleId="50">
    <w:name w:val="Заголовок 5 Знак"/>
    <w:basedOn w:val="a2"/>
    <w:link w:val="5"/>
    <w:uiPriority w:val="9"/>
    <w:semiHidden/>
    <w:rsid w:val="00F51049"/>
    <w:rPr>
      <w:rFonts w:asciiTheme="majorHAnsi" w:eastAsiaTheme="majorEastAsia" w:hAnsiTheme="majorHAnsi" w:cstheme="majorBidi"/>
      <w:color w:val="243F60" w:themeColor="accent1" w:themeShade="7F"/>
      <w:sz w:val="16"/>
    </w:rPr>
  </w:style>
  <w:style w:type="character" w:customStyle="1" w:styleId="60">
    <w:name w:val="Заголовок 6 Знак"/>
    <w:basedOn w:val="a2"/>
    <w:link w:val="6"/>
    <w:uiPriority w:val="9"/>
    <w:semiHidden/>
    <w:rsid w:val="00F51049"/>
    <w:rPr>
      <w:rFonts w:asciiTheme="majorHAnsi" w:eastAsiaTheme="majorEastAsia" w:hAnsiTheme="majorHAnsi" w:cstheme="majorBidi"/>
      <w:i/>
      <w:iCs/>
      <w:color w:val="243F60" w:themeColor="accent1" w:themeShade="7F"/>
      <w:sz w:val="16"/>
    </w:rPr>
  </w:style>
  <w:style w:type="character" w:customStyle="1" w:styleId="70">
    <w:name w:val="Заголовок 7 Знак"/>
    <w:basedOn w:val="a2"/>
    <w:link w:val="7"/>
    <w:uiPriority w:val="9"/>
    <w:semiHidden/>
    <w:rsid w:val="00F51049"/>
    <w:rPr>
      <w:rFonts w:asciiTheme="majorHAnsi" w:eastAsiaTheme="majorEastAsia" w:hAnsiTheme="majorHAnsi" w:cstheme="majorBidi"/>
      <w:i/>
      <w:iCs/>
      <w:color w:val="404040" w:themeColor="text1" w:themeTint="BF"/>
      <w:sz w:val="16"/>
    </w:rPr>
  </w:style>
  <w:style w:type="character" w:customStyle="1" w:styleId="80">
    <w:name w:val="Заголовок 8 Знак"/>
    <w:basedOn w:val="a2"/>
    <w:link w:val="8"/>
    <w:uiPriority w:val="9"/>
    <w:semiHidden/>
    <w:rsid w:val="00F51049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5104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a">
    <w:name w:val="header"/>
    <w:basedOn w:val="a1"/>
    <w:link w:val="ab"/>
    <w:uiPriority w:val="99"/>
    <w:unhideWhenUsed/>
    <w:rsid w:val="00F51049"/>
    <w:pPr>
      <w:widowControl/>
      <w:tabs>
        <w:tab w:val="center" w:pos="4680"/>
        <w:tab w:val="right" w:pos="9360"/>
      </w:tabs>
      <w:autoSpaceDE/>
      <w:autoSpaceDN/>
    </w:pPr>
    <w:rPr>
      <w:rFonts w:ascii="Arial" w:eastAsiaTheme="minorEastAsia" w:hAnsi="Arial" w:cstheme="minorBidi"/>
      <w:sz w:val="16"/>
      <w:lang w:val="en-US"/>
    </w:rPr>
  </w:style>
  <w:style w:type="character" w:customStyle="1" w:styleId="ab">
    <w:name w:val="Верхний колонтитул Знак"/>
    <w:basedOn w:val="a2"/>
    <w:link w:val="aa"/>
    <w:uiPriority w:val="99"/>
    <w:rsid w:val="00F51049"/>
    <w:rPr>
      <w:rFonts w:ascii="Arial" w:eastAsiaTheme="minorEastAsia" w:hAnsi="Arial"/>
      <w:sz w:val="16"/>
    </w:rPr>
  </w:style>
  <w:style w:type="paragraph" w:styleId="ac">
    <w:name w:val="footer"/>
    <w:basedOn w:val="a1"/>
    <w:link w:val="ad"/>
    <w:uiPriority w:val="99"/>
    <w:unhideWhenUsed/>
    <w:rsid w:val="00F51049"/>
    <w:pPr>
      <w:widowControl/>
      <w:tabs>
        <w:tab w:val="center" w:pos="4680"/>
        <w:tab w:val="right" w:pos="9360"/>
      </w:tabs>
      <w:autoSpaceDE/>
      <w:autoSpaceDN/>
    </w:pPr>
    <w:rPr>
      <w:rFonts w:ascii="Arial" w:eastAsiaTheme="minorEastAsia" w:hAnsi="Arial" w:cstheme="minorBidi"/>
      <w:sz w:val="16"/>
      <w:lang w:val="en-US"/>
    </w:rPr>
  </w:style>
  <w:style w:type="character" w:customStyle="1" w:styleId="ad">
    <w:name w:val="Нижний колонтитул Знак"/>
    <w:basedOn w:val="a2"/>
    <w:link w:val="ac"/>
    <w:uiPriority w:val="99"/>
    <w:rsid w:val="00F51049"/>
    <w:rPr>
      <w:rFonts w:ascii="Arial" w:eastAsiaTheme="minorEastAsia" w:hAnsi="Arial"/>
      <w:sz w:val="16"/>
    </w:rPr>
  </w:style>
  <w:style w:type="paragraph" w:styleId="ae">
    <w:name w:val="No Spacing"/>
    <w:uiPriority w:val="1"/>
    <w:qFormat/>
    <w:rsid w:val="00F51049"/>
    <w:pPr>
      <w:widowControl/>
      <w:autoSpaceDE/>
      <w:autoSpaceDN/>
    </w:pPr>
    <w:rPr>
      <w:rFonts w:eastAsiaTheme="minorEastAsia"/>
    </w:rPr>
  </w:style>
  <w:style w:type="character" w:customStyle="1" w:styleId="10">
    <w:name w:val="Заголовок 1 Знак"/>
    <w:basedOn w:val="a2"/>
    <w:link w:val="1"/>
    <w:uiPriority w:val="9"/>
    <w:rsid w:val="00F51049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8">
    <w:name w:val="Заголовок Знак"/>
    <w:basedOn w:val="a2"/>
    <w:link w:val="a7"/>
    <w:uiPriority w:val="10"/>
    <w:rsid w:val="00F51049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f">
    <w:name w:val="Subtitle"/>
    <w:basedOn w:val="a1"/>
    <w:next w:val="a1"/>
    <w:link w:val="af0"/>
    <w:uiPriority w:val="11"/>
    <w:qFormat/>
    <w:rsid w:val="00F51049"/>
    <w:pPr>
      <w:widowControl/>
      <w:numPr>
        <w:ilvl w:val="1"/>
      </w:numPr>
      <w:autoSpaceDE/>
      <w:autoSpaceDN/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af0">
    <w:name w:val="Подзаголовок Знак"/>
    <w:basedOn w:val="a2"/>
    <w:link w:val="af"/>
    <w:uiPriority w:val="11"/>
    <w:rsid w:val="00F5104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Основной текст Знак"/>
    <w:basedOn w:val="a2"/>
    <w:link w:val="a5"/>
    <w:uiPriority w:val="99"/>
    <w:rsid w:val="00F51049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23">
    <w:name w:val="Body Text 2"/>
    <w:basedOn w:val="a1"/>
    <w:link w:val="24"/>
    <w:uiPriority w:val="99"/>
    <w:unhideWhenUsed/>
    <w:rsid w:val="00F51049"/>
    <w:pPr>
      <w:widowControl/>
      <w:autoSpaceDE/>
      <w:autoSpaceDN/>
      <w:spacing w:after="120" w:line="480" w:lineRule="auto"/>
    </w:pPr>
    <w:rPr>
      <w:rFonts w:ascii="Arial" w:eastAsiaTheme="minorEastAsia" w:hAnsi="Arial" w:cstheme="minorBidi"/>
      <w:sz w:val="16"/>
      <w:lang w:val="en-US"/>
    </w:rPr>
  </w:style>
  <w:style w:type="character" w:customStyle="1" w:styleId="24">
    <w:name w:val="Основной текст 2 Знак"/>
    <w:basedOn w:val="a2"/>
    <w:link w:val="23"/>
    <w:uiPriority w:val="99"/>
    <w:rsid w:val="00F51049"/>
    <w:rPr>
      <w:rFonts w:ascii="Arial" w:eastAsiaTheme="minorEastAsia" w:hAnsi="Arial"/>
      <w:sz w:val="16"/>
    </w:rPr>
  </w:style>
  <w:style w:type="paragraph" w:styleId="33">
    <w:name w:val="Body Text 3"/>
    <w:basedOn w:val="a1"/>
    <w:link w:val="34"/>
    <w:uiPriority w:val="99"/>
    <w:unhideWhenUsed/>
    <w:rsid w:val="00F51049"/>
    <w:pPr>
      <w:widowControl/>
      <w:autoSpaceDE/>
      <w:autoSpaceDN/>
      <w:spacing w:after="120" w:line="276" w:lineRule="auto"/>
    </w:pPr>
    <w:rPr>
      <w:rFonts w:ascii="Arial" w:eastAsiaTheme="minorEastAsia" w:hAnsi="Arial" w:cstheme="minorBidi"/>
      <w:sz w:val="16"/>
      <w:szCs w:val="16"/>
      <w:lang w:val="en-US"/>
    </w:rPr>
  </w:style>
  <w:style w:type="character" w:customStyle="1" w:styleId="34">
    <w:name w:val="Основной текст 3 Знак"/>
    <w:basedOn w:val="a2"/>
    <w:link w:val="33"/>
    <w:uiPriority w:val="99"/>
    <w:rsid w:val="00F51049"/>
    <w:rPr>
      <w:rFonts w:ascii="Arial" w:eastAsiaTheme="minorEastAsia" w:hAnsi="Arial"/>
      <w:sz w:val="16"/>
      <w:szCs w:val="16"/>
    </w:rPr>
  </w:style>
  <w:style w:type="paragraph" w:styleId="af1">
    <w:name w:val="List"/>
    <w:basedOn w:val="a1"/>
    <w:uiPriority w:val="99"/>
    <w:unhideWhenUsed/>
    <w:rsid w:val="00F51049"/>
    <w:pPr>
      <w:widowControl/>
      <w:autoSpaceDE/>
      <w:autoSpaceDN/>
      <w:spacing w:after="200" w:line="276" w:lineRule="auto"/>
      <w:ind w:left="360" w:hanging="360"/>
      <w:contextualSpacing/>
    </w:pPr>
    <w:rPr>
      <w:rFonts w:ascii="Arial" w:eastAsiaTheme="minorEastAsia" w:hAnsi="Arial" w:cstheme="minorBidi"/>
      <w:sz w:val="16"/>
      <w:lang w:val="en-US"/>
    </w:rPr>
  </w:style>
  <w:style w:type="paragraph" w:styleId="25">
    <w:name w:val="List 2"/>
    <w:basedOn w:val="a1"/>
    <w:uiPriority w:val="99"/>
    <w:unhideWhenUsed/>
    <w:rsid w:val="00F51049"/>
    <w:pPr>
      <w:widowControl/>
      <w:autoSpaceDE/>
      <w:autoSpaceDN/>
      <w:spacing w:after="200" w:line="276" w:lineRule="auto"/>
      <w:ind w:left="720" w:hanging="360"/>
      <w:contextualSpacing/>
    </w:pPr>
    <w:rPr>
      <w:rFonts w:ascii="Arial" w:eastAsiaTheme="minorEastAsia" w:hAnsi="Arial" w:cstheme="minorBidi"/>
      <w:sz w:val="16"/>
      <w:lang w:val="en-US"/>
    </w:rPr>
  </w:style>
  <w:style w:type="paragraph" w:styleId="35">
    <w:name w:val="List 3"/>
    <w:basedOn w:val="a1"/>
    <w:uiPriority w:val="99"/>
    <w:unhideWhenUsed/>
    <w:rsid w:val="00F51049"/>
    <w:pPr>
      <w:widowControl/>
      <w:autoSpaceDE/>
      <w:autoSpaceDN/>
      <w:spacing w:after="200" w:line="276" w:lineRule="auto"/>
      <w:ind w:left="1080" w:hanging="360"/>
      <w:contextualSpacing/>
    </w:pPr>
    <w:rPr>
      <w:rFonts w:ascii="Arial" w:eastAsiaTheme="minorEastAsia" w:hAnsi="Arial" w:cstheme="minorBidi"/>
      <w:sz w:val="16"/>
      <w:lang w:val="en-US"/>
    </w:rPr>
  </w:style>
  <w:style w:type="paragraph" w:styleId="a0">
    <w:name w:val="List Bullet"/>
    <w:basedOn w:val="a1"/>
    <w:uiPriority w:val="99"/>
    <w:unhideWhenUsed/>
    <w:rsid w:val="00F51049"/>
    <w:pPr>
      <w:widowControl/>
      <w:numPr>
        <w:numId w:val="13"/>
      </w:numPr>
      <w:tabs>
        <w:tab w:val="clear" w:pos="360"/>
      </w:tabs>
      <w:autoSpaceDE/>
      <w:autoSpaceDN/>
      <w:spacing w:after="200" w:line="276" w:lineRule="auto"/>
      <w:ind w:left="0" w:firstLine="0"/>
      <w:contextualSpacing/>
    </w:pPr>
    <w:rPr>
      <w:rFonts w:ascii="Arial" w:eastAsiaTheme="minorEastAsia" w:hAnsi="Arial" w:cstheme="minorBidi"/>
      <w:sz w:val="16"/>
      <w:lang w:val="en-US"/>
    </w:rPr>
  </w:style>
  <w:style w:type="paragraph" w:styleId="20">
    <w:name w:val="List Bullet 2"/>
    <w:basedOn w:val="a1"/>
    <w:uiPriority w:val="99"/>
    <w:unhideWhenUsed/>
    <w:rsid w:val="00F51049"/>
    <w:pPr>
      <w:widowControl/>
      <w:numPr>
        <w:numId w:val="14"/>
      </w:numPr>
      <w:tabs>
        <w:tab w:val="clear" w:pos="720"/>
      </w:tabs>
      <w:autoSpaceDE/>
      <w:autoSpaceDN/>
      <w:spacing w:after="200" w:line="276" w:lineRule="auto"/>
      <w:ind w:left="0" w:firstLine="0"/>
      <w:contextualSpacing/>
    </w:pPr>
    <w:rPr>
      <w:rFonts w:ascii="Arial" w:eastAsiaTheme="minorEastAsia" w:hAnsi="Arial" w:cstheme="minorBidi"/>
      <w:sz w:val="16"/>
      <w:lang w:val="en-US"/>
    </w:rPr>
  </w:style>
  <w:style w:type="paragraph" w:styleId="30">
    <w:name w:val="List Bullet 3"/>
    <w:basedOn w:val="a1"/>
    <w:uiPriority w:val="99"/>
    <w:unhideWhenUsed/>
    <w:rsid w:val="00F51049"/>
    <w:pPr>
      <w:widowControl/>
      <w:numPr>
        <w:numId w:val="15"/>
      </w:numPr>
      <w:tabs>
        <w:tab w:val="clear" w:pos="1080"/>
      </w:tabs>
      <w:autoSpaceDE/>
      <w:autoSpaceDN/>
      <w:spacing w:after="200" w:line="276" w:lineRule="auto"/>
      <w:ind w:left="0" w:firstLine="0"/>
      <w:contextualSpacing/>
    </w:pPr>
    <w:rPr>
      <w:rFonts w:ascii="Arial" w:eastAsiaTheme="minorEastAsia" w:hAnsi="Arial" w:cstheme="minorBidi"/>
      <w:sz w:val="16"/>
      <w:lang w:val="en-US"/>
    </w:rPr>
  </w:style>
  <w:style w:type="paragraph" w:styleId="a">
    <w:name w:val="List Number"/>
    <w:basedOn w:val="a1"/>
    <w:uiPriority w:val="99"/>
    <w:unhideWhenUsed/>
    <w:rsid w:val="00F51049"/>
    <w:pPr>
      <w:widowControl/>
      <w:numPr>
        <w:numId w:val="17"/>
      </w:numPr>
      <w:tabs>
        <w:tab w:val="clear" w:pos="360"/>
      </w:tabs>
      <w:autoSpaceDE/>
      <w:autoSpaceDN/>
      <w:spacing w:after="200" w:line="276" w:lineRule="auto"/>
      <w:ind w:left="0" w:firstLine="0"/>
      <w:contextualSpacing/>
    </w:pPr>
    <w:rPr>
      <w:rFonts w:ascii="Arial" w:eastAsiaTheme="minorEastAsia" w:hAnsi="Arial" w:cstheme="minorBidi"/>
      <w:sz w:val="16"/>
      <w:lang w:val="en-US"/>
    </w:rPr>
  </w:style>
  <w:style w:type="paragraph" w:styleId="2">
    <w:name w:val="List Number 2"/>
    <w:basedOn w:val="a1"/>
    <w:uiPriority w:val="99"/>
    <w:unhideWhenUsed/>
    <w:rsid w:val="00F51049"/>
    <w:pPr>
      <w:widowControl/>
      <w:numPr>
        <w:numId w:val="18"/>
      </w:numPr>
      <w:tabs>
        <w:tab w:val="clear" w:pos="720"/>
      </w:tabs>
      <w:autoSpaceDE/>
      <w:autoSpaceDN/>
      <w:spacing w:after="200" w:line="276" w:lineRule="auto"/>
      <w:ind w:left="0" w:firstLine="0"/>
      <w:contextualSpacing/>
    </w:pPr>
    <w:rPr>
      <w:rFonts w:ascii="Arial" w:eastAsiaTheme="minorEastAsia" w:hAnsi="Arial" w:cstheme="minorBidi"/>
      <w:sz w:val="16"/>
      <w:lang w:val="en-US"/>
    </w:rPr>
  </w:style>
  <w:style w:type="paragraph" w:styleId="3">
    <w:name w:val="List Number 3"/>
    <w:basedOn w:val="a1"/>
    <w:uiPriority w:val="99"/>
    <w:unhideWhenUsed/>
    <w:rsid w:val="00F51049"/>
    <w:pPr>
      <w:widowControl/>
      <w:numPr>
        <w:numId w:val="19"/>
      </w:numPr>
      <w:tabs>
        <w:tab w:val="clear" w:pos="1080"/>
      </w:tabs>
      <w:autoSpaceDE/>
      <w:autoSpaceDN/>
      <w:spacing w:after="200" w:line="276" w:lineRule="auto"/>
      <w:ind w:left="0" w:firstLine="0"/>
      <w:contextualSpacing/>
    </w:pPr>
    <w:rPr>
      <w:rFonts w:ascii="Arial" w:eastAsiaTheme="minorEastAsia" w:hAnsi="Arial" w:cstheme="minorBidi"/>
      <w:sz w:val="16"/>
      <w:lang w:val="en-US"/>
    </w:rPr>
  </w:style>
  <w:style w:type="paragraph" w:styleId="af2">
    <w:name w:val="List Continue"/>
    <w:basedOn w:val="a1"/>
    <w:uiPriority w:val="99"/>
    <w:unhideWhenUsed/>
    <w:rsid w:val="00F51049"/>
    <w:pPr>
      <w:widowControl/>
      <w:autoSpaceDE/>
      <w:autoSpaceDN/>
      <w:spacing w:after="120" w:line="276" w:lineRule="auto"/>
      <w:ind w:left="360"/>
      <w:contextualSpacing/>
    </w:pPr>
    <w:rPr>
      <w:rFonts w:ascii="Arial" w:eastAsiaTheme="minorEastAsia" w:hAnsi="Arial" w:cstheme="minorBidi"/>
      <w:sz w:val="16"/>
      <w:lang w:val="en-US"/>
    </w:rPr>
  </w:style>
  <w:style w:type="paragraph" w:styleId="26">
    <w:name w:val="List Continue 2"/>
    <w:basedOn w:val="a1"/>
    <w:uiPriority w:val="99"/>
    <w:unhideWhenUsed/>
    <w:rsid w:val="00F51049"/>
    <w:pPr>
      <w:widowControl/>
      <w:autoSpaceDE/>
      <w:autoSpaceDN/>
      <w:spacing w:after="120" w:line="276" w:lineRule="auto"/>
      <w:ind w:left="720"/>
      <w:contextualSpacing/>
    </w:pPr>
    <w:rPr>
      <w:rFonts w:ascii="Arial" w:eastAsiaTheme="minorEastAsia" w:hAnsi="Arial" w:cstheme="minorBidi"/>
      <w:sz w:val="16"/>
      <w:lang w:val="en-US"/>
    </w:rPr>
  </w:style>
  <w:style w:type="paragraph" w:styleId="36">
    <w:name w:val="List Continue 3"/>
    <w:basedOn w:val="a1"/>
    <w:uiPriority w:val="99"/>
    <w:unhideWhenUsed/>
    <w:rsid w:val="00F51049"/>
    <w:pPr>
      <w:widowControl/>
      <w:autoSpaceDE/>
      <w:autoSpaceDN/>
      <w:spacing w:after="120" w:line="276" w:lineRule="auto"/>
      <w:ind w:left="1080"/>
      <w:contextualSpacing/>
    </w:pPr>
    <w:rPr>
      <w:rFonts w:ascii="Arial" w:eastAsiaTheme="minorEastAsia" w:hAnsi="Arial" w:cstheme="minorBidi"/>
      <w:sz w:val="16"/>
      <w:lang w:val="en-US"/>
    </w:rPr>
  </w:style>
  <w:style w:type="paragraph" w:styleId="af3">
    <w:name w:val="macro"/>
    <w:link w:val="af4"/>
    <w:uiPriority w:val="99"/>
    <w:unhideWhenUsed/>
    <w:rsid w:val="00F51049"/>
    <w:pPr>
      <w:widowControl/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autoSpaceDE/>
      <w:autoSpaceDN/>
      <w:spacing w:after="200" w:line="276" w:lineRule="auto"/>
    </w:pPr>
    <w:rPr>
      <w:rFonts w:ascii="Courier" w:eastAsiaTheme="minorEastAsia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F51049"/>
    <w:rPr>
      <w:rFonts w:ascii="Courier" w:eastAsiaTheme="minorEastAsia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51049"/>
    <w:pPr>
      <w:widowControl/>
      <w:autoSpaceDE/>
      <w:autoSpaceDN/>
      <w:spacing w:after="200" w:line="276" w:lineRule="auto"/>
    </w:pPr>
    <w:rPr>
      <w:rFonts w:ascii="Arial" w:eastAsiaTheme="minorEastAsia" w:hAnsi="Arial" w:cstheme="minorBidi"/>
      <w:i/>
      <w:iCs/>
      <w:color w:val="000000" w:themeColor="text1"/>
      <w:sz w:val="16"/>
      <w:lang w:val="en-US"/>
    </w:rPr>
  </w:style>
  <w:style w:type="character" w:customStyle="1" w:styleId="28">
    <w:name w:val="Цитата 2 Знак"/>
    <w:basedOn w:val="a2"/>
    <w:link w:val="27"/>
    <w:uiPriority w:val="29"/>
    <w:rsid w:val="00F51049"/>
    <w:rPr>
      <w:rFonts w:ascii="Arial" w:eastAsiaTheme="minorEastAsia" w:hAnsi="Arial"/>
      <w:i/>
      <w:iCs/>
      <w:color w:val="000000" w:themeColor="text1"/>
      <w:sz w:val="16"/>
    </w:rPr>
  </w:style>
  <w:style w:type="paragraph" w:styleId="af5">
    <w:name w:val="caption"/>
    <w:basedOn w:val="a1"/>
    <w:next w:val="a1"/>
    <w:uiPriority w:val="35"/>
    <w:semiHidden/>
    <w:unhideWhenUsed/>
    <w:qFormat/>
    <w:rsid w:val="00F51049"/>
    <w:pPr>
      <w:widowControl/>
      <w:autoSpaceDE/>
      <w:autoSpaceDN/>
      <w:spacing w:after="200"/>
    </w:pPr>
    <w:rPr>
      <w:rFonts w:ascii="Arial" w:eastAsiaTheme="minorEastAsia" w:hAnsi="Arial" w:cstheme="minorBidi"/>
      <w:b/>
      <w:bCs/>
      <w:color w:val="4F81BD" w:themeColor="accent1"/>
      <w:sz w:val="18"/>
      <w:szCs w:val="18"/>
      <w:lang w:val="en-US"/>
    </w:rPr>
  </w:style>
  <w:style w:type="character" w:styleId="af6">
    <w:name w:val="Strong"/>
    <w:basedOn w:val="a2"/>
    <w:uiPriority w:val="22"/>
    <w:qFormat/>
    <w:rsid w:val="00F51049"/>
    <w:rPr>
      <w:b/>
      <w:bCs/>
    </w:rPr>
  </w:style>
  <w:style w:type="character" w:styleId="af7">
    <w:name w:val="Emphasis"/>
    <w:basedOn w:val="a2"/>
    <w:uiPriority w:val="20"/>
    <w:qFormat/>
    <w:rsid w:val="00F51049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51049"/>
    <w:pPr>
      <w:widowControl/>
      <w:pBdr>
        <w:bottom w:val="single" w:sz="4" w:space="4" w:color="4F81BD" w:themeColor="accent1"/>
      </w:pBdr>
      <w:autoSpaceDE/>
      <w:autoSpaceDN/>
      <w:spacing w:before="200" w:after="280" w:line="276" w:lineRule="auto"/>
      <w:ind w:left="936" w:right="936"/>
    </w:pPr>
    <w:rPr>
      <w:rFonts w:ascii="Arial" w:eastAsiaTheme="minorEastAsia" w:hAnsi="Arial" w:cstheme="minorBidi"/>
      <w:b/>
      <w:bCs/>
      <w:i/>
      <w:iCs/>
      <w:color w:val="4F81BD" w:themeColor="accent1"/>
      <w:sz w:val="16"/>
      <w:lang w:val="en-US"/>
    </w:rPr>
  </w:style>
  <w:style w:type="character" w:customStyle="1" w:styleId="af9">
    <w:name w:val="Выделенная цитата Знак"/>
    <w:basedOn w:val="a2"/>
    <w:link w:val="af8"/>
    <w:uiPriority w:val="30"/>
    <w:rsid w:val="00F51049"/>
    <w:rPr>
      <w:rFonts w:ascii="Arial" w:eastAsiaTheme="minorEastAsia" w:hAnsi="Arial"/>
      <w:b/>
      <w:bCs/>
      <w:i/>
      <w:iCs/>
      <w:color w:val="4F81BD" w:themeColor="accent1"/>
      <w:sz w:val="16"/>
    </w:rPr>
  </w:style>
  <w:style w:type="character" w:styleId="afa">
    <w:name w:val="Subtle Emphasis"/>
    <w:basedOn w:val="a2"/>
    <w:uiPriority w:val="19"/>
    <w:qFormat/>
    <w:rsid w:val="00F51049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51049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51049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51049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51049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51049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val="en-US"/>
    </w:rPr>
  </w:style>
  <w:style w:type="table" w:styleId="aff0">
    <w:name w:val="Table Grid"/>
    <w:basedOn w:val="a3"/>
    <w:uiPriority w:val="59"/>
    <w:rsid w:val="00F51049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51049"/>
    <w:pPr>
      <w:widowControl/>
      <w:autoSpaceDE/>
      <w:autoSpaceDN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51049"/>
    <w:pPr>
      <w:widowControl/>
      <w:autoSpaceDE/>
      <w:autoSpaceDN/>
    </w:pPr>
    <w:rPr>
      <w:rFonts w:eastAsiaTheme="minorEastAsia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51049"/>
    <w:pPr>
      <w:widowControl/>
      <w:autoSpaceDE/>
      <w:autoSpaceDN/>
    </w:pPr>
    <w:rPr>
      <w:rFonts w:eastAsiaTheme="minorEastAsia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51049"/>
    <w:pPr>
      <w:widowControl/>
      <w:autoSpaceDE/>
      <w:autoSpaceDN/>
    </w:pPr>
    <w:rPr>
      <w:rFonts w:eastAsiaTheme="minorEastAsia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51049"/>
    <w:pPr>
      <w:widowControl/>
      <w:autoSpaceDE/>
      <w:autoSpaceDN/>
    </w:pPr>
    <w:rPr>
      <w:rFonts w:eastAsiaTheme="minorEastAsia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51049"/>
    <w:pPr>
      <w:widowControl/>
      <w:autoSpaceDE/>
      <w:autoSpaceDN/>
    </w:pPr>
    <w:rPr>
      <w:rFonts w:eastAsiaTheme="minorEastAsia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51049"/>
    <w:pPr>
      <w:widowControl/>
      <w:autoSpaceDE/>
      <w:autoSpaceDN/>
    </w:pPr>
    <w:rPr>
      <w:rFonts w:eastAsiaTheme="minorEastAsia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5104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5104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F5104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F5104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F5104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F5104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F5104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F5104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F5104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F5104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F5104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F5104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F5104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F5104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F5104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F5104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F5104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F5104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F5104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F5104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F5104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F5104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F5104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F5104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F5104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F5104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F5104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F5104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F5104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F5104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F5104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F5104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F5104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F5104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F5104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F51049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F51049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F51049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F51049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F51049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F51049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F51049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F5104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F5104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F5104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F5104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F5104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F5104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F5104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F51049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F51049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F51049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F51049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F51049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F51049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F51049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F5104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F5104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F5104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F5104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F5104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F5104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F5104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F51049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F51049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F51049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F51049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F51049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F51049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F51049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F5104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F5104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F5104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F5104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F5104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F5104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F5104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F5104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F5104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F5104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F5104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F5104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F5104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F5104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F5104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F5104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F5104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F5104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F5104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F5104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F5104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54</Pages>
  <Words>23791</Words>
  <Characters>130854</Characters>
  <Application>Microsoft Office Word</Application>
  <DocSecurity>0</DocSecurity>
  <Lines>1090</Lines>
  <Paragraphs>308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9</vt:i4>
      </vt:variant>
    </vt:vector>
  </HeadingPairs>
  <TitlesOfParts>
    <vt:vector size="10" baseType="lpstr">
      <vt:lpstr/>
      <vt:lpstr>ПЕРЕЧЕНЬ РАЗДЕЛОВ И ТЕМ УЧЕБНОГО ПРЕДМЕТА «РУССКИЙ ЯЗЫК»</vt:lpstr>
      <vt:lpstr/>
      <vt:lpstr/>
      <vt:lpstr/>
      <vt:lpstr/>
      <vt:lpstr/>
      <vt:lpstr/>
      <vt:lpstr/>
      <vt:lpstr/>
    </vt:vector>
  </TitlesOfParts>
  <Company/>
  <LinksUpToDate>false</LinksUpToDate>
  <CharactersWithSpaces>154337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Анна Ерахтина</cp:lastModifiedBy>
  <cp:revision>4</cp:revision>
  <dcterms:created xsi:type="dcterms:W3CDTF">2026-07-15T10:20:00Z</dcterms:created>
  <dcterms:modified xsi:type="dcterms:W3CDTF">2026-09-23T12:17:00Z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2017-03-14T00:00:00Z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2026-07-15T00:00:00Z</vt:filetime>
  </property>
  <property fmtid="{D5CDD505-2E9C-101B-9397-08002B2CF9AE}" pid="6" name="Producer">
    <vt:lpwstr>Microsoft® Word 2010</vt:lpwstr>
  </property>
</Properties>
</file>