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226BB" w14:textId="77777777" w:rsidR="00654A0A" w:rsidRPr="004C60B8" w:rsidRDefault="00654A0A" w:rsidP="00654A0A">
      <w:pPr>
        <w:jc w:val="center"/>
      </w:pPr>
      <w:r w:rsidRPr="004C60B8">
        <w:rPr>
          <w:b/>
        </w:rPr>
        <w:t>ООО «Образовательный центр Кристофор Колумб»</w:t>
      </w:r>
    </w:p>
    <w:p w14:paraId="0914AD1A" w14:textId="77777777" w:rsidR="00654A0A" w:rsidRPr="004C60B8" w:rsidRDefault="00654A0A" w:rsidP="00654A0A"/>
    <w:p w14:paraId="794177C3" w14:textId="77777777" w:rsidR="00654A0A" w:rsidRPr="004C60B8" w:rsidRDefault="00654A0A" w:rsidP="00654A0A"/>
    <w:p w14:paraId="5F9C7251" w14:textId="77777777" w:rsidR="00654A0A" w:rsidRPr="004C60B8" w:rsidRDefault="00654A0A" w:rsidP="00654A0A"/>
    <w:p w14:paraId="0FDA7EA5" w14:textId="77777777" w:rsidR="00654A0A" w:rsidRPr="004C60B8" w:rsidRDefault="00654A0A" w:rsidP="00654A0A"/>
    <w:p w14:paraId="4C394506" w14:textId="77777777" w:rsidR="00654A0A" w:rsidRPr="004C60B8" w:rsidRDefault="00654A0A" w:rsidP="00654A0A">
      <w:pPr>
        <w:jc w:val="center"/>
      </w:pPr>
      <w:r w:rsidRPr="004C60B8">
        <w:rPr>
          <w:b/>
          <w:sz w:val="34"/>
        </w:rPr>
        <w:t>РАБОЧАЯ ПРОГРАММА</w:t>
      </w:r>
      <w:r w:rsidRPr="004C60B8">
        <w:rPr>
          <w:b/>
          <w:sz w:val="34"/>
        </w:rPr>
        <w:br/>
        <w:t>по учебному предмету «Музыка»</w:t>
      </w:r>
      <w:r w:rsidRPr="004C60B8">
        <w:rPr>
          <w:b/>
          <w:sz w:val="34"/>
        </w:rPr>
        <w:br/>
        <w:t>1–4 классы</w:t>
      </w:r>
    </w:p>
    <w:p w14:paraId="4C19E327" w14:textId="77777777" w:rsidR="00654A0A" w:rsidRPr="004C60B8" w:rsidRDefault="00654A0A" w:rsidP="00654A0A">
      <w:pPr>
        <w:jc w:val="center"/>
      </w:pPr>
      <w:r w:rsidRPr="004C60B8">
        <w:t>Начальное общее образование</w:t>
      </w:r>
      <w:r w:rsidRPr="004C60B8">
        <w:br/>
        <w:t>2026/2027 учебный год</w:t>
      </w:r>
      <w:r w:rsidRPr="004C60B8">
        <w:br/>
      </w:r>
      <w:r w:rsidRPr="004C60B8">
        <w:br/>
        <w:t>135 часов: 1 класс — 33 ч.; 2–4 классы — по 34 ч.</w:t>
      </w:r>
      <w:r w:rsidRPr="004C60B8">
        <w:br/>
        <w:t>1 час в неделю</w:t>
      </w:r>
    </w:p>
    <w:p w14:paraId="182C1F32" w14:textId="77777777" w:rsidR="00654A0A" w:rsidRPr="004C60B8" w:rsidRDefault="00654A0A" w:rsidP="00654A0A"/>
    <w:p w14:paraId="6FB57456" w14:textId="77777777" w:rsidR="00654A0A" w:rsidRPr="004C60B8" w:rsidRDefault="00654A0A" w:rsidP="00654A0A"/>
    <w:p w14:paraId="1F3D09C5" w14:textId="77777777" w:rsidR="00654A0A" w:rsidRPr="004C60B8" w:rsidRDefault="00654A0A" w:rsidP="00654A0A"/>
    <w:p w14:paraId="03AC8E3B" w14:textId="77777777" w:rsidR="00654A0A" w:rsidRPr="004C60B8" w:rsidRDefault="00654A0A" w:rsidP="00654A0A"/>
    <w:p w14:paraId="0DD921BD" w14:textId="77777777" w:rsidR="00654A0A" w:rsidRPr="004C60B8" w:rsidRDefault="00654A0A" w:rsidP="00654A0A"/>
    <w:p w14:paraId="5DEFFAE4" w14:textId="77777777" w:rsidR="00654A0A" w:rsidRPr="004C60B8" w:rsidRDefault="00654A0A" w:rsidP="00654A0A">
      <w:pPr>
        <w:jc w:val="center"/>
      </w:pPr>
      <w:r w:rsidRPr="004C60B8">
        <w:t>Аликанте, Испания</w:t>
      </w:r>
      <w:r w:rsidRPr="004C60B8">
        <w:br/>
        <w:t>2026</w:t>
      </w:r>
    </w:p>
    <w:p w14:paraId="5A78F59C" w14:textId="77777777" w:rsidR="00654A0A" w:rsidRPr="004C60B8" w:rsidRDefault="00654A0A" w:rsidP="00654A0A">
      <w:r w:rsidRPr="004C60B8">
        <w:br w:type="page"/>
      </w:r>
    </w:p>
    <w:p w14:paraId="6D735A61" w14:textId="77777777" w:rsidR="00654A0A" w:rsidRPr="00070C17" w:rsidRDefault="00654A0A" w:rsidP="00654A0A">
      <w:pPr>
        <w:pStyle w:val="artifact-docx-previewheading1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lastRenderedPageBreak/>
        <w:t>1. ЦЕЛЕВОЙ РАЗДЕЛ</w:t>
      </w:r>
    </w:p>
    <w:p w14:paraId="7D5F2CFA" w14:textId="77777777" w:rsidR="00654A0A" w:rsidRPr="00070C17" w:rsidRDefault="00654A0A" w:rsidP="00654A0A">
      <w:pPr>
        <w:pStyle w:val="artifact-docx-previewheading2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1.1. Пояснительная записка</w:t>
      </w:r>
    </w:p>
    <w:p w14:paraId="474D68D5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Рабочая программа по учебному предмету «Музыка» для 1–4 классов разработана для реализации основной образовательной программы начального общего образования ООО «Образовательный центр Кристофор Колумб» в 2026/2027 учебном году.</w:t>
      </w:r>
    </w:p>
    <w:p w14:paraId="7FBB9083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Программа разработана в соответствии с Федеральным законом от 29.12.2012 № 273-ФЗ «Об образовании в Российской Федерации», ФГОС начального общего образования, утверждённым приказом Минпросвещения России от 31.05.2021 № 286 (в действующей редакции), ФОП начального общего образования, утверждённой приказом Минпросвещения России от 18.05.2023 № 372 (в действующей редакции), и учебным планом образовательной организации на 2026/2027 учебный год.</w:t>
      </w:r>
    </w:p>
    <w:p w14:paraId="59A3E953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Содержание и планируемые результаты разработаны с учётом Федеральной рабочей программы начального общего образования по учебному предмету «Музыка» для 1–4 классов (официальный портал «Единое содержание общего образования», 2025).</w:t>
      </w:r>
    </w:p>
    <w:p w14:paraId="003AF930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Программа включает целевой, содержательный и организационный компоненты рабочей программы предмета, учебно-тематическое и календарно-тематическое планирование. Содержание построено по модульному принципу. Инвариантные модули: «Народная музыка России», «Классическая музыка», «Музыка в жизни человека». Вариативные модули: «Музыка народов мира», «Духовная музыка», «Музыка театра и кино», «Современная музыкальная культура», «Музыкальная грамота».</w:t>
      </w:r>
    </w:p>
    <w:p w14:paraId="7176465B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Модульный принцип позволяет изменять очерёдность тематических блоков и перераспределять время между ними при сохранении общего объёма предмета, обязательного содержания и планируемых результатов. В настоящей программе приведён конкретный вариант распределения 135 часов по годам обучения.</w:t>
      </w:r>
    </w:p>
    <w:p w14:paraId="6175F96F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Ведущая форма освоения предмета — практическая музыкальная деятельность: слушание и анализ, пение, элементарное инструментальное музицирование, музыкально-пластическое движение, импровизация, театрализация, творческие и исследовательские задания.</w:t>
      </w:r>
    </w:p>
    <w:p w14:paraId="05EF009A" w14:textId="77777777" w:rsidR="00654A0A" w:rsidRPr="00070C17" w:rsidRDefault="00654A0A" w:rsidP="00654A0A">
      <w:pPr>
        <w:pStyle w:val="artifact-docx-previewheading2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1.2. Цели и задачи</w:t>
      </w:r>
    </w:p>
    <w:p w14:paraId="3CF6CF4A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Цель — воспитание музыкальной культуры как части общей духовной культуры обучающихся, развитие способности воспринимать, понимать, исполнять и творчески интерпретировать музыку.</w:t>
      </w:r>
    </w:p>
    <w:p w14:paraId="637B1E53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формирование эмоционально-ценностного отношения к музыке и устойчивого интереса к искусству;</w:t>
      </w:r>
    </w:p>
    <w:p w14:paraId="05474B32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приобщение к отечественному музыкальному наследию, фольклору, классической и современной музыкальной культуре;</w:t>
      </w:r>
    </w:p>
    <w:p w14:paraId="1B1C6601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развитие уважения к музыкальным традициям народов России и мира;</w:t>
      </w:r>
    </w:p>
    <w:p w14:paraId="2B81E79E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развитие музыкального слуха, чувства ритма, певческого голоса, памяти, воображения и образного мышления;</w:t>
      </w:r>
    </w:p>
    <w:p w14:paraId="319F552B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формирование опыта слушательской, вокально-хоровой, инструментальной, пластической и творческой деятельности;</w:t>
      </w:r>
    </w:p>
    <w:p w14:paraId="48931203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освоение элементов музыкального языка и музыкальной грамоты;</w:t>
      </w:r>
    </w:p>
    <w:p w14:paraId="4D26CA31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развитие навыков сотрудничества, самооценки, самоконтроля, проектной и концертной деятельности.</w:t>
      </w:r>
    </w:p>
    <w:p w14:paraId="6427901E" w14:textId="77777777" w:rsidR="00654A0A" w:rsidRPr="00070C17" w:rsidRDefault="00654A0A" w:rsidP="00654A0A">
      <w:pPr>
        <w:pStyle w:val="artifact-docx-previewheading2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1.3. Общая характеристика учебного предмета</w:t>
      </w:r>
    </w:p>
    <w:p w14:paraId="5CD0B254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Музыка является частью культурного наследия и универсальным способом эмоциональной и художественной коммуникации. В начальной школе предмет способствует развитию эмоциональной отзывчивости, эстетического вкуса, воображения, культурной идентичности и способности к совместному творчеству.</w:t>
      </w:r>
    </w:p>
    <w:p w14:paraId="4D561BC7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Содержание охватывает народную, классическую, духовную, театральную, киномузыку и современную музыкальную культуру. Музыкальная грамота изучается в практической связи со слушанием, пением, движением и музицированием.</w:t>
      </w:r>
    </w:p>
    <w:p w14:paraId="7B748445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Обучающийся выступает как слушатель, исполнитель, участник ансамбля, импровизатор и создатель простейших художественных композиций. Межпредметные связи реализуются с литературным чтением, изобразительным искусством, окружающим миром, ОРКСЭ и иностранным языком.</w:t>
      </w:r>
    </w:p>
    <w:p w14:paraId="4003493F" w14:textId="77777777" w:rsidR="00654A0A" w:rsidRPr="00070C17" w:rsidRDefault="00654A0A" w:rsidP="00654A0A">
      <w:pPr>
        <w:pStyle w:val="artifact-docx-previewheading2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1.4. Место учебного предмета в учебном плане</w:t>
      </w:r>
    </w:p>
    <w:p w14:paraId="591DCB3B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Общее количество часов — 135. В 1 классе — 33 часа (1 час в неделю, 33 учебные недели); во 2 классе — 34 часа; в 3 классе — 34 часа; в 4 классе — 34 часа (по 1 часу в неделю, 34 учебные недели).</w:t>
      </w:r>
    </w:p>
    <w:p w14:paraId="670A6C00" w14:textId="77777777" w:rsidR="00654A0A" w:rsidRPr="00070C17" w:rsidRDefault="00654A0A" w:rsidP="00654A0A">
      <w:pPr>
        <w:pStyle w:val="artifact-docx-previewheading2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1.5. Планируемые результаты освоения программы</w:t>
      </w:r>
    </w:p>
    <w:p w14:paraId="15DE267A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Личностные результаты</w:t>
      </w:r>
    </w:p>
    <w:p w14:paraId="0676CE12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осознание российской гражданской идентичности, уважение к музыкальному наследию России и своей малой родины;</w:t>
      </w:r>
    </w:p>
    <w:p w14:paraId="16CC416A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уважение к культуре и традициям разных народов, интерес к культурному многообразию;</w:t>
      </w:r>
    </w:p>
    <w:p w14:paraId="34F62DD1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эмоциональная отзывчивость, сопереживание и способность воспринимать нравственное содержание художественных образов;</w:t>
      </w:r>
    </w:p>
    <w:p w14:paraId="63486824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эстетическое отношение к миру, потребность в общении с искусством и творческом самовыражении;</w:t>
      </w:r>
    </w:p>
    <w:p w14:paraId="6BD01646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ответственное отношение к учебной и творческой деятельности, уважение к труду музыканта;</w:t>
      </w:r>
    </w:p>
    <w:p w14:paraId="28F37C88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бережное отношение к слуху и голосу, соблюдение правил безопасного использования цифровых и аудиосредств.</w:t>
      </w:r>
    </w:p>
    <w:p w14:paraId="1FFD460C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Метапредметные результаты</w:t>
      </w:r>
    </w:p>
    <w:p w14:paraId="52750FA1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сравнивать музыкальные произведения, жанры, образы, тембры и средства выразительности, выявлять сходство и различия;</w:t>
      </w:r>
    </w:p>
    <w:p w14:paraId="6FE56216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классифицировать музыкальные явления по заданным основаниям; устанавливать связи между средствами выразительности и характером музыки;</w:t>
      </w:r>
    </w:p>
    <w:p w14:paraId="4DF0D496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наблюдать развитие музыкального образа, выявлять повтор, контраст и варьирование;</w:t>
      </w:r>
    </w:p>
    <w:p w14:paraId="2B185C3B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извлекать и преобразовывать информацию из звучащего произведения, текста, иллюстрации, схемы и элементарной нотной записи;</w:t>
      </w:r>
    </w:p>
    <w:p w14:paraId="6096FFD3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участвовать в диалоге о музыке, формулировать суждения, использовать изученную терминологию;</w:t>
      </w:r>
    </w:p>
    <w:p w14:paraId="1BE12AEE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работать в паре и группе, распределять роли, согласовывать исполнительский замысел;</w:t>
      </w:r>
    </w:p>
    <w:p w14:paraId="2838A7CE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планировать творческую работу, контролировать качество исполнения, корректировать действия и оценивать результат.</w:t>
      </w:r>
    </w:p>
    <w:p w14:paraId="208A5E48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Предметные результаты</w:t>
      </w:r>
    </w:p>
    <w:p w14:paraId="774FBED4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характеризовать образцы русского фольклора, музыкальные традиции родного края и народные музыкальные инструменты;</w:t>
      </w:r>
    </w:p>
    <w:p w14:paraId="4958C094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различать основные жанры и виды музыки, узнавать изученные произведения и композиторов;</w:t>
      </w:r>
    </w:p>
    <w:p w14:paraId="6CE0C774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различать и называть элементы музыкального языка: мелодию, ритм, темп, динамику, регистр, тембр, лад, аккомпанемент;</w:t>
      </w:r>
    </w:p>
    <w:p w14:paraId="0650973E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различать вокальную и инструментальную, сольную, ансамблевую, хоровую и оркестровую музыку;</w:t>
      </w:r>
    </w:p>
    <w:p w14:paraId="5CC6E0CA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понимать особенности оперы, балета, мюзикла, музыки театра и кино;</w:t>
      </w:r>
    </w:p>
    <w:p w14:paraId="54AA9939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сравнивать музыкальные традиции народов России и мира;</w:t>
      </w:r>
    </w:p>
    <w:p w14:paraId="2FC4F281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понимать культурно-исторический контекст изучаемой духовной музыки;</w:t>
      </w:r>
    </w:p>
    <w:p w14:paraId="31980DB0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ориентироваться в элементарной нотной записи, исполнять и создавать простые ритмические рисунки;</w:t>
      </w:r>
    </w:p>
    <w:p w14:paraId="3151F613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выразительно исполнять доступный песенный репертуар, участвовать в ансамблевом музицировании, пластическом движении, импровизации и театрализации;</w:t>
      </w:r>
    </w:p>
    <w:p w14:paraId="305A0847" w14:textId="77777777" w:rsidR="00654A0A" w:rsidRPr="00070C17" w:rsidRDefault="00654A0A" w:rsidP="00654A0A">
      <w:pPr>
        <w:pStyle w:val="artifact-docx-previewlistbullet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выражать отношение к музыке в устной, графической, пластической и исполнительской форме.</w:t>
      </w:r>
    </w:p>
    <w:p w14:paraId="08FC4950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Планируемые предметные результаты по годам обучения</w:t>
      </w:r>
    </w:p>
    <w:p w14:paraId="51953A68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1 класс</w:t>
      </w:r>
    </w:p>
    <w:p w14:paraId="64EE9866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различать музыкальные и шумовые звуки, определять контрастные свойства звучания: громко — тихо, высоко — низко, быстро — медленно;</w:t>
      </w:r>
    </w:p>
    <w:p w14:paraId="30595B1F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различать песню, танец и марш, определять их характерные признаки в знакомых произведениях;</w:t>
      </w:r>
    </w:p>
    <w:p w14:paraId="6F097479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узнавать отдельные изученные произведения, народные песни и знакомые музыкальные инструменты;</w:t>
      </w:r>
    </w:p>
    <w:p w14:paraId="58C63958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различать сольное, ансамблевое и хоровое исполнение на уровне практического восприятия;</w:t>
      </w:r>
    </w:p>
    <w:p w14:paraId="4792DAAE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выразительно исполнять доступные песни, соблюдать певческую установку, начинать и заканчивать исполнение вместе с коллективом;</w:t>
      </w:r>
    </w:p>
    <w:p w14:paraId="67DC2CC2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воспроизводить простые ритмические рисунки хлопками, движением и на детских шумовых инструментах;</w:t>
      </w:r>
    </w:p>
    <w:p w14:paraId="04AE0FBB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передавать характер музыки движением, рисунком и словом; участвовать в музыкальных играх и инсценировках;</w:t>
      </w:r>
    </w:p>
    <w:p w14:paraId="249E3913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узнавать нотный стан, скрипичный ключ, направление движения мелодии; понимать назначение нотной записи.</w:t>
      </w:r>
    </w:p>
    <w:p w14:paraId="650053F5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2 класс</w:t>
      </w:r>
    </w:p>
    <w:p w14:paraId="58A1D7D6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характеризовать музыку с использованием понятий «мелодия», «ритм», «темп», «динамика», «тембр», «регистр»;</w:t>
      </w:r>
    </w:p>
    <w:p w14:paraId="53E213EB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различать народную и композиторскую музыку, узнавать тембры народных инструментов и основных групп симфонического оркестра;</w:t>
      </w:r>
    </w:p>
    <w:p w14:paraId="2322FCC8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сравнивать произведения по характеру, жанру, исполнительскому составу и средствам выразительности;</w:t>
      </w:r>
    </w:p>
    <w:p w14:paraId="10485967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различать оперу и балет, понимать роль певца, хора, оркестра, танца и дирижёра;</w:t>
      </w:r>
    </w:p>
    <w:p w14:paraId="429A889A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исполнять песни одноголосно, следить за дыханием, дикцией, ансамблем и выразительностью;</w:t>
      </w:r>
    </w:p>
    <w:p w14:paraId="3D776106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читать и исполнять простые ритмические модели, различать сильную и слабую долю, такт и тактовую черту;</w:t>
      </w:r>
    </w:p>
    <w:p w14:paraId="27D1FE4B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участвовать в коллективной импровизации, театрализации и элементарном инструментальном музицировании;</w:t>
      </w:r>
    </w:p>
    <w:p w14:paraId="3E15584A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представлять результаты небольшого музыкально-творческого проекта.</w:t>
      </w:r>
    </w:p>
    <w:p w14:paraId="53E8EEF1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3 класс</w:t>
      </w:r>
    </w:p>
    <w:p w14:paraId="2A236825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различать и характеризовать жанры народной, классической, духовной, театральной и современной музыки в пределах изученного;</w:t>
      </w:r>
    </w:p>
    <w:p w14:paraId="2B5F300E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узнавать тембры групп симфонического оркестра и народных инструментов, объяснять роль дирижёра и исполнителя;</w:t>
      </w:r>
    </w:p>
    <w:p w14:paraId="7DC3500A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наблюдать развитие музыкальной мысли, определять повтор и контраст, различать простые двухчастную и трёхчастную формы;</w:t>
      </w:r>
    </w:p>
    <w:p w14:paraId="48E2905C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понимать особенности концерта, оперы, балета и мюзикла; прослеживать развитие музыкального образа;</w:t>
      </w:r>
    </w:p>
    <w:p w14:paraId="36C8F5A9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сравнивать фольклорный первоисточник и композиторскую обработку;</w:t>
      </w:r>
    </w:p>
    <w:p w14:paraId="56851EDF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исполнять вокальный репертуар выразительно, участвовать в ансамблевом и ритмическом музицировании;</w:t>
      </w:r>
    </w:p>
    <w:p w14:paraId="4BFE3FFB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создавать короткие ритмические, вокальные или пластические импровизации;</w:t>
      </w:r>
    </w:p>
    <w:p w14:paraId="73E95A65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использовать изученную музыкальную терминологию в сообщении, проекте и обсуждении произведения.</w:t>
      </w:r>
    </w:p>
    <w:p w14:paraId="5A3DC934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4 класс</w:t>
      </w:r>
    </w:p>
    <w:p w14:paraId="0F5CBB1E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систематизировать представления о музыкальном наследии России и мира, приводить примеры композиторов, произведений и жанров;</w:t>
      </w:r>
    </w:p>
    <w:p w14:paraId="73831E99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различать признаки народной, классической, духовной, театральной, джазовой и современной музыки в пределах содержания НОО;</w:t>
      </w:r>
    </w:p>
    <w:p w14:paraId="0839D656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определять основные средства музыкальной выразительности и объяснять их роль в создании образа;</w:t>
      </w:r>
    </w:p>
    <w:p w14:paraId="2DE0535F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различать двухчастную и трёхчастную формы, рондо и вариации на доступном материале;</w:t>
      </w:r>
    </w:p>
    <w:p w14:paraId="11EB2AD9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характеризовать особенности симфонии, концерта, оперы, балета, оперетты и мюзикла в объёме изученного;</w:t>
      </w:r>
    </w:p>
    <w:p w14:paraId="05D77751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сравнивать исполнительские интерпретации, оригинал и обработку, аргументировать слушательское впечатление;</w:t>
      </w:r>
    </w:p>
    <w:p w14:paraId="3608FF8C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выразительно исполнять произведения индивидуально и в коллективе, соблюдать ансамбль и культуру выступления;</w:t>
      </w:r>
    </w:p>
    <w:p w14:paraId="12405C47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• планировать и представлять итоговый музыкально-творческий проект, осуществлять самооценку результата.</w:t>
      </w:r>
    </w:p>
    <w:p w14:paraId="4A20CF08" w14:textId="77777777" w:rsidR="00654A0A" w:rsidRPr="00070C17" w:rsidRDefault="00654A0A" w:rsidP="00654A0A">
      <w:pPr>
        <w:pStyle w:val="artifact-docx-previewheading1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2. СОДЕРЖАТЕЛЬНЫЙ РАЗДЕЛ</w:t>
      </w:r>
    </w:p>
    <w:p w14:paraId="67B34B6F" w14:textId="77777777" w:rsidR="00654A0A" w:rsidRPr="00070C17" w:rsidRDefault="00654A0A" w:rsidP="00654A0A">
      <w:pPr>
        <w:pStyle w:val="artifact-docx-previewheading2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2.1. Содержание учебного предмета «Музыка». 1 класс</w:t>
      </w:r>
    </w:p>
    <w:p w14:paraId="6461BFE2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Объём — 33 часа, 1 час в неделю.</w:t>
      </w:r>
    </w:p>
    <w:p w14:paraId="150B23C9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Народная музыка России</w:t>
      </w:r>
    </w:p>
    <w:p w14:paraId="676891F6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Музыка родного края и ближайшего культурного окружения ребёнка. Народная песня как часть повседневной жизни, игры и праздника. Детский фольклор: потешки, прибаутки, считалки, заклички, игровые и хороводные песни. Понятия «народная песня», «фольклор», «хоровод», «наигрыш». Первоначальное знакомство с русскими народными инструментами: гусли, свирель, рожок, балалайка, гармонь, ложки. Тембр инструмента. Сказки и легенды о музыке и музыкантах. Практическая деятельность: слушание и пение народных мелодий, музыкальные игры, движение в хороводе, ритмическое сопровождение, различение тембров.</w:t>
      </w:r>
    </w:p>
    <w:p w14:paraId="31B47032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Классическая музыка</w:t>
      </w:r>
    </w:p>
    <w:p w14:paraId="7241023B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Первоначальные представления о композиторе, исполнителе и слушателе. Музыкальное произведение и музыкальный образ. Мелодия. Песня, танец и марш в произведениях композиторов. Музыкальные портреты и картины природы. Фортепиано, флейта, скрипка и другие знакомые инструменты. Детская музыка отечественных и зарубежных композиторов в доступном репертуаре. Практическая деятельность: эмоционально-образное слушание, сравнение контрастных пьес, определение характера, пластическое интонирование, рисунок по музыкальному впечатлению.</w:t>
      </w:r>
    </w:p>
    <w:p w14:paraId="42FF89FE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Музыка в жизни человека</w:t>
      </w:r>
    </w:p>
    <w:p w14:paraId="605DB927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Звуки окружающего мира и музыка. Музыка в семье, школе, игре и празднике. Музыка утра и вечера, природы и детства. Эмоции и настроение в музыке. Песня, танец, марш. Правила поведения слушателя. Практическая деятельность: подбор слов-характеристик, исполнение песен, музыкально-ритмические движения, составление небольшой концертной программы.</w:t>
      </w:r>
    </w:p>
    <w:p w14:paraId="0694EBE2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Музыка народов мира</w:t>
      </w:r>
    </w:p>
    <w:p w14:paraId="1A29E0FF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Знакомство с песнями, танцами и инструментами разных народов. Хороводные и танцевальные традиции. Сходство музыки разных народов: связь с праздником, движением, трудом и детской игрой. Практическая деятельность: слушание, сравнение ритма и характера, исполнение доступных песенных фрагментов, работа с изображениями инструментов.</w:t>
      </w:r>
    </w:p>
    <w:p w14:paraId="53A94A56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Духовная музыка</w:t>
      </w:r>
    </w:p>
    <w:p w14:paraId="2095ABD2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Духовная музыка как часть культурного наследия. Колокол и колокольный звон в культуре. Хоровое звучание. Музыка традиционных духовных праздников на доступном художественном материале. Образы добра, мира, милосердия. Практическая деятельность: слушание, описание впечатления, сравнение хорового и инструментального звучания.</w:t>
      </w:r>
    </w:p>
    <w:p w14:paraId="28ED6451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Музыка театра и кино</w:t>
      </w:r>
    </w:p>
    <w:p w14:paraId="362E46C7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Музыкальный театр. Первые представления об опере и балете. Певец, хор, оркестр, танцор. Музыкальная сказка. Музыка в мультфильмах и детском кино: характеристика героя и настроения. Практическая деятельность: просмотр и слушание фрагментов, инсценирование, пластическая передача образа, создание простой афиши.</w:t>
      </w:r>
    </w:p>
    <w:p w14:paraId="285E017B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Современная музыкальная культура</w:t>
      </w:r>
    </w:p>
    <w:p w14:paraId="396BA693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Музыка, которую ребёнок слышит сегодня. Современное исполнение знакомых песен и классических мелодий. Акустические и электронные инструменты. Синтезатор. Культура слушания и бережное отношение к слуху. Практическая деятельность: сравнение вариантов исполнения, узнавание тембров, ритмическая импровизация.</w:t>
      </w:r>
    </w:p>
    <w:p w14:paraId="71E2158A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Музыкальная грамота</w:t>
      </w:r>
    </w:p>
    <w:p w14:paraId="09613B8F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Музыкальные и шумовые звуки. Высота, громкость, длительность, тембр. Мелодия и направление её движения. Длинные и короткие звуки. Пульс и простой ритмический рисунок. Темп, динамика, регистр. Нотный стан и скрипичный ключ, нота как знак записи музыкального звука. Практическая деятельность: ритмическое эхо, графическое изображение движения мелодии, исполнение простых ритмов.</w:t>
      </w:r>
    </w:p>
    <w:p w14:paraId="72368A21" w14:textId="77777777" w:rsidR="00654A0A" w:rsidRPr="00070C17" w:rsidRDefault="00654A0A" w:rsidP="00654A0A">
      <w:pPr>
        <w:pStyle w:val="artifact-docx-previewheading2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2.2. Содержание учебного предмета «Музыка». 2 класс</w:t>
      </w:r>
    </w:p>
    <w:p w14:paraId="315E0222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Объём — 34 часа, 1 час в неделю.</w:t>
      </w:r>
    </w:p>
    <w:p w14:paraId="7E84ACC9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Народная музыка России</w:t>
      </w:r>
    </w:p>
    <w:p w14:paraId="42E5A470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Углубление представлений о русском фольклоре. Календарные и обрядовые песни, хороводы, плясовые и игровые жанры. Народные инструменты и ансамбли; способы звукоизвлечения. Былина и сказительская традиция. Фольклор народов России, культурное многообразие страны. Практическая деятельность: пение, инсценирование, инструментальное сопровождение, сравнение традиций.</w:t>
      </w:r>
    </w:p>
    <w:p w14:paraId="7EE23B9E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Классическая музыка</w:t>
      </w:r>
    </w:p>
    <w:p w14:paraId="481621EC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Музыка отечественных и зарубежных композиторов. Сравнение произведений для детей. Фортепиано и его регистры. Основные группы симфонического оркестра, роль дирижёра. Программная музыка, музыкальный портрет и пейзаж. Практическая деятельность: определение средств выразительности, узнавание тембров, музыкальные викторины, словесная характеристика произведения.</w:t>
      </w:r>
    </w:p>
    <w:p w14:paraId="14202896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Музыка в жизни человека</w:t>
      </w:r>
    </w:p>
    <w:p w14:paraId="30C1D1C4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Музыка Родины и родного края. Музыка природы и праздника. Песня, танец, марш и их разновидности. Музыка в школьной и семейной жизни. Концерт и правила поведения слушателя. Практическая деятельность: выразительное пение, музыкально-пластическое движение, создание программы классного концерта.</w:t>
      </w:r>
    </w:p>
    <w:p w14:paraId="16992CCA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Музыка народов мира</w:t>
      </w:r>
    </w:p>
    <w:p w14:paraId="0D57FA08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Музыкальные традиции Европы и Азии. Национальные песни, танцы, инструменты. Различия тембров, ритмов и манеры исполнения. Диалог культур. Практическая деятельность: работа с картой, сравнение музыкальных примеров, исполнение ритмических моделей.</w:t>
      </w:r>
    </w:p>
    <w:p w14:paraId="031FC4AD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Духовная музыка</w:t>
      </w:r>
    </w:p>
    <w:p w14:paraId="74C8C410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Колокольность в русской музыкальной культуре. Духовная хоровая музыка. Произведения композиторов, связанные с духовными образами и праздниками. Представление о различии светской и духовной музыки. Практическая деятельность: слушательский анализ, сравнение звучания, обсуждение нравственного содержания.</w:t>
      </w:r>
    </w:p>
    <w:p w14:paraId="551681E4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Музыка театра и кино</w:t>
      </w:r>
    </w:p>
    <w:p w14:paraId="5B81DDC5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Опера и балет как музыкально-сценические жанры. Ария, хор, оркестр, танец, увертюра на уровне первичного знакомства. Музыкальная сказка. Роль музыки в кино и анимации. Практическая деятельность: узнавание музыкальных номеров, инсценирование, характеристика героя по музыкальной теме.</w:t>
      </w:r>
    </w:p>
    <w:p w14:paraId="2025B585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Современная музыкальная культура</w:t>
      </w:r>
    </w:p>
    <w:p w14:paraId="61B178D2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Современные обработки народной и классической музыки. Первое знакомство с джазом: ритм, импровизация, характерные инструменты. Электронные музыкальные инструменты. Исполнительская интерпретация. Практическая деятельность: сравнение оригинала и обработки, ритмические импровизации.</w:t>
      </w:r>
    </w:p>
    <w:p w14:paraId="7074F165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Музыкальная грамота</w:t>
      </w:r>
    </w:p>
    <w:p w14:paraId="515D991D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Мелодия, интонация, ритм, метр. Сильная и слабая доля. Такт и тактовая черта. Длительности и паузы в практической работе. Темп, динамика, регистр и тембр. Практическая деятельность: чтение простых ритмических схем, ритмическое эхо, создание коротких мотивов.</w:t>
      </w:r>
    </w:p>
    <w:p w14:paraId="0EC7DD42" w14:textId="77777777" w:rsidR="00654A0A" w:rsidRPr="00070C17" w:rsidRDefault="00654A0A" w:rsidP="00654A0A">
      <w:pPr>
        <w:pStyle w:val="artifact-docx-previewheading2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2.3. Содержание учебного предмета «Музыка». 3 класс</w:t>
      </w:r>
    </w:p>
    <w:p w14:paraId="247FD9C9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Объём — 34 часа, 1 час в неделю.</w:t>
      </w:r>
    </w:p>
    <w:p w14:paraId="57D2BF52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Народная музыка России</w:t>
      </w:r>
    </w:p>
    <w:p w14:paraId="4B029BAF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Фольклор родного края и народов России. Народная мелодия в композиторском творчестве: обработка, цитирование, стилизация на доступном уровне. Былина, эпическая песенность, сказительская традиция. Народный театр, скоморохи, ярмарочная культура. Практическая деятельность: сопоставление первоисточника и авторской версии, проект о музыкальной традиции, ансамблевое исполнение.</w:t>
      </w:r>
    </w:p>
    <w:p w14:paraId="3E1B5BD2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Классическая музыка</w:t>
      </w:r>
    </w:p>
    <w:p w14:paraId="3A9E5990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Русские и зарубежные композиторы-классики. Симфонический оркестр, группы инструментов и тембры. Концерт и взаимодействие солиста с оркестром. Программная музыка. Повтор и контраст, двухчастная и трёхчастная формы. Практическая деятельность: слушательский анализ, схемы формы, тембровые викторины, сравнительная характеристика.</w:t>
      </w:r>
    </w:p>
    <w:p w14:paraId="67DEADB8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Музыка в жизни человека</w:t>
      </w:r>
    </w:p>
    <w:p w14:paraId="64BB65D3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Музыка и историческая память, музыкальные образы Отечества. Музыкальный портрет и пейзаж. Музыка церемонии и праздника. Концертная культура и исполнительское искусство. Практическая деятельность: обсуждение содержания, подготовка афиши и программы, коллективное исполнение.</w:t>
      </w:r>
    </w:p>
    <w:p w14:paraId="043E44C5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Музыка народов мира</w:t>
      </w:r>
    </w:p>
    <w:p w14:paraId="63E0E95E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Музыкальные традиции Европы, Азии, Африки и Америки на избранных примерах. Национальные инструменты, ритмы, танцы. Взаимовлияние культур. Практическая деятельность: сравнительный анализ, ритмическое музицирование, мини-проекты.</w:t>
      </w:r>
    </w:p>
    <w:p w14:paraId="4665B701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Духовная музыка</w:t>
      </w:r>
    </w:p>
    <w:p w14:paraId="472A84DE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Хоровая духовная музыка России и мира. Тембр хора, акустика пространства, особенности музыкального образа. Духовные произведения композиторов в культурно-историческом контексте. Практическая деятельность: слушание, сравнение, характеристика образов и исполнительского состава.</w:t>
      </w:r>
    </w:p>
    <w:p w14:paraId="45381AE1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Музыка театра и кино</w:t>
      </w:r>
    </w:p>
    <w:p w14:paraId="146C089A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Опера: ария, ансамбль, хор, увертюра, развитие образа. Балет: танец, пантомима, оркестр. Мюзикл как синтетический жанр. Музыка кино: тема героя, фон, развитие действия. Практическая деятельность: анализ фрагментов, театрализация, подбор музыкального решения для сцены.</w:t>
      </w:r>
    </w:p>
    <w:p w14:paraId="0F92ADC7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Современная музыкальная культура</w:t>
      </w:r>
    </w:p>
    <w:p w14:paraId="092156C1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Современные обработки классики. Джаз: импровизация и характерный ритм на уровне слухового знакомства. Эстрадная песня и культура исполнения. Электронная музыка. Практическая деятельность: сравнение интерпретаций, ритмические импровизации, обсуждение технологий создания звука.</w:t>
      </w:r>
    </w:p>
    <w:p w14:paraId="5F09EB13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Музыкальная грамота</w:t>
      </w:r>
    </w:p>
    <w:p w14:paraId="1A8C2440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Музыкальная речь: интонация, фраза, мелодическое развитие. Ритм и метр, длительности и паузы. Ладовое ощущение, мажор и минор. Простые музыкальные формы. Практическая деятельность: графические схемы, ритмические партитуры, определение формы на слух, импровизация.</w:t>
      </w:r>
    </w:p>
    <w:p w14:paraId="0D5777C1" w14:textId="77777777" w:rsidR="00654A0A" w:rsidRPr="00070C17" w:rsidRDefault="00654A0A" w:rsidP="00654A0A">
      <w:pPr>
        <w:pStyle w:val="artifact-docx-previewheading2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2.4. Содержание учебного предмета «Музыка». 4 класс</w:t>
      </w:r>
    </w:p>
    <w:p w14:paraId="6F99EC0B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Объём — 34 часа, 1 час в неделю.</w:t>
      </w:r>
    </w:p>
    <w:p w14:paraId="7F016664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Народная музыка России</w:t>
      </w:r>
    </w:p>
    <w:p w14:paraId="73C20907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Систематизация знаний о музыкальном фольклоре России. Региональные традиции, народные инструменты, формы бытования фольклора. Народный театр. Фольклор в профессиональной музыке: обработка и стилизация. Музыка народов России как часть единого культурного пространства страны. Практическая деятельность: исследовательский мини-проект, сравнение первоисточника и авторской версии, исполнение и инсценирование.</w:t>
      </w:r>
    </w:p>
    <w:p w14:paraId="75E157BD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Классическая музыка</w:t>
      </w:r>
    </w:p>
    <w:p w14:paraId="60EFD3C9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Композитор и эпоха. Индивидуальные особенности композиторского языка на доступном уровне. Симфония и симфонический оркестр. Концерт, солист и оркестр. Музыкальная форма: двухчастная, трёхчастная, рондо, вариации. Обобщение представлений о классическом наследии. Практическая деятельность: анализ, сравнение, определение формы, узнавание произведений и составов.</w:t>
      </w:r>
    </w:p>
    <w:p w14:paraId="6B9CB609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Музыка в жизни человека</w:t>
      </w:r>
    </w:p>
    <w:p w14:paraId="7600664F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Музыка и историческая память. Музыка как выражение личности и общественных ценностей. Гимн, церемониальная и концертная музыка. Взаимодействие музыки с литературой, живописью и театром. Практическая деятельность: межпредметный проект, аргументированное слушательское высказывание, подготовка концертной программы.</w:t>
      </w:r>
    </w:p>
    <w:p w14:paraId="0861EC66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Музыка народов мира</w:t>
      </w:r>
    </w:p>
    <w:p w14:paraId="2FB6B6BC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Европейские, восточные и другие мировые музыкальные традиции на избранных примерах. Национальные жанры и инструменты. Взаимодействие и взаимовлияние культур в профессиональной музыке. Практическая деятельность: сравнительный анализ, работа с культурной картой, мини-проект «Музыкальное путешествие».</w:t>
      </w:r>
    </w:p>
    <w:p w14:paraId="0F8D0E2F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Духовная музыка</w:t>
      </w:r>
    </w:p>
    <w:p w14:paraId="3165EA48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Духовная музыка России и зарубежных стран как часть художественного наследия. Хоровые и инструментальные духовные произведения. Колокольность. Нравственно-философские образы. Практическая деятельность: сравнительное слушание, характеристика состава исполнителей, обсуждение художественного и культурного значения.</w:t>
      </w:r>
    </w:p>
    <w:p w14:paraId="2DD99164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Музыка театра и кино</w:t>
      </w:r>
    </w:p>
    <w:p w14:paraId="0EAB7CE0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Музыкальная драматургия оперы и балета. Оперетта и мюзикл: сходство и различия жанров. Роль увертюры, арии, ансамбля, хора, танца. Киномузыка и музыкальная тема героя. Практическая деятельность: анализ сцен, создание афиши, инсценирование, разработка музыкального сопровождения.</w:t>
      </w:r>
    </w:p>
    <w:p w14:paraId="63E26528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Современная музыкальная культура</w:t>
      </w:r>
    </w:p>
    <w:p w14:paraId="7F4F89D1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Аранжировка и исполнительская интерпретация. Джаз и импровизация. Современная эстрадная музыка в рамках художественно ценного репертуара. Электронные и виртуальные инструменты, технологии звукозаписи на ознакомительном уровне. Практическая деятельность: сравнение версий, творческие ритмические задания, обсуждение культуры потребления музыки.</w:t>
      </w:r>
    </w:p>
    <w:p w14:paraId="29671269" w14:textId="77777777" w:rsidR="00654A0A" w:rsidRPr="00070C17" w:rsidRDefault="00654A0A" w:rsidP="00654A0A">
      <w:pPr>
        <w:pStyle w:val="artifact-docx-previewheading3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b/>
          <w:bCs/>
          <w:lang w:val="ru-RU"/>
        </w:rPr>
        <w:t>Музыкальная грамота</w:t>
      </w:r>
    </w:p>
    <w:p w14:paraId="723A06CE" w14:textId="77777777" w:rsidR="00654A0A" w:rsidRPr="00070C17" w:rsidRDefault="00654A0A" w:rsidP="00654A0A">
      <w:pPr>
        <w:pStyle w:val="aff8"/>
        <w:shd w:val="clear" w:color="auto" w:fill="FFFFFF"/>
        <w:spacing w:before="0" w:beforeAutospacing="0" w:after="0" w:afterAutospacing="0"/>
        <w:ind w:firstLine="720"/>
        <w:rPr>
          <w:lang w:val="ru-RU"/>
        </w:rPr>
      </w:pPr>
      <w:r w:rsidRPr="00070C17">
        <w:rPr>
          <w:lang w:val="ru-RU"/>
        </w:rPr>
        <w:t>Обобщение элементов музыкального языка: мелодия, интонация, ритм, метр, темп, динамика, регистр, тембр, лад. Мажор и минор. Музыкальная форма: двухчастная, трёхчастная, рондо, вариации, куплетная форма. Элементарная нотная и ритмическая запись. Практическая деятельность: определение элементов на слух, построение схем формы, исполнение ритмических моделей и короткая импровизация.</w:t>
      </w:r>
    </w:p>
    <w:p w14:paraId="372403AC" w14:textId="77777777" w:rsidR="00654A0A" w:rsidRPr="004C60B8" w:rsidRDefault="00654A0A" w:rsidP="00654A0A">
      <w:pPr>
        <w:pStyle w:val="1"/>
      </w:pPr>
      <w:r w:rsidRPr="004C60B8">
        <w:t>3. ОРГАНИЗАЦИОННЫЙ РАЗДЕЛ</w:t>
      </w:r>
    </w:p>
    <w:p w14:paraId="7BADBA9E" w14:textId="77777777" w:rsidR="00654A0A" w:rsidRPr="004C60B8" w:rsidRDefault="00654A0A" w:rsidP="00654A0A">
      <w:pPr>
        <w:pStyle w:val="21"/>
        <w:rPr>
          <w:sz w:val="24"/>
          <w:szCs w:val="24"/>
        </w:rPr>
      </w:pPr>
      <w:r w:rsidRPr="004C60B8">
        <w:rPr>
          <w:sz w:val="24"/>
          <w:szCs w:val="24"/>
        </w:rPr>
        <w:t>3.1. Учебно-тематический план</w:t>
      </w:r>
    </w:p>
    <w:p w14:paraId="52DD3722" w14:textId="77777777" w:rsidR="00654A0A" w:rsidRPr="004C60B8" w:rsidRDefault="00654A0A" w:rsidP="00654A0A">
      <w:pPr>
        <w:pStyle w:val="31"/>
      </w:pPr>
      <w:r w:rsidRPr="004C60B8">
        <w:t>1 класс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419"/>
        <w:gridCol w:w="3419"/>
        <w:gridCol w:w="3419"/>
      </w:tblGrid>
      <w:tr w:rsidR="00654A0A" w:rsidRPr="004C60B8" w14:paraId="1565C123" w14:textId="77777777" w:rsidTr="00376EAB">
        <w:trPr>
          <w:tblHeader/>
        </w:trPr>
        <w:tc>
          <w:tcPr>
            <w:tcW w:w="3419" w:type="dxa"/>
            <w:shd w:val="clear" w:color="auto" w:fill="D9EAF7"/>
          </w:tcPr>
          <w:p w14:paraId="0B98F762" w14:textId="77777777" w:rsidR="00654A0A" w:rsidRPr="004C60B8" w:rsidRDefault="00654A0A" w:rsidP="00376EAB">
            <w:r w:rsidRPr="004C60B8">
              <w:rPr>
                <w:b/>
              </w:rPr>
              <w:t>№</w:t>
            </w:r>
          </w:p>
        </w:tc>
        <w:tc>
          <w:tcPr>
            <w:tcW w:w="3419" w:type="dxa"/>
            <w:shd w:val="clear" w:color="auto" w:fill="D9EAF7"/>
          </w:tcPr>
          <w:p w14:paraId="065730E3" w14:textId="77777777" w:rsidR="00654A0A" w:rsidRPr="004C60B8" w:rsidRDefault="00654A0A" w:rsidP="00376EAB">
            <w:r w:rsidRPr="004C60B8">
              <w:rPr>
                <w:b/>
              </w:rPr>
              <w:t>Модуль</w:t>
            </w:r>
          </w:p>
        </w:tc>
        <w:tc>
          <w:tcPr>
            <w:tcW w:w="3419" w:type="dxa"/>
            <w:shd w:val="clear" w:color="auto" w:fill="D9EAF7"/>
          </w:tcPr>
          <w:p w14:paraId="59FB367A" w14:textId="77777777" w:rsidR="00654A0A" w:rsidRPr="004C60B8" w:rsidRDefault="00654A0A" w:rsidP="00376EAB">
            <w:r w:rsidRPr="004C60B8">
              <w:rPr>
                <w:b/>
              </w:rPr>
              <w:t>Количество часов</w:t>
            </w:r>
          </w:p>
        </w:tc>
      </w:tr>
      <w:tr w:rsidR="00654A0A" w:rsidRPr="004C60B8" w14:paraId="50875EB5" w14:textId="77777777" w:rsidTr="00376EAB">
        <w:tc>
          <w:tcPr>
            <w:tcW w:w="3419" w:type="dxa"/>
          </w:tcPr>
          <w:p w14:paraId="7BAF14E2" w14:textId="77777777" w:rsidR="00654A0A" w:rsidRPr="004C60B8" w:rsidRDefault="00654A0A" w:rsidP="00376EAB">
            <w:r w:rsidRPr="004C60B8">
              <w:t>1</w:t>
            </w:r>
          </w:p>
        </w:tc>
        <w:tc>
          <w:tcPr>
            <w:tcW w:w="3419" w:type="dxa"/>
          </w:tcPr>
          <w:p w14:paraId="06C112A6" w14:textId="77777777" w:rsidR="00654A0A" w:rsidRPr="004C60B8" w:rsidRDefault="00654A0A" w:rsidP="00376EAB">
            <w:r w:rsidRPr="004C60B8">
              <w:t>Народная музыка России</w:t>
            </w:r>
          </w:p>
        </w:tc>
        <w:tc>
          <w:tcPr>
            <w:tcW w:w="3419" w:type="dxa"/>
          </w:tcPr>
          <w:p w14:paraId="37F51730" w14:textId="77777777" w:rsidR="00654A0A" w:rsidRPr="004C60B8" w:rsidRDefault="00654A0A" w:rsidP="00376EAB">
            <w:r w:rsidRPr="004C60B8">
              <w:t>6</w:t>
            </w:r>
          </w:p>
        </w:tc>
      </w:tr>
      <w:tr w:rsidR="00654A0A" w:rsidRPr="004C60B8" w14:paraId="4FF06765" w14:textId="77777777" w:rsidTr="00376EAB">
        <w:tc>
          <w:tcPr>
            <w:tcW w:w="3419" w:type="dxa"/>
          </w:tcPr>
          <w:p w14:paraId="74493086" w14:textId="77777777" w:rsidR="00654A0A" w:rsidRPr="004C60B8" w:rsidRDefault="00654A0A" w:rsidP="00376EAB">
            <w:r w:rsidRPr="004C60B8">
              <w:t>2</w:t>
            </w:r>
          </w:p>
        </w:tc>
        <w:tc>
          <w:tcPr>
            <w:tcW w:w="3419" w:type="dxa"/>
          </w:tcPr>
          <w:p w14:paraId="36D77EAA" w14:textId="77777777" w:rsidR="00654A0A" w:rsidRPr="004C60B8" w:rsidRDefault="00654A0A" w:rsidP="00376EAB">
            <w:r w:rsidRPr="004C60B8">
              <w:t>Классическая музыка</w:t>
            </w:r>
          </w:p>
        </w:tc>
        <w:tc>
          <w:tcPr>
            <w:tcW w:w="3419" w:type="dxa"/>
          </w:tcPr>
          <w:p w14:paraId="04230E83" w14:textId="77777777" w:rsidR="00654A0A" w:rsidRPr="004C60B8" w:rsidRDefault="00654A0A" w:rsidP="00376EAB">
            <w:r w:rsidRPr="004C60B8">
              <w:t>6</w:t>
            </w:r>
          </w:p>
        </w:tc>
      </w:tr>
      <w:tr w:rsidR="00654A0A" w:rsidRPr="004C60B8" w14:paraId="5C86557F" w14:textId="77777777" w:rsidTr="00376EAB">
        <w:tc>
          <w:tcPr>
            <w:tcW w:w="3419" w:type="dxa"/>
          </w:tcPr>
          <w:p w14:paraId="54BB632F" w14:textId="77777777" w:rsidR="00654A0A" w:rsidRPr="004C60B8" w:rsidRDefault="00654A0A" w:rsidP="00376EAB">
            <w:r w:rsidRPr="004C60B8">
              <w:t>3</w:t>
            </w:r>
          </w:p>
        </w:tc>
        <w:tc>
          <w:tcPr>
            <w:tcW w:w="3419" w:type="dxa"/>
          </w:tcPr>
          <w:p w14:paraId="33D8E594" w14:textId="77777777" w:rsidR="00654A0A" w:rsidRPr="004C60B8" w:rsidRDefault="00654A0A" w:rsidP="00376EAB">
            <w:r w:rsidRPr="004C60B8">
              <w:t>Музыка в жизни человека</w:t>
            </w:r>
          </w:p>
        </w:tc>
        <w:tc>
          <w:tcPr>
            <w:tcW w:w="3419" w:type="dxa"/>
          </w:tcPr>
          <w:p w14:paraId="22EC4100" w14:textId="77777777" w:rsidR="00654A0A" w:rsidRPr="004C60B8" w:rsidRDefault="00654A0A" w:rsidP="00376EAB">
            <w:r w:rsidRPr="004C60B8">
              <w:t>5</w:t>
            </w:r>
          </w:p>
        </w:tc>
      </w:tr>
      <w:tr w:rsidR="00654A0A" w:rsidRPr="004C60B8" w14:paraId="2CB57619" w14:textId="77777777" w:rsidTr="00376EAB">
        <w:tc>
          <w:tcPr>
            <w:tcW w:w="3419" w:type="dxa"/>
          </w:tcPr>
          <w:p w14:paraId="288AC154" w14:textId="77777777" w:rsidR="00654A0A" w:rsidRPr="004C60B8" w:rsidRDefault="00654A0A" w:rsidP="00376EAB">
            <w:r w:rsidRPr="004C60B8">
              <w:t>4</w:t>
            </w:r>
          </w:p>
        </w:tc>
        <w:tc>
          <w:tcPr>
            <w:tcW w:w="3419" w:type="dxa"/>
          </w:tcPr>
          <w:p w14:paraId="6E278556" w14:textId="77777777" w:rsidR="00654A0A" w:rsidRPr="004C60B8" w:rsidRDefault="00654A0A" w:rsidP="00376EAB">
            <w:r w:rsidRPr="004C60B8">
              <w:t>Музыка народов мира</w:t>
            </w:r>
          </w:p>
        </w:tc>
        <w:tc>
          <w:tcPr>
            <w:tcW w:w="3419" w:type="dxa"/>
          </w:tcPr>
          <w:p w14:paraId="7D331B91" w14:textId="77777777" w:rsidR="00654A0A" w:rsidRPr="004C60B8" w:rsidRDefault="00654A0A" w:rsidP="00376EAB">
            <w:r w:rsidRPr="004C60B8">
              <w:t>3</w:t>
            </w:r>
          </w:p>
        </w:tc>
      </w:tr>
      <w:tr w:rsidR="00654A0A" w:rsidRPr="004C60B8" w14:paraId="1D119D2F" w14:textId="77777777" w:rsidTr="00376EAB">
        <w:tc>
          <w:tcPr>
            <w:tcW w:w="3419" w:type="dxa"/>
          </w:tcPr>
          <w:p w14:paraId="488070A0" w14:textId="77777777" w:rsidR="00654A0A" w:rsidRPr="004C60B8" w:rsidRDefault="00654A0A" w:rsidP="00376EAB">
            <w:r w:rsidRPr="004C60B8">
              <w:t>5</w:t>
            </w:r>
          </w:p>
        </w:tc>
        <w:tc>
          <w:tcPr>
            <w:tcW w:w="3419" w:type="dxa"/>
          </w:tcPr>
          <w:p w14:paraId="026D9846" w14:textId="77777777" w:rsidR="00654A0A" w:rsidRPr="004C60B8" w:rsidRDefault="00654A0A" w:rsidP="00376EAB">
            <w:r w:rsidRPr="004C60B8">
              <w:t>Духовная музыка</w:t>
            </w:r>
          </w:p>
        </w:tc>
        <w:tc>
          <w:tcPr>
            <w:tcW w:w="3419" w:type="dxa"/>
          </w:tcPr>
          <w:p w14:paraId="4177695B" w14:textId="77777777" w:rsidR="00654A0A" w:rsidRPr="004C60B8" w:rsidRDefault="00654A0A" w:rsidP="00376EAB">
            <w:r w:rsidRPr="004C60B8">
              <w:t>2</w:t>
            </w:r>
          </w:p>
        </w:tc>
      </w:tr>
      <w:tr w:rsidR="00654A0A" w:rsidRPr="004C60B8" w14:paraId="068C337A" w14:textId="77777777" w:rsidTr="00376EAB">
        <w:tc>
          <w:tcPr>
            <w:tcW w:w="3419" w:type="dxa"/>
          </w:tcPr>
          <w:p w14:paraId="47C7C560" w14:textId="77777777" w:rsidR="00654A0A" w:rsidRPr="004C60B8" w:rsidRDefault="00654A0A" w:rsidP="00376EAB">
            <w:r w:rsidRPr="004C60B8">
              <w:t>6</w:t>
            </w:r>
          </w:p>
        </w:tc>
        <w:tc>
          <w:tcPr>
            <w:tcW w:w="3419" w:type="dxa"/>
          </w:tcPr>
          <w:p w14:paraId="55EBE1A5" w14:textId="77777777" w:rsidR="00654A0A" w:rsidRPr="004C60B8" w:rsidRDefault="00654A0A" w:rsidP="00376EAB">
            <w:r w:rsidRPr="004C60B8">
              <w:t>Музыка театра и кино</w:t>
            </w:r>
          </w:p>
        </w:tc>
        <w:tc>
          <w:tcPr>
            <w:tcW w:w="3419" w:type="dxa"/>
          </w:tcPr>
          <w:p w14:paraId="553C54C0" w14:textId="77777777" w:rsidR="00654A0A" w:rsidRPr="004C60B8" w:rsidRDefault="00654A0A" w:rsidP="00376EAB">
            <w:r w:rsidRPr="004C60B8">
              <w:t>4</w:t>
            </w:r>
          </w:p>
        </w:tc>
      </w:tr>
      <w:tr w:rsidR="00654A0A" w:rsidRPr="004C60B8" w14:paraId="3EA17834" w14:textId="77777777" w:rsidTr="00376EAB">
        <w:tc>
          <w:tcPr>
            <w:tcW w:w="3419" w:type="dxa"/>
          </w:tcPr>
          <w:p w14:paraId="4B9F8E1C" w14:textId="77777777" w:rsidR="00654A0A" w:rsidRPr="004C60B8" w:rsidRDefault="00654A0A" w:rsidP="00376EAB">
            <w:r w:rsidRPr="004C60B8">
              <w:t>7</w:t>
            </w:r>
          </w:p>
        </w:tc>
        <w:tc>
          <w:tcPr>
            <w:tcW w:w="3419" w:type="dxa"/>
          </w:tcPr>
          <w:p w14:paraId="431BAA41" w14:textId="77777777" w:rsidR="00654A0A" w:rsidRPr="004C60B8" w:rsidRDefault="00654A0A" w:rsidP="00376EAB">
            <w:r w:rsidRPr="004C60B8">
              <w:t>Современная музыкальная культура</w:t>
            </w:r>
          </w:p>
        </w:tc>
        <w:tc>
          <w:tcPr>
            <w:tcW w:w="3419" w:type="dxa"/>
          </w:tcPr>
          <w:p w14:paraId="175F508A" w14:textId="77777777" w:rsidR="00654A0A" w:rsidRPr="004C60B8" w:rsidRDefault="00654A0A" w:rsidP="00376EAB">
            <w:r w:rsidRPr="004C60B8">
              <w:t>3</w:t>
            </w:r>
          </w:p>
        </w:tc>
      </w:tr>
      <w:tr w:rsidR="00654A0A" w:rsidRPr="004C60B8" w14:paraId="1FA1DB88" w14:textId="77777777" w:rsidTr="00376EAB">
        <w:tc>
          <w:tcPr>
            <w:tcW w:w="3419" w:type="dxa"/>
          </w:tcPr>
          <w:p w14:paraId="538D33F6" w14:textId="77777777" w:rsidR="00654A0A" w:rsidRPr="004C60B8" w:rsidRDefault="00654A0A" w:rsidP="00376EAB">
            <w:r w:rsidRPr="004C60B8">
              <w:t>8</w:t>
            </w:r>
          </w:p>
        </w:tc>
        <w:tc>
          <w:tcPr>
            <w:tcW w:w="3419" w:type="dxa"/>
          </w:tcPr>
          <w:p w14:paraId="6B0F52BC" w14:textId="77777777" w:rsidR="00654A0A" w:rsidRPr="004C60B8" w:rsidRDefault="00654A0A" w:rsidP="00376EAB">
            <w:r w:rsidRPr="004C60B8">
              <w:t>Музыкальная грамота</w:t>
            </w:r>
          </w:p>
        </w:tc>
        <w:tc>
          <w:tcPr>
            <w:tcW w:w="3419" w:type="dxa"/>
          </w:tcPr>
          <w:p w14:paraId="45E5E57E" w14:textId="77777777" w:rsidR="00654A0A" w:rsidRPr="004C60B8" w:rsidRDefault="00654A0A" w:rsidP="00376EAB">
            <w:r w:rsidRPr="004C60B8">
              <w:t>4</w:t>
            </w:r>
          </w:p>
        </w:tc>
      </w:tr>
      <w:tr w:rsidR="00654A0A" w:rsidRPr="004C60B8" w14:paraId="4C99D5BE" w14:textId="77777777" w:rsidTr="00376EAB">
        <w:tc>
          <w:tcPr>
            <w:tcW w:w="3419" w:type="dxa"/>
          </w:tcPr>
          <w:p w14:paraId="1F6FB232" w14:textId="77777777" w:rsidR="00654A0A" w:rsidRPr="004C60B8" w:rsidRDefault="00654A0A" w:rsidP="00376EAB"/>
        </w:tc>
        <w:tc>
          <w:tcPr>
            <w:tcW w:w="3419" w:type="dxa"/>
          </w:tcPr>
          <w:p w14:paraId="1B13EE13" w14:textId="77777777" w:rsidR="00654A0A" w:rsidRPr="004C60B8" w:rsidRDefault="00654A0A" w:rsidP="00376EAB">
            <w:r w:rsidRPr="004C60B8">
              <w:rPr>
                <w:b/>
              </w:rPr>
              <w:t>ИТОГО</w:t>
            </w:r>
          </w:p>
        </w:tc>
        <w:tc>
          <w:tcPr>
            <w:tcW w:w="3419" w:type="dxa"/>
          </w:tcPr>
          <w:p w14:paraId="66A1146F" w14:textId="77777777" w:rsidR="00654A0A" w:rsidRPr="004C60B8" w:rsidRDefault="00654A0A" w:rsidP="00376EAB">
            <w:r w:rsidRPr="004C60B8">
              <w:rPr>
                <w:b/>
              </w:rPr>
              <w:t>33</w:t>
            </w:r>
          </w:p>
        </w:tc>
      </w:tr>
    </w:tbl>
    <w:p w14:paraId="44A9B7AF" w14:textId="77777777" w:rsidR="00654A0A" w:rsidRPr="004C60B8" w:rsidRDefault="00654A0A" w:rsidP="00654A0A">
      <w:pPr>
        <w:pStyle w:val="31"/>
      </w:pPr>
      <w:r w:rsidRPr="004C60B8">
        <w:t>2 класс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419"/>
        <w:gridCol w:w="3419"/>
        <w:gridCol w:w="3419"/>
      </w:tblGrid>
      <w:tr w:rsidR="00654A0A" w:rsidRPr="004C60B8" w14:paraId="6A68F8F1" w14:textId="77777777" w:rsidTr="00376EAB">
        <w:trPr>
          <w:tblHeader/>
        </w:trPr>
        <w:tc>
          <w:tcPr>
            <w:tcW w:w="3419" w:type="dxa"/>
            <w:shd w:val="clear" w:color="auto" w:fill="D9EAF7"/>
          </w:tcPr>
          <w:p w14:paraId="3DF8905D" w14:textId="77777777" w:rsidR="00654A0A" w:rsidRPr="004C60B8" w:rsidRDefault="00654A0A" w:rsidP="00376EAB">
            <w:r w:rsidRPr="004C60B8">
              <w:rPr>
                <w:b/>
              </w:rPr>
              <w:t>№</w:t>
            </w:r>
          </w:p>
        </w:tc>
        <w:tc>
          <w:tcPr>
            <w:tcW w:w="3419" w:type="dxa"/>
            <w:shd w:val="clear" w:color="auto" w:fill="D9EAF7"/>
          </w:tcPr>
          <w:p w14:paraId="03C706D2" w14:textId="77777777" w:rsidR="00654A0A" w:rsidRPr="004C60B8" w:rsidRDefault="00654A0A" w:rsidP="00376EAB">
            <w:r w:rsidRPr="004C60B8">
              <w:rPr>
                <w:b/>
              </w:rPr>
              <w:t>Модуль</w:t>
            </w:r>
          </w:p>
        </w:tc>
        <w:tc>
          <w:tcPr>
            <w:tcW w:w="3419" w:type="dxa"/>
            <w:shd w:val="clear" w:color="auto" w:fill="D9EAF7"/>
          </w:tcPr>
          <w:p w14:paraId="055D6143" w14:textId="77777777" w:rsidR="00654A0A" w:rsidRPr="004C60B8" w:rsidRDefault="00654A0A" w:rsidP="00376EAB">
            <w:r w:rsidRPr="004C60B8">
              <w:rPr>
                <w:b/>
              </w:rPr>
              <w:t>Количество часов</w:t>
            </w:r>
          </w:p>
        </w:tc>
      </w:tr>
      <w:tr w:rsidR="00654A0A" w:rsidRPr="004C60B8" w14:paraId="71DE2219" w14:textId="77777777" w:rsidTr="00376EAB">
        <w:tc>
          <w:tcPr>
            <w:tcW w:w="3419" w:type="dxa"/>
          </w:tcPr>
          <w:p w14:paraId="582318D4" w14:textId="77777777" w:rsidR="00654A0A" w:rsidRPr="004C60B8" w:rsidRDefault="00654A0A" w:rsidP="00376EAB">
            <w:r w:rsidRPr="004C60B8">
              <w:t>1</w:t>
            </w:r>
          </w:p>
        </w:tc>
        <w:tc>
          <w:tcPr>
            <w:tcW w:w="3419" w:type="dxa"/>
          </w:tcPr>
          <w:p w14:paraId="557C70B4" w14:textId="77777777" w:rsidR="00654A0A" w:rsidRPr="004C60B8" w:rsidRDefault="00654A0A" w:rsidP="00376EAB">
            <w:r w:rsidRPr="004C60B8">
              <w:t>Народная музыка России</w:t>
            </w:r>
          </w:p>
        </w:tc>
        <w:tc>
          <w:tcPr>
            <w:tcW w:w="3419" w:type="dxa"/>
          </w:tcPr>
          <w:p w14:paraId="21FC949D" w14:textId="77777777" w:rsidR="00654A0A" w:rsidRPr="004C60B8" w:rsidRDefault="00654A0A" w:rsidP="00376EAB">
            <w:r w:rsidRPr="004C60B8">
              <w:t>6</w:t>
            </w:r>
          </w:p>
        </w:tc>
      </w:tr>
      <w:tr w:rsidR="00654A0A" w:rsidRPr="004C60B8" w14:paraId="7C90B2AE" w14:textId="77777777" w:rsidTr="00376EAB">
        <w:tc>
          <w:tcPr>
            <w:tcW w:w="3419" w:type="dxa"/>
          </w:tcPr>
          <w:p w14:paraId="71CF1BD4" w14:textId="77777777" w:rsidR="00654A0A" w:rsidRPr="004C60B8" w:rsidRDefault="00654A0A" w:rsidP="00376EAB">
            <w:r w:rsidRPr="004C60B8">
              <w:t>2</w:t>
            </w:r>
          </w:p>
        </w:tc>
        <w:tc>
          <w:tcPr>
            <w:tcW w:w="3419" w:type="dxa"/>
          </w:tcPr>
          <w:p w14:paraId="316B92DF" w14:textId="77777777" w:rsidR="00654A0A" w:rsidRPr="004C60B8" w:rsidRDefault="00654A0A" w:rsidP="00376EAB">
            <w:r w:rsidRPr="004C60B8">
              <w:t>Классическая музыка</w:t>
            </w:r>
          </w:p>
        </w:tc>
        <w:tc>
          <w:tcPr>
            <w:tcW w:w="3419" w:type="dxa"/>
          </w:tcPr>
          <w:p w14:paraId="06EE3C6C" w14:textId="77777777" w:rsidR="00654A0A" w:rsidRPr="004C60B8" w:rsidRDefault="00654A0A" w:rsidP="00376EAB">
            <w:r w:rsidRPr="004C60B8">
              <w:t>6</w:t>
            </w:r>
          </w:p>
        </w:tc>
      </w:tr>
      <w:tr w:rsidR="00654A0A" w:rsidRPr="004C60B8" w14:paraId="18112BBC" w14:textId="77777777" w:rsidTr="00376EAB">
        <w:tc>
          <w:tcPr>
            <w:tcW w:w="3419" w:type="dxa"/>
          </w:tcPr>
          <w:p w14:paraId="5623A6EF" w14:textId="77777777" w:rsidR="00654A0A" w:rsidRPr="004C60B8" w:rsidRDefault="00654A0A" w:rsidP="00376EAB">
            <w:r w:rsidRPr="004C60B8">
              <w:t>3</w:t>
            </w:r>
          </w:p>
        </w:tc>
        <w:tc>
          <w:tcPr>
            <w:tcW w:w="3419" w:type="dxa"/>
          </w:tcPr>
          <w:p w14:paraId="30C8040E" w14:textId="77777777" w:rsidR="00654A0A" w:rsidRPr="004C60B8" w:rsidRDefault="00654A0A" w:rsidP="00376EAB">
            <w:r w:rsidRPr="004C60B8">
              <w:t>Музыка в жизни человека</w:t>
            </w:r>
          </w:p>
        </w:tc>
        <w:tc>
          <w:tcPr>
            <w:tcW w:w="3419" w:type="dxa"/>
          </w:tcPr>
          <w:p w14:paraId="04504FC7" w14:textId="77777777" w:rsidR="00654A0A" w:rsidRPr="004C60B8" w:rsidRDefault="00654A0A" w:rsidP="00376EAB">
            <w:r w:rsidRPr="004C60B8">
              <w:t>5</w:t>
            </w:r>
          </w:p>
        </w:tc>
      </w:tr>
      <w:tr w:rsidR="00654A0A" w:rsidRPr="004C60B8" w14:paraId="26088854" w14:textId="77777777" w:rsidTr="00376EAB">
        <w:tc>
          <w:tcPr>
            <w:tcW w:w="3419" w:type="dxa"/>
          </w:tcPr>
          <w:p w14:paraId="65C785BD" w14:textId="77777777" w:rsidR="00654A0A" w:rsidRPr="004C60B8" w:rsidRDefault="00654A0A" w:rsidP="00376EAB">
            <w:r w:rsidRPr="004C60B8">
              <w:t>4</w:t>
            </w:r>
          </w:p>
        </w:tc>
        <w:tc>
          <w:tcPr>
            <w:tcW w:w="3419" w:type="dxa"/>
          </w:tcPr>
          <w:p w14:paraId="32629793" w14:textId="77777777" w:rsidR="00654A0A" w:rsidRPr="004C60B8" w:rsidRDefault="00654A0A" w:rsidP="00376EAB">
            <w:r w:rsidRPr="004C60B8">
              <w:t>Музыка народов мира</w:t>
            </w:r>
          </w:p>
        </w:tc>
        <w:tc>
          <w:tcPr>
            <w:tcW w:w="3419" w:type="dxa"/>
          </w:tcPr>
          <w:p w14:paraId="0B5DBC2C" w14:textId="77777777" w:rsidR="00654A0A" w:rsidRPr="004C60B8" w:rsidRDefault="00654A0A" w:rsidP="00376EAB">
            <w:r w:rsidRPr="004C60B8">
              <w:t>3</w:t>
            </w:r>
          </w:p>
        </w:tc>
      </w:tr>
      <w:tr w:rsidR="00654A0A" w:rsidRPr="004C60B8" w14:paraId="211E7F80" w14:textId="77777777" w:rsidTr="00376EAB">
        <w:tc>
          <w:tcPr>
            <w:tcW w:w="3419" w:type="dxa"/>
          </w:tcPr>
          <w:p w14:paraId="3062B5AA" w14:textId="77777777" w:rsidR="00654A0A" w:rsidRPr="004C60B8" w:rsidRDefault="00654A0A" w:rsidP="00376EAB">
            <w:r w:rsidRPr="004C60B8">
              <w:t>5</w:t>
            </w:r>
          </w:p>
        </w:tc>
        <w:tc>
          <w:tcPr>
            <w:tcW w:w="3419" w:type="dxa"/>
          </w:tcPr>
          <w:p w14:paraId="55E0089B" w14:textId="77777777" w:rsidR="00654A0A" w:rsidRPr="004C60B8" w:rsidRDefault="00654A0A" w:rsidP="00376EAB">
            <w:r w:rsidRPr="004C60B8">
              <w:t>Духовная музыка</w:t>
            </w:r>
          </w:p>
        </w:tc>
        <w:tc>
          <w:tcPr>
            <w:tcW w:w="3419" w:type="dxa"/>
          </w:tcPr>
          <w:p w14:paraId="0EB717F3" w14:textId="77777777" w:rsidR="00654A0A" w:rsidRPr="004C60B8" w:rsidRDefault="00654A0A" w:rsidP="00376EAB">
            <w:r w:rsidRPr="004C60B8">
              <w:t>3</w:t>
            </w:r>
          </w:p>
        </w:tc>
      </w:tr>
      <w:tr w:rsidR="00654A0A" w:rsidRPr="004C60B8" w14:paraId="51F6429F" w14:textId="77777777" w:rsidTr="00376EAB">
        <w:tc>
          <w:tcPr>
            <w:tcW w:w="3419" w:type="dxa"/>
          </w:tcPr>
          <w:p w14:paraId="2A0E0A26" w14:textId="77777777" w:rsidR="00654A0A" w:rsidRPr="004C60B8" w:rsidRDefault="00654A0A" w:rsidP="00376EAB">
            <w:r w:rsidRPr="004C60B8">
              <w:t>6</w:t>
            </w:r>
          </w:p>
        </w:tc>
        <w:tc>
          <w:tcPr>
            <w:tcW w:w="3419" w:type="dxa"/>
          </w:tcPr>
          <w:p w14:paraId="77A81391" w14:textId="77777777" w:rsidR="00654A0A" w:rsidRPr="004C60B8" w:rsidRDefault="00654A0A" w:rsidP="00376EAB">
            <w:r w:rsidRPr="004C60B8">
              <w:t>Музыка театра и кино</w:t>
            </w:r>
          </w:p>
        </w:tc>
        <w:tc>
          <w:tcPr>
            <w:tcW w:w="3419" w:type="dxa"/>
          </w:tcPr>
          <w:p w14:paraId="0603919F" w14:textId="77777777" w:rsidR="00654A0A" w:rsidRPr="004C60B8" w:rsidRDefault="00654A0A" w:rsidP="00376EAB">
            <w:r w:rsidRPr="004C60B8">
              <w:t>4</w:t>
            </w:r>
          </w:p>
        </w:tc>
      </w:tr>
      <w:tr w:rsidR="00654A0A" w:rsidRPr="004C60B8" w14:paraId="701DE637" w14:textId="77777777" w:rsidTr="00376EAB">
        <w:tc>
          <w:tcPr>
            <w:tcW w:w="3419" w:type="dxa"/>
          </w:tcPr>
          <w:p w14:paraId="6F66C100" w14:textId="77777777" w:rsidR="00654A0A" w:rsidRPr="004C60B8" w:rsidRDefault="00654A0A" w:rsidP="00376EAB">
            <w:r w:rsidRPr="004C60B8">
              <w:t>7</w:t>
            </w:r>
          </w:p>
        </w:tc>
        <w:tc>
          <w:tcPr>
            <w:tcW w:w="3419" w:type="dxa"/>
          </w:tcPr>
          <w:p w14:paraId="540704C6" w14:textId="77777777" w:rsidR="00654A0A" w:rsidRPr="004C60B8" w:rsidRDefault="00654A0A" w:rsidP="00376EAB">
            <w:r w:rsidRPr="004C60B8">
              <w:t>Современная музыкальная культура</w:t>
            </w:r>
          </w:p>
        </w:tc>
        <w:tc>
          <w:tcPr>
            <w:tcW w:w="3419" w:type="dxa"/>
          </w:tcPr>
          <w:p w14:paraId="2C4F0FCD" w14:textId="77777777" w:rsidR="00654A0A" w:rsidRPr="004C60B8" w:rsidRDefault="00654A0A" w:rsidP="00376EAB">
            <w:r w:rsidRPr="004C60B8">
              <w:t>4</w:t>
            </w:r>
          </w:p>
        </w:tc>
      </w:tr>
      <w:tr w:rsidR="00654A0A" w:rsidRPr="004C60B8" w14:paraId="3E831CC5" w14:textId="77777777" w:rsidTr="00376EAB">
        <w:tc>
          <w:tcPr>
            <w:tcW w:w="3419" w:type="dxa"/>
          </w:tcPr>
          <w:p w14:paraId="4615B568" w14:textId="77777777" w:rsidR="00654A0A" w:rsidRPr="004C60B8" w:rsidRDefault="00654A0A" w:rsidP="00376EAB">
            <w:r w:rsidRPr="004C60B8">
              <w:t>8</w:t>
            </w:r>
          </w:p>
        </w:tc>
        <w:tc>
          <w:tcPr>
            <w:tcW w:w="3419" w:type="dxa"/>
          </w:tcPr>
          <w:p w14:paraId="49DD2023" w14:textId="77777777" w:rsidR="00654A0A" w:rsidRPr="004C60B8" w:rsidRDefault="00654A0A" w:rsidP="00376EAB">
            <w:r w:rsidRPr="004C60B8">
              <w:t>Музыкальная грамота</w:t>
            </w:r>
          </w:p>
        </w:tc>
        <w:tc>
          <w:tcPr>
            <w:tcW w:w="3419" w:type="dxa"/>
          </w:tcPr>
          <w:p w14:paraId="4326B1E3" w14:textId="77777777" w:rsidR="00654A0A" w:rsidRPr="004C60B8" w:rsidRDefault="00654A0A" w:rsidP="00376EAB">
            <w:r w:rsidRPr="004C60B8">
              <w:t>3</w:t>
            </w:r>
          </w:p>
        </w:tc>
      </w:tr>
      <w:tr w:rsidR="00654A0A" w:rsidRPr="004C60B8" w14:paraId="4AB3D5CB" w14:textId="77777777" w:rsidTr="00376EAB">
        <w:tc>
          <w:tcPr>
            <w:tcW w:w="3419" w:type="dxa"/>
          </w:tcPr>
          <w:p w14:paraId="46F37A19" w14:textId="77777777" w:rsidR="00654A0A" w:rsidRPr="004C60B8" w:rsidRDefault="00654A0A" w:rsidP="00376EAB"/>
        </w:tc>
        <w:tc>
          <w:tcPr>
            <w:tcW w:w="3419" w:type="dxa"/>
          </w:tcPr>
          <w:p w14:paraId="059FE455" w14:textId="77777777" w:rsidR="00654A0A" w:rsidRPr="004C60B8" w:rsidRDefault="00654A0A" w:rsidP="00376EAB">
            <w:r w:rsidRPr="004C60B8">
              <w:rPr>
                <w:b/>
              </w:rPr>
              <w:t>ИТОГО</w:t>
            </w:r>
          </w:p>
        </w:tc>
        <w:tc>
          <w:tcPr>
            <w:tcW w:w="3419" w:type="dxa"/>
          </w:tcPr>
          <w:p w14:paraId="62073CC9" w14:textId="77777777" w:rsidR="00654A0A" w:rsidRPr="004C60B8" w:rsidRDefault="00654A0A" w:rsidP="00376EAB">
            <w:r w:rsidRPr="004C60B8">
              <w:rPr>
                <w:b/>
              </w:rPr>
              <w:t>34</w:t>
            </w:r>
          </w:p>
        </w:tc>
      </w:tr>
    </w:tbl>
    <w:p w14:paraId="701DA05D" w14:textId="77777777" w:rsidR="00654A0A" w:rsidRPr="004C60B8" w:rsidRDefault="00654A0A" w:rsidP="00654A0A">
      <w:pPr>
        <w:pStyle w:val="31"/>
      </w:pPr>
      <w:r w:rsidRPr="004C60B8">
        <w:t>3 класс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419"/>
        <w:gridCol w:w="3419"/>
        <w:gridCol w:w="3419"/>
      </w:tblGrid>
      <w:tr w:rsidR="00654A0A" w:rsidRPr="004C60B8" w14:paraId="0C703F6D" w14:textId="77777777" w:rsidTr="00376EAB">
        <w:trPr>
          <w:tblHeader/>
        </w:trPr>
        <w:tc>
          <w:tcPr>
            <w:tcW w:w="3419" w:type="dxa"/>
            <w:shd w:val="clear" w:color="auto" w:fill="D9EAF7"/>
          </w:tcPr>
          <w:p w14:paraId="3B9E04E6" w14:textId="77777777" w:rsidR="00654A0A" w:rsidRPr="004C60B8" w:rsidRDefault="00654A0A" w:rsidP="00376EAB">
            <w:r w:rsidRPr="004C60B8">
              <w:rPr>
                <w:b/>
              </w:rPr>
              <w:t>№</w:t>
            </w:r>
          </w:p>
        </w:tc>
        <w:tc>
          <w:tcPr>
            <w:tcW w:w="3419" w:type="dxa"/>
            <w:shd w:val="clear" w:color="auto" w:fill="D9EAF7"/>
          </w:tcPr>
          <w:p w14:paraId="382EC1CC" w14:textId="77777777" w:rsidR="00654A0A" w:rsidRPr="004C60B8" w:rsidRDefault="00654A0A" w:rsidP="00376EAB">
            <w:r w:rsidRPr="004C60B8">
              <w:rPr>
                <w:b/>
              </w:rPr>
              <w:t>Модуль</w:t>
            </w:r>
          </w:p>
        </w:tc>
        <w:tc>
          <w:tcPr>
            <w:tcW w:w="3419" w:type="dxa"/>
            <w:shd w:val="clear" w:color="auto" w:fill="D9EAF7"/>
          </w:tcPr>
          <w:p w14:paraId="74CD8B91" w14:textId="77777777" w:rsidR="00654A0A" w:rsidRPr="004C60B8" w:rsidRDefault="00654A0A" w:rsidP="00376EAB">
            <w:r w:rsidRPr="004C60B8">
              <w:rPr>
                <w:b/>
              </w:rPr>
              <w:t>Количество часов</w:t>
            </w:r>
          </w:p>
        </w:tc>
      </w:tr>
      <w:tr w:rsidR="00654A0A" w:rsidRPr="004C60B8" w14:paraId="21A7A7E6" w14:textId="77777777" w:rsidTr="00376EAB">
        <w:tc>
          <w:tcPr>
            <w:tcW w:w="3419" w:type="dxa"/>
          </w:tcPr>
          <w:p w14:paraId="493DF4EA" w14:textId="77777777" w:rsidR="00654A0A" w:rsidRPr="004C60B8" w:rsidRDefault="00654A0A" w:rsidP="00376EAB">
            <w:r w:rsidRPr="004C60B8">
              <w:t>1</w:t>
            </w:r>
          </w:p>
        </w:tc>
        <w:tc>
          <w:tcPr>
            <w:tcW w:w="3419" w:type="dxa"/>
          </w:tcPr>
          <w:p w14:paraId="68E99750" w14:textId="77777777" w:rsidR="00654A0A" w:rsidRPr="004C60B8" w:rsidRDefault="00654A0A" w:rsidP="00376EAB">
            <w:r w:rsidRPr="004C60B8">
              <w:t>Народная музыка России</w:t>
            </w:r>
          </w:p>
        </w:tc>
        <w:tc>
          <w:tcPr>
            <w:tcW w:w="3419" w:type="dxa"/>
          </w:tcPr>
          <w:p w14:paraId="645EBDE3" w14:textId="77777777" w:rsidR="00654A0A" w:rsidRPr="004C60B8" w:rsidRDefault="00654A0A" w:rsidP="00376EAB">
            <w:r w:rsidRPr="004C60B8">
              <w:t>6</w:t>
            </w:r>
          </w:p>
        </w:tc>
      </w:tr>
      <w:tr w:rsidR="00654A0A" w:rsidRPr="004C60B8" w14:paraId="25981CE4" w14:textId="77777777" w:rsidTr="00376EAB">
        <w:tc>
          <w:tcPr>
            <w:tcW w:w="3419" w:type="dxa"/>
          </w:tcPr>
          <w:p w14:paraId="37E0F4C0" w14:textId="77777777" w:rsidR="00654A0A" w:rsidRPr="004C60B8" w:rsidRDefault="00654A0A" w:rsidP="00376EAB">
            <w:r w:rsidRPr="004C60B8">
              <w:t>2</w:t>
            </w:r>
          </w:p>
        </w:tc>
        <w:tc>
          <w:tcPr>
            <w:tcW w:w="3419" w:type="dxa"/>
          </w:tcPr>
          <w:p w14:paraId="4C1A4D8E" w14:textId="77777777" w:rsidR="00654A0A" w:rsidRPr="004C60B8" w:rsidRDefault="00654A0A" w:rsidP="00376EAB">
            <w:r w:rsidRPr="004C60B8">
              <w:t>Классическая музыка</w:t>
            </w:r>
          </w:p>
        </w:tc>
        <w:tc>
          <w:tcPr>
            <w:tcW w:w="3419" w:type="dxa"/>
          </w:tcPr>
          <w:p w14:paraId="281E1854" w14:textId="77777777" w:rsidR="00654A0A" w:rsidRPr="004C60B8" w:rsidRDefault="00654A0A" w:rsidP="00376EAB">
            <w:r w:rsidRPr="004C60B8">
              <w:t>6</w:t>
            </w:r>
          </w:p>
        </w:tc>
      </w:tr>
      <w:tr w:rsidR="00654A0A" w:rsidRPr="004C60B8" w14:paraId="54892689" w14:textId="77777777" w:rsidTr="00376EAB">
        <w:tc>
          <w:tcPr>
            <w:tcW w:w="3419" w:type="dxa"/>
          </w:tcPr>
          <w:p w14:paraId="57993084" w14:textId="77777777" w:rsidR="00654A0A" w:rsidRPr="004C60B8" w:rsidRDefault="00654A0A" w:rsidP="00376EAB">
            <w:r w:rsidRPr="004C60B8">
              <w:t>3</w:t>
            </w:r>
          </w:p>
        </w:tc>
        <w:tc>
          <w:tcPr>
            <w:tcW w:w="3419" w:type="dxa"/>
          </w:tcPr>
          <w:p w14:paraId="2AE7220E" w14:textId="77777777" w:rsidR="00654A0A" w:rsidRPr="004C60B8" w:rsidRDefault="00654A0A" w:rsidP="00376EAB">
            <w:r w:rsidRPr="004C60B8">
              <w:t>Музыка в жизни человека</w:t>
            </w:r>
          </w:p>
        </w:tc>
        <w:tc>
          <w:tcPr>
            <w:tcW w:w="3419" w:type="dxa"/>
          </w:tcPr>
          <w:p w14:paraId="00122E5C" w14:textId="77777777" w:rsidR="00654A0A" w:rsidRPr="004C60B8" w:rsidRDefault="00654A0A" w:rsidP="00376EAB">
            <w:r w:rsidRPr="004C60B8">
              <w:t>5</w:t>
            </w:r>
          </w:p>
        </w:tc>
      </w:tr>
      <w:tr w:rsidR="00654A0A" w:rsidRPr="004C60B8" w14:paraId="57F5DEB0" w14:textId="77777777" w:rsidTr="00376EAB">
        <w:tc>
          <w:tcPr>
            <w:tcW w:w="3419" w:type="dxa"/>
          </w:tcPr>
          <w:p w14:paraId="2C982891" w14:textId="77777777" w:rsidR="00654A0A" w:rsidRPr="004C60B8" w:rsidRDefault="00654A0A" w:rsidP="00376EAB">
            <w:r w:rsidRPr="004C60B8">
              <w:t>4</w:t>
            </w:r>
          </w:p>
        </w:tc>
        <w:tc>
          <w:tcPr>
            <w:tcW w:w="3419" w:type="dxa"/>
          </w:tcPr>
          <w:p w14:paraId="64591F23" w14:textId="77777777" w:rsidR="00654A0A" w:rsidRPr="004C60B8" w:rsidRDefault="00654A0A" w:rsidP="00376EAB">
            <w:r w:rsidRPr="004C60B8">
              <w:t>Музыка народов мира</w:t>
            </w:r>
          </w:p>
        </w:tc>
        <w:tc>
          <w:tcPr>
            <w:tcW w:w="3419" w:type="dxa"/>
          </w:tcPr>
          <w:p w14:paraId="4A0C6119" w14:textId="77777777" w:rsidR="00654A0A" w:rsidRPr="004C60B8" w:rsidRDefault="00654A0A" w:rsidP="00376EAB">
            <w:r w:rsidRPr="004C60B8">
              <w:t>3</w:t>
            </w:r>
          </w:p>
        </w:tc>
      </w:tr>
      <w:tr w:rsidR="00654A0A" w:rsidRPr="004C60B8" w14:paraId="341C568C" w14:textId="77777777" w:rsidTr="00376EAB">
        <w:tc>
          <w:tcPr>
            <w:tcW w:w="3419" w:type="dxa"/>
          </w:tcPr>
          <w:p w14:paraId="0E6CE147" w14:textId="77777777" w:rsidR="00654A0A" w:rsidRPr="004C60B8" w:rsidRDefault="00654A0A" w:rsidP="00376EAB">
            <w:r w:rsidRPr="004C60B8">
              <w:t>5</w:t>
            </w:r>
          </w:p>
        </w:tc>
        <w:tc>
          <w:tcPr>
            <w:tcW w:w="3419" w:type="dxa"/>
          </w:tcPr>
          <w:p w14:paraId="020B2462" w14:textId="77777777" w:rsidR="00654A0A" w:rsidRPr="004C60B8" w:rsidRDefault="00654A0A" w:rsidP="00376EAB">
            <w:r w:rsidRPr="004C60B8">
              <w:t>Духовная музыка</w:t>
            </w:r>
          </w:p>
        </w:tc>
        <w:tc>
          <w:tcPr>
            <w:tcW w:w="3419" w:type="dxa"/>
          </w:tcPr>
          <w:p w14:paraId="007F70F0" w14:textId="77777777" w:rsidR="00654A0A" w:rsidRPr="004C60B8" w:rsidRDefault="00654A0A" w:rsidP="00376EAB">
            <w:r w:rsidRPr="004C60B8">
              <w:t>3</w:t>
            </w:r>
          </w:p>
        </w:tc>
      </w:tr>
      <w:tr w:rsidR="00654A0A" w:rsidRPr="004C60B8" w14:paraId="1A0EBB93" w14:textId="77777777" w:rsidTr="00376EAB">
        <w:tc>
          <w:tcPr>
            <w:tcW w:w="3419" w:type="dxa"/>
          </w:tcPr>
          <w:p w14:paraId="3E30FB8A" w14:textId="77777777" w:rsidR="00654A0A" w:rsidRPr="004C60B8" w:rsidRDefault="00654A0A" w:rsidP="00376EAB">
            <w:r w:rsidRPr="004C60B8">
              <w:t>6</w:t>
            </w:r>
          </w:p>
        </w:tc>
        <w:tc>
          <w:tcPr>
            <w:tcW w:w="3419" w:type="dxa"/>
          </w:tcPr>
          <w:p w14:paraId="782EBD26" w14:textId="77777777" w:rsidR="00654A0A" w:rsidRPr="004C60B8" w:rsidRDefault="00654A0A" w:rsidP="00376EAB">
            <w:r w:rsidRPr="004C60B8">
              <w:t>Музыка театра и кино</w:t>
            </w:r>
          </w:p>
        </w:tc>
        <w:tc>
          <w:tcPr>
            <w:tcW w:w="3419" w:type="dxa"/>
          </w:tcPr>
          <w:p w14:paraId="341B656C" w14:textId="77777777" w:rsidR="00654A0A" w:rsidRPr="004C60B8" w:rsidRDefault="00654A0A" w:rsidP="00376EAB">
            <w:r w:rsidRPr="004C60B8">
              <w:t>4</w:t>
            </w:r>
          </w:p>
        </w:tc>
      </w:tr>
      <w:tr w:rsidR="00654A0A" w:rsidRPr="004C60B8" w14:paraId="6BA8B096" w14:textId="77777777" w:rsidTr="00376EAB">
        <w:tc>
          <w:tcPr>
            <w:tcW w:w="3419" w:type="dxa"/>
          </w:tcPr>
          <w:p w14:paraId="423EB9FD" w14:textId="77777777" w:rsidR="00654A0A" w:rsidRPr="004C60B8" w:rsidRDefault="00654A0A" w:rsidP="00376EAB">
            <w:r w:rsidRPr="004C60B8">
              <w:t>7</w:t>
            </w:r>
          </w:p>
        </w:tc>
        <w:tc>
          <w:tcPr>
            <w:tcW w:w="3419" w:type="dxa"/>
          </w:tcPr>
          <w:p w14:paraId="7B71F29A" w14:textId="77777777" w:rsidR="00654A0A" w:rsidRPr="004C60B8" w:rsidRDefault="00654A0A" w:rsidP="00376EAB">
            <w:r w:rsidRPr="004C60B8">
              <w:t>Современная музыкальная культура</w:t>
            </w:r>
          </w:p>
        </w:tc>
        <w:tc>
          <w:tcPr>
            <w:tcW w:w="3419" w:type="dxa"/>
          </w:tcPr>
          <w:p w14:paraId="5D74FA06" w14:textId="77777777" w:rsidR="00654A0A" w:rsidRPr="004C60B8" w:rsidRDefault="00654A0A" w:rsidP="00376EAB">
            <w:r w:rsidRPr="004C60B8">
              <w:t>4</w:t>
            </w:r>
          </w:p>
        </w:tc>
      </w:tr>
      <w:tr w:rsidR="00654A0A" w:rsidRPr="004C60B8" w14:paraId="7FB79A1C" w14:textId="77777777" w:rsidTr="00376EAB">
        <w:tc>
          <w:tcPr>
            <w:tcW w:w="3419" w:type="dxa"/>
          </w:tcPr>
          <w:p w14:paraId="418B66B9" w14:textId="77777777" w:rsidR="00654A0A" w:rsidRPr="004C60B8" w:rsidRDefault="00654A0A" w:rsidP="00376EAB">
            <w:r w:rsidRPr="004C60B8">
              <w:t>8</w:t>
            </w:r>
          </w:p>
        </w:tc>
        <w:tc>
          <w:tcPr>
            <w:tcW w:w="3419" w:type="dxa"/>
          </w:tcPr>
          <w:p w14:paraId="1BF0A758" w14:textId="77777777" w:rsidR="00654A0A" w:rsidRPr="004C60B8" w:rsidRDefault="00654A0A" w:rsidP="00376EAB">
            <w:r w:rsidRPr="004C60B8">
              <w:t>Музыкальная грамота</w:t>
            </w:r>
          </w:p>
        </w:tc>
        <w:tc>
          <w:tcPr>
            <w:tcW w:w="3419" w:type="dxa"/>
          </w:tcPr>
          <w:p w14:paraId="7A50902A" w14:textId="77777777" w:rsidR="00654A0A" w:rsidRPr="004C60B8" w:rsidRDefault="00654A0A" w:rsidP="00376EAB">
            <w:r w:rsidRPr="004C60B8">
              <w:t>3</w:t>
            </w:r>
          </w:p>
        </w:tc>
      </w:tr>
      <w:tr w:rsidR="00654A0A" w:rsidRPr="004C60B8" w14:paraId="78CA497B" w14:textId="77777777" w:rsidTr="00376EAB">
        <w:tc>
          <w:tcPr>
            <w:tcW w:w="3419" w:type="dxa"/>
          </w:tcPr>
          <w:p w14:paraId="41A011F1" w14:textId="77777777" w:rsidR="00654A0A" w:rsidRPr="004C60B8" w:rsidRDefault="00654A0A" w:rsidP="00376EAB"/>
        </w:tc>
        <w:tc>
          <w:tcPr>
            <w:tcW w:w="3419" w:type="dxa"/>
          </w:tcPr>
          <w:p w14:paraId="34DD2870" w14:textId="77777777" w:rsidR="00654A0A" w:rsidRPr="004C60B8" w:rsidRDefault="00654A0A" w:rsidP="00376EAB">
            <w:r w:rsidRPr="004C60B8">
              <w:rPr>
                <w:b/>
              </w:rPr>
              <w:t>ИТОГО</w:t>
            </w:r>
          </w:p>
        </w:tc>
        <w:tc>
          <w:tcPr>
            <w:tcW w:w="3419" w:type="dxa"/>
          </w:tcPr>
          <w:p w14:paraId="23651B05" w14:textId="77777777" w:rsidR="00654A0A" w:rsidRPr="004C60B8" w:rsidRDefault="00654A0A" w:rsidP="00376EAB">
            <w:r w:rsidRPr="004C60B8">
              <w:rPr>
                <w:b/>
              </w:rPr>
              <w:t>34</w:t>
            </w:r>
          </w:p>
        </w:tc>
      </w:tr>
    </w:tbl>
    <w:p w14:paraId="0371FC82" w14:textId="77777777" w:rsidR="00654A0A" w:rsidRPr="004C60B8" w:rsidRDefault="00654A0A" w:rsidP="00654A0A">
      <w:pPr>
        <w:pStyle w:val="31"/>
      </w:pPr>
      <w:r w:rsidRPr="004C60B8">
        <w:t>4 класс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419"/>
        <w:gridCol w:w="3419"/>
        <w:gridCol w:w="3419"/>
      </w:tblGrid>
      <w:tr w:rsidR="00654A0A" w:rsidRPr="004C60B8" w14:paraId="00361FDE" w14:textId="77777777" w:rsidTr="00376EAB">
        <w:trPr>
          <w:tblHeader/>
        </w:trPr>
        <w:tc>
          <w:tcPr>
            <w:tcW w:w="3419" w:type="dxa"/>
            <w:shd w:val="clear" w:color="auto" w:fill="D9EAF7"/>
          </w:tcPr>
          <w:p w14:paraId="46F0AE6A" w14:textId="77777777" w:rsidR="00654A0A" w:rsidRPr="004C60B8" w:rsidRDefault="00654A0A" w:rsidP="00376EAB">
            <w:r w:rsidRPr="004C60B8">
              <w:rPr>
                <w:b/>
              </w:rPr>
              <w:t>№</w:t>
            </w:r>
          </w:p>
        </w:tc>
        <w:tc>
          <w:tcPr>
            <w:tcW w:w="3419" w:type="dxa"/>
            <w:shd w:val="clear" w:color="auto" w:fill="D9EAF7"/>
          </w:tcPr>
          <w:p w14:paraId="1A5FF246" w14:textId="77777777" w:rsidR="00654A0A" w:rsidRPr="004C60B8" w:rsidRDefault="00654A0A" w:rsidP="00376EAB">
            <w:r w:rsidRPr="004C60B8">
              <w:rPr>
                <w:b/>
              </w:rPr>
              <w:t>Модуль</w:t>
            </w:r>
          </w:p>
        </w:tc>
        <w:tc>
          <w:tcPr>
            <w:tcW w:w="3419" w:type="dxa"/>
            <w:shd w:val="clear" w:color="auto" w:fill="D9EAF7"/>
          </w:tcPr>
          <w:p w14:paraId="6DDE3221" w14:textId="77777777" w:rsidR="00654A0A" w:rsidRPr="004C60B8" w:rsidRDefault="00654A0A" w:rsidP="00376EAB">
            <w:r w:rsidRPr="004C60B8">
              <w:rPr>
                <w:b/>
              </w:rPr>
              <w:t>Количество часов</w:t>
            </w:r>
          </w:p>
        </w:tc>
      </w:tr>
      <w:tr w:rsidR="00654A0A" w:rsidRPr="004C60B8" w14:paraId="0F6A29F5" w14:textId="77777777" w:rsidTr="00376EAB">
        <w:tc>
          <w:tcPr>
            <w:tcW w:w="3419" w:type="dxa"/>
          </w:tcPr>
          <w:p w14:paraId="37712F23" w14:textId="77777777" w:rsidR="00654A0A" w:rsidRPr="004C60B8" w:rsidRDefault="00654A0A" w:rsidP="00376EAB">
            <w:r w:rsidRPr="004C60B8">
              <w:t>1</w:t>
            </w:r>
          </w:p>
        </w:tc>
        <w:tc>
          <w:tcPr>
            <w:tcW w:w="3419" w:type="dxa"/>
          </w:tcPr>
          <w:p w14:paraId="0C2A20FE" w14:textId="77777777" w:rsidR="00654A0A" w:rsidRPr="004C60B8" w:rsidRDefault="00654A0A" w:rsidP="00376EAB">
            <w:r w:rsidRPr="004C60B8">
              <w:t>Народная музыка России</w:t>
            </w:r>
          </w:p>
        </w:tc>
        <w:tc>
          <w:tcPr>
            <w:tcW w:w="3419" w:type="dxa"/>
          </w:tcPr>
          <w:p w14:paraId="474078E1" w14:textId="77777777" w:rsidR="00654A0A" w:rsidRPr="004C60B8" w:rsidRDefault="00654A0A" w:rsidP="00376EAB">
            <w:r w:rsidRPr="004C60B8">
              <w:t>6</w:t>
            </w:r>
          </w:p>
        </w:tc>
      </w:tr>
      <w:tr w:rsidR="00654A0A" w:rsidRPr="004C60B8" w14:paraId="6A64C11C" w14:textId="77777777" w:rsidTr="00376EAB">
        <w:tc>
          <w:tcPr>
            <w:tcW w:w="3419" w:type="dxa"/>
          </w:tcPr>
          <w:p w14:paraId="76D843CA" w14:textId="77777777" w:rsidR="00654A0A" w:rsidRPr="004C60B8" w:rsidRDefault="00654A0A" w:rsidP="00376EAB">
            <w:r w:rsidRPr="004C60B8">
              <w:t>2</w:t>
            </w:r>
          </w:p>
        </w:tc>
        <w:tc>
          <w:tcPr>
            <w:tcW w:w="3419" w:type="dxa"/>
          </w:tcPr>
          <w:p w14:paraId="61AD8787" w14:textId="77777777" w:rsidR="00654A0A" w:rsidRPr="004C60B8" w:rsidRDefault="00654A0A" w:rsidP="00376EAB">
            <w:r w:rsidRPr="004C60B8">
              <w:t>Классическая музыка</w:t>
            </w:r>
          </w:p>
        </w:tc>
        <w:tc>
          <w:tcPr>
            <w:tcW w:w="3419" w:type="dxa"/>
          </w:tcPr>
          <w:p w14:paraId="59353CA7" w14:textId="77777777" w:rsidR="00654A0A" w:rsidRPr="004C60B8" w:rsidRDefault="00654A0A" w:rsidP="00376EAB">
            <w:r w:rsidRPr="004C60B8">
              <w:t>6</w:t>
            </w:r>
          </w:p>
        </w:tc>
      </w:tr>
      <w:tr w:rsidR="00654A0A" w:rsidRPr="004C60B8" w14:paraId="1DF4CD4F" w14:textId="77777777" w:rsidTr="00376EAB">
        <w:tc>
          <w:tcPr>
            <w:tcW w:w="3419" w:type="dxa"/>
          </w:tcPr>
          <w:p w14:paraId="36514556" w14:textId="77777777" w:rsidR="00654A0A" w:rsidRPr="004C60B8" w:rsidRDefault="00654A0A" w:rsidP="00376EAB">
            <w:r w:rsidRPr="004C60B8">
              <w:t>3</w:t>
            </w:r>
          </w:p>
        </w:tc>
        <w:tc>
          <w:tcPr>
            <w:tcW w:w="3419" w:type="dxa"/>
          </w:tcPr>
          <w:p w14:paraId="66DDB8E0" w14:textId="77777777" w:rsidR="00654A0A" w:rsidRPr="004C60B8" w:rsidRDefault="00654A0A" w:rsidP="00376EAB">
            <w:r w:rsidRPr="004C60B8">
              <w:t>Музыка в жизни человека</w:t>
            </w:r>
          </w:p>
        </w:tc>
        <w:tc>
          <w:tcPr>
            <w:tcW w:w="3419" w:type="dxa"/>
          </w:tcPr>
          <w:p w14:paraId="630A51E6" w14:textId="77777777" w:rsidR="00654A0A" w:rsidRPr="004C60B8" w:rsidRDefault="00654A0A" w:rsidP="00376EAB">
            <w:r w:rsidRPr="004C60B8">
              <w:t>5</w:t>
            </w:r>
          </w:p>
        </w:tc>
      </w:tr>
      <w:tr w:rsidR="00654A0A" w:rsidRPr="004C60B8" w14:paraId="2BE5CC96" w14:textId="77777777" w:rsidTr="00376EAB">
        <w:tc>
          <w:tcPr>
            <w:tcW w:w="3419" w:type="dxa"/>
          </w:tcPr>
          <w:p w14:paraId="537500A0" w14:textId="77777777" w:rsidR="00654A0A" w:rsidRPr="004C60B8" w:rsidRDefault="00654A0A" w:rsidP="00376EAB">
            <w:r w:rsidRPr="004C60B8">
              <w:t>4</w:t>
            </w:r>
          </w:p>
        </w:tc>
        <w:tc>
          <w:tcPr>
            <w:tcW w:w="3419" w:type="dxa"/>
          </w:tcPr>
          <w:p w14:paraId="4AA5EB6B" w14:textId="77777777" w:rsidR="00654A0A" w:rsidRPr="004C60B8" w:rsidRDefault="00654A0A" w:rsidP="00376EAB">
            <w:r w:rsidRPr="004C60B8">
              <w:t>Музыка народов мира</w:t>
            </w:r>
          </w:p>
        </w:tc>
        <w:tc>
          <w:tcPr>
            <w:tcW w:w="3419" w:type="dxa"/>
          </w:tcPr>
          <w:p w14:paraId="5A4533EC" w14:textId="77777777" w:rsidR="00654A0A" w:rsidRPr="004C60B8" w:rsidRDefault="00654A0A" w:rsidP="00376EAB">
            <w:r w:rsidRPr="004C60B8">
              <w:t>3</w:t>
            </w:r>
          </w:p>
        </w:tc>
      </w:tr>
      <w:tr w:rsidR="00654A0A" w:rsidRPr="004C60B8" w14:paraId="21EF5BB7" w14:textId="77777777" w:rsidTr="00376EAB">
        <w:tc>
          <w:tcPr>
            <w:tcW w:w="3419" w:type="dxa"/>
          </w:tcPr>
          <w:p w14:paraId="29E666E4" w14:textId="77777777" w:rsidR="00654A0A" w:rsidRPr="004C60B8" w:rsidRDefault="00654A0A" w:rsidP="00376EAB">
            <w:r w:rsidRPr="004C60B8">
              <w:t>5</w:t>
            </w:r>
          </w:p>
        </w:tc>
        <w:tc>
          <w:tcPr>
            <w:tcW w:w="3419" w:type="dxa"/>
          </w:tcPr>
          <w:p w14:paraId="07060ED9" w14:textId="77777777" w:rsidR="00654A0A" w:rsidRPr="004C60B8" w:rsidRDefault="00654A0A" w:rsidP="00376EAB">
            <w:r w:rsidRPr="004C60B8">
              <w:t>Духовная музыка</w:t>
            </w:r>
          </w:p>
        </w:tc>
        <w:tc>
          <w:tcPr>
            <w:tcW w:w="3419" w:type="dxa"/>
          </w:tcPr>
          <w:p w14:paraId="0E746264" w14:textId="77777777" w:rsidR="00654A0A" w:rsidRPr="004C60B8" w:rsidRDefault="00654A0A" w:rsidP="00376EAB">
            <w:r w:rsidRPr="004C60B8">
              <w:t>3</w:t>
            </w:r>
          </w:p>
        </w:tc>
      </w:tr>
      <w:tr w:rsidR="00654A0A" w:rsidRPr="004C60B8" w14:paraId="3C4A8311" w14:textId="77777777" w:rsidTr="00376EAB">
        <w:tc>
          <w:tcPr>
            <w:tcW w:w="3419" w:type="dxa"/>
          </w:tcPr>
          <w:p w14:paraId="769E3699" w14:textId="77777777" w:rsidR="00654A0A" w:rsidRPr="004C60B8" w:rsidRDefault="00654A0A" w:rsidP="00376EAB">
            <w:r w:rsidRPr="004C60B8">
              <w:t>6</w:t>
            </w:r>
          </w:p>
        </w:tc>
        <w:tc>
          <w:tcPr>
            <w:tcW w:w="3419" w:type="dxa"/>
          </w:tcPr>
          <w:p w14:paraId="2EA1717C" w14:textId="77777777" w:rsidR="00654A0A" w:rsidRPr="004C60B8" w:rsidRDefault="00654A0A" w:rsidP="00376EAB">
            <w:r w:rsidRPr="004C60B8">
              <w:t>Музыка театра и кино</w:t>
            </w:r>
          </w:p>
        </w:tc>
        <w:tc>
          <w:tcPr>
            <w:tcW w:w="3419" w:type="dxa"/>
          </w:tcPr>
          <w:p w14:paraId="028B7D17" w14:textId="77777777" w:rsidR="00654A0A" w:rsidRPr="004C60B8" w:rsidRDefault="00654A0A" w:rsidP="00376EAB">
            <w:r w:rsidRPr="004C60B8">
              <w:t>4</w:t>
            </w:r>
          </w:p>
        </w:tc>
      </w:tr>
      <w:tr w:rsidR="00654A0A" w:rsidRPr="004C60B8" w14:paraId="43978518" w14:textId="77777777" w:rsidTr="00376EAB">
        <w:tc>
          <w:tcPr>
            <w:tcW w:w="3419" w:type="dxa"/>
          </w:tcPr>
          <w:p w14:paraId="1193075C" w14:textId="77777777" w:rsidR="00654A0A" w:rsidRPr="004C60B8" w:rsidRDefault="00654A0A" w:rsidP="00376EAB">
            <w:r w:rsidRPr="004C60B8">
              <w:t>7</w:t>
            </w:r>
          </w:p>
        </w:tc>
        <w:tc>
          <w:tcPr>
            <w:tcW w:w="3419" w:type="dxa"/>
          </w:tcPr>
          <w:p w14:paraId="508E1948" w14:textId="77777777" w:rsidR="00654A0A" w:rsidRPr="004C60B8" w:rsidRDefault="00654A0A" w:rsidP="00376EAB">
            <w:r w:rsidRPr="004C60B8">
              <w:t>Современная музыкальная культура</w:t>
            </w:r>
          </w:p>
        </w:tc>
        <w:tc>
          <w:tcPr>
            <w:tcW w:w="3419" w:type="dxa"/>
          </w:tcPr>
          <w:p w14:paraId="766CB638" w14:textId="77777777" w:rsidR="00654A0A" w:rsidRPr="004C60B8" w:rsidRDefault="00654A0A" w:rsidP="00376EAB">
            <w:r w:rsidRPr="004C60B8">
              <w:t>4</w:t>
            </w:r>
          </w:p>
        </w:tc>
      </w:tr>
      <w:tr w:rsidR="00654A0A" w:rsidRPr="004C60B8" w14:paraId="60B521BE" w14:textId="77777777" w:rsidTr="00376EAB">
        <w:tc>
          <w:tcPr>
            <w:tcW w:w="3419" w:type="dxa"/>
          </w:tcPr>
          <w:p w14:paraId="26D9C236" w14:textId="77777777" w:rsidR="00654A0A" w:rsidRPr="004C60B8" w:rsidRDefault="00654A0A" w:rsidP="00376EAB">
            <w:r w:rsidRPr="004C60B8">
              <w:t>8</w:t>
            </w:r>
          </w:p>
        </w:tc>
        <w:tc>
          <w:tcPr>
            <w:tcW w:w="3419" w:type="dxa"/>
          </w:tcPr>
          <w:p w14:paraId="0AFC58F4" w14:textId="77777777" w:rsidR="00654A0A" w:rsidRPr="004C60B8" w:rsidRDefault="00654A0A" w:rsidP="00376EAB">
            <w:r w:rsidRPr="004C60B8">
              <w:t>Музыкальная грамота</w:t>
            </w:r>
          </w:p>
        </w:tc>
        <w:tc>
          <w:tcPr>
            <w:tcW w:w="3419" w:type="dxa"/>
          </w:tcPr>
          <w:p w14:paraId="0DED391F" w14:textId="77777777" w:rsidR="00654A0A" w:rsidRPr="004C60B8" w:rsidRDefault="00654A0A" w:rsidP="00376EAB">
            <w:r w:rsidRPr="004C60B8">
              <w:t>3</w:t>
            </w:r>
          </w:p>
        </w:tc>
      </w:tr>
      <w:tr w:rsidR="00654A0A" w:rsidRPr="004C60B8" w14:paraId="248C3086" w14:textId="77777777" w:rsidTr="00376EAB">
        <w:tc>
          <w:tcPr>
            <w:tcW w:w="3419" w:type="dxa"/>
          </w:tcPr>
          <w:p w14:paraId="1FDC5ACE" w14:textId="77777777" w:rsidR="00654A0A" w:rsidRPr="004C60B8" w:rsidRDefault="00654A0A" w:rsidP="00376EAB"/>
        </w:tc>
        <w:tc>
          <w:tcPr>
            <w:tcW w:w="3419" w:type="dxa"/>
          </w:tcPr>
          <w:p w14:paraId="63945013" w14:textId="77777777" w:rsidR="00654A0A" w:rsidRPr="004C60B8" w:rsidRDefault="00654A0A" w:rsidP="00376EAB">
            <w:r w:rsidRPr="004C60B8">
              <w:rPr>
                <w:b/>
              </w:rPr>
              <w:t>ИТОГО</w:t>
            </w:r>
          </w:p>
        </w:tc>
        <w:tc>
          <w:tcPr>
            <w:tcW w:w="3419" w:type="dxa"/>
          </w:tcPr>
          <w:p w14:paraId="4BD0CE6E" w14:textId="77777777" w:rsidR="00654A0A" w:rsidRPr="004C60B8" w:rsidRDefault="00654A0A" w:rsidP="00376EAB">
            <w:r w:rsidRPr="004C60B8">
              <w:rPr>
                <w:b/>
              </w:rPr>
              <w:t>34</w:t>
            </w:r>
          </w:p>
        </w:tc>
      </w:tr>
    </w:tbl>
    <w:p w14:paraId="312E4100" w14:textId="77777777" w:rsidR="00654A0A" w:rsidRPr="004C60B8" w:rsidRDefault="00654A0A" w:rsidP="00654A0A">
      <w:pPr>
        <w:pStyle w:val="21"/>
        <w:rPr>
          <w:sz w:val="24"/>
          <w:szCs w:val="24"/>
        </w:rPr>
      </w:pPr>
      <w:r w:rsidRPr="004C60B8">
        <w:rPr>
          <w:sz w:val="24"/>
          <w:szCs w:val="24"/>
        </w:rPr>
        <w:t>3.2. Формы организации учебной деятельности и контроля</w:t>
      </w:r>
    </w:p>
    <w:p w14:paraId="568058F1" w14:textId="77777777" w:rsidR="00654A0A" w:rsidRPr="004C60B8" w:rsidRDefault="00654A0A" w:rsidP="00654A0A">
      <w:pPr>
        <w:rPr>
          <w:sz w:val="24"/>
          <w:szCs w:val="24"/>
        </w:rPr>
      </w:pPr>
      <w:r w:rsidRPr="004C60B8">
        <w:rPr>
          <w:sz w:val="24"/>
          <w:szCs w:val="24"/>
        </w:rPr>
        <w:t>Основная форма — урок музыки. Применяются фронтальная, групповая, парная и индивидуальная работа, урок-концерт, музыкальная гостиная, творческая мастерская, мини-проект, викторина и виртуальная экскурсия.</w:t>
      </w:r>
    </w:p>
    <w:p w14:paraId="14E0FB62" w14:textId="77777777" w:rsidR="00654A0A" w:rsidRPr="004C60B8" w:rsidRDefault="00654A0A" w:rsidP="00654A0A">
      <w:pPr>
        <w:rPr>
          <w:sz w:val="24"/>
          <w:szCs w:val="24"/>
        </w:rPr>
      </w:pPr>
      <w:r w:rsidRPr="004C60B8">
        <w:rPr>
          <w:sz w:val="24"/>
          <w:szCs w:val="24"/>
        </w:rPr>
        <w:t>Текущий контроль имеет формирующий характер: педагогическое наблюдение, устный ответ, слушательский анализ, исполнение песни или ритмической партии, музыкально-пластическое и творческое задание, викторина, звучащий или терминологический тест.</w:t>
      </w:r>
    </w:p>
    <w:p w14:paraId="16188C50" w14:textId="77777777" w:rsidR="00654A0A" w:rsidRPr="004C60B8" w:rsidRDefault="00654A0A" w:rsidP="00654A0A">
      <w:pPr>
        <w:rPr>
          <w:sz w:val="24"/>
          <w:szCs w:val="24"/>
        </w:rPr>
      </w:pPr>
      <w:r w:rsidRPr="004C60B8">
        <w:rPr>
          <w:sz w:val="24"/>
          <w:szCs w:val="24"/>
        </w:rPr>
        <w:t>Оценивается освоение содержания и способов деятельности: осознанность восприятия, точность применения понятий, качество выполнения учебной задачи, исполнительская дисциплина, способность к сотрудничеству и динамика образовательного результата. Природные музыкальные способности сами по себе не являются основанием для снижения результата.</w:t>
      </w:r>
    </w:p>
    <w:p w14:paraId="46CB84E5" w14:textId="77777777" w:rsidR="00654A0A" w:rsidRPr="004C60B8" w:rsidRDefault="00654A0A" w:rsidP="00654A0A">
      <w:pPr>
        <w:rPr>
          <w:sz w:val="24"/>
          <w:szCs w:val="24"/>
        </w:rPr>
      </w:pPr>
      <w:r w:rsidRPr="004C60B8">
        <w:rPr>
          <w:sz w:val="24"/>
          <w:szCs w:val="24"/>
        </w:rPr>
        <w:t>Формы промежуточной аттестации определяются учебным планом и локальными нормативными актами образовательной организации; настоящая программа не вводит отдельную форму промежуточной аттестации, если она не предусмотрена этими документами.</w:t>
      </w:r>
    </w:p>
    <w:p w14:paraId="08B62900" w14:textId="77777777" w:rsidR="00654A0A" w:rsidRPr="004C60B8" w:rsidRDefault="00654A0A" w:rsidP="00654A0A">
      <w:pPr>
        <w:pStyle w:val="21"/>
        <w:rPr>
          <w:sz w:val="24"/>
          <w:szCs w:val="24"/>
        </w:rPr>
      </w:pPr>
      <w:r w:rsidRPr="004C60B8">
        <w:rPr>
          <w:sz w:val="24"/>
          <w:szCs w:val="24"/>
        </w:rPr>
        <w:t>3.3. Учебно-методическое и материально-техническое обеспечение</w:t>
      </w:r>
    </w:p>
    <w:p w14:paraId="4F4F9661" w14:textId="77777777" w:rsidR="00654A0A" w:rsidRPr="004C60B8" w:rsidRDefault="00654A0A" w:rsidP="00654A0A">
      <w:pPr>
        <w:pStyle w:val="a0"/>
        <w:tabs>
          <w:tab w:val="num" w:pos="360"/>
        </w:tabs>
        <w:ind w:left="360" w:hanging="360"/>
        <w:rPr>
          <w:rFonts w:cs="Times New Roman"/>
          <w:sz w:val="24"/>
          <w:szCs w:val="24"/>
          <w:lang w:val="ru-RU"/>
        </w:rPr>
      </w:pPr>
      <w:r w:rsidRPr="004C60B8">
        <w:rPr>
          <w:rFonts w:cs="Times New Roman"/>
          <w:sz w:val="24"/>
          <w:szCs w:val="24"/>
          <w:lang w:val="ru-RU"/>
        </w:rPr>
        <w:t>фортепиано или электронный клавишный инструмент (при наличии), детские шумовые и элементарные музыкальные инструменты;</w:t>
      </w:r>
    </w:p>
    <w:p w14:paraId="3B48D59D" w14:textId="77777777" w:rsidR="00654A0A" w:rsidRPr="004C60B8" w:rsidRDefault="00654A0A" w:rsidP="00654A0A">
      <w:pPr>
        <w:pStyle w:val="a0"/>
        <w:tabs>
          <w:tab w:val="num" w:pos="360"/>
        </w:tabs>
        <w:ind w:left="360" w:hanging="360"/>
        <w:rPr>
          <w:rFonts w:cs="Times New Roman"/>
          <w:sz w:val="24"/>
          <w:szCs w:val="24"/>
          <w:lang w:val="ru-RU"/>
        </w:rPr>
      </w:pPr>
      <w:r w:rsidRPr="004C60B8">
        <w:rPr>
          <w:rFonts w:cs="Times New Roman"/>
          <w:sz w:val="24"/>
          <w:szCs w:val="24"/>
          <w:lang w:val="ru-RU"/>
        </w:rPr>
        <w:t>аудиосистема, компьютер, проектор или интерактивная панель;</w:t>
      </w:r>
    </w:p>
    <w:p w14:paraId="7437C1B9" w14:textId="77777777" w:rsidR="00654A0A" w:rsidRPr="004C60B8" w:rsidRDefault="00654A0A" w:rsidP="00654A0A">
      <w:pPr>
        <w:pStyle w:val="a0"/>
        <w:tabs>
          <w:tab w:val="num" w:pos="360"/>
        </w:tabs>
        <w:ind w:left="360" w:hanging="360"/>
        <w:rPr>
          <w:rFonts w:cs="Times New Roman"/>
          <w:sz w:val="24"/>
          <w:szCs w:val="24"/>
          <w:lang w:val="ru-RU"/>
        </w:rPr>
      </w:pPr>
      <w:r w:rsidRPr="004C60B8">
        <w:rPr>
          <w:rFonts w:cs="Times New Roman"/>
          <w:sz w:val="24"/>
          <w:szCs w:val="24"/>
          <w:lang w:val="ru-RU"/>
        </w:rPr>
        <w:t>нотные и ритмические карточки, изображения музыкальных инструментов, портреты композиторов, схемы оркестра и музыкальных форм;</w:t>
      </w:r>
    </w:p>
    <w:p w14:paraId="1A0FC04F" w14:textId="77777777" w:rsidR="00654A0A" w:rsidRPr="004C60B8" w:rsidRDefault="00654A0A" w:rsidP="00654A0A">
      <w:pPr>
        <w:pStyle w:val="a0"/>
        <w:tabs>
          <w:tab w:val="num" w:pos="360"/>
        </w:tabs>
        <w:ind w:left="360" w:hanging="360"/>
        <w:rPr>
          <w:rFonts w:cs="Times New Roman"/>
          <w:sz w:val="24"/>
          <w:szCs w:val="24"/>
          <w:lang w:val="ru-RU"/>
        </w:rPr>
      </w:pPr>
      <w:r w:rsidRPr="004C60B8">
        <w:rPr>
          <w:rFonts w:cs="Times New Roman"/>
          <w:sz w:val="24"/>
          <w:szCs w:val="24"/>
          <w:lang w:val="ru-RU"/>
        </w:rPr>
        <w:t>учебники и пособия из действующего федерального перечня, соответствующие реализуемой программе;</w:t>
      </w:r>
    </w:p>
    <w:p w14:paraId="695151F7" w14:textId="77777777" w:rsidR="00654A0A" w:rsidRPr="004C60B8" w:rsidRDefault="00654A0A" w:rsidP="00654A0A">
      <w:pPr>
        <w:pStyle w:val="a0"/>
        <w:tabs>
          <w:tab w:val="num" w:pos="360"/>
        </w:tabs>
        <w:ind w:left="360" w:hanging="360"/>
        <w:rPr>
          <w:rFonts w:cs="Times New Roman"/>
          <w:sz w:val="24"/>
          <w:szCs w:val="24"/>
          <w:lang w:val="ru-RU"/>
        </w:rPr>
      </w:pPr>
      <w:r w:rsidRPr="004C60B8">
        <w:rPr>
          <w:rFonts w:cs="Times New Roman"/>
          <w:sz w:val="24"/>
          <w:szCs w:val="24"/>
          <w:lang w:val="ru-RU"/>
        </w:rPr>
        <w:t>официальные материалы портала «Единое содержание общего образования» и разрешённые образовательной организацией цифровые ресурсы.</w:t>
      </w:r>
    </w:p>
    <w:p w14:paraId="6FC26491" w14:textId="77777777" w:rsidR="00654A0A" w:rsidRPr="004C60B8" w:rsidRDefault="00654A0A" w:rsidP="00654A0A">
      <w:pPr>
        <w:pStyle w:val="1"/>
      </w:pPr>
      <w:r w:rsidRPr="004C60B8">
        <w:t>4. КАЛЕНДАРНО-ТЕМАТИЧЕСКОЕ ПЛАНИРОВАНИЕ</w:t>
      </w:r>
    </w:p>
    <w:p w14:paraId="0F9907D7" w14:textId="77777777" w:rsidR="00654A0A" w:rsidRPr="004C60B8" w:rsidRDefault="00654A0A" w:rsidP="00654A0A">
      <w:pPr>
        <w:rPr>
          <w:sz w:val="24"/>
          <w:szCs w:val="24"/>
        </w:rPr>
      </w:pPr>
      <w:r w:rsidRPr="004C60B8">
        <w:rPr>
          <w:sz w:val="24"/>
          <w:szCs w:val="24"/>
        </w:rPr>
        <w:t>КТП составлено на 2026/2027 учебный год. Даты заполняются учителем в соответствии с календарным учебным графиком и фактическим расписанием. Последовательность тематических блоков может корректироваться в пределах модульного принципа ФРП при сохранении общего количества часов и планируемых результатов.</w:t>
      </w:r>
    </w:p>
    <w:p w14:paraId="7CCE6BA3" w14:textId="77777777" w:rsidR="00654A0A" w:rsidRPr="004C60B8" w:rsidRDefault="00654A0A" w:rsidP="00654A0A">
      <w:pPr>
        <w:sectPr w:rsidR="00654A0A" w:rsidRPr="004C60B8" w:rsidSect="00654A0A">
          <w:pgSz w:w="12240" w:h="15840"/>
          <w:pgMar w:top="850" w:right="850" w:bottom="850" w:left="1134" w:header="720" w:footer="720" w:gutter="0"/>
          <w:cols w:space="720"/>
          <w:docGrid w:linePitch="360"/>
        </w:sectPr>
      </w:pPr>
    </w:p>
    <w:p w14:paraId="160456AF" w14:textId="77777777" w:rsidR="00654A0A" w:rsidRPr="004C60B8" w:rsidRDefault="00654A0A" w:rsidP="00654A0A">
      <w:pPr>
        <w:pStyle w:val="21"/>
        <w:jc w:val="center"/>
        <w:rPr>
          <w:sz w:val="24"/>
          <w:szCs w:val="24"/>
        </w:rPr>
      </w:pPr>
      <w:r w:rsidRPr="004C60B8">
        <w:rPr>
          <w:sz w:val="24"/>
          <w:szCs w:val="24"/>
        </w:rPr>
        <w:t>4.1. КТП. 1 класс</w:t>
      </w:r>
    </w:p>
    <w:p w14:paraId="3F7E44D3" w14:textId="77777777" w:rsidR="00654A0A" w:rsidRPr="004C60B8" w:rsidRDefault="00654A0A" w:rsidP="00654A0A">
      <w:pPr>
        <w:jc w:val="center"/>
        <w:rPr>
          <w:sz w:val="24"/>
          <w:szCs w:val="24"/>
        </w:rPr>
      </w:pPr>
      <w:r w:rsidRPr="004C60B8">
        <w:rPr>
          <w:sz w:val="24"/>
          <w:szCs w:val="24"/>
        </w:rPr>
        <w:t>Объём: 33 часов, 1 час в неделю.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00"/>
        <w:gridCol w:w="1526"/>
        <w:gridCol w:w="1610"/>
        <w:gridCol w:w="2928"/>
        <w:gridCol w:w="3445"/>
        <w:gridCol w:w="1991"/>
        <w:gridCol w:w="1991"/>
        <w:gridCol w:w="1991"/>
      </w:tblGrid>
      <w:tr w:rsidR="00654A0A" w:rsidRPr="004C60B8" w14:paraId="4FF2D5A4" w14:textId="77777777" w:rsidTr="00376EAB">
        <w:trPr>
          <w:tblHeader/>
          <w:jc w:val="center"/>
        </w:trPr>
        <w:tc>
          <w:tcPr>
            <w:tcW w:w="500" w:type="dxa"/>
            <w:shd w:val="clear" w:color="auto" w:fill="D9EAF7"/>
          </w:tcPr>
          <w:p w14:paraId="6A2336E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526" w:type="dxa"/>
            <w:shd w:val="clear" w:color="auto" w:fill="D9EAF7"/>
          </w:tcPr>
          <w:p w14:paraId="63FE3D7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Модуль</w:t>
            </w:r>
          </w:p>
        </w:tc>
        <w:tc>
          <w:tcPr>
            <w:tcW w:w="1610" w:type="dxa"/>
            <w:shd w:val="clear" w:color="auto" w:fill="D9EAF7"/>
          </w:tcPr>
          <w:p w14:paraId="2B89009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2928" w:type="dxa"/>
            <w:shd w:val="clear" w:color="auto" w:fill="D9EAF7"/>
          </w:tcPr>
          <w:p w14:paraId="41E9163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Содержание</w:t>
            </w:r>
          </w:p>
        </w:tc>
        <w:tc>
          <w:tcPr>
            <w:tcW w:w="3445" w:type="dxa"/>
            <w:shd w:val="clear" w:color="auto" w:fill="D9EAF7"/>
          </w:tcPr>
          <w:p w14:paraId="260743D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Планируемая деятельность / результаты</w:t>
            </w:r>
          </w:p>
        </w:tc>
        <w:tc>
          <w:tcPr>
            <w:tcW w:w="1991" w:type="dxa"/>
            <w:shd w:val="clear" w:color="auto" w:fill="D9EAF7"/>
          </w:tcPr>
          <w:p w14:paraId="7FC301A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Форма контроля</w:t>
            </w:r>
          </w:p>
        </w:tc>
        <w:tc>
          <w:tcPr>
            <w:tcW w:w="1991" w:type="dxa"/>
            <w:shd w:val="clear" w:color="auto" w:fill="D9EAF7"/>
          </w:tcPr>
          <w:p w14:paraId="7723160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Дата план</w:t>
            </w:r>
          </w:p>
        </w:tc>
        <w:tc>
          <w:tcPr>
            <w:tcW w:w="1991" w:type="dxa"/>
            <w:shd w:val="clear" w:color="auto" w:fill="D9EAF7"/>
          </w:tcPr>
          <w:p w14:paraId="18109A0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Дата факт</w:t>
            </w:r>
          </w:p>
        </w:tc>
      </w:tr>
      <w:tr w:rsidR="00654A0A" w:rsidRPr="004C60B8" w14:paraId="296CE37E" w14:textId="77777777" w:rsidTr="00376EAB">
        <w:trPr>
          <w:jc w:val="center"/>
        </w:trPr>
        <w:tc>
          <w:tcPr>
            <w:tcW w:w="500" w:type="dxa"/>
          </w:tcPr>
          <w:p w14:paraId="31FAC42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</w:t>
            </w:r>
          </w:p>
        </w:tc>
        <w:tc>
          <w:tcPr>
            <w:tcW w:w="1526" w:type="dxa"/>
          </w:tcPr>
          <w:p w14:paraId="7C43E24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610" w:type="dxa"/>
          </w:tcPr>
          <w:p w14:paraId="534BF2D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Край, в котором ты живёшь</w:t>
            </w:r>
          </w:p>
        </w:tc>
        <w:tc>
          <w:tcPr>
            <w:tcW w:w="2928" w:type="dxa"/>
          </w:tcPr>
          <w:p w14:paraId="23B0EFE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445" w:type="dxa"/>
          </w:tcPr>
          <w:p w14:paraId="55F09F8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91" w:type="dxa"/>
          </w:tcPr>
          <w:p w14:paraId="0B23D3E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991" w:type="dxa"/>
          </w:tcPr>
          <w:p w14:paraId="78844B8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065296B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1F467040" w14:textId="77777777" w:rsidTr="00376EAB">
        <w:trPr>
          <w:jc w:val="center"/>
        </w:trPr>
        <w:tc>
          <w:tcPr>
            <w:tcW w:w="500" w:type="dxa"/>
          </w:tcPr>
          <w:p w14:paraId="516019A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</w:t>
            </w:r>
          </w:p>
        </w:tc>
        <w:tc>
          <w:tcPr>
            <w:tcW w:w="1526" w:type="dxa"/>
          </w:tcPr>
          <w:p w14:paraId="6EC54DC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610" w:type="dxa"/>
          </w:tcPr>
          <w:p w14:paraId="2245758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Русский фольклор</w:t>
            </w:r>
          </w:p>
        </w:tc>
        <w:tc>
          <w:tcPr>
            <w:tcW w:w="2928" w:type="dxa"/>
          </w:tcPr>
          <w:p w14:paraId="5DBB8D2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445" w:type="dxa"/>
          </w:tcPr>
          <w:p w14:paraId="7F22A5F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91" w:type="dxa"/>
          </w:tcPr>
          <w:p w14:paraId="6F47148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991" w:type="dxa"/>
          </w:tcPr>
          <w:p w14:paraId="14EA963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0691B7D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4D797891" w14:textId="77777777" w:rsidTr="00376EAB">
        <w:trPr>
          <w:jc w:val="center"/>
        </w:trPr>
        <w:tc>
          <w:tcPr>
            <w:tcW w:w="500" w:type="dxa"/>
          </w:tcPr>
          <w:p w14:paraId="6C4D031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</w:t>
            </w:r>
          </w:p>
        </w:tc>
        <w:tc>
          <w:tcPr>
            <w:tcW w:w="1526" w:type="dxa"/>
          </w:tcPr>
          <w:p w14:paraId="617D74C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610" w:type="dxa"/>
          </w:tcPr>
          <w:p w14:paraId="24F50ED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Народные музыкальные инструменты</w:t>
            </w:r>
          </w:p>
        </w:tc>
        <w:tc>
          <w:tcPr>
            <w:tcW w:w="2928" w:type="dxa"/>
          </w:tcPr>
          <w:p w14:paraId="684647A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445" w:type="dxa"/>
          </w:tcPr>
          <w:p w14:paraId="6B38E3A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91" w:type="dxa"/>
          </w:tcPr>
          <w:p w14:paraId="0082912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991" w:type="dxa"/>
          </w:tcPr>
          <w:p w14:paraId="2C06647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0C4851D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1DE1F46A" w14:textId="77777777" w:rsidTr="00376EAB">
        <w:trPr>
          <w:jc w:val="center"/>
        </w:trPr>
        <w:tc>
          <w:tcPr>
            <w:tcW w:w="500" w:type="dxa"/>
          </w:tcPr>
          <w:p w14:paraId="48133CB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4</w:t>
            </w:r>
          </w:p>
        </w:tc>
        <w:tc>
          <w:tcPr>
            <w:tcW w:w="1526" w:type="dxa"/>
          </w:tcPr>
          <w:p w14:paraId="250DE99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610" w:type="dxa"/>
          </w:tcPr>
          <w:p w14:paraId="21C711E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Народные наигрыши и танцы</w:t>
            </w:r>
          </w:p>
        </w:tc>
        <w:tc>
          <w:tcPr>
            <w:tcW w:w="2928" w:type="dxa"/>
          </w:tcPr>
          <w:p w14:paraId="6D06D92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445" w:type="dxa"/>
          </w:tcPr>
          <w:p w14:paraId="3AC4BDC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91" w:type="dxa"/>
          </w:tcPr>
          <w:p w14:paraId="28B044D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Творческое задание</w:t>
            </w:r>
          </w:p>
        </w:tc>
        <w:tc>
          <w:tcPr>
            <w:tcW w:w="1991" w:type="dxa"/>
          </w:tcPr>
          <w:p w14:paraId="0D4DE0F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7FBD57E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5134F50" w14:textId="77777777" w:rsidTr="00376EAB">
        <w:trPr>
          <w:jc w:val="center"/>
        </w:trPr>
        <w:tc>
          <w:tcPr>
            <w:tcW w:w="500" w:type="dxa"/>
          </w:tcPr>
          <w:p w14:paraId="006A42A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5</w:t>
            </w:r>
          </w:p>
        </w:tc>
        <w:tc>
          <w:tcPr>
            <w:tcW w:w="1526" w:type="dxa"/>
          </w:tcPr>
          <w:p w14:paraId="078CBB3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610" w:type="dxa"/>
          </w:tcPr>
          <w:p w14:paraId="3CF71B0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Сказки, былины и легенды о музыке</w:t>
            </w:r>
          </w:p>
        </w:tc>
        <w:tc>
          <w:tcPr>
            <w:tcW w:w="2928" w:type="dxa"/>
          </w:tcPr>
          <w:p w14:paraId="6ED5A08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445" w:type="dxa"/>
          </w:tcPr>
          <w:p w14:paraId="147CDC5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91" w:type="dxa"/>
          </w:tcPr>
          <w:p w14:paraId="151E12E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викторина</w:t>
            </w:r>
          </w:p>
        </w:tc>
        <w:tc>
          <w:tcPr>
            <w:tcW w:w="1991" w:type="dxa"/>
          </w:tcPr>
          <w:p w14:paraId="3DC725B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1BFDDCF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081D72E" w14:textId="77777777" w:rsidTr="00376EAB">
        <w:trPr>
          <w:jc w:val="center"/>
        </w:trPr>
        <w:tc>
          <w:tcPr>
            <w:tcW w:w="500" w:type="dxa"/>
          </w:tcPr>
          <w:p w14:paraId="00D6B0D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6</w:t>
            </w:r>
          </w:p>
        </w:tc>
        <w:tc>
          <w:tcPr>
            <w:tcW w:w="1526" w:type="dxa"/>
          </w:tcPr>
          <w:p w14:paraId="474BF16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610" w:type="dxa"/>
          </w:tcPr>
          <w:p w14:paraId="4779554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Народный праздник и театр</w:t>
            </w:r>
          </w:p>
        </w:tc>
        <w:tc>
          <w:tcPr>
            <w:tcW w:w="2928" w:type="dxa"/>
          </w:tcPr>
          <w:p w14:paraId="14C8C3E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445" w:type="dxa"/>
          </w:tcPr>
          <w:p w14:paraId="7510699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91" w:type="dxa"/>
          </w:tcPr>
          <w:p w14:paraId="11AF4BD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1991" w:type="dxa"/>
          </w:tcPr>
          <w:p w14:paraId="0CFDB20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7BA47DF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116A9A3B" w14:textId="77777777" w:rsidTr="00376EAB">
        <w:trPr>
          <w:jc w:val="center"/>
        </w:trPr>
        <w:tc>
          <w:tcPr>
            <w:tcW w:w="500" w:type="dxa"/>
          </w:tcPr>
          <w:p w14:paraId="4028E73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7</w:t>
            </w:r>
          </w:p>
        </w:tc>
        <w:tc>
          <w:tcPr>
            <w:tcW w:w="1526" w:type="dxa"/>
          </w:tcPr>
          <w:p w14:paraId="7C39F06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610" w:type="dxa"/>
          </w:tcPr>
          <w:p w14:paraId="55C99D8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Композитор — исполнитель — слушатель</w:t>
            </w:r>
          </w:p>
        </w:tc>
        <w:tc>
          <w:tcPr>
            <w:tcW w:w="2928" w:type="dxa"/>
          </w:tcPr>
          <w:p w14:paraId="32AE122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445" w:type="dxa"/>
          </w:tcPr>
          <w:p w14:paraId="5AFB132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91" w:type="dxa"/>
          </w:tcPr>
          <w:p w14:paraId="6D1B50E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991" w:type="dxa"/>
          </w:tcPr>
          <w:p w14:paraId="4BFAB60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6C26392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3CE8EFDC" w14:textId="77777777" w:rsidTr="00376EAB">
        <w:trPr>
          <w:jc w:val="center"/>
        </w:trPr>
        <w:tc>
          <w:tcPr>
            <w:tcW w:w="500" w:type="dxa"/>
          </w:tcPr>
          <w:p w14:paraId="41AB8AF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8</w:t>
            </w:r>
          </w:p>
        </w:tc>
        <w:tc>
          <w:tcPr>
            <w:tcW w:w="1526" w:type="dxa"/>
          </w:tcPr>
          <w:p w14:paraId="6D00300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610" w:type="dxa"/>
          </w:tcPr>
          <w:p w14:paraId="3B3E684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Мелодия и музыкальный образ</w:t>
            </w:r>
          </w:p>
        </w:tc>
        <w:tc>
          <w:tcPr>
            <w:tcW w:w="2928" w:type="dxa"/>
          </w:tcPr>
          <w:p w14:paraId="64329A5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445" w:type="dxa"/>
          </w:tcPr>
          <w:p w14:paraId="0458112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91" w:type="dxa"/>
          </w:tcPr>
          <w:p w14:paraId="4197410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991" w:type="dxa"/>
          </w:tcPr>
          <w:p w14:paraId="62A5F83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1431286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7FED858" w14:textId="77777777" w:rsidTr="00376EAB">
        <w:trPr>
          <w:jc w:val="center"/>
        </w:trPr>
        <w:tc>
          <w:tcPr>
            <w:tcW w:w="500" w:type="dxa"/>
          </w:tcPr>
          <w:p w14:paraId="4F4693F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9</w:t>
            </w:r>
          </w:p>
        </w:tc>
        <w:tc>
          <w:tcPr>
            <w:tcW w:w="1526" w:type="dxa"/>
          </w:tcPr>
          <w:p w14:paraId="61A7BB7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610" w:type="dxa"/>
          </w:tcPr>
          <w:p w14:paraId="7AD0397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Музыкальный портрет</w:t>
            </w:r>
          </w:p>
        </w:tc>
        <w:tc>
          <w:tcPr>
            <w:tcW w:w="2928" w:type="dxa"/>
          </w:tcPr>
          <w:p w14:paraId="21399DF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445" w:type="dxa"/>
          </w:tcPr>
          <w:p w14:paraId="3A6ED43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91" w:type="dxa"/>
          </w:tcPr>
          <w:p w14:paraId="48D1267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991" w:type="dxa"/>
          </w:tcPr>
          <w:p w14:paraId="1ABE6CB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165C8FA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65D5CB7F" w14:textId="77777777" w:rsidTr="00376EAB">
        <w:trPr>
          <w:jc w:val="center"/>
        </w:trPr>
        <w:tc>
          <w:tcPr>
            <w:tcW w:w="500" w:type="dxa"/>
          </w:tcPr>
          <w:p w14:paraId="06BEA56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10</w:t>
            </w:r>
          </w:p>
        </w:tc>
        <w:tc>
          <w:tcPr>
            <w:tcW w:w="1526" w:type="dxa"/>
          </w:tcPr>
          <w:p w14:paraId="5ADC169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610" w:type="dxa"/>
          </w:tcPr>
          <w:p w14:paraId="485B853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Музыкальный пейзаж</w:t>
            </w:r>
          </w:p>
        </w:tc>
        <w:tc>
          <w:tcPr>
            <w:tcW w:w="2928" w:type="dxa"/>
          </w:tcPr>
          <w:p w14:paraId="7A1220B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445" w:type="dxa"/>
          </w:tcPr>
          <w:p w14:paraId="247ECE6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91" w:type="dxa"/>
          </w:tcPr>
          <w:p w14:paraId="2FBFF8F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Творческое задание</w:t>
            </w:r>
          </w:p>
        </w:tc>
        <w:tc>
          <w:tcPr>
            <w:tcW w:w="1991" w:type="dxa"/>
          </w:tcPr>
          <w:p w14:paraId="72BDF4A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7C5F0F2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64ED5F16" w14:textId="77777777" w:rsidTr="00376EAB">
        <w:trPr>
          <w:jc w:val="center"/>
        </w:trPr>
        <w:tc>
          <w:tcPr>
            <w:tcW w:w="500" w:type="dxa"/>
          </w:tcPr>
          <w:p w14:paraId="55ECB01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11</w:t>
            </w:r>
          </w:p>
        </w:tc>
        <w:tc>
          <w:tcPr>
            <w:tcW w:w="1526" w:type="dxa"/>
          </w:tcPr>
          <w:p w14:paraId="742D0E5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610" w:type="dxa"/>
          </w:tcPr>
          <w:p w14:paraId="7F8D111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Инструменты и симфонический оркестр</w:t>
            </w:r>
          </w:p>
        </w:tc>
        <w:tc>
          <w:tcPr>
            <w:tcW w:w="2928" w:type="dxa"/>
          </w:tcPr>
          <w:p w14:paraId="61D4F98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445" w:type="dxa"/>
          </w:tcPr>
          <w:p w14:paraId="4275214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91" w:type="dxa"/>
          </w:tcPr>
          <w:p w14:paraId="228AA95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викторина</w:t>
            </w:r>
          </w:p>
        </w:tc>
        <w:tc>
          <w:tcPr>
            <w:tcW w:w="1991" w:type="dxa"/>
          </w:tcPr>
          <w:p w14:paraId="3C8E39F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375221F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1F86B2C" w14:textId="77777777" w:rsidTr="00376EAB">
        <w:trPr>
          <w:jc w:val="center"/>
        </w:trPr>
        <w:tc>
          <w:tcPr>
            <w:tcW w:w="500" w:type="dxa"/>
          </w:tcPr>
          <w:p w14:paraId="0165B9D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12</w:t>
            </w:r>
          </w:p>
        </w:tc>
        <w:tc>
          <w:tcPr>
            <w:tcW w:w="1526" w:type="dxa"/>
          </w:tcPr>
          <w:p w14:paraId="369747B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610" w:type="dxa"/>
          </w:tcPr>
          <w:p w14:paraId="64A6424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музыка: слушаем и сравниваем</w:t>
            </w:r>
          </w:p>
        </w:tc>
        <w:tc>
          <w:tcPr>
            <w:tcW w:w="2928" w:type="dxa"/>
          </w:tcPr>
          <w:p w14:paraId="594A194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445" w:type="dxa"/>
          </w:tcPr>
          <w:p w14:paraId="0AB79C9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91" w:type="dxa"/>
          </w:tcPr>
          <w:p w14:paraId="40FE4B3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1991" w:type="dxa"/>
          </w:tcPr>
          <w:p w14:paraId="7698E72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62E7CEE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379A8F9C" w14:textId="77777777" w:rsidTr="00376EAB">
        <w:trPr>
          <w:jc w:val="center"/>
        </w:trPr>
        <w:tc>
          <w:tcPr>
            <w:tcW w:w="500" w:type="dxa"/>
          </w:tcPr>
          <w:p w14:paraId="6234643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13</w:t>
            </w:r>
          </w:p>
        </w:tc>
        <w:tc>
          <w:tcPr>
            <w:tcW w:w="1526" w:type="dxa"/>
          </w:tcPr>
          <w:p w14:paraId="0EF5FEF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в жизни человека</w:t>
            </w:r>
          </w:p>
        </w:tc>
        <w:tc>
          <w:tcPr>
            <w:tcW w:w="1610" w:type="dxa"/>
          </w:tcPr>
          <w:p w14:paraId="0E43AAF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Песня, танец, марш</w:t>
            </w:r>
          </w:p>
        </w:tc>
        <w:tc>
          <w:tcPr>
            <w:tcW w:w="2928" w:type="dxa"/>
          </w:tcPr>
          <w:p w14:paraId="5502A00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Функции музыки в повседневной, праздничной и общественной жизни.</w:t>
            </w:r>
          </w:p>
        </w:tc>
        <w:tc>
          <w:tcPr>
            <w:tcW w:w="3445" w:type="dxa"/>
          </w:tcPr>
          <w:p w14:paraId="60C1B4E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функцию и характер музыки; выражать впечатления; исполнять и обсуждать музыкальные произведения.</w:t>
            </w:r>
          </w:p>
        </w:tc>
        <w:tc>
          <w:tcPr>
            <w:tcW w:w="1991" w:type="dxa"/>
          </w:tcPr>
          <w:p w14:paraId="02471BD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991" w:type="dxa"/>
          </w:tcPr>
          <w:p w14:paraId="7D044AA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28B15F1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4ABF5505" w14:textId="77777777" w:rsidTr="00376EAB">
        <w:trPr>
          <w:jc w:val="center"/>
        </w:trPr>
        <w:tc>
          <w:tcPr>
            <w:tcW w:w="500" w:type="dxa"/>
          </w:tcPr>
          <w:p w14:paraId="3F8436B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14</w:t>
            </w:r>
          </w:p>
        </w:tc>
        <w:tc>
          <w:tcPr>
            <w:tcW w:w="1526" w:type="dxa"/>
          </w:tcPr>
          <w:p w14:paraId="4E345C5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в жизни человека</w:t>
            </w:r>
          </w:p>
        </w:tc>
        <w:tc>
          <w:tcPr>
            <w:tcW w:w="1610" w:type="dxa"/>
          </w:tcPr>
          <w:p w14:paraId="49C7E04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природы</w:t>
            </w:r>
          </w:p>
        </w:tc>
        <w:tc>
          <w:tcPr>
            <w:tcW w:w="2928" w:type="dxa"/>
          </w:tcPr>
          <w:p w14:paraId="13F4001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Функции музыки в повседневной, праздничной и общественной жизни.</w:t>
            </w:r>
          </w:p>
        </w:tc>
        <w:tc>
          <w:tcPr>
            <w:tcW w:w="3445" w:type="dxa"/>
          </w:tcPr>
          <w:p w14:paraId="12B4A60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функцию и характер музыки; выражать впечатления; исполнять и обсуждать музыкальные произведения.</w:t>
            </w:r>
          </w:p>
        </w:tc>
        <w:tc>
          <w:tcPr>
            <w:tcW w:w="1991" w:type="dxa"/>
          </w:tcPr>
          <w:p w14:paraId="375270C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991" w:type="dxa"/>
          </w:tcPr>
          <w:p w14:paraId="70BD3D0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26DB6BB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3DD7648E" w14:textId="77777777" w:rsidTr="00376EAB">
        <w:trPr>
          <w:jc w:val="center"/>
        </w:trPr>
        <w:tc>
          <w:tcPr>
            <w:tcW w:w="500" w:type="dxa"/>
          </w:tcPr>
          <w:p w14:paraId="292D73F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15</w:t>
            </w:r>
          </w:p>
        </w:tc>
        <w:tc>
          <w:tcPr>
            <w:tcW w:w="1526" w:type="dxa"/>
          </w:tcPr>
          <w:p w14:paraId="4FC77C3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в жизни человека</w:t>
            </w:r>
          </w:p>
        </w:tc>
        <w:tc>
          <w:tcPr>
            <w:tcW w:w="1610" w:type="dxa"/>
          </w:tcPr>
          <w:p w14:paraId="32F5128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и чувства человека</w:t>
            </w:r>
          </w:p>
        </w:tc>
        <w:tc>
          <w:tcPr>
            <w:tcW w:w="2928" w:type="dxa"/>
          </w:tcPr>
          <w:p w14:paraId="7ED3FED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Функции музыки в повседневной, праздничной и общественной жизни.</w:t>
            </w:r>
          </w:p>
        </w:tc>
        <w:tc>
          <w:tcPr>
            <w:tcW w:w="3445" w:type="dxa"/>
          </w:tcPr>
          <w:p w14:paraId="25E42A0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функцию и характер музыки; выражать впечатления; исполнять и обсуждать музыкальные произведения.</w:t>
            </w:r>
          </w:p>
        </w:tc>
        <w:tc>
          <w:tcPr>
            <w:tcW w:w="1991" w:type="dxa"/>
          </w:tcPr>
          <w:p w14:paraId="3D2CA00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991" w:type="dxa"/>
          </w:tcPr>
          <w:p w14:paraId="740374A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439ECAD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4F0409F1" w14:textId="77777777" w:rsidTr="00376EAB">
        <w:trPr>
          <w:jc w:val="center"/>
        </w:trPr>
        <w:tc>
          <w:tcPr>
            <w:tcW w:w="500" w:type="dxa"/>
          </w:tcPr>
          <w:p w14:paraId="0B39710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16</w:t>
            </w:r>
          </w:p>
        </w:tc>
        <w:tc>
          <w:tcPr>
            <w:tcW w:w="1526" w:type="dxa"/>
          </w:tcPr>
          <w:p w14:paraId="35B10FE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в жизни человека</w:t>
            </w:r>
          </w:p>
        </w:tc>
        <w:tc>
          <w:tcPr>
            <w:tcW w:w="1610" w:type="dxa"/>
          </w:tcPr>
          <w:p w14:paraId="64BBD0E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праздника и памятной даты</w:t>
            </w:r>
          </w:p>
        </w:tc>
        <w:tc>
          <w:tcPr>
            <w:tcW w:w="2928" w:type="dxa"/>
          </w:tcPr>
          <w:p w14:paraId="144A32C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Функции музыки в повседневной, праздничной и общественной жизни.</w:t>
            </w:r>
          </w:p>
        </w:tc>
        <w:tc>
          <w:tcPr>
            <w:tcW w:w="3445" w:type="dxa"/>
          </w:tcPr>
          <w:p w14:paraId="7D8A64E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функцию и характер музыки; выражать впечатления; исполнять и обсуждать музыкальные произведения.</w:t>
            </w:r>
          </w:p>
        </w:tc>
        <w:tc>
          <w:tcPr>
            <w:tcW w:w="1991" w:type="dxa"/>
          </w:tcPr>
          <w:p w14:paraId="414E4B6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Творческое задание</w:t>
            </w:r>
          </w:p>
        </w:tc>
        <w:tc>
          <w:tcPr>
            <w:tcW w:w="1991" w:type="dxa"/>
          </w:tcPr>
          <w:p w14:paraId="73B0C6D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5FC977C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66DEEC1" w14:textId="77777777" w:rsidTr="00376EAB">
        <w:trPr>
          <w:jc w:val="center"/>
        </w:trPr>
        <w:tc>
          <w:tcPr>
            <w:tcW w:w="500" w:type="dxa"/>
          </w:tcPr>
          <w:p w14:paraId="68FE52C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17</w:t>
            </w:r>
          </w:p>
        </w:tc>
        <w:tc>
          <w:tcPr>
            <w:tcW w:w="1526" w:type="dxa"/>
          </w:tcPr>
          <w:p w14:paraId="7FBB135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в жизни человека</w:t>
            </w:r>
          </w:p>
        </w:tc>
        <w:tc>
          <w:tcPr>
            <w:tcW w:w="1610" w:type="dxa"/>
          </w:tcPr>
          <w:p w14:paraId="46E178B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Концерт и культура слушателя</w:t>
            </w:r>
          </w:p>
        </w:tc>
        <w:tc>
          <w:tcPr>
            <w:tcW w:w="2928" w:type="dxa"/>
          </w:tcPr>
          <w:p w14:paraId="52E0362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Функции музыки в повседневной, праздничной и общественной жизни.</w:t>
            </w:r>
          </w:p>
        </w:tc>
        <w:tc>
          <w:tcPr>
            <w:tcW w:w="3445" w:type="dxa"/>
          </w:tcPr>
          <w:p w14:paraId="7E8B63A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функцию и характер музыки; выражать впечатления; исполнять и обсуждать музыкальные произведения.</w:t>
            </w:r>
          </w:p>
        </w:tc>
        <w:tc>
          <w:tcPr>
            <w:tcW w:w="1991" w:type="dxa"/>
          </w:tcPr>
          <w:p w14:paraId="447B729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викторина</w:t>
            </w:r>
          </w:p>
        </w:tc>
        <w:tc>
          <w:tcPr>
            <w:tcW w:w="1991" w:type="dxa"/>
          </w:tcPr>
          <w:p w14:paraId="4EE89C4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4CBFD57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601DDAC5" w14:textId="77777777" w:rsidTr="00376EAB">
        <w:trPr>
          <w:jc w:val="center"/>
        </w:trPr>
        <w:tc>
          <w:tcPr>
            <w:tcW w:w="500" w:type="dxa"/>
          </w:tcPr>
          <w:p w14:paraId="726D53D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18</w:t>
            </w:r>
          </w:p>
        </w:tc>
        <w:tc>
          <w:tcPr>
            <w:tcW w:w="1526" w:type="dxa"/>
          </w:tcPr>
          <w:p w14:paraId="6736C83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народов мира</w:t>
            </w:r>
          </w:p>
        </w:tc>
        <w:tc>
          <w:tcPr>
            <w:tcW w:w="1610" w:type="dxa"/>
          </w:tcPr>
          <w:p w14:paraId="3BAB766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Песни и танцы народов мира</w:t>
            </w:r>
          </w:p>
        </w:tc>
        <w:tc>
          <w:tcPr>
            <w:tcW w:w="2928" w:type="dxa"/>
          </w:tcPr>
          <w:p w14:paraId="3BE9ABB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Национальные музыкальные традиции, песни, танцы и инструменты; сходство и различия культур.</w:t>
            </w:r>
          </w:p>
        </w:tc>
        <w:tc>
          <w:tcPr>
            <w:tcW w:w="3445" w:type="dxa"/>
          </w:tcPr>
          <w:p w14:paraId="0E6CD5E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музыкальные традиции; находить общее и особенное; уважительно представлять культурный материал.</w:t>
            </w:r>
          </w:p>
        </w:tc>
        <w:tc>
          <w:tcPr>
            <w:tcW w:w="1991" w:type="dxa"/>
          </w:tcPr>
          <w:p w14:paraId="005703F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1991" w:type="dxa"/>
          </w:tcPr>
          <w:p w14:paraId="2540F18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477EA21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2D5B9FE5" w14:textId="77777777" w:rsidTr="00376EAB">
        <w:trPr>
          <w:jc w:val="center"/>
        </w:trPr>
        <w:tc>
          <w:tcPr>
            <w:tcW w:w="500" w:type="dxa"/>
          </w:tcPr>
          <w:p w14:paraId="745EA62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19</w:t>
            </w:r>
          </w:p>
        </w:tc>
        <w:tc>
          <w:tcPr>
            <w:tcW w:w="1526" w:type="dxa"/>
          </w:tcPr>
          <w:p w14:paraId="6E1950A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народов мира</w:t>
            </w:r>
          </w:p>
        </w:tc>
        <w:tc>
          <w:tcPr>
            <w:tcW w:w="1610" w:type="dxa"/>
          </w:tcPr>
          <w:p w14:paraId="5C37135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Музыкальные инструменты народов мира</w:t>
            </w:r>
          </w:p>
        </w:tc>
        <w:tc>
          <w:tcPr>
            <w:tcW w:w="2928" w:type="dxa"/>
          </w:tcPr>
          <w:p w14:paraId="47ECFAB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Национальные музыкальные традиции, песни, танцы и инструменты; сходство и различия культур.</w:t>
            </w:r>
          </w:p>
        </w:tc>
        <w:tc>
          <w:tcPr>
            <w:tcW w:w="3445" w:type="dxa"/>
          </w:tcPr>
          <w:p w14:paraId="695C2F9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музыкальные традиции; находить общее и особенное; уважительно представлять культурный материал.</w:t>
            </w:r>
          </w:p>
        </w:tc>
        <w:tc>
          <w:tcPr>
            <w:tcW w:w="1991" w:type="dxa"/>
          </w:tcPr>
          <w:p w14:paraId="109A117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991" w:type="dxa"/>
          </w:tcPr>
          <w:p w14:paraId="019CCDC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778E68E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20D1A939" w14:textId="77777777" w:rsidTr="00376EAB">
        <w:trPr>
          <w:jc w:val="center"/>
        </w:trPr>
        <w:tc>
          <w:tcPr>
            <w:tcW w:w="500" w:type="dxa"/>
          </w:tcPr>
          <w:p w14:paraId="2F11CCC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20</w:t>
            </w:r>
          </w:p>
        </w:tc>
        <w:tc>
          <w:tcPr>
            <w:tcW w:w="1526" w:type="dxa"/>
          </w:tcPr>
          <w:p w14:paraId="58E933F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народов мира</w:t>
            </w:r>
          </w:p>
        </w:tc>
        <w:tc>
          <w:tcPr>
            <w:tcW w:w="1610" w:type="dxa"/>
          </w:tcPr>
          <w:p w14:paraId="057CB1B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Диалог музыкальных культур</w:t>
            </w:r>
          </w:p>
        </w:tc>
        <w:tc>
          <w:tcPr>
            <w:tcW w:w="2928" w:type="dxa"/>
          </w:tcPr>
          <w:p w14:paraId="1BBA07B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Национальные музыкальные традиции, песни, танцы и инструменты; сходство и различия культур.</w:t>
            </w:r>
          </w:p>
        </w:tc>
        <w:tc>
          <w:tcPr>
            <w:tcW w:w="3445" w:type="dxa"/>
          </w:tcPr>
          <w:p w14:paraId="4AC7536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музыкальные традиции; находить общее и особенное; уважительно представлять культурный материал.</w:t>
            </w:r>
          </w:p>
        </w:tc>
        <w:tc>
          <w:tcPr>
            <w:tcW w:w="1991" w:type="dxa"/>
          </w:tcPr>
          <w:p w14:paraId="5BD727F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991" w:type="dxa"/>
          </w:tcPr>
          <w:p w14:paraId="6824827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5BAD423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4834B08B" w14:textId="77777777" w:rsidTr="00376EAB">
        <w:trPr>
          <w:jc w:val="center"/>
        </w:trPr>
        <w:tc>
          <w:tcPr>
            <w:tcW w:w="500" w:type="dxa"/>
          </w:tcPr>
          <w:p w14:paraId="2655AB8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21</w:t>
            </w:r>
          </w:p>
        </w:tc>
        <w:tc>
          <w:tcPr>
            <w:tcW w:w="1526" w:type="dxa"/>
          </w:tcPr>
          <w:p w14:paraId="3FA1256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</w:t>
            </w:r>
          </w:p>
        </w:tc>
        <w:tc>
          <w:tcPr>
            <w:tcW w:w="1610" w:type="dxa"/>
          </w:tcPr>
          <w:p w14:paraId="242449A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Колокольные звоны и хоровая традиция</w:t>
            </w:r>
          </w:p>
        </w:tc>
        <w:tc>
          <w:tcPr>
            <w:tcW w:w="2928" w:type="dxa"/>
          </w:tcPr>
          <w:p w14:paraId="1F29EA0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 как часть культурного наследия; нравственно-эстетические образы.</w:t>
            </w:r>
          </w:p>
        </w:tc>
        <w:tc>
          <w:tcPr>
            <w:tcW w:w="3445" w:type="dxa"/>
          </w:tcPr>
          <w:p w14:paraId="2603D30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обсуждать произведения в культурном контексте; выявлять художественные и нравственные образы.</w:t>
            </w:r>
          </w:p>
        </w:tc>
        <w:tc>
          <w:tcPr>
            <w:tcW w:w="1991" w:type="dxa"/>
          </w:tcPr>
          <w:p w14:paraId="7BC38E2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991" w:type="dxa"/>
          </w:tcPr>
          <w:p w14:paraId="183078F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169E0BB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31B888C4" w14:textId="77777777" w:rsidTr="00376EAB">
        <w:trPr>
          <w:jc w:val="center"/>
        </w:trPr>
        <w:tc>
          <w:tcPr>
            <w:tcW w:w="500" w:type="dxa"/>
          </w:tcPr>
          <w:p w14:paraId="28659366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22</w:t>
            </w:r>
          </w:p>
        </w:tc>
        <w:tc>
          <w:tcPr>
            <w:tcW w:w="1526" w:type="dxa"/>
          </w:tcPr>
          <w:p w14:paraId="5BD46DC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</w:t>
            </w:r>
          </w:p>
        </w:tc>
        <w:tc>
          <w:tcPr>
            <w:tcW w:w="1610" w:type="dxa"/>
          </w:tcPr>
          <w:p w14:paraId="7F84F85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 в культурно-историческом контексте</w:t>
            </w:r>
          </w:p>
        </w:tc>
        <w:tc>
          <w:tcPr>
            <w:tcW w:w="2928" w:type="dxa"/>
          </w:tcPr>
          <w:p w14:paraId="2B38C5A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 как часть культурного наследия; нравственно-эстетические образы.</w:t>
            </w:r>
          </w:p>
        </w:tc>
        <w:tc>
          <w:tcPr>
            <w:tcW w:w="3445" w:type="dxa"/>
          </w:tcPr>
          <w:p w14:paraId="3C04593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обсуждать произведения в культурном контексте; выявлять художественные и нравственные образы.</w:t>
            </w:r>
          </w:p>
        </w:tc>
        <w:tc>
          <w:tcPr>
            <w:tcW w:w="1991" w:type="dxa"/>
          </w:tcPr>
          <w:p w14:paraId="0DDE4A0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Творческое задание</w:t>
            </w:r>
          </w:p>
        </w:tc>
        <w:tc>
          <w:tcPr>
            <w:tcW w:w="1991" w:type="dxa"/>
          </w:tcPr>
          <w:p w14:paraId="23CA9BE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2ECAB61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240F3285" w14:textId="77777777" w:rsidTr="00376EAB">
        <w:trPr>
          <w:jc w:val="center"/>
        </w:trPr>
        <w:tc>
          <w:tcPr>
            <w:tcW w:w="500" w:type="dxa"/>
          </w:tcPr>
          <w:p w14:paraId="0F639D1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23</w:t>
            </w:r>
          </w:p>
        </w:tc>
        <w:tc>
          <w:tcPr>
            <w:tcW w:w="1526" w:type="dxa"/>
          </w:tcPr>
          <w:p w14:paraId="7B8D9B8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театра и кино</w:t>
            </w:r>
          </w:p>
        </w:tc>
        <w:tc>
          <w:tcPr>
            <w:tcW w:w="1610" w:type="dxa"/>
          </w:tcPr>
          <w:p w14:paraId="0294314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Музыкальный театр</w:t>
            </w:r>
          </w:p>
        </w:tc>
        <w:tc>
          <w:tcPr>
            <w:tcW w:w="2928" w:type="dxa"/>
          </w:tcPr>
          <w:p w14:paraId="0A345E1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Музыкально-сценические жанры и функции музыки в театре, кино и анимации.</w:t>
            </w:r>
          </w:p>
        </w:tc>
        <w:tc>
          <w:tcPr>
            <w:tcW w:w="3445" w:type="dxa"/>
          </w:tcPr>
          <w:p w14:paraId="16099F2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Различать жанры и музыкальные номера; прослеживать связь музыки с героем и действием; выполнять творческое задание.</w:t>
            </w:r>
          </w:p>
        </w:tc>
        <w:tc>
          <w:tcPr>
            <w:tcW w:w="1991" w:type="dxa"/>
          </w:tcPr>
          <w:p w14:paraId="0A2A5D2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викторина</w:t>
            </w:r>
          </w:p>
        </w:tc>
        <w:tc>
          <w:tcPr>
            <w:tcW w:w="1991" w:type="dxa"/>
          </w:tcPr>
          <w:p w14:paraId="1644067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4AB8869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42D374E2" w14:textId="77777777" w:rsidTr="00376EAB">
        <w:trPr>
          <w:jc w:val="center"/>
        </w:trPr>
        <w:tc>
          <w:tcPr>
            <w:tcW w:w="500" w:type="dxa"/>
          </w:tcPr>
          <w:p w14:paraId="7611DF3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24</w:t>
            </w:r>
          </w:p>
        </w:tc>
        <w:tc>
          <w:tcPr>
            <w:tcW w:w="1526" w:type="dxa"/>
          </w:tcPr>
          <w:p w14:paraId="26AC7AE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театра и кино</w:t>
            </w:r>
          </w:p>
        </w:tc>
        <w:tc>
          <w:tcPr>
            <w:tcW w:w="1610" w:type="dxa"/>
          </w:tcPr>
          <w:p w14:paraId="41F4900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Опера</w:t>
            </w:r>
          </w:p>
        </w:tc>
        <w:tc>
          <w:tcPr>
            <w:tcW w:w="2928" w:type="dxa"/>
          </w:tcPr>
          <w:p w14:paraId="5E45D2F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Музыкально-сценические жанры и функции музыки в театре, кино и анимации.</w:t>
            </w:r>
          </w:p>
        </w:tc>
        <w:tc>
          <w:tcPr>
            <w:tcW w:w="3445" w:type="dxa"/>
          </w:tcPr>
          <w:p w14:paraId="37BAAAE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Различать жанры и музыкальные номера; прослеживать связь музыки с героем и действием; выполнять творческое задание.</w:t>
            </w:r>
          </w:p>
        </w:tc>
        <w:tc>
          <w:tcPr>
            <w:tcW w:w="1991" w:type="dxa"/>
          </w:tcPr>
          <w:p w14:paraId="0F3AB4E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1991" w:type="dxa"/>
          </w:tcPr>
          <w:p w14:paraId="5A3B1E7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290BC00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37B1F813" w14:textId="77777777" w:rsidTr="00376EAB">
        <w:trPr>
          <w:jc w:val="center"/>
        </w:trPr>
        <w:tc>
          <w:tcPr>
            <w:tcW w:w="500" w:type="dxa"/>
          </w:tcPr>
          <w:p w14:paraId="4537EAD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25</w:t>
            </w:r>
          </w:p>
        </w:tc>
        <w:tc>
          <w:tcPr>
            <w:tcW w:w="1526" w:type="dxa"/>
          </w:tcPr>
          <w:p w14:paraId="0D39847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театра и кино</w:t>
            </w:r>
          </w:p>
        </w:tc>
        <w:tc>
          <w:tcPr>
            <w:tcW w:w="1610" w:type="dxa"/>
          </w:tcPr>
          <w:p w14:paraId="729C7A5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Балет</w:t>
            </w:r>
          </w:p>
        </w:tc>
        <w:tc>
          <w:tcPr>
            <w:tcW w:w="2928" w:type="dxa"/>
          </w:tcPr>
          <w:p w14:paraId="780E27A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Музыкально-сценические жанры и функции музыки в театре, кино и анимации.</w:t>
            </w:r>
          </w:p>
        </w:tc>
        <w:tc>
          <w:tcPr>
            <w:tcW w:w="3445" w:type="dxa"/>
          </w:tcPr>
          <w:p w14:paraId="52143FF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Различать жанры и музыкальные номера; прослеживать связь музыки с героем и действием; выполнять творческое задание.</w:t>
            </w:r>
          </w:p>
        </w:tc>
        <w:tc>
          <w:tcPr>
            <w:tcW w:w="1991" w:type="dxa"/>
          </w:tcPr>
          <w:p w14:paraId="6DE6717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991" w:type="dxa"/>
          </w:tcPr>
          <w:p w14:paraId="3C9AFB4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20A6BD1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52E5CA1" w14:textId="77777777" w:rsidTr="00376EAB">
        <w:trPr>
          <w:jc w:val="center"/>
        </w:trPr>
        <w:tc>
          <w:tcPr>
            <w:tcW w:w="500" w:type="dxa"/>
          </w:tcPr>
          <w:p w14:paraId="4186B20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26</w:t>
            </w:r>
          </w:p>
        </w:tc>
        <w:tc>
          <w:tcPr>
            <w:tcW w:w="1526" w:type="dxa"/>
          </w:tcPr>
          <w:p w14:paraId="6768175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театра и кино</w:t>
            </w:r>
          </w:p>
        </w:tc>
        <w:tc>
          <w:tcPr>
            <w:tcW w:w="1610" w:type="dxa"/>
          </w:tcPr>
          <w:p w14:paraId="1F55822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кино и анимации</w:t>
            </w:r>
          </w:p>
        </w:tc>
        <w:tc>
          <w:tcPr>
            <w:tcW w:w="2928" w:type="dxa"/>
          </w:tcPr>
          <w:p w14:paraId="2E6E3E6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Музыкально-сценические жанры и функции музыки в театре, кино и анимации.</w:t>
            </w:r>
          </w:p>
        </w:tc>
        <w:tc>
          <w:tcPr>
            <w:tcW w:w="3445" w:type="dxa"/>
          </w:tcPr>
          <w:p w14:paraId="565CA60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Различать жанры и музыкальные номера; прослеживать связь музыки с героем и действием; выполнять творческое задание.</w:t>
            </w:r>
          </w:p>
        </w:tc>
        <w:tc>
          <w:tcPr>
            <w:tcW w:w="1991" w:type="dxa"/>
          </w:tcPr>
          <w:p w14:paraId="3B5AEFC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991" w:type="dxa"/>
          </w:tcPr>
          <w:p w14:paraId="2AAD81D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5D5A885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04E90ADF" w14:textId="77777777" w:rsidTr="00376EAB">
        <w:trPr>
          <w:jc w:val="center"/>
        </w:trPr>
        <w:tc>
          <w:tcPr>
            <w:tcW w:w="500" w:type="dxa"/>
          </w:tcPr>
          <w:p w14:paraId="0EA48E9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27</w:t>
            </w:r>
          </w:p>
        </w:tc>
        <w:tc>
          <w:tcPr>
            <w:tcW w:w="1526" w:type="dxa"/>
          </w:tcPr>
          <w:p w14:paraId="59FE10B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Современная музыкальная культура</w:t>
            </w:r>
          </w:p>
        </w:tc>
        <w:tc>
          <w:tcPr>
            <w:tcW w:w="1610" w:type="dxa"/>
          </w:tcPr>
          <w:p w14:paraId="02D5081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Современные обработки классической и народной музыки</w:t>
            </w:r>
          </w:p>
        </w:tc>
        <w:tc>
          <w:tcPr>
            <w:tcW w:w="2928" w:type="dxa"/>
          </w:tcPr>
          <w:p w14:paraId="41A5182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Современные стили, обработки, исполнители и электронные инструменты.</w:t>
            </w:r>
          </w:p>
        </w:tc>
        <w:tc>
          <w:tcPr>
            <w:tcW w:w="3445" w:type="dxa"/>
          </w:tcPr>
          <w:p w14:paraId="759B6A6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звучание и интерпретации; выполнять ритмическую/творческую практику; обсуждать роль технологий.</w:t>
            </w:r>
          </w:p>
        </w:tc>
        <w:tc>
          <w:tcPr>
            <w:tcW w:w="1991" w:type="dxa"/>
          </w:tcPr>
          <w:p w14:paraId="664ED08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991" w:type="dxa"/>
          </w:tcPr>
          <w:p w14:paraId="78A2D1D6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1958F62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4EB51143" w14:textId="77777777" w:rsidTr="00376EAB">
        <w:trPr>
          <w:jc w:val="center"/>
        </w:trPr>
        <w:tc>
          <w:tcPr>
            <w:tcW w:w="500" w:type="dxa"/>
          </w:tcPr>
          <w:p w14:paraId="7B52BD6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28</w:t>
            </w:r>
          </w:p>
        </w:tc>
        <w:tc>
          <w:tcPr>
            <w:tcW w:w="1526" w:type="dxa"/>
          </w:tcPr>
          <w:p w14:paraId="3039726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Современная музыкальная культура</w:t>
            </w:r>
          </w:p>
        </w:tc>
        <w:tc>
          <w:tcPr>
            <w:tcW w:w="1610" w:type="dxa"/>
          </w:tcPr>
          <w:p w14:paraId="26E6029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Джаз и импровизация</w:t>
            </w:r>
          </w:p>
        </w:tc>
        <w:tc>
          <w:tcPr>
            <w:tcW w:w="2928" w:type="dxa"/>
          </w:tcPr>
          <w:p w14:paraId="60FDAD9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Современные стили, обработки, исполнители и электронные инструменты.</w:t>
            </w:r>
          </w:p>
        </w:tc>
        <w:tc>
          <w:tcPr>
            <w:tcW w:w="3445" w:type="dxa"/>
          </w:tcPr>
          <w:p w14:paraId="7EF9AB8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звучание и интерпретации; выполнять ритмическую/творческую практику; обсуждать роль технологий.</w:t>
            </w:r>
          </w:p>
        </w:tc>
        <w:tc>
          <w:tcPr>
            <w:tcW w:w="1991" w:type="dxa"/>
          </w:tcPr>
          <w:p w14:paraId="4B358DC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Творческое задание</w:t>
            </w:r>
          </w:p>
        </w:tc>
        <w:tc>
          <w:tcPr>
            <w:tcW w:w="1991" w:type="dxa"/>
          </w:tcPr>
          <w:p w14:paraId="608C75A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0789DB7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FBDC93B" w14:textId="77777777" w:rsidTr="00376EAB">
        <w:trPr>
          <w:jc w:val="center"/>
        </w:trPr>
        <w:tc>
          <w:tcPr>
            <w:tcW w:w="500" w:type="dxa"/>
          </w:tcPr>
          <w:p w14:paraId="1364178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29</w:t>
            </w:r>
          </w:p>
        </w:tc>
        <w:tc>
          <w:tcPr>
            <w:tcW w:w="1526" w:type="dxa"/>
          </w:tcPr>
          <w:p w14:paraId="01E8386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Современная музыкальная культура</w:t>
            </w:r>
          </w:p>
        </w:tc>
        <w:tc>
          <w:tcPr>
            <w:tcW w:w="1610" w:type="dxa"/>
          </w:tcPr>
          <w:p w14:paraId="44C828B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Современный исполнитель</w:t>
            </w:r>
          </w:p>
        </w:tc>
        <w:tc>
          <w:tcPr>
            <w:tcW w:w="2928" w:type="dxa"/>
          </w:tcPr>
          <w:p w14:paraId="4DCE22B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Современные стили, обработки, исполнители и электронные инструменты.</w:t>
            </w:r>
          </w:p>
        </w:tc>
        <w:tc>
          <w:tcPr>
            <w:tcW w:w="3445" w:type="dxa"/>
          </w:tcPr>
          <w:p w14:paraId="7817709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звучание и интерпретации; выполнять ритмическую/творческую практику; обсуждать роль технологий.</w:t>
            </w:r>
          </w:p>
        </w:tc>
        <w:tc>
          <w:tcPr>
            <w:tcW w:w="1991" w:type="dxa"/>
          </w:tcPr>
          <w:p w14:paraId="364853F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викторина</w:t>
            </w:r>
          </w:p>
        </w:tc>
        <w:tc>
          <w:tcPr>
            <w:tcW w:w="1991" w:type="dxa"/>
          </w:tcPr>
          <w:p w14:paraId="0FC8DF7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283120A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656A914C" w14:textId="77777777" w:rsidTr="00376EAB">
        <w:trPr>
          <w:jc w:val="center"/>
        </w:trPr>
        <w:tc>
          <w:tcPr>
            <w:tcW w:w="500" w:type="dxa"/>
          </w:tcPr>
          <w:p w14:paraId="2EDDC93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30</w:t>
            </w:r>
          </w:p>
        </w:tc>
        <w:tc>
          <w:tcPr>
            <w:tcW w:w="1526" w:type="dxa"/>
          </w:tcPr>
          <w:p w14:paraId="0D7DAC6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грамота</w:t>
            </w:r>
          </w:p>
        </w:tc>
        <w:tc>
          <w:tcPr>
            <w:tcW w:w="1610" w:type="dxa"/>
          </w:tcPr>
          <w:p w14:paraId="294AFE2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Музыкальные и шумовые звуки. Тембр</w:t>
            </w:r>
          </w:p>
        </w:tc>
        <w:tc>
          <w:tcPr>
            <w:tcW w:w="2928" w:type="dxa"/>
          </w:tcPr>
          <w:p w14:paraId="3D05BE4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Элементы музыкального языка и нотной записи в практической музыкальной деятельности.</w:t>
            </w:r>
          </w:p>
        </w:tc>
        <w:tc>
          <w:tcPr>
            <w:tcW w:w="3445" w:type="dxa"/>
          </w:tcPr>
          <w:p w14:paraId="2061203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элементы музыкального языка на слух; исполнять ритмические модели; пользоваться графическими схемами.</w:t>
            </w:r>
          </w:p>
        </w:tc>
        <w:tc>
          <w:tcPr>
            <w:tcW w:w="1991" w:type="dxa"/>
          </w:tcPr>
          <w:p w14:paraId="491D3B2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1991" w:type="dxa"/>
          </w:tcPr>
          <w:p w14:paraId="01729C2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24DDA0B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2499CF8E" w14:textId="77777777" w:rsidTr="00376EAB">
        <w:trPr>
          <w:jc w:val="center"/>
        </w:trPr>
        <w:tc>
          <w:tcPr>
            <w:tcW w:w="500" w:type="dxa"/>
          </w:tcPr>
          <w:p w14:paraId="445504A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31</w:t>
            </w:r>
          </w:p>
        </w:tc>
        <w:tc>
          <w:tcPr>
            <w:tcW w:w="1526" w:type="dxa"/>
          </w:tcPr>
          <w:p w14:paraId="0C9FB24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грамота</w:t>
            </w:r>
          </w:p>
        </w:tc>
        <w:tc>
          <w:tcPr>
            <w:tcW w:w="1610" w:type="dxa"/>
          </w:tcPr>
          <w:p w14:paraId="658788E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Мелодия и интонация</w:t>
            </w:r>
          </w:p>
        </w:tc>
        <w:tc>
          <w:tcPr>
            <w:tcW w:w="2928" w:type="dxa"/>
          </w:tcPr>
          <w:p w14:paraId="1B9B5BA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Элементы музыкального языка и нотной записи в практической музыкальной деятельности.</w:t>
            </w:r>
          </w:p>
        </w:tc>
        <w:tc>
          <w:tcPr>
            <w:tcW w:w="3445" w:type="dxa"/>
          </w:tcPr>
          <w:p w14:paraId="32182B2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элементы музыкального языка на слух; исполнять ритмические модели; пользоваться графическими схемами.</w:t>
            </w:r>
          </w:p>
        </w:tc>
        <w:tc>
          <w:tcPr>
            <w:tcW w:w="1991" w:type="dxa"/>
          </w:tcPr>
          <w:p w14:paraId="643C38F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991" w:type="dxa"/>
          </w:tcPr>
          <w:p w14:paraId="7561D4E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4531DA8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1453042E" w14:textId="77777777" w:rsidTr="00376EAB">
        <w:trPr>
          <w:jc w:val="center"/>
        </w:trPr>
        <w:tc>
          <w:tcPr>
            <w:tcW w:w="500" w:type="dxa"/>
          </w:tcPr>
          <w:p w14:paraId="3BBC31E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32</w:t>
            </w:r>
          </w:p>
        </w:tc>
        <w:tc>
          <w:tcPr>
            <w:tcW w:w="1526" w:type="dxa"/>
          </w:tcPr>
          <w:p w14:paraId="3DD286E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грамота</w:t>
            </w:r>
          </w:p>
        </w:tc>
        <w:tc>
          <w:tcPr>
            <w:tcW w:w="1610" w:type="dxa"/>
          </w:tcPr>
          <w:p w14:paraId="508D9FD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Ритм, метр, такт</w:t>
            </w:r>
          </w:p>
        </w:tc>
        <w:tc>
          <w:tcPr>
            <w:tcW w:w="2928" w:type="dxa"/>
          </w:tcPr>
          <w:p w14:paraId="643A9C4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Элементы музыкального языка и нотной записи в практической музыкальной деятельности.</w:t>
            </w:r>
          </w:p>
        </w:tc>
        <w:tc>
          <w:tcPr>
            <w:tcW w:w="3445" w:type="dxa"/>
          </w:tcPr>
          <w:p w14:paraId="3789419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элементы музыкального языка на слух; исполнять ритмические модели; пользоваться графическими схемами.</w:t>
            </w:r>
          </w:p>
        </w:tc>
        <w:tc>
          <w:tcPr>
            <w:tcW w:w="1991" w:type="dxa"/>
          </w:tcPr>
          <w:p w14:paraId="27A5AE0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991" w:type="dxa"/>
          </w:tcPr>
          <w:p w14:paraId="1A12CFB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5EB657C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55B573BD" w14:textId="77777777" w:rsidTr="00376EAB">
        <w:trPr>
          <w:jc w:val="center"/>
        </w:trPr>
        <w:tc>
          <w:tcPr>
            <w:tcW w:w="500" w:type="dxa"/>
          </w:tcPr>
          <w:p w14:paraId="4FD40EB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33</w:t>
            </w:r>
          </w:p>
        </w:tc>
        <w:tc>
          <w:tcPr>
            <w:tcW w:w="1526" w:type="dxa"/>
          </w:tcPr>
          <w:p w14:paraId="15461AB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грамота</w:t>
            </w:r>
          </w:p>
        </w:tc>
        <w:tc>
          <w:tcPr>
            <w:tcW w:w="1610" w:type="dxa"/>
          </w:tcPr>
          <w:p w14:paraId="3D7B9ED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Итоговое музыкально-творческое занятие. Обобщение 1 класса</w:t>
            </w:r>
          </w:p>
        </w:tc>
        <w:tc>
          <w:tcPr>
            <w:tcW w:w="2928" w:type="dxa"/>
          </w:tcPr>
          <w:p w14:paraId="4A899F6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Обобщение изученных модулей, жанров, произведений, средств музыкальной выразительности и видов музыкальной деятельности.</w:t>
            </w:r>
          </w:p>
        </w:tc>
        <w:tc>
          <w:tcPr>
            <w:tcW w:w="3445" w:type="dxa"/>
          </w:tcPr>
          <w:p w14:paraId="1CB62C6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Узнавать и характеризовать изученную музыку; исполнять выбранный репертуар; представлять творческий результат; проводить самооценку.</w:t>
            </w:r>
          </w:p>
        </w:tc>
        <w:tc>
          <w:tcPr>
            <w:tcW w:w="1991" w:type="dxa"/>
          </w:tcPr>
          <w:p w14:paraId="13D3604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Итоговое творческое задание</w:t>
            </w:r>
          </w:p>
        </w:tc>
        <w:tc>
          <w:tcPr>
            <w:tcW w:w="1991" w:type="dxa"/>
          </w:tcPr>
          <w:p w14:paraId="2F20BE3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dxa"/>
          </w:tcPr>
          <w:p w14:paraId="162CF4B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D25F047" w14:textId="77777777" w:rsidR="00654A0A" w:rsidRPr="004C60B8" w:rsidRDefault="00654A0A" w:rsidP="00654A0A">
      <w:r w:rsidRPr="004C60B8">
        <w:rPr>
          <w:b/>
        </w:rPr>
        <w:t>Итого: 33 часов.</w:t>
      </w:r>
    </w:p>
    <w:p w14:paraId="237FACBC" w14:textId="77777777" w:rsidR="00654A0A" w:rsidRPr="004C60B8" w:rsidRDefault="00654A0A" w:rsidP="00654A0A">
      <w:pPr>
        <w:sectPr w:rsidR="00654A0A" w:rsidRPr="004C60B8" w:rsidSect="00654A0A">
          <w:pgSz w:w="16838" w:h="11906" w:orient="landscape"/>
          <w:pgMar w:top="454" w:right="454" w:bottom="454" w:left="454" w:header="720" w:footer="720" w:gutter="0"/>
          <w:cols w:space="720"/>
          <w:docGrid w:linePitch="360"/>
        </w:sectPr>
      </w:pPr>
    </w:p>
    <w:p w14:paraId="74127313" w14:textId="77777777" w:rsidR="00654A0A" w:rsidRPr="004C60B8" w:rsidRDefault="00654A0A" w:rsidP="00654A0A">
      <w:pPr>
        <w:pStyle w:val="21"/>
        <w:jc w:val="center"/>
      </w:pPr>
      <w:r w:rsidRPr="004C60B8">
        <w:t>4.2. КТП. 2 класс</w:t>
      </w:r>
    </w:p>
    <w:p w14:paraId="02D58463" w14:textId="77777777" w:rsidR="00654A0A" w:rsidRPr="004C60B8" w:rsidRDefault="00654A0A" w:rsidP="00654A0A">
      <w:pPr>
        <w:jc w:val="center"/>
      </w:pPr>
      <w:r w:rsidRPr="004C60B8">
        <w:t>Объём: 34 часов, 1 час в неделю.</w:t>
      </w:r>
    </w:p>
    <w:tbl>
      <w:tblPr>
        <w:tblStyle w:val="aff0"/>
        <w:tblW w:w="16409" w:type="dxa"/>
        <w:jc w:val="center"/>
        <w:tblLook w:val="04A0" w:firstRow="1" w:lastRow="0" w:firstColumn="1" w:lastColumn="0" w:noHBand="0" w:noVBand="1"/>
      </w:tblPr>
      <w:tblGrid>
        <w:gridCol w:w="959"/>
        <w:gridCol w:w="1569"/>
        <w:gridCol w:w="1975"/>
        <w:gridCol w:w="2941"/>
        <w:gridCol w:w="3815"/>
        <w:gridCol w:w="1975"/>
        <w:gridCol w:w="1535"/>
        <w:gridCol w:w="1640"/>
      </w:tblGrid>
      <w:tr w:rsidR="00654A0A" w:rsidRPr="004C60B8" w14:paraId="3E78572D" w14:textId="77777777" w:rsidTr="00376EAB">
        <w:trPr>
          <w:tblHeader/>
          <w:jc w:val="center"/>
        </w:trPr>
        <w:tc>
          <w:tcPr>
            <w:tcW w:w="959" w:type="dxa"/>
            <w:shd w:val="clear" w:color="auto" w:fill="D9EAF7"/>
          </w:tcPr>
          <w:p w14:paraId="54446D6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569" w:type="dxa"/>
            <w:shd w:val="clear" w:color="auto" w:fill="D9EAF7"/>
          </w:tcPr>
          <w:p w14:paraId="60260566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Модуль</w:t>
            </w:r>
          </w:p>
        </w:tc>
        <w:tc>
          <w:tcPr>
            <w:tcW w:w="1975" w:type="dxa"/>
            <w:shd w:val="clear" w:color="auto" w:fill="D9EAF7"/>
          </w:tcPr>
          <w:p w14:paraId="2DAA0A0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2941" w:type="dxa"/>
            <w:shd w:val="clear" w:color="auto" w:fill="D9EAF7"/>
          </w:tcPr>
          <w:p w14:paraId="6F4E63B6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Содержание</w:t>
            </w:r>
          </w:p>
        </w:tc>
        <w:tc>
          <w:tcPr>
            <w:tcW w:w="3815" w:type="dxa"/>
            <w:shd w:val="clear" w:color="auto" w:fill="D9EAF7"/>
          </w:tcPr>
          <w:p w14:paraId="2D54226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Планируемая деятельность / результаты</w:t>
            </w:r>
          </w:p>
        </w:tc>
        <w:tc>
          <w:tcPr>
            <w:tcW w:w="1975" w:type="dxa"/>
            <w:shd w:val="clear" w:color="auto" w:fill="D9EAF7"/>
          </w:tcPr>
          <w:p w14:paraId="0FB952E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Форма контроля</w:t>
            </w:r>
          </w:p>
        </w:tc>
        <w:tc>
          <w:tcPr>
            <w:tcW w:w="1535" w:type="dxa"/>
            <w:shd w:val="clear" w:color="auto" w:fill="D9EAF7"/>
          </w:tcPr>
          <w:p w14:paraId="53ADBD8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Дата план</w:t>
            </w:r>
          </w:p>
        </w:tc>
        <w:tc>
          <w:tcPr>
            <w:tcW w:w="1640" w:type="dxa"/>
            <w:shd w:val="clear" w:color="auto" w:fill="D9EAF7"/>
          </w:tcPr>
          <w:p w14:paraId="4B4C056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Дата факт</w:t>
            </w:r>
          </w:p>
        </w:tc>
      </w:tr>
      <w:tr w:rsidR="00654A0A" w:rsidRPr="004C60B8" w14:paraId="40486910" w14:textId="77777777" w:rsidTr="00376EAB">
        <w:trPr>
          <w:jc w:val="center"/>
        </w:trPr>
        <w:tc>
          <w:tcPr>
            <w:tcW w:w="959" w:type="dxa"/>
          </w:tcPr>
          <w:p w14:paraId="29B51E8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</w:t>
            </w:r>
          </w:p>
        </w:tc>
        <w:tc>
          <w:tcPr>
            <w:tcW w:w="1569" w:type="dxa"/>
          </w:tcPr>
          <w:p w14:paraId="24602DC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975" w:type="dxa"/>
          </w:tcPr>
          <w:p w14:paraId="18CA03B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Край, в котором ты живёшь</w:t>
            </w:r>
          </w:p>
        </w:tc>
        <w:tc>
          <w:tcPr>
            <w:tcW w:w="2941" w:type="dxa"/>
          </w:tcPr>
          <w:p w14:paraId="18FE439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815" w:type="dxa"/>
          </w:tcPr>
          <w:p w14:paraId="6D73370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75" w:type="dxa"/>
          </w:tcPr>
          <w:p w14:paraId="7813764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535" w:type="dxa"/>
          </w:tcPr>
          <w:p w14:paraId="1DACDD7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0BB8816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2259A966" w14:textId="77777777" w:rsidTr="00376EAB">
        <w:trPr>
          <w:jc w:val="center"/>
        </w:trPr>
        <w:tc>
          <w:tcPr>
            <w:tcW w:w="959" w:type="dxa"/>
          </w:tcPr>
          <w:p w14:paraId="34F36A3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</w:t>
            </w:r>
          </w:p>
        </w:tc>
        <w:tc>
          <w:tcPr>
            <w:tcW w:w="1569" w:type="dxa"/>
          </w:tcPr>
          <w:p w14:paraId="793DE2C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975" w:type="dxa"/>
          </w:tcPr>
          <w:p w14:paraId="56317AE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Русский фольклор</w:t>
            </w:r>
          </w:p>
        </w:tc>
        <w:tc>
          <w:tcPr>
            <w:tcW w:w="2941" w:type="dxa"/>
          </w:tcPr>
          <w:p w14:paraId="4344D9F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815" w:type="dxa"/>
          </w:tcPr>
          <w:p w14:paraId="4369CD3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75" w:type="dxa"/>
          </w:tcPr>
          <w:p w14:paraId="4CF2889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535" w:type="dxa"/>
          </w:tcPr>
          <w:p w14:paraId="0F6E683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199FCBC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051B21F5" w14:textId="77777777" w:rsidTr="00376EAB">
        <w:trPr>
          <w:jc w:val="center"/>
        </w:trPr>
        <w:tc>
          <w:tcPr>
            <w:tcW w:w="959" w:type="dxa"/>
          </w:tcPr>
          <w:p w14:paraId="64C47D8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</w:t>
            </w:r>
          </w:p>
        </w:tc>
        <w:tc>
          <w:tcPr>
            <w:tcW w:w="1569" w:type="dxa"/>
          </w:tcPr>
          <w:p w14:paraId="61117FB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975" w:type="dxa"/>
          </w:tcPr>
          <w:p w14:paraId="775D3BC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Народные музыкальные инструменты</w:t>
            </w:r>
          </w:p>
        </w:tc>
        <w:tc>
          <w:tcPr>
            <w:tcW w:w="2941" w:type="dxa"/>
          </w:tcPr>
          <w:p w14:paraId="4ECA8F1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815" w:type="dxa"/>
          </w:tcPr>
          <w:p w14:paraId="4BE04AE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75" w:type="dxa"/>
          </w:tcPr>
          <w:p w14:paraId="76A59EA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535" w:type="dxa"/>
          </w:tcPr>
          <w:p w14:paraId="4AC49C1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73A4674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55AAE31D" w14:textId="77777777" w:rsidTr="00376EAB">
        <w:trPr>
          <w:jc w:val="center"/>
        </w:trPr>
        <w:tc>
          <w:tcPr>
            <w:tcW w:w="959" w:type="dxa"/>
          </w:tcPr>
          <w:p w14:paraId="7CF25D96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4</w:t>
            </w:r>
          </w:p>
        </w:tc>
        <w:tc>
          <w:tcPr>
            <w:tcW w:w="1569" w:type="dxa"/>
          </w:tcPr>
          <w:p w14:paraId="78FD3C6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975" w:type="dxa"/>
          </w:tcPr>
          <w:p w14:paraId="2604020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Народные наигрыши и танцы</w:t>
            </w:r>
          </w:p>
        </w:tc>
        <w:tc>
          <w:tcPr>
            <w:tcW w:w="2941" w:type="dxa"/>
          </w:tcPr>
          <w:p w14:paraId="02CEBE0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815" w:type="dxa"/>
          </w:tcPr>
          <w:p w14:paraId="505DEE0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75" w:type="dxa"/>
          </w:tcPr>
          <w:p w14:paraId="3E82A08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Творческое задание</w:t>
            </w:r>
          </w:p>
        </w:tc>
        <w:tc>
          <w:tcPr>
            <w:tcW w:w="1535" w:type="dxa"/>
          </w:tcPr>
          <w:p w14:paraId="345514D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3F0C4B2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1E1F2A3A" w14:textId="77777777" w:rsidTr="00376EAB">
        <w:trPr>
          <w:jc w:val="center"/>
        </w:trPr>
        <w:tc>
          <w:tcPr>
            <w:tcW w:w="959" w:type="dxa"/>
          </w:tcPr>
          <w:p w14:paraId="17D7BD3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5</w:t>
            </w:r>
          </w:p>
        </w:tc>
        <w:tc>
          <w:tcPr>
            <w:tcW w:w="1569" w:type="dxa"/>
          </w:tcPr>
          <w:p w14:paraId="4A83574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975" w:type="dxa"/>
          </w:tcPr>
          <w:p w14:paraId="2BB8064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Сказки, былины и легенды о музыке</w:t>
            </w:r>
          </w:p>
        </w:tc>
        <w:tc>
          <w:tcPr>
            <w:tcW w:w="2941" w:type="dxa"/>
          </w:tcPr>
          <w:p w14:paraId="4DD5903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815" w:type="dxa"/>
          </w:tcPr>
          <w:p w14:paraId="150A26D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75" w:type="dxa"/>
          </w:tcPr>
          <w:p w14:paraId="4181851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викторина</w:t>
            </w:r>
          </w:p>
        </w:tc>
        <w:tc>
          <w:tcPr>
            <w:tcW w:w="1535" w:type="dxa"/>
          </w:tcPr>
          <w:p w14:paraId="20DB7B8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1F1FB2E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2D849255" w14:textId="77777777" w:rsidTr="00376EAB">
        <w:trPr>
          <w:jc w:val="center"/>
        </w:trPr>
        <w:tc>
          <w:tcPr>
            <w:tcW w:w="959" w:type="dxa"/>
          </w:tcPr>
          <w:p w14:paraId="2CA3B28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6</w:t>
            </w:r>
          </w:p>
        </w:tc>
        <w:tc>
          <w:tcPr>
            <w:tcW w:w="1569" w:type="dxa"/>
          </w:tcPr>
          <w:p w14:paraId="1F0505D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975" w:type="dxa"/>
          </w:tcPr>
          <w:p w14:paraId="1EBDDB4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Народный праздник и театр</w:t>
            </w:r>
          </w:p>
        </w:tc>
        <w:tc>
          <w:tcPr>
            <w:tcW w:w="2941" w:type="dxa"/>
          </w:tcPr>
          <w:p w14:paraId="7492FCC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815" w:type="dxa"/>
          </w:tcPr>
          <w:p w14:paraId="45F8360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75" w:type="dxa"/>
          </w:tcPr>
          <w:p w14:paraId="5E3DC5B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1535" w:type="dxa"/>
          </w:tcPr>
          <w:p w14:paraId="02D7048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0DD4887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33A81036" w14:textId="77777777" w:rsidTr="00376EAB">
        <w:trPr>
          <w:jc w:val="center"/>
        </w:trPr>
        <w:tc>
          <w:tcPr>
            <w:tcW w:w="959" w:type="dxa"/>
          </w:tcPr>
          <w:p w14:paraId="51EE817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7</w:t>
            </w:r>
          </w:p>
        </w:tc>
        <w:tc>
          <w:tcPr>
            <w:tcW w:w="1569" w:type="dxa"/>
          </w:tcPr>
          <w:p w14:paraId="45E9DA7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975" w:type="dxa"/>
          </w:tcPr>
          <w:p w14:paraId="376E18F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Композитор — исполнитель — слушатель</w:t>
            </w:r>
          </w:p>
        </w:tc>
        <w:tc>
          <w:tcPr>
            <w:tcW w:w="2941" w:type="dxa"/>
          </w:tcPr>
          <w:p w14:paraId="15BF7AA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815" w:type="dxa"/>
          </w:tcPr>
          <w:p w14:paraId="6DD0BC0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75" w:type="dxa"/>
          </w:tcPr>
          <w:p w14:paraId="7BCAE35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535" w:type="dxa"/>
          </w:tcPr>
          <w:p w14:paraId="318139E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4596578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5B794CED" w14:textId="77777777" w:rsidTr="00376EAB">
        <w:trPr>
          <w:jc w:val="center"/>
        </w:trPr>
        <w:tc>
          <w:tcPr>
            <w:tcW w:w="959" w:type="dxa"/>
          </w:tcPr>
          <w:p w14:paraId="5182B65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8</w:t>
            </w:r>
          </w:p>
        </w:tc>
        <w:tc>
          <w:tcPr>
            <w:tcW w:w="1569" w:type="dxa"/>
          </w:tcPr>
          <w:p w14:paraId="1E9B0A5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975" w:type="dxa"/>
          </w:tcPr>
          <w:p w14:paraId="3CE79AE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Мелодия и музыкальный образ</w:t>
            </w:r>
          </w:p>
        </w:tc>
        <w:tc>
          <w:tcPr>
            <w:tcW w:w="2941" w:type="dxa"/>
          </w:tcPr>
          <w:p w14:paraId="1C2F0CE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815" w:type="dxa"/>
          </w:tcPr>
          <w:p w14:paraId="540DCF9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75" w:type="dxa"/>
          </w:tcPr>
          <w:p w14:paraId="30E24C2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535" w:type="dxa"/>
          </w:tcPr>
          <w:p w14:paraId="7490E5C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75CD2E6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5AF20EA8" w14:textId="77777777" w:rsidTr="00376EAB">
        <w:trPr>
          <w:jc w:val="center"/>
        </w:trPr>
        <w:tc>
          <w:tcPr>
            <w:tcW w:w="959" w:type="dxa"/>
          </w:tcPr>
          <w:p w14:paraId="57890C8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9</w:t>
            </w:r>
          </w:p>
        </w:tc>
        <w:tc>
          <w:tcPr>
            <w:tcW w:w="1569" w:type="dxa"/>
          </w:tcPr>
          <w:p w14:paraId="3FB21DC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975" w:type="dxa"/>
          </w:tcPr>
          <w:p w14:paraId="2F2D8F3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Музыкальный портрет</w:t>
            </w:r>
          </w:p>
        </w:tc>
        <w:tc>
          <w:tcPr>
            <w:tcW w:w="2941" w:type="dxa"/>
          </w:tcPr>
          <w:p w14:paraId="01DB4F9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815" w:type="dxa"/>
          </w:tcPr>
          <w:p w14:paraId="55888F2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75" w:type="dxa"/>
          </w:tcPr>
          <w:p w14:paraId="72E868F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535" w:type="dxa"/>
          </w:tcPr>
          <w:p w14:paraId="5910ADF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6FEFBB5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10D14F79" w14:textId="77777777" w:rsidTr="00376EAB">
        <w:trPr>
          <w:jc w:val="center"/>
        </w:trPr>
        <w:tc>
          <w:tcPr>
            <w:tcW w:w="959" w:type="dxa"/>
          </w:tcPr>
          <w:p w14:paraId="1329232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10</w:t>
            </w:r>
          </w:p>
        </w:tc>
        <w:tc>
          <w:tcPr>
            <w:tcW w:w="1569" w:type="dxa"/>
          </w:tcPr>
          <w:p w14:paraId="2C36DDD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975" w:type="dxa"/>
          </w:tcPr>
          <w:p w14:paraId="4FE899C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Музыкальный пейзаж</w:t>
            </w:r>
          </w:p>
        </w:tc>
        <w:tc>
          <w:tcPr>
            <w:tcW w:w="2941" w:type="dxa"/>
          </w:tcPr>
          <w:p w14:paraId="296054F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815" w:type="dxa"/>
          </w:tcPr>
          <w:p w14:paraId="6FA944C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75" w:type="dxa"/>
          </w:tcPr>
          <w:p w14:paraId="4BBF679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Творческое задание</w:t>
            </w:r>
          </w:p>
        </w:tc>
        <w:tc>
          <w:tcPr>
            <w:tcW w:w="1535" w:type="dxa"/>
          </w:tcPr>
          <w:p w14:paraId="08F6172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63E2D9F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39B4C17A" w14:textId="77777777" w:rsidTr="00376EAB">
        <w:trPr>
          <w:jc w:val="center"/>
        </w:trPr>
        <w:tc>
          <w:tcPr>
            <w:tcW w:w="959" w:type="dxa"/>
          </w:tcPr>
          <w:p w14:paraId="48E28DE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11</w:t>
            </w:r>
          </w:p>
        </w:tc>
        <w:tc>
          <w:tcPr>
            <w:tcW w:w="1569" w:type="dxa"/>
          </w:tcPr>
          <w:p w14:paraId="366AB28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975" w:type="dxa"/>
          </w:tcPr>
          <w:p w14:paraId="3650D10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Инструменты и симфонический оркестр</w:t>
            </w:r>
          </w:p>
        </w:tc>
        <w:tc>
          <w:tcPr>
            <w:tcW w:w="2941" w:type="dxa"/>
          </w:tcPr>
          <w:p w14:paraId="55707C9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815" w:type="dxa"/>
          </w:tcPr>
          <w:p w14:paraId="5767C44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75" w:type="dxa"/>
          </w:tcPr>
          <w:p w14:paraId="42E0DBF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викторина</w:t>
            </w:r>
          </w:p>
        </w:tc>
        <w:tc>
          <w:tcPr>
            <w:tcW w:w="1535" w:type="dxa"/>
          </w:tcPr>
          <w:p w14:paraId="4762565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2297EEE6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3B0A8F6F" w14:textId="77777777" w:rsidTr="00376EAB">
        <w:trPr>
          <w:jc w:val="center"/>
        </w:trPr>
        <w:tc>
          <w:tcPr>
            <w:tcW w:w="959" w:type="dxa"/>
          </w:tcPr>
          <w:p w14:paraId="666F299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12</w:t>
            </w:r>
          </w:p>
        </w:tc>
        <w:tc>
          <w:tcPr>
            <w:tcW w:w="1569" w:type="dxa"/>
          </w:tcPr>
          <w:p w14:paraId="519AFED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975" w:type="dxa"/>
          </w:tcPr>
          <w:p w14:paraId="422E488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музыка: слушаем и сравниваем</w:t>
            </w:r>
          </w:p>
        </w:tc>
        <w:tc>
          <w:tcPr>
            <w:tcW w:w="2941" w:type="dxa"/>
          </w:tcPr>
          <w:p w14:paraId="04A2450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815" w:type="dxa"/>
          </w:tcPr>
          <w:p w14:paraId="603E13E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75" w:type="dxa"/>
          </w:tcPr>
          <w:p w14:paraId="488E44E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1535" w:type="dxa"/>
          </w:tcPr>
          <w:p w14:paraId="14F656C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496B78E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5B424080" w14:textId="77777777" w:rsidTr="00376EAB">
        <w:trPr>
          <w:jc w:val="center"/>
        </w:trPr>
        <w:tc>
          <w:tcPr>
            <w:tcW w:w="959" w:type="dxa"/>
          </w:tcPr>
          <w:p w14:paraId="1F2D7AC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13</w:t>
            </w:r>
          </w:p>
        </w:tc>
        <w:tc>
          <w:tcPr>
            <w:tcW w:w="1569" w:type="dxa"/>
          </w:tcPr>
          <w:p w14:paraId="2ECBFBE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в жизни человека</w:t>
            </w:r>
          </w:p>
        </w:tc>
        <w:tc>
          <w:tcPr>
            <w:tcW w:w="1975" w:type="dxa"/>
          </w:tcPr>
          <w:p w14:paraId="628AF3E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Песня, танец, марш</w:t>
            </w:r>
          </w:p>
        </w:tc>
        <w:tc>
          <w:tcPr>
            <w:tcW w:w="2941" w:type="dxa"/>
          </w:tcPr>
          <w:p w14:paraId="07BBC6D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Функции музыки в повседневной, праздничной и общественной жизни.</w:t>
            </w:r>
          </w:p>
        </w:tc>
        <w:tc>
          <w:tcPr>
            <w:tcW w:w="3815" w:type="dxa"/>
          </w:tcPr>
          <w:p w14:paraId="49C85C2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функцию и характер музыки; выражать впечатления; исполнять и обсуждать музыкальные произведения.</w:t>
            </w:r>
          </w:p>
        </w:tc>
        <w:tc>
          <w:tcPr>
            <w:tcW w:w="1975" w:type="dxa"/>
          </w:tcPr>
          <w:p w14:paraId="2685396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535" w:type="dxa"/>
          </w:tcPr>
          <w:p w14:paraId="5FF75B4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2F75F4E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5DBE97C6" w14:textId="77777777" w:rsidTr="00376EAB">
        <w:trPr>
          <w:jc w:val="center"/>
        </w:trPr>
        <w:tc>
          <w:tcPr>
            <w:tcW w:w="959" w:type="dxa"/>
          </w:tcPr>
          <w:p w14:paraId="17B159E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14</w:t>
            </w:r>
          </w:p>
        </w:tc>
        <w:tc>
          <w:tcPr>
            <w:tcW w:w="1569" w:type="dxa"/>
          </w:tcPr>
          <w:p w14:paraId="09D1A50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в жизни человека</w:t>
            </w:r>
          </w:p>
        </w:tc>
        <w:tc>
          <w:tcPr>
            <w:tcW w:w="1975" w:type="dxa"/>
          </w:tcPr>
          <w:p w14:paraId="4AB45E9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природы</w:t>
            </w:r>
          </w:p>
        </w:tc>
        <w:tc>
          <w:tcPr>
            <w:tcW w:w="2941" w:type="dxa"/>
          </w:tcPr>
          <w:p w14:paraId="049DECC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Функции музыки в повседневной, праздничной и общественной жизни.</w:t>
            </w:r>
          </w:p>
        </w:tc>
        <w:tc>
          <w:tcPr>
            <w:tcW w:w="3815" w:type="dxa"/>
          </w:tcPr>
          <w:p w14:paraId="39903B1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функцию и характер музыки; выражать впечатления; исполнять и обсуждать музыкальные произведения.</w:t>
            </w:r>
          </w:p>
        </w:tc>
        <w:tc>
          <w:tcPr>
            <w:tcW w:w="1975" w:type="dxa"/>
          </w:tcPr>
          <w:p w14:paraId="6D36F9A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535" w:type="dxa"/>
          </w:tcPr>
          <w:p w14:paraId="71146CE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37A205A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48FCB5C3" w14:textId="77777777" w:rsidTr="00376EAB">
        <w:trPr>
          <w:jc w:val="center"/>
        </w:trPr>
        <w:tc>
          <w:tcPr>
            <w:tcW w:w="959" w:type="dxa"/>
          </w:tcPr>
          <w:p w14:paraId="73D1802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15</w:t>
            </w:r>
          </w:p>
        </w:tc>
        <w:tc>
          <w:tcPr>
            <w:tcW w:w="1569" w:type="dxa"/>
          </w:tcPr>
          <w:p w14:paraId="472EA10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в жизни человека</w:t>
            </w:r>
          </w:p>
        </w:tc>
        <w:tc>
          <w:tcPr>
            <w:tcW w:w="1975" w:type="dxa"/>
          </w:tcPr>
          <w:p w14:paraId="62E548D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и чувства человека</w:t>
            </w:r>
          </w:p>
        </w:tc>
        <w:tc>
          <w:tcPr>
            <w:tcW w:w="2941" w:type="dxa"/>
          </w:tcPr>
          <w:p w14:paraId="11272C4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Функции музыки в повседневной, праздничной и общественной жизни.</w:t>
            </w:r>
          </w:p>
        </w:tc>
        <w:tc>
          <w:tcPr>
            <w:tcW w:w="3815" w:type="dxa"/>
          </w:tcPr>
          <w:p w14:paraId="26DA7C0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функцию и характер музыки; выражать впечатления; исполнять и обсуждать музыкальные произведения.</w:t>
            </w:r>
          </w:p>
        </w:tc>
        <w:tc>
          <w:tcPr>
            <w:tcW w:w="1975" w:type="dxa"/>
          </w:tcPr>
          <w:p w14:paraId="26D5096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535" w:type="dxa"/>
          </w:tcPr>
          <w:p w14:paraId="55D5E39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0988324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45711027" w14:textId="77777777" w:rsidTr="00376EAB">
        <w:trPr>
          <w:jc w:val="center"/>
        </w:trPr>
        <w:tc>
          <w:tcPr>
            <w:tcW w:w="959" w:type="dxa"/>
          </w:tcPr>
          <w:p w14:paraId="21D5E4F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16</w:t>
            </w:r>
          </w:p>
        </w:tc>
        <w:tc>
          <w:tcPr>
            <w:tcW w:w="1569" w:type="dxa"/>
          </w:tcPr>
          <w:p w14:paraId="25BE8E0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в жизни человека</w:t>
            </w:r>
          </w:p>
        </w:tc>
        <w:tc>
          <w:tcPr>
            <w:tcW w:w="1975" w:type="dxa"/>
          </w:tcPr>
          <w:p w14:paraId="1A5AC33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праздника и памятной даты</w:t>
            </w:r>
          </w:p>
        </w:tc>
        <w:tc>
          <w:tcPr>
            <w:tcW w:w="2941" w:type="dxa"/>
          </w:tcPr>
          <w:p w14:paraId="2700ACD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Функции музыки в повседневной, праздничной и общественной жизни.</w:t>
            </w:r>
          </w:p>
        </w:tc>
        <w:tc>
          <w:tcPr>
            <w:tcW w:w="3815" w:type="dxa"/>
          </w:tcPr>
          <w:p w14:paraId="5FF377F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функцию и характер музыки; выражать впечатления; исполнять и обсуждать музыкальные произведения.</w:t>
            </w:r>
          </w:p>
        </w:tc>
        <w:tc>
          <w:tcPr>
            <w:tcW w:w="1975" w:type="dxa"/>
          </w:tcPr>
          <w:p w14:paraId="1A4F147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Творческое задание</w:t>
            </w:r>
          </w:p>
        </w:tc>
        <w:tc>
          <w:tcPr>
            <w:tcW w:w="1535" w:type="dxa"/>
          </w:tcPr>
          <w:p w14:paraId="66D177E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0CF245E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27929A79" w14:textId="77777777" w:rsidTr="00376EAB">
        <w:trPr>
          <w:jc w:val="center"/>
        </w:trPr>
        <w:tc>
          <w:tcPr>
            <w:tcW w:w="959" w:type="dxa"/>
          </w:tcPr>
          <w:p w14:paraId="1D858276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17</w:t>
            </w:r>
          </w:p>
        </w:tc>
        <w:tc>
          <w:tcPr>
            <w:tcW w:w="1569" w:type="dxa"/>
          </w:tcPr>
          <w:p w14:paraId="25EA97A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в жизни человека</w:t>
            </w:r>
          </w:p>
        </w:tc>
        <w:tc>
          <w:tcPr>
            <w:tcW w:w="1975" w:type="dxa"/>
          </w:tcPr>
          <w:p w14:paraId="33C795C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Концерт и культура слушателя</w:t>
            </w:r>
          </w:p>
        </w:tc>
        <w:tc>
          <w:tcPr>
            <w:tcW w:w="2941" w:type="dxa"/>
          </w:tcPr>
          <w:p w14:paraId="0ACA36D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Функции музыки в повседневной, праздничной и общественной жизни.</w:t>
            </w:r>
          </w:p>
        </w:tc>
        <w:tc>
          <w:tcPr>
            <w:tcW w:w="3815" w:type="dxa"/>
          </w:tcPr>
          <w:p w14:paraId="0AA74C8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функцию и характер музыки; выражать впечатления; исполнять и обсуждать музыкальные произведения.</w:t>
            </w:r>
          </w:p>
        </w:tc>
        <w:tc>
          <w:tcPr>
            <w:tcW w:w="1975" w:type="dxa"/>
          </w:tcPr>
          <w:p w14:paraId="4F305A4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викторина</w:t>
            </w:r>
          </w:p>
        </w:tc>
        <w:tc>
          <w:tcPr>
            <w:tcW w:w="1535" w:type="dxa"/>
          </w:tcPr>
          <w:p w14:paraId="0D04DB5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0E60831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09BC5308" w14:textId="77777777" w:rsidTr="00376EAB">
        <w:trPr>
          <w:jc w:val="center"/>
        </w:trPr>
        <w:tc>
          <w:tcPr>
            <w:tcW w:w="959" w:type="dxa"/>
          </w:tcPr>
          <w:p w14:paraId="3E3CCA8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18</w:t>
            </w:r>
          </w:p>
        </w:tc>
        <w:tc>
          <w:tcPr>
            <w:tcW w:w="1569" w:type="dxa"/>
          </w:tcPr>
          <w:p w14:paraId="3D3199B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народов мира</w:t>
            </w:r>
          </w:p>
        </w:tc>
        <w:tc>
          <w:tcPr>
            <w:tcW w:w="1975" w:type="dxa"/>
          </w:tcPr>
          <w:p w14:paraId="32E20B8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Песни и танцы народов мира</w:t>
            </w:r>
          </w:p>
        </w:tc>
        <w:tc>
          <w:tcPr>
            <w:tcW w:w="2941" w:type="dxa"/>
          </w:tcPr>
          <w:p w14:paraId="24E1B11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Национальные музыкальные традиции, песни, танцы и инструменты; сходство и различия культур.</w:t>
            </w:r>
          </w:p>
        </w:tc>
        <w:tc>
          <w:tcPr>
            <w:tcW w:w="3815" w:type="dxa"/>
          </w:tcPr>
          <w:p w14:paraId="0153477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музыкальные традиции; находить общее и особенное; уважительно представлять культурный материал.</w:t>
            </w:r>
          </w:p>
        </w:tc>
        <w:tc>
          <w:tcPr>
            <w:tcW w:w="1975" w:type="dxa"/>
          </w:tcPr>
          <w:p w14:paraId="72E8D1E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1535" w:type="dxa"/>
          </w:tcPr>
          <w:p w14:paraId="68CA786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3A7A87E6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11F9414F" w14:textId="77777777" w:rsidTr="00376EAB">
        <w:trPr>
          <w:jc w:val="center"/>
        </w:trPr>
        <w:tc>
          <w:tcPr>
            <w:tcW w:w="959" w:type="dxa"/>
          </w:tcPr>
          <w:p w14:paraId="18CA108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19</w:t>
            </w:r>
          </w:p>
        </w:tc>
        <w:tc>
          <w:tcPr>
            <w:tcW w:w="1569" w:type="dxa"/>
          </w:tcPr>
          <w:p w14:paraId="1AE8F4D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народов мира</w:t>
            </w:r>
          </w:p>
        </w:tc>
        <w:tc>
          <w:tcPr>
            <w:tcW w:w="1975" w:type="dxa"/>
          </w:tcPr>
          <w:p w14:paraId="7605C83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Музыкальные инструменты народов мира</w:t>
            </w:r>
          </w:p>
        </w:tc>
        <w:tc>
          <w:tcPr>
            <w:tcW w:w="2941" w:type="dxa"/>
          </w:tcPr>
          <w:p w14:paraId="56DF370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Национальные музыкальные традиции, песни, танцы и инструменты; сходство и различия культур.</w:t>
            </w:r>
          </w:p>
        </w:tc>
        <w:tc>
          <w:tcPr>
            <w:tcW w:w="3815" w:type="dxa"/>
          </w:tcPr>
          <w:p w14:paraId="4C4EFF5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музыкальные традиции; находить общее и особенное; уважительно представлять культурный материал.</w:t>
            </w:r>
          </w:p>
        </w:tc>
        <w:tc>
          <w:tcPr>
            <w:tcW w:w="1975" w:type="dxa"/>
          </w:tcPr>
          <w:p w14:paraId="0DA70A8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535" w:type="dxa"/>
          </w:tcPr>
          <w:p w14:paraId="5C4C511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76CF839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1446E4A0" w14:textId="77777777" w:rsidTr="00376EAB">
        <w:trPr>
          <w:jc w:val="center"/>
        </w:trPr>
        <w:tc>
          <w:tcPr>
            <w:tcW w:w="959" w:type="dxa"/>
          </w:tcPr>
          <w:p w14:paraId="224B1F6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20</w:t>
            </w:r>
          </w:p>
        </w:tc>
        <w:tc>
          <w:tcPr>
            <w:tcW w:w="1569" w:type="dxa"/>
          </w:tcPr>
          <w:p w14:paraId="36FFC87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народов мира</w:t>
            </w:r>
          </w:p>
        </w:tc>
        <w:tc>
          <w:tcPr>
            <w:tcW w:w="1975" w:type="dxa"/>
          </w:tcPr>
          <w:p w14:paraId="0DBA839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Диалог музыкальных культур</w:t>
            </w:r>
          </w:p>
        </w:tc>
        <w:tc>
          <w:tcPr>
            <w:tcW w:w="2941" w:type="dxa"/>
          </w:tcPr>
          <w:p w14:paraId="4756926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Национальные музыкальные традиции, песни, танцы и инструменты; сходство и различия культур.</w:t>
            </w:r>
          </w:p>
        </w:tc>
        <w:tc>
          <w:tcPr>
            <w:tcW w:w="3815" w:type="dxa"/>
          </w:tcPr>
          <w:p w14:paraId="5F3AE70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музыкальные традиции; находить общее и особенное; уважительно представлять культурный материал.</w:t>
            </w:r>
          </w:p>
        </w:tc>
        <w:tc>
          <w:tcPr>
            <w:tcW w:w="1975" w:type="dxa"/>
          </w:tcPr>
          <w:p w14:paraId="71BF176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535" w:type="dxa"/>
          </w:tcPr>
          <w:p w14:paraId="4AF15B9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2853072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690C929A" w14:textId="77777777" w:rsidTr="00376EAB">
        <w:trPr>
          <w:jc w:val="center"/>
        </w:trPr>
        <w:tc>
          <w:tcPr>
            <w:tcW w:w="959" w:type="dxa"/>
          </w:tcPr>
          <w:p w14:paraId="7EBD861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21</w:t>
            </w:r>
          </w:p>
        </w:tc>
        <w:tc>
          <w:tcPr>
            <w:tcW w:w="1569" w:type="dxa"/>
          </w:tcPr>
          <w:p w14:paraId="47CE3AD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</w:t>
            </w:r>
          </w:p>
        </w:tc>
        <w:tc>
          <w:tcPr>
            <w:tcW w:w="1975" w:type="dxa"/>
          </w:tcPr>
          <w:p w14:paraId="4DB4D26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Колокольные звоны и хоровая традиция</w:t>
            </w:r>
          </w:p>
        </w:tc>
        <w:tc>
          <w:tcPr>
            <w:tcW w:w="2941" w:type="dxa"/>
          </w:tcPr>
          <w:p w14:paraId="2CF79F8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 как часть культурного наследия; нравственно-эстетические образы.</w:t>
            </w:r>
          </w:p>
        </w:tc>
        <w:tc>
          <w:tcPr>
            <w:tcW w:w="3815" w:type="dxa"/>
          </w:tcPr>
          <w:p w14:paraId="32AF615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обсуждать произведения в культурном контексте; выявлять художественные и нравственные образы.</w:t>
            </w:r>
          </w:p>
        </w:tc>
        <w:tc>
          <w:tcPr>
            <w:tcW w:w="1975" w:type="dxa"/>
          </w:tcPr>
          <w:p w14:paraId="0D36575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535" w:type="dxa"/>
          </w:tcPr>
          <w:p w14:paraId="78C2884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59F3623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16476289" w14:textId="77777777" w:rsidTr="00376EAB">
        <w:trPr>
          <w:jc w:val="center"/>
        </w:trPr>
        <w:tc>
          <w:tcPr>
            <w:tcW w:w="959" w:type="dxa"/>
          </w:tcPr>
          <w:p w14:paraId="226112F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22</w:t>
            </w:r>
          </w:p>
        </w:tc>
        <w:tc>
          <w:tcPr>
            <w:tcW w:w="1569" w:type="dxa"/>
          </w:tcPr>
          <w:p w14:paraId="01221CC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</w:t>
            </w:r>
          </w:p>
        </w:tc>
        <w:tc>
          <w:tcPr>
            <w:tcW w:w="1975" w:type="dxa"/>
          </w:tcPr>
          <w:p w14:paraId="14B5A50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 в культурно-историческом контексте</w:t>
            </w:r>
          </w:p>
        </w:tc>
        <w:tc>
          <w:tcPr>
            <w:tcW w:w="2941" w:type="dxa"/>
          </w:tcPr>
          <w:p w14:paraId="1787D42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 как часть культурного наследия; нравственно-эстетические образы.</w:t>
            </w:r>
          </w:p>
        </w:tc>
        <w:tc>
          <w:tcPr>
            <w:tcW w:w="3815" w:type="dxa"/>
          </w:tcPr>
          <w:p w14:paraId="50E1E73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обсуждать произведения в культурном контексте; выявлять художественные и нравственные образы.</w:t>
            </w:r>
          </w:p>
        </w:tc>
        <w:tc>
          <w:tcPr>
            <w:tcW w:w="1975" w:type="dxa"/>
          </w:tcPr>
          <w:p w14:paraId="0571114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Творческое задание</w:t>
            </w:r>
          </w:p>
        </w:tc>
        <w:tc>
          <w:tcPr>
            <w:tcW w:w="1535" w:type="dxa"/>
          </w:tcPr>
          <w:p w14:paraId="5DB0813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5759420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32087A51" w14:textId="77777777" w:rsidTr="00376EAB">
        <w:trPr>
          <w:jc w:val="center"/>
        </w:trPr>
        <w:tc>
          <w:tcPr>
            <w:tcW w:w="959" w:type="dxa"/>
          </w:tcPr>
          <w:p w14:paraId="4B9BE0A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23</w:t>
            </w:r>
          </w:p>
        </w:tc>
        <w:tc>
          <w:tcPr>
            <w:tcW w:w="1569" w:type="dxa"/>
          </w:tcPr>
          <w:p w14:paraId="36058FE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</w:t>
            </w:r>
          </w:p>
        </w:tc>
        <w:tc>
          <w:tcPr>
            <w:tcW w:w="1975" w:type="dxa"/>
          </w:tcPr>
          <w:p w14:paraId="0E6E5DB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духовных праздников</w:t>
            </w:r>
          </w:p>
        </w:tc>
        <w:tc>
          <w:tcPr>
            <w:tcW w:w="2941" w:type="dxa"/>
          </w:tcPr>
          <w:p w14:paraId="3B0E3CA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 как часть культурного наследия; нравственно-эстетические образы.</w:t>
            </w:r>
          </w:p>
        </w:tc>
        <w:tc>
          <w:tcPr>
            <w:tcW w:w="3815" w:type="dxa"/>
          </w:tcPr>
          <w:p w14:paraId="2C39A03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обсуждать произведения в культурном контексте; выявлять художественные и нравственные образы.</w:t>
            </w:r>
          </w:p>
        </w:tc>
        <w:tc>
          <w:tcPr>
            <w:tcW w:w="1975" w:type="dxa"/>
          </w:tcPr>
          <w:p w14:paraId="39C45E1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викторина</w:t>
            </w:r>
          </w:p>
        </w:tc>
        <w:tc>
          <w:tcPr>
            <w:tcW w:w="1535" w:type="dxa"/>
          </w:tcPr>
          <w:p w14:paraId="3D5B22E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6C55C8E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38DD527F" w14:textId="77777777" w:rsidTr="00376EAB">
        <w:trPr>
          <w:jc w:val="center"/>
        </w:trPr>
        <w:tc>
          <w:tcPr>
            <w:tcW w:w="959" w:type="dxa"/>
          </w:tcPr>
          <w:p w14:paraId="0A4944C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24</w:t>
            </w:r>
          </w:p>
        </w:tc>
        <w:tc>
          <w:tcPr>
            <w:tcW w:w="1569" w:type="dxa"/>
          </w:tcPr>
          <w:p w14:paraId="37E0477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театра и кино</w:t>
            </w:r>
          </w:p>
        </w:tc>
        <w:tc>
          <w:tcPr>
            <w:tcW w:w="1975" w:type="dxa"/>
          </w:tcPr>
          <w:p w14:paraId="3223149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Музыкальный театр</w:t>
            </w:r>
          </w:p>
        </w:tc>
        <w:tc>
          <w:tcPr>
            <w:tcW w:w="2941" w:type="dxa"/>
          </w:tcPr>
          <w:p w14:paraId="06D90B8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Музыкально-сценические жанры и функции музыки в театре, кино и анимации.</w:t>
            </w:r>
          </w:p>
        </w:tc>
        <w:tc>
          <w:tcPr>
            <w:tcW w:w="3815" w:type="dxa"/>
          </w:tcPr>
          <w:p w14:paraId="4F9C998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Различать жанры и музыкальные номера; прослеживать связь музыки с героем и действием; выполнять творческое задание.</w:t>
            </w:r>
          </w:p>
        </w:tc>
        <w:tc>
          <w:tcPr>
            <w:tcW w:w="1975" w:type="dxa"/>
          </w:tcPr>
          <w:p w14:paraId="45BBB00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1535" w:type="dxa"/>
          </w:tcPr>
          <w:p w14:paraId="4C5DF04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4AD718C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6B8E7113" w14:textId="77777777" w:rsidTr="00376EAB">
        <w:trPr>
          <w:jc w:val="center"/>
        </w:trPr>
        <w:tc>
          <w:tcPr>
            <w:tcW w:w="959" w:type="dxa"/>
          </w:tcPr>
          <w:p w14:paraId="1DB2965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25</w:t>
            </w:r>
          </w:p>
        </w:tc>
        <w:tc>
          <w:tcPr>
            <w:tcW w:w="1569" w:type="dxa"/>
          </w:tcPr>
          <w:p w14:paraId="673DACD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театра и кино</w:t>
            </w:r>
          </w:p>
        </w:tc>
        <w:tc>
          <w:tcPr>
            <w:tcW w:w="1975" w:type="dxa"/>
          </w:tcPr>
          <w:p w14:paraId="441D9BC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Опера</w:t>
            </w:r>
          </w:p>
        </w:tc>
        <w:tc>
          <w:tcPr>
            <w:tcW w:w="2941" w:type="dxa"/>
          </w:tcPr>
          <w:p w14:paraId="3EED5CE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Музыкально-сценические жанры и функции музыки в театре, кино и анимации.</w:t>
            </w:r>
          </w:p>
        </w:tc>
        <w:tc>
          <w:tcPr>
            <w:tcW w:w="3815" w:type="dxa"/>
          </w:tcPr>
          <w:p w14:paraId="33112A2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Различать жанры и музыкальные номера; прослеживать связь музыки с героем и действием; выполнять творческое задание.</w:t>
            </w:r>
          </w:p>
        </w:tc>
        <w:tc>
          <w:tcPr>
            <w:tcW w:w="1975" w:type="dxa"/>
          </w:tcPr>
          <w:p w14:paraId="348B3B7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535" w:type="dxa"/>
          </w:tcPr>
          <w:p w14:paraId="5C76070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36F8382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6A2BDE56" w14:textId="77777777" w:rsidTr="00376EAB">
        <w:trPr>
          <w:jc w:val="center"/>
        </w:trPr>
        <w:tc>
          <w:tcPr>
            <w:tcW w:w="959" w:type="dxa"/>
          </w:tcPr>
          <w:p w14:paraId="5294E85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26</w:t>
            </w:r>
          </w:p>
        </w:tc>
        <w:tc>
          <w:tcPr>
            <w:tcW w:w="1569" w:type="dxa"/>
          </w:tcPr>
          <w:p w14:paraId="35A2A7A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театра и кино</w:t>
            </w:r>
          </w:p>
        </w:tc>
        <w:tc>
          <w:tcPr>
            <w:tcW w:w="1975" w:type="dxa"/>
          </w:tcPr>
          <w:p w14:paraId="3C076FA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Балет</w:t>
            </w:r>
          </w:p>
        </w:tc>
        <w:tc>
          <w:tcPr>
            <w:tcW w:w="2941" w:type="dxa"/>
          </w:tcPr>
          <w:p w14:paraId="0453A21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Музыкально-сценические жанры и функции музыки в театре, кино и анимации.</w:t>
            </w:r>
          </w:p>
        </w:tc>
        <w:tc>
          <w:tcPr>
            <w:tcW w:w="3815" w:type="dxa"/>
          </w:tcPr>
          <w:p w14:paraId="177E950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Различать жанры и музыкальные номера; прослеживать связь музыки с героем и действием; выполнять творческое задание.</w:t>
            </w:r>
          </w:p>
        </w:tc>
        <w:tc>
          <w:tcPr>
            <w:tcW w:w="1975" w:type="dxa"/>
          </w:tcPr>
          <w:p w14:paraId="6E277E8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535" w:type="dxa"/>
          </w:tcPr>
          <w:p w14:paraId="7C2F386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3A94667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0166A4B4" w14:textId="77777777" w:rsidTr="00376EAB">
        <w:trPr>
          <w:jc w:val="center"/>
        </w:trPr>
        <w:tc>
          <w:tcPr>
            <w:tcW w:w="959" w:type="dxa"/>
          </w:tcPr>
          <w:p w14:paraId="2FFD73C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27</w:t>
            </w:r>
          </w:p>
        </w:tc>
        <w:tc>
          <w:tcPr>
            <w:tcW w:w="1569" w:type="dxa"/>
          </w:tcPr>
          <w:p w14:paraId="294FF17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театра и кино</w:t>
            </w:r>
          </w:p>
        </w:tc>
        <w:tc>
          <w:tcPr>
            <w:tcW w:w="1975" w:type="dxa"/>
          </w:tcPr>
          <w:p w14:paraId="7AEF16F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кино и анимации</w:t>
            </w:r>
          </w:p>
        </w:tc>
        <w:tc>
          <w:tcPr>
            <w:tcW w:w="2941" w:type="dxa"/>
          </w:tcPr>
          <w:p w14:paraId="4151703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Музыкально-сценические жанры и функции музыки в театре, кино и анимации.</w:t>
            </w:r>
          </w:p>
        </w:tc>
        <w:tc>
          <w:tcPr>
            <w:tcW w:w="3815" w:type="dxa"/>
          </w:tcPr>
          <w:p w14:paraId="6C4B413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Различать жанры и музыкальные номера; прослеживать связь музыки с героем и действием; выполнять творческое задание.</w:t>
            </w:r>
          </w:p>
        </w:tc>
        <w:tc>
          <w:tcPr>
            <w:tcW w:w="1975" w:type="dxa"/>
          </w:tcPr>
          <w:p w14:paraId="1E11437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535" w:type="dxa"/>
          </w:tcPr>
          <w:p w14:paraId="175591C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48C67AE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55A5C52F" w14:textId="77777777" w:rsidTr="00376EAB">
        <w:trPr>
          <w:jc w:val="center"/>
        </w:trPr>
        <w:tc>
          <w:tcPr>
            <w:tcW w:w="959" w:type="dxa"/>
          </w:tcPr>
          <w:p w14:paraId="59C92F4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28</w:t>
            </w:r>
          </w:p>
        </w:tc>
        <w:tc>
          <w:tcPr>
            <w:tcW w:w="1569" w:type="dxa"/>
          </w:tcPr>
          <w:p w14:paraId="1626D4B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Современная музыкальная культура</w:t>
            </w:r>
          </w:p>
        </w:tc>
        <w:tc>
          <w:tcPr>
            <w:tcW w:w="1975" w:type="dxa"/>
          </w:tcPr>
          <w:p w14:paraId="6ABB385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Современные обработки классической и народной музыки</w:t>
            </w:r>
          </w:p>
        </w:tc>
        <w:tc>
          <w:tcPr>
            <w:tcW w:w="2941" w:type="dxa"/>
          </w:tcPr>
          <w:p w14:paraId="2B6D1C8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Современные стили, обработки, исполнители и электронные инструменты.</w:t>
            </w:r>
          </w:p>
        </w:tc>
        <w:tc>
          <w:tcPr>
            <w:tcW w:w="3815" w:type="dxa"/>
          </w:tcPr>
          <w:p w14:paraId="13EB2B8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звучание и интерпретации; выполнять ритмическую/творческую практику; обсуждать роль технологий.</w:t>
            </w:r>
          </w:p>
        </w:tc>
        <w:tc>
          <w:tcPr>
            <w:tcW w:w="1975" w:type="dxa"/>
          </w:tcPr>
          <w:p w14:paraId="3FF08E8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Творческое задание</w:t>
            </w:r>
          </w:p>
        </w:tc>
        <w:tc>
          <w:tcPr>
            <w:tcW w:w="1535" w:type="dxa"/>
          </w:tcPr>
          <w:p w14:paraId="0A991116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2D31416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6E1CC28D" w14:textId="77777777" w:rsidTr="00376EAB">
        <w:trPr>
          <w:jc w:val="center"/>
        </w:trPr>
        <w:tc>
          <w:tcPr>
            <w:tcW w:w="959" w:type="dxa"/>
          </w:tcPr>
          <w:p w14:paraId="538A7696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29</w:t>
            </w:r>
          </w:p>
        </w:tc>
        <w:tc>
          <w:tcPr>
            <w:tcW w:w="1569" w:type="dxa"/>
          </w:tcPr>
          <w:p w14:paraId="01F4428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Современная музыкальная культура</w:t>
            </w:r>
          </w:p>
        </w:tc>
        <w:tc>
          <w:tcPr>
            <w:tcW w:w="1975" w:type="dxa"/>
          </w:tcPr>
          <w:p w14:paraId="12A89C9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Джаз и импровизация</w:t>
            </w:r>
          </w:p>
        </w:tc>
        <w:tc>
          <w:tcPr>
            <w:tcW w:w="2941" w:type="dxa"/>
          </w:tcPr>
          <w:p w14:paraId="698D2AF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Современные стили, обработки, исполнители и электронные инструменты.</w:t>
            </w:r>
          </w:p>
        </w:tc>
        <w:tc>
          <w:tcPr>
            <w:tcW w:w="3815" w:type="dxa"/>
          </w:tcPr>
          <w:p w14:paraId="67B7620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звучание и интерпретации; выполнять ритмическую/творческую практику; обсуждать роль технологий.</w:t>
            </w:r>
          </w:p>
        </w:tc>
        <w:tc>
          <w:tcPr>
            <w:tcW w:w="1975" w:type="dxa"/>
          </w:tcPr>
          <w:p w14:paraId="0139C91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викторина</w:t>
            </w:r>
          </w:p>
        </w:tc>
        <w:tc>
          <w:tcPr>
            <w:tcW w:w="1535" w:type="dxa"/>
          </w:tcPr>
          <w:p w14:paraId="20E469E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75C0522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44821EAF" w14:textId="77777777" w:rsidTr="00376EAB">
        <w:trPr>
          <w:jc w:val="center"/>
        </w:trPr>
        <w:tc>
          <w:tcPr>
            <w:tcW w:w="959" w:type="dxa"/>
          </w:tcPr>
          <w:p w14:paraId="606080C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30</w:t>
            </w:r>
          </w:p>
        </w:tc>
        <w:tc>
          <w:tcPr>
            <w:tcW w:w="1569" w:type="dxa"/>
          </w:tcPr>
          <w:p w14:paraId="7138246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Современная музыкальная культура</w:t>
            </w:r>
          </w:p>
        </w:tc>
        <w:tc>
          <w:tcPr>
            <w:tcW w:w="1975" w:type="dxa"/>
          </w:tcPr>
          <w:p w14:paraId="11D8AD4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Современный исполнитель</w:t>
            </w:r>
          </w:p>
        </w:tc>
        <w:tc>
          <w:tcPr>
            <w:tcW w:w="2941" w:type="dxa"/>
          </w:tcPr>
          <w:p w14:paraId="407B4E9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Современные стили, обработки, исполнители и электронные инструменты.</w:t>
            </w:r>
          </w:p>
        </w:tc>
        <w:tc>
          <w:tcPr>
            <w:tcW w:w="3815" w:type="dxa"/>
          </w:tcPr>
          <w:p w14:paraId="55829E4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звучание и интерпретации; выполнять ритмическую/творческую практику; обсуждать роль технологий.</w:t>
            </w:r>
          </w:p>
        </w:tc>
        <w:tc>
          <w:tcPr>
            <w:tcW w:w="1975" w:type="dxa"/>
          </w:tcPr>
          <w:p w14:paraId="0EFE856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1535" w:type="dxa"/>
          </w:tcPr>
          <w:p w14:paraId="554F723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63DD869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566D088" w14:textId="77777777" w:rsidTr="00376EAB">
        <w:trPr>
          <w:jc w:val="center"/>
        </w:trPr>
        <w:tc>
          <w:tcPr>
            <w:tcW w:w="959" w:type="dxa"/>
          </w:tcPr>
          <w:p w14:paraId="4EDFFDC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31</w:t>
            </w:r>
          </w:p>
        </w:tc>
        <w:tc>
          <w:tcPr>
            <w:tcW w:w="1569" w:type="dxa"/>
          </w:tcPr>
          <w:p w14:paraId="0216E1A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Современная музыкальная культура</w:t>
            </w:r>
          </w:p>
        </w:tc>
        <w:tc>
          <w:tcPr>
            <w:tcW w:w="1975" w:type="dxa"/>
          </w:tcPr>
          <w:p w14:paraId="42DCA0C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Электронные музыкальные инструменты</w:t>
            </w:r>
          </w:p>
        </w:tc>
        <w:tc>
          <w:tcPr>
            <w:tcW w:w="2941" w:type="dxa"/>
          </w:tcPr>
          <w:p w14:paraId="2510166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Современные стили, обработки, исполнители и электронные инструменты.</w:t>
            </w:r>
          </w:p>
        </w:tc>
        <w:tc>
          <w:tcPr>
            <w:tcW w:w="3815" w:type="dxa"/>
          </w:tcPr>
          <w:p w14:paraId="753976A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звучание и интерпретации; выполнять ритмическую/творческую практику; обсуждать роль технологий.</w:t>
            </w:r>
          </w:p>
        </w:tc>
        <w:tc>
          <w:tcPr>
            <w:tcW w:w="1975" w:type="dxa"/>
          </w:tcPr>
          <w:p w14:paraId="3889550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535" w:type="dxa"/>
          </w:tcPr>
          <w:p w14:paraId="078F091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155B94C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CA84269" w14:textId="77777777" w:rsidTr="00376EAB">
        <w:trPr>
          <w:jc w:val="center"/>
        </w:trPr>
        <w:tc>
          <w:tcPr>
            <w:tcW w:w="959" w:type="dxa"/>
          </w:tcPr>
          <w:p w14:paraId="045AED7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32</w:t>
            </w:r>
          </w:p>
        </w:tc>
        <w:tc>
          <w:tcPr>
            <w:tcW w:w="1569" w:type="dxa"/>
          </w:tcPr>
          <w:p w14:paraId="2F55A67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грамота</w:t>
            </w:r>
          </w:p>
        </w:tc>
        <w:tc>
          <w:tcPr>
            <w:tcW w:w="1975" w:type="dxa"/>
          </w:tcPr>
          <w:p w14:paraId="03DFAC6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Музыкальные и шумовые звуки. Тембр</w:t>
            </w:r>
          </w:p>
        </w:tc>
        <w:tc>
          <w:tcPr>
            <w:tcW w:w="2941" w:type="dxa"/>
          </w:tcPr>
          <w:p w14:paraId="36E4987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Элементы музыкального языка и нотной записи в практической музыкальной деятельности.</w:t>
            </w:r>
          </w:p>
        </w:tc>
        <w:tc>
          <w:tcPr>
            <w:tcW w:w="3815" w:type="dxa"/>
          </w:tcPr>
          <w:p w14:paraId="7ABB0DC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элементы музыкального языка на слух; исполнять ритмические модели; пользоваться графическими схемами.</w:t>
            </w:r>
          </w:p>
        </w:tc>
        <w:tc>
          <w:tcPr>
            <w:tcW w:w="1975" w:type="dxa"/>
          </w:tcPr>
          <w:p w14:paraId="750BD29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535" w:type="dxa"/>
          </w:tcPr>
          <w:p w14:paraId="619A180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6F99DC6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62159773" w14:textId="77777777" w:rsidTr="00376EAB">
        <w:trPr>
          <w:jc w:val="center"/>
        </w:trPr>
        <w:tc>
          <w:tcPr>
            <w:tcW w:w="959" w:type="dxa"/>
          </w:tcPr>
          <w:p w14:paraId="5E08B9F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33</w:t>
            </w:r>
          </w:p>
        </w:tc>
        <w:tc>
          <w:tcPr>
            <w:tcW w:w="1569" w:type="dxa"/>
          </w:tcPr>
          <w:p w14:paraId="0FD23FE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грамота</w:t>
            </w:r>
          </w:p>
        </w:tc>
        <w:tc>
          <w:tcPr>
            <w:tcW w:w="1975" w:type="dxa"/>
          </w:tcPr>
          <w:p w14:paraId="0FE9286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Мелодия и интонация</w:t>
            </w:r>
          </w:p>
        </w:tc>
        <w:tc>
          <w:tcPr>
            <w:tcW w:w="2941" w:type="dxa"/>
          </w:tcPr>
          <w:p w14:paraId="7EBEC6F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Элементы музыкального языка и нотной записи в практической музыкальной деятельности.</w:t>
            </w:r>
          </w:p>
        </w:tc>
        <w:tc>
          <w:tcPr>
            <w:tcW w:w="3815" w:type="dxa"/>
          </w:tcPr>
          <w:p w14:paraId="77E3AE4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элементы музыкального языка на слух; исполнять ритмические модели; пользоваться графическими схемами.</w:t>
            </w:r>
          </w:p>
        </w:tc>
        <w:tc>
          <w:tcPr>
            <w:tcW w:w="1975" w:type="dxa"/>
          </w:tcPr>
          <w:p w14:paraId="74A1844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535" w:type="dxa"/>
          </w:tcPr>
          <w:p w14:paraId="735C715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3C74A61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227DDD36" w14:textId="77777777" w:rsidTr="00376EAB">
        <w:trPr>
          <w:jc w:val="center"/>
        </w:trPr>
        <w:tc>
          <w:tcPr>
            <w:tcW w:w="959" w:type="dxa"/>
          </w:tcPr>
          <w:p w14:paraId="71600CB6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34</w:t>
            </w:r>
          </w:p>
        </w:tc>
        <w:tc>
          <w:tcPr>
            <w:tcW w:w="1569" w:type="dxa"/>
          </w:tcPr>
          <w:p w14:paraId="0CD49E9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грамота</w:t>
            </w:r>
          </w:p>
        </w:tc>
        <w:tc>
          <w:tcPr>
            <w:tcW w:w="1975" w:type="dxa"/>
          </w:tcPr>
          <w:p w14:paraId="53D43C0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Итоговое музыкально-творческое занятие. Обобщение 2 класса</w:t>
            </w:r>
          </w:p>
        </w:tc>
        <w:tc>
          <w:tcPr>
            <w:tcW w:w="2941" w:type="dxa"/>
          </w:tcPr>
          <w:p w14:paraId="100EBA9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Обобщение изученных модулей, жанров, произведений, средств музыкальной выразительности и видов музыкальной деятельности.</w:t>
            </w:r>
          </w:p>
        </w:tc>
        <w:tc>
          <w:tcPr>
            <w:tcW w:w="3815" w:type="dxa"/>
          </w:tcPr>
          <w:p w14:paraId="201936F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Узнавать и характеризовать изученную музыку; исполнять выбранный репертуар; представлять творческий результат; проводить самооценку.</w:t>
            </w:r>
          </w:p>
        </w:tc>
        <w:tc>
          <w:tcPr>
            <w:tcW w:w="1975" w:type="dxa"/>
          </w:tcPr>
          <w:p w14:paraId="025E116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Итоговое творческое задание</w:t>
            </w:r>
          </w:p>
        </w:tc>
        <w:tc>
          <w:tcPr>
            <w:tcW w:w="1535" w:type="dxa"/>
          </w:tcPr>
          <w:p w14:paraId="6DCE38F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14:paraId="1B6C3D7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19C2D31" w14:textId="77777777" w:rsidR="00654A0A" w:rsidRPr="004C60B8" w:rsidRDefault="00654A0A" w:rsidP="00654A0A">
      <w:r w:rsidRPr="004C60B8">
        <w:rPr>
          <w:b/>
        </w:rPr>
        <w:t>Итого: 34 часов.</w:t>
      </w:r>
    </w:p>
    <w:p w14:paraId="6F7EA310" w14:textId="77777777" w:rsidR="00654A0A" w:rsidRPr="004C60B8" w:rsidRDefault="00654A0A" w:rsidP="00654A0A">
      <w:pPr>
        <w:sectPr w:rsidR="00654A0A" w:rsidRPr="004C60B8" w:rsidSect="00654A0A">
          <w:pgSz w:w="16838" w:h="11906" w:orient="landscape"/>
          <w:pgMar w:top="454" w:right="454" w:bottom="454" w:left="454" w:header="720" w:footer="720" w:gutter="0"/>
          <w:cols w:space="720"/>
          <w:docGrid w:linePitch="360"/>
        </w:sectPr>
      </w:pPr>
    </w:p>
    <w:p w14:paraId="68429D16" w14:textId="77777777" w:rsidR="00654A0A" w:rsidRPr="004C60B8" w:rsidRDefault="00654A0A" w:rsidP="00654A0A">
      <w:pPr>
        <w:pStyle w:val="21"/>
        <w:jc w:val="center"/>
      </w:pPr>
      <w:r w:rsidRPr="004C60B8">
        <w:t>4.3. КТП. 3 класс</w:t>
      </w:r>
    </w:p>
    <w:p w14:paraId="5E9153FE" w14:textId="77777777" w:rsidR="00654A0A" w:rsidRPr="004C60B8" w:rsidRDefault="00654A0A" w:rsidP="00654A0A">
      <w:pPr>
        <w:jc w:val="center"/>
      </w:pPr>
      <w:r w:rsidRPr="004C60B8">
        <w:t>Объём: 34 часов, 1 час в неделю.</w:t>
      </w:r>
    </w:p>
    <w:tbl>
      <w:tblPr>
        <w:tblStyle w:val="aff0"/>
        <w:tblW w:w="15764" w:type="dxa"/>
        <w:jc w:val="center"/>
        <w:tblLook w:val="04A0" w:firstRow="1" w:lastRow="0" w:firstColumn="1" w:lastColumn="0" w:noHBand="0" w:noVBand="1"/>
      </w:tblPr>
      <w:tblGrid>
        <w:gridCol w:w="708"/>
        <w:gridCol w:w="1991"/>
        <w:gridCol w:w="1572"/>
        <w:gridCol w:w="2894"/>
        <w:gridCol w:w="3570"/>
        <w:gridCol w:w="1991"/>
        <w:gridCol w:w="1555"/>
        <w:gridCol w:w="1483"/>
      </w:tblGrid>
      <w:tr w:rsidR="00654A0A" w:rsidRPr="004C60B8" w14:paraId="1893D67C" w14:textId="77777777" w:rsidTr="00376EAB">
        <w:trPr>
          <w:tblHeader/>
          <w:jc w:val="center"/>
        </w:trPr>
        <w:tc>
          <w:tcPr>
            <w:tcW w:w="708" w:type="dxa"/>
            <w:shd w:val="clear" w:color="auto" w:fill="D9EAF7"/>
          </w:tcPr>
          <w:p w14:paraId="085032E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991" w:type="dxa"/>
            <w:shd w:val="clear" w:color="auto" w:fill="D9EAF7"/>
          </w:tcPr>
          <w:p w14:paraId="07BDBCE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Модуль</w:t>
            </w:r>
          </w:p>
        </w:tc>
        <w:tc>
          <w:tcPr>
            <w:tcW w:w="1572" w:type="dxa"/>
            <w:shd w:val="clear" w:color="auto" w:fill="D9EAF7"/>
          </w:tcPr>
          <w:p w14:paraId="1503F256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2894" w:type="dxa"/>
            <w:shd w:val="clear" w:color="auto" w:fill="D9EAF7"/>
          </w:tcPr>
          <w:p w14:paraId="5374849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Содержание</w:t>
            </w:r>
          </w:p>
        </w:tc>
        <w:tc>
          <w:tcPr>
            <w:tcW w:w="3570" w:type="dxa"/>
            <w:shd w:val="clear" w:color="auto" w:fill="D9EAF7"/>
          </w:tcPr>
          <w:p w14:paraId="38105DC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Планируемая деятельность / результаты</w:t>
            </w:r>
          </w:p>
        </w:tc>
        <w:tc>
          <w:tcPr>
            <w:tcW w:w="1991" w:type="dxa"/>
            <w:shd w:val="clear" w:color="auto" w:fill="D9EAF7"/>
          </w:tcPr>
          <w:p w14:paraId="66EAF7A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Форма контроля</w:t>
            </w:r>
          </w:p>
        </w:tc>
        <w:tc>
          <w:tcPr>
            <w:tcW w:w="1555" w:type="dxa"/>
            <w:shd w:val="clear" w:color="auto" w:fill="D9EAF7"/>
          </w:tcPr>
          <w:p w14:paraId="5F2BC9B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Дата план</w:t>
            </w:r>
          </w:p>
        </w:tc>
        <w:tc>
          <w:tcPr>
            <w:tcW w:w="1483" w:type="dxa"/>
            <w:shd w:val="clear" w:color="auto" w:fill="D9EAF7"/>
          </w:tcPr>
          <w:p w14:paraId="2DE72C1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Дата факт</w:t>
            </w:r>
          </w:p>
        </w:tc>
      </w:tr>
      <w:tr w:rsidR="00654A0A" w:rsidRPr="004C60B8" w14:paraId="054E601A" w14:textId="77777777" w:rsidTr="00376EAB">
        <w:trPr>
          <w:jc w:val="center"/>
        </w:trPr>
        <w:tc>
          <w:tcPr>
            <w:tcW w:w="708" w:type="dxa"/>
          </w:tcPr>
          <w:p w14:paraId="7A98223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</w:t>
            </w:r>
          </w:p>
        </w:tc>
        <w:tc>
          <w:tcPr>
            <w:tcW w:w="1991" w:type="dxa"/>
          </w:tcPr>
          <w:p w14:paraId="3966A48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572" w:type="dxa"/>
          </w:tcPr>
          <w:p w14:paraId="31C1A5A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Край, в котором ты живёшь</w:t>
            </w:r>
          </w:p>
        </w:tc>
        <w:tc>
          <w:tcPr>
            <w:tcW w:w="2894" w:type="dxa"/>
          </w:tcPr>
          <w:p w14:paraId="6CFBF73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570" w:type="dxa"/>
          </w:tcPr>
          <w:p w14:paraId="1948D2A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91" w:type="dxa"/>
          </w:tcPr>
          <w:p w14:paraId="19C51A8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555" w:type="dxa"/>
          </w:tcPr>
          <w:p w14:paraId="3997245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765A67D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53F232E" w14:textId="77777777" w:rsidTr="00376EAB">
        <w:trPr>
          <w:jc w:val="center"/>
        </w:trPr>
        <w:tc>
          <w:tcPr>
            <w:tcW w:w="708" w:type="dxa"/>
          </w:tcPr>
          <w:p w14:paraId="2AC9738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</w:t>
            </w:r>
          </w:p>
        </w:tc>
        <w:tc>
          <w:tcPr>
            <w:tcW w:w="1991" w:type="dxa"/>
          </w:tcPr>
          <w:p w14:paraId="0D61D0B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572" w:type="dxa"/>
          </w:tcPr>
          <w:p w14:paraId="7C90F20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Русский фольклор</w:t>
            </w:r>
          </w:p>
        </w:tc>
        <w:tc>
          <w:tcPr>
            <w:tcW w:w="2894" w:type="dxa"/>
          </w:tcPr>
          <w:p w14:paraId="5FA2699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570" w:type="dxa"/>
          </w:tcPr>
          <w:p w14:paraId="74BA68C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91" w:type="dxa"/>
          </w:tcPr>
          <w:p w14:paraId="2E53663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555" w:type="dxa"/>
          </w:tcPr>
          <w:p w14:paraId="50858C5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2E650A0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6A2F4ACC" w14:textId="77777777" w:rsidTr="00376EAB">
        <w:trPr>
          <w:jc w:val="center"/>
        </w:trPr>
        <w:tc>
          <w:tcPr>
            <w:tcW w:w="708" w:type="dxa"/>
          </w:tcPr>
          <w:p w14:paraId="12359E1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</w:t>
            </w:r>
          </w:p>
        </w:tc>
        <w:tc>
          <w:tcPr>
            <w:tcW w:w="1991" w:type="dxa"/>
          </w:tcPr>
          <w:p w14:paraId="2DFE8DE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572" w:type="dxa"/>
          </w:tcPr>
          <w:p w14:paraId="1997B86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Народные музыкальные инструменты</w:t>
            </w:r>
          </w:p>
        </w:tc>
        <w:tc>
          <w:tcPr>
            <w:tcW w:w="2894" w:type="dxa"/>
          </w:tcPr>
          <w:p w14:paraId="6C8B2D0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570" w:type="dxa"/>
          </w:tcPr>
          <w:p w14:paraId="324C247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91" w:type="dxa"/>
          </w:tcPr>
          <w:p w14:paraId="2E1EB8E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555" w:type="dxa"/>
          </w:tcPr>
          <w:p w14:paraId="6BA9269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5339C45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65DA0E96" w14:textId="77777777" w:rsidTr="00376EAB">
        <w:trPr>
          <w:jc w:val="center"/>
        </w:trPr>
        <w:tc>
          <w:tcPr>
            <w:tcW w:w="708" w:type="dxa"/>
          </w:tcPr>
          <w:p w14:paraId="33556F9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4</w:t>
            </w:r>
          </w:p>
        </w:tc>
        <w:tc>
          <w:tcPr>
            <w:tcW w:w="1991" w:type="dxa"/>
          </w:tcPr>
          <w:p w14:paraId="6FA6DAE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572" w:type="dxa"/>
          </w:tcPr>
          <w:p w14:paraId="6F27E09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Народные наигрыши и танцы</w:t>
            </w:r>
          </w:p>
        </w:tc>
        <w:tc>
          <w:tcPr>
            <w:tcW w:w="2894" w:type="dxa"/>
          </w:tcPr>
          <w:p w14:paraId="67DF448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570" w:type="dxa"/>
          </w:tcPr>
          <w:p w14:paraId="7B55339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91" w:type="dxa"/>
          </w:tcPr>
          <w:p w14:paraId="0EA89F9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Творческое задание</w:t>
            </w:r>
          </w:p>
        </w:tc>
        <w:tc>
          <w:tcPr>
            <w:tcW w:w="1555" w:type="dxa"/>
          </w:tcPr>
          <w:p w14:paraId="760024C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7E8F987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04C7197" w14:textId="77777777" w:rsidTr="00376EAB">
        <w:trPr>
          <w:jc w:val="center"/>
        </w:trPr>
        <w:tc>
          <w:tcPr>
            <w:tcW w:w="708" w:type="dxa"/>
          </w:tcPr>
          <w:p w14:paraId="796E713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5</w:t>
            </w:r>
          </w:p>
        </w:tc>
        <w:tc>
          <w:tcPr>
            <w:tcW w:w="1991" w:type="dxa"/>
          </w:tcPr>
          <w:p w14:paraId="1CFA84A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572" w:type="dxa"/>
          </w:tcPr>
          <w:p w14:paraId="51BFD8B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Сказки, былины и легенды о музыке</w:t>
            </w:r>
          </w:p>
        </w:tc>
        <w:tc>
          <w:tcPr>
            <w:tcW w:w="2894" w:type="dxa"/>
          </w:tcPr>
          <w:p w14:paraId="47E949A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570" w:type="dxa"/>
          </w:tcPr>
          <w:p w14:paraId="5BBB8AD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91" w:type="dxa"/>
          </w:tcPr>
          <w:p w14:paraId="44C97D7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викторина</w:t>
            </w:r>
          </w:p>
        </w:tc>
        <w:tc>
          <w:tcPr>
            <w:tcW w:w="1555" w:type="dxa"/>
          </w:tcPr>
          <w:p w14:paraId="00E0378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34BDCC1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356F78CB" w14:textId="77777777" w:rsidTr="00376EAB">
        <w:trPr>
          <w:jc w:val="center"/>
        </w:trPr>
        <w:tc>
          <w:tcPr>
            <w:tcW w:w="708" w:type="dxa"/>
          </w:tcPr>
          <w:p w14:paraId="3FAE994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6</w:t>
            </w:r>
          </w:p>
        </w:tc>
        <w:tc>
          <w:tcPr>
            <w:tcW w:w="1991" w:type="dxa"/>
          </w:tcPr>
          <w:p w14:paraId="283A9B0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572" w:type="dxa"/>
          </w:tcPr>
          <w:p w14:paraId="6B5AF0E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Народный праздник и театр</w:t>
            </w:r>
          </w:p>
        </w:tc>
        <w:tc>
          <w:tcPr>
            <w:tcW w:w="2894" w:type="dxa"/>
          </w:tcPr>
          <w:p w14:paraId="1AD99E9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570" w:type="dxa"/>
          </w:tcPr>
          <w:p w14:paraId="29A5253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91" w:type="dxa"/>
          </w:tcPr>
          <w:p w14:paraId="3F91E1E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1555" w:type="dxa"/>
          </w:tcPr>
          <w:p w14:paraId="5A94783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0CD3D3C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49615AAD" w14:textId="77777777" w:rsidTr="00376EAB">
        <w:trPr>
          <w:jc w:val="center"/>
        </w:trPr>
        <w:tc>
          <w:tcPr>
            <w:tcW w:w="708" w:type="dxa"/>
          </w:tcPr>
          <w:p w14:paraId="1079C9E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7</w:t>
            </w:r>
          </w:p>
        </w:tc>
        <w:tc>
          <w:tcPr>
            <w:tcW w:w="1991" w:type="dxa"/>
          </w:tcPr>
          <w:p w14:paraId="2B42972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572" w:type="dxa"/>
          </w:tcPr>
          <w:p w14:paraId="34AE7C6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Композитор — исполнитель — слушатель</w:t>
            </w:r>
          </w:p>
        </w:tc>
        <w:tc>
          <w:tcPr>
            <w:tcW w:w="2894" w:type="dxa"/>
          </w:tcPr>
          <w:p w14:paraId="24E75A3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570" w:type="dxa"/>
          </w:tcPr>
          <w:p w14:paraId="5A7C4E1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91" w:type="dxa"/>
          </w:tcPr>
          <w:p w14:paraId="6DCD847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555" w:type="dxa"/>
          </w:tcPr>
          <w:p w14:paraId="0060234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0335FE1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29B2EAD" w14:textId="77777777" w:rsidTr="00376EAB">
        <w:trPr>
          <w:jc w:val="center"/>
        </w:trPr>
        <w:tc>
          <w:tcPr>
            <w:tcW w:w="708" w:type="dxa"/>
          </w:tcPr>
          <w:p w14:paraId="36E0680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8</w:t>
            </w:r>
          </w:p>
        </w:tc>
        <w:tc>
          <w:tcPr>
            <w:tcW w:w="1991" w:type="dxa"/>
          </w:tcPr>
          <w:p w14:paraId="5A04334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572" w:type="dxa"/>
          </w:tcPr>
          <w:p w14:paraId="6E3111D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Мелодия и музыкальный образ</w:t>
            </w:r>
          </w:p>
        </w:tc>
        <w:tc>
          <w:tcPr>
            <w:tcW w:w="2894" w:type="dxa"/>
          </w:tcPr>
          <w:p w14:paraId="6B869BD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570" w:type="dxa"/>
          </w:tcPr>
          <w:p w14:paraId="2615FB4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91" w:type="dxa"/>
          </w:tcPr>
          <w:p w14:paraId="34566B4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555" w:type="dxa"/>
          </w:tcPr>
          <w:p w14:paraId="725D4B8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0026FBE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47B78908" w14:textId="77777777" w:rsidTr="00376EAB">
        <w:trPr>
          <w:jc w:val="center"/>
        </w:trPr>
        <w:tc>
          <w:tcPr>
            <w:tcW w:w="708" w:type="dxa"/>
          </w:tcPr>
          <w:p w14:paraId="465A878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9</w:t>
            </w:r>
          </w:p>
        </w:tc>
        <w:tc>
          <w:tcPr>
            <w:tcW w:w="1991" w:type="dxa"/>
          </w:tcPr>
          <w:p w14:paraId="1A0F193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572" w:type="dxa"/>
          </w:tcPr>
          <w:p w14:paraId="5048446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Музыкальный портрет</w:t>
            </w:r>
          </w:p>
        </w:tc>
        <w:tc>
          <w:tcPr>
            <w:tcW w:w="2894" w:type="dxa"/>
          </w:tcPr>
          <w:p w14:paraId="7F74037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570" w:type="dxa"/>
          </w:tcPr>
          <w:p w14:paraId="20B50DD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91" w:type="dxa"/>
          </w:tcPr>
          <w:p w14:paraId="5CE0103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555" w:type="dxa"/>
          </w:tcPr>
          <w:p w14:paraId="1ADB39D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6747C75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05925D1D" w14:textId="77777777" w:rsidTr="00376EAB">
        <w:trPr>
          <w:jc w:val="center"/>
        </w:trPr>
        <w:tc>
          <w:tcPr>
            <w:tcW w:w="708" w:type="dxa"/>
          </w:tcPr>
          <w:p w14:paraId="6710E0B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10</w:t>
            </w:r>
          </w:p>
        </w:tc>
        <w:tc>
          <w:tcPr>
            <w:tcW w:w="1991" w:type="dxa"/>
          </w:tcPr>
          <w:p w14:paraId="0D8A443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572" w:type="dxa"/>
          </w:tcPr>
          <w:p w14:paraId="0C66F8F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Музыкальный пейзаж</w:t>
            </w:r>
          </w:p>
        </w:tc>
        <w:tc>
          <w:tcPr>
            <w:tcW w:w="2894" w:type="dxa"/>
          </w:tcPr>
          <w:p w14:paraId="656A34E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570" w:type="dxa"/>
          </w:tcPr>
          <w:p w14:paraId="367BA66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91" w:type="dxa"/>
          </w:tcPr>
          <w:p w14:paraId="40ACAC1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Творческое задание</w:t>
            </w:r>
          </w:p>
        </w:tc>
        <w:tc>
          <w:tcPr>
            <w:tcW w:w="1555" w:type="dxa"/>
          </w:tcPr>
          <w:p w14:paraId="3B53D2C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19CA6BB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5900076B" w14:textId="77777777" w:rsidTr="00376EAB">
        <w:trPr>
          <w:jc w:val="center"/>
        </w:trPr>
        <w:tc>
          <w:tcPr>
            <w:tcW w:w="708" w:type="dxa"/>
          </w:tcPr>
          <w:p w14:paraId="5B0AE60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11</w:t>
            </w:r>
          </w:p>
        </w:tc>
        <w:tc>
          <w:tcPr>
            <w:tcW w:w="1991" w:type="dxa"/>
          </w:tcPr>
          <w:p w14:paraId="4C27286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572" w:type="dxa"/>
          </w:tcPr>
          <w:p w14:paraId="1545E86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Инструменты и симфонический оркестр</w:t>
            </w:r>
          </w:p>
        </w:tc>
        <w:tc>
          <w:tcPr>
            <w:tcW w:w="2894" w:type="dxa"/>
          </w:tcPr>
          <w:p w14:paraId="35F1DAB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570" w:type="dxa"/>
          </w:tcPr>
          <w:p w14:paraId="1A5F63E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91" w:type="dxa"/>
          </w:tcPr>
          <w:p w14:paraId="5888B08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викторина</w:t>
            </w:r>
          </w:p>
        </w:tc>
        <w:tc>
          <w:tcPr>
            <w:tcW w:w="1555" w:type="dxa"/>
          </w:tcPr>
          <w:p w14:paraId="0EE9A89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34F5E93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FBD0AED" w14:textId="77777777" w:rsidTr="00376EAB">
        <w:trPr>
          <w:jc w:val="center"/>
        </w:trPr>
        <w:tc>
          <w:tcPr>
            <w:tcW w:w="708" w:type="dxa"/>
          </w:tcPr>
          <w:p w14:paraId="71296F0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12</w:t>
            </w:r>
          </w:p>
        </w:tc>
        <w:tc>
          <w:tcPr>
            <w:tcW w:w="1991" w:type="dxa"/>
          </w:tcPr>
          <w:p w14:paraId="5D966E7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572" w:type="dxa"/>
          </w:tcPr>
          <w:p w14:paraId="6F1880C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музыка: слушаем и сравниваем</w:t>
            </w:r>
          </w:p>
        </w:tc>
        <w:tc>
          <w:tcPr>
            <w:tcW w:w="2894" w:type="dxa"/>
          </w:tcPr>
          <w:p w14:paraId="1A1233C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570" w:type="dxa"/>
          </w:tcPr>
          <w:p w14:paraId="475A3F1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91" w:type="dxa"/>
          </w:tcPr>
          <w:p w14:paraId="6C32A28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1555" w:type="dxa"/>
          </w:tcPr>
          <w:p w14:paraId="6D92F59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39E4206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44230772" w14:textId="77777777" w:rsidTr="00376EAB">
        <w:trPr>
          <w:jc w:val="center"/>
        </w:trPr>
        <w:tc>
          <w:tcPr>
            <w:tcW w:w="708" w:type="dxa"/>
          </w:tcPr>
          <w:p w14:paraId="125926A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13</w:t>
            </w:r>
          </w:p>
        </w:tc>
        <w:tc>
          <w:tcPr>
            <w:tcW w:w="1991" w:type="dxa"/>
          </w:tcPr>
          <w:p w14:paraId="012D890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в жизни человека</w:t>
            </w:r>
          </w:p>
        </w:tc>
        <w:tc>
          <w:tcPr>
            <w:tcW w:w="1572" w:type="dxa"/>
          </w:tcPr>
          <w:p w14:paraId="4AED89C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Песня, танец, марш</w:t>
            </w:r>
          </w:p>
        </w:tc>
        <w:tc>
          <w:tcPr>
            <w:tcW w:w="2894" w:type="dxa"/>
          </w:tcPr>
          <w:p w14:paraId="15CBB41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Функции музыки в повседневной, праздничной и общественной жизни.</w:t>
            </w:r>
          </w:p>
        </w:tc>
        <w:tc>
          <w:tcPr>
            <w:tcW w:w="3570" w:type="dxa"/>
          </w:tcPr>
          <w:p w14:paraId="42C9CED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функцию и характер музыки; выражать впечатления; исполнять и обсуждать музыкальные произведения.</w:t>
            </w:r>
          </w:p>
        </w:tc>
        <w:tc>
          <w:tcPr>
            <w:tcW w:w="1991" w:type="dxa"/>
          </w:tcPr>
          <w:p w14:paraId="5312110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555" w:type="dxa"/>
          </w:tcPr>
          <w:p w14:paraId="77245FC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497C645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4965F27" w14:textId="77777777" w:rsidTr="00376EAB">
        <w:trPr>
          <w:jc w:val="center"/>
        </w:trPr>
        <w:tc>
          <w:tcPr>
            <w:tcW w:w="708" w:type="dxa"/>
          </w:tcPr>
          <w:p w14:paraId="0EE17B1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14</w:t>
            </w:r>
          </w:p>
        </w:tc>
        <w:tc>
          <w:tcPr>
            <w:tcW w:w="1991" w:type="dxa"/>
          </w:tcPr>
          <w:p w14:paraId="7B3B7FD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в жизни человека</w:t>
            </w:r>
          </w:p>
        </w:tc>
        <w:tc>
          <w:tcPr>
            <w:tcW w:w="1572" w:type="dxa"/>
          </w:tcPr>
          <w:p w14:paraId="34A513B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природы</w:t>
            </w:r>
          </w:p>
        </w:tc>
        <w:tc>
          <w:tcPr>
            <w:tcW w:w="2894" w:type="dxa"/>
          </w:tcPr>
          <w:p w14:paraId="3BF1D91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Функции музыки в повседневной, праздничной и общественной жизни.</w:t>
            </w:r>
          </w:p>
        </w:tc>
        <w:tc>
          <w:tcPr>
            <w:tcW w:w="3570" w:type="dxa"/>
          </w:tcPr>
          <w:p w14:paraId="482285D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функцию и характер музыки; выражать впечатления; исполнять и обсуждать музыкальные произведения.</w:t>
            </w:r>
          </w:p>
        </w:tc>
        <w:tc>
          <w:tcPr>
            <w:tcW w:w="1991" w:type="dxa"/>
          </w:tcPr>
          <w:p w14:paraId="6F74BF2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555" w:type="dxa"/>
          </w:tcPr>
          <w:p w14:paraId="6CD60A4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6A55B1E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E4B9C54" w14:textId="77777777" w:rsidTr="00376EAB">
        <w:trPr>
          <w:jc w:val="center"/>
        </w:trPr>
        <w:tc>
          <w:tcPr>
            <w:tcW w:w="708" w:type="dxa"/>
          </w:tcPr>
          <w:p w14:paraId="47CD478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15</w:t>
            </w:r>
          </w:p>
        </w:tc>
        <w:tc>
          <w:tcPr>
            <w:tcW w:w="1991" w:type="dxa"/>
          </w:tcPr>
          <w:p w14:paraId="293D5F9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в жизни человека</w:t>
            </w:r>
          </w:p>
        </w:tc>
        <w:tc>
          <w:tcPr>
            <w:tcW w:w="1572" w:type="dxa"/>
          </w:tcPr>
          <w:p w14:paraId="3289902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и чувства человека</w:t>
            </w:r>
          </w:p>
        </w:tc>
        <w:tc>
          <w:tcPr>
            <w:tcW w:w="2894" w:type="dxa"/>
          </w:tcPr>
          <w:p w14:paraId="626D0A8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Функции музыки в повседневной, праздничной и общественной жизни.</w:t>
            </w:r>
          </w:p>
        </w:tc>
        <w:tc>
          <w:tcPr>
            <w:tcW w:w="3570" w:type="dxa"/>
          </w:tcPr>
          <w:p w14:paraId="0C38CFE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функцию и характер музыки; выражать впечатления; исполнять и обсуждать музыкальные произведения.</w:t>
            </w:r>
          </w:p>
        </w:tc>
        <w:tc>
          <w:tcPr>
            <w:tcW w:w="1991" w:type="dxa"/>
          </w:tcPr>
          <w:p w14:paraId="7A8BBC7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555" w:type="dxa"/>
          </w:tcPr>
          <w:p w14:paraId="5DCAC16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466A7D0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A9140B2" w14:textId="77777777" w:rsidTr="00376EAB">
        <w:trPr>
          <w:jc w:val="center"/>
        </w:trPr>
        <w:tc>
          <w:tcPr>
            <w:tcW w:w="708" w:type="dxa"/>
          </w:tcPr>
          <w:p w14:paraId="35B94F7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16</w:t>
            </w:r>
          </w:p>
        </w:tc>
        <w:tc>
          <w:tcPr>
            <w:tcW w:w="1991" w:type="dxa"/>
          </w:tcPr>
          <w:p w14:paraId="212A089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в жизни человека</w:t>
            </w:r>
          </w:p>
        </w:tc>
        <w:tc>
          <w:tcPr>
            <w:tcW w:w="1572" w:type="dxa"/>
          </w:tcPr>
          <w:p w14:paraId="6498F8A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праздника и памятной даты</w:t>
            </w:r>
          </w:p>
        </w:tc>
        <w:tc>
          <w:tcPr>
            <w:tcW w:w="2894" w:type="dxa"/>
          </w:tcPr>
          <w:p w14:paraId="5B86F58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Функции музыки в повседневной, праздничной и общественной жизни.</w:t>
            </w:r>
          </w:p>
        </w:tc>
        <w:tc>
          <w:tcPr>
            <w:tcW w:w="3570" w:type="dxa"/>
          </w:tcPr>
          <w:p w14:paraId="638723D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функцию и характер музыки; выражать впечатления; исполнять и обсуждать музыкальные произведения.</w:t>
            </w:r>
          </w:p>
        </w:tc>
        <w:tc>
          <w:tcPr>
            <w:tcW w:w="1991" w:type="dxa"/>
          </w:tcPr>
          <w:p w14:paraId="52771ED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Творческое задание</w:t>
            </w:r>
          </w:p>
        </w:tc>
        <w:tc>
          <w:tcPr>
            <w:tcW w:w="1555" w:type="dxa"/>
          </w:tcPr>
          <w:p w14:paraId="3EE5E96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15370396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09B48F3F" w14:textId="77777777" w:rsidTr="00376EAB">
        <w:trPr>
          <w:jc w:val="center"/>
        </w:trPr>
        <w:tc>
          <w:tcPr>
            <w:tcW w:w="708" w:type="dxa"/>
          </w:tcPr>
          <w:p w14:paraId="316BD72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17</w:t>
            </w:r>
          </w:p>
        </w:tc>
        <w:tc>
          <w:tcPr>
            <w:tcW w:w="1991" w:type="dxa"/>
          </w:tcPr>
          <w:p w14:paraId="112937E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в жизни человека</w:t>
            </w:r>
          </w:p>
        </w:tc>
        <w:tc>
          <w:tcPr>
            <w:tcW w:w="1572" w:type="dxa"/>
          </w:tcPr>
          <w:p w14:paraId="755258C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Концерт и культура слушателя</w:t>
            </w:r>
          </w:p>
        </w:tc>
        <w:tc>
          <w:tcPr>
            <w:tcW w:w="2894" w:type="dxa"/>
          </w:tcPr>
          <w:p w14:paraId="7323DB0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Функции музыки в повседневной, праздничной и общественной жизни.</w:t>
            </w:r>
          </w:p>
        </w:tc>
        <w:tc>
          <w:tcPr>
            <w:tcW w:w="3570" w:type="dxa"/>
          </w:tcPr>
          <w:p w14:paraId="4196593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функцию и характер музыки; выражать впечатления; исполнять и обсуждать музыкальные произведения.</w:t>
            </w:r>
          </w:p>
        </w:tc>
        <w:tc>
          <w:tcPr>
            <w:tcW w:w="1991" w:type="dxa"/>
          </w:tcPr>
          <w:p w14:paraId="3FE932F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викторина</w:t>
            </w:r>
          </w:p>
        </w:tc>
        <w:tc>
          <w:tcPr>
            <w:tcW w:w="1555" w:type="dxa"/>
          </w:tcPr>
          <w:p w14:paraId="705569C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17C8B42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5BFB5D2B" w14:textId="77777777" w:rsidTr="00376EAB">
        <w:trPr>
          <w:jc w:val="center"/>
        </w:trPr>
        <w:tc>
          <w:tcPr>
            <w:tcW w:w="708" w:type="dxa"/>
          </w:tcPr>
          <w:p w14:paraId="6EE80B26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18</w:t>
            </w:r>
          </w:p>
        </w:tc>
        <w:tc>
          <w:tcPr>
            <w:tcW w:w="1991" w:type="dxa"/>
          </w:tcPr>
          <w:p w14:paraId="5700918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народов мира</w:t>
            </w:r>
          </w:p>
        </w:tc>
        <w:tc>
          <w:tcPr>
            <w:tcW w:w="1572" w:type="dxa"/>
          </w:tcPr>
          <w:p w14:paraId="4BDC21C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Песни и танцы народов мира</w:t>
            </w:r>
          </w:p>
        </w:tc>
        <w:tc>
          <w:tcPr>
            <w:tcW w:w="2894" w:type="dxa"/>
          </w:tcPr>
          <w:p w14:paraId="5709273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Национальные музыкальные традиции, песни, танцы и инструменты; сходство и различия культур.</w:t>
            </w:r>
          </w:p>
        </w:tc>
        <w:tc>
          <w:tcPr>
            <w:tcW w:w="3570" w:type="dxa"/>
          </w:tcPr>
          <w:p w14:paraId="1533155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музыкальные традиции; находить общее и особенное; уважительно представлять культурный материал.</w:t>
            </w:r>
          </w:p>
        </w:tc>
        <w:tc>
          <w:tcPr>
            <w:tcW w:w="1991" w:type="dxa"/>
          </w:tcPr>
          <w:p w14:paraId="63C7988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1555" w:type="dxa"/>
          </w:tcPr>
          <w:p w14:paraId="7B345E8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231AF37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313F34AC" w14:textId="77777777" w:rsidTr="00376EAB">
        <w:trPr>
          <w:jc w:val="center"/>
        </w:trPr>
        <w:tc>
          <w:tcPr>
            <w:tcW w:w="708" w:type="dxa"/>
          </w:tcPr>
          <w:p w14:paraId="5532304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19</w:t>
            </w:r>
          </w:p>
        </w:tc>
        <w:tc>
          <w:tcPr>
            <w:tcW w:w="1991" w:type="dxa"/>
          </w:tcPr>
          <w:p w14:paraId="0172349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народов мира</w:t>
            </w:r>
          </w:p>
        </w:tc>
        <w:tc>
          <w:tcPr>
            <w:tcW w:w="1572" w:type="dxa"/>
          </w:tcPr>
          <w:p w14:paraId="155730F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Музыкальные инструменты народов мира</w:t>
            </w:r>
          </w:p>
        </w:tc>
        <w:tc>
          <w:tcPr>
            <w:tcW w:w="2894" w:type="dxa"/>
          </w:tcPr>
          <w:p w14:paraId="4CFE0D2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Национальные музыкальные традиции, песни, танцы и инструменты; сходство и различия культур.</w:t>
            </w:r>
          </w:p>
        </w:tc>
        <w:tc>
          <w:tcPr>
            <w:tcW w:w="3570" w:type="dxa"/>
          </w:tcPr>
          <w:p w14:paraId="494AA66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музыкальные традиции; находить общее и особенное; уважительно представлять культурный материал.</w:t>
            </w:r>
          </w:p>
        </w:tc>
        <w:tc>
          <w:tcPr>
            <w:tcW w:w="1991" w:type="dxa"/>
          </w:tcPr>
          <w:p w14:paraId="4FDFC0A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555" w:type="dxa"/>
          </w:tcPr>
          <w:p w14:paraId="55EE6F5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3732C1B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257EEBC1" w14:textId="77777777" w:rsidTr="00376EAB">
        <w:trPr>
          <w:jc w:val="center"/>
        </w:trPr>
        <w:tc>
          <w:tcPr>
            <w:tcW w:w="708" w:type="dxa"/>
          </w:tcPr>
          <w:p w14:paraId="60D4691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20</w:t>
            </w:r>
          </w:p>
        </w:tc>
        <w:tc>
          <w:tcPr>
            <w:tcW w:w="1991" w:type="dxa"/>
          </w:tcPr>
          <w:p w14:paraId="4FD1C4C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народов мира</w:t>
            </w:r>
          </w:p>
        </w:tc>
        <w:tc>
          <w:tcPr>
            <w:tcW w:w="1572" w:type="dxa"/>
          </w:tcPr>
          <w:p w14:paraId="3D7692B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Диалог музыкальных культур</w:t>
            </w:r>
          </w:p>
        </w:tc>
        <w:tc>
          <w:tcPr>
            <w:tcW w:w="2894" w:type="dxa"/>
          </w:tcPr>
          <w:p w14:paraId="08E7EF9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Национальные музыкальные традиции, песни, танцы и инструменты; сходство и различия культур.</w:t>
            </w:r>
          </w:p>
        </w:tc>
        <w:tc>
          <w:tcPr>
            <w:tcW w:w="3570" w:type="dxa"/>
          </w:tcPr>
          <w:p w14:paraId="44E0588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музыкальные традиции; находить общее и особенное; уважительно представлять культурный материал.</w:t>
            </w:r>
          </w:p>
        </w:tc>
        <w:tc>
          <w:tcPr>
            <w:tcW w:w="1991" w:type="dxa"/>
          </w:tcPr>
          <w:p w14:paraId="6DB08AC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555" w:type="dxa"/>
          </w:tcPr>
          <w:p w14:paraId="28C9EC4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657A724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578E3BA9" w14:textId="77777777" w:rsidTr="00376EAB">
        <w:trPr>
          <w:jc w:val="center"/>
        </w:trPr>
        <w:tc>
          <w:tcPr>
            <w:tcW w:w="708" w:type="dxa"/>
          </w:tcPr>
          <w:p w14:paraId="11271C6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21</w:t>
            </w:r>
          </w:p>
        </w:tc>
        <w:tc>
          <w:tcPr>
            <w:tcW w:w="1991" w:type="dxa"/>
          </w:tcPr>
          <w:p w14:paraId="2479C50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</w:t>
            </w:r>
          </w:p>
        </w:tc>
        <w:tc>
          <w:tcPr>
            <w:tcW w:w="1572" w:type="dxa"/>
          </w:tcPr>
          <w:p w14:paraId="6E898CE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Колокольные звоны и хоровая традиция</w:t>
            </w:r>
          </w:p>
        </w:tc>
        <w:tc>
          <w:tcPr>
            <w:tcW w:w="2894" w:type="dxa"/>
          </w:tcPr>
          <w:p w14:paraId="2DEFDD4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 как часть культурного наследия; нравственно-эстетические образы.</w:t>
            </w:r>
          </w:p>
        </w:tc>
        <w:tc>
          <w:tcPr>
            <w:tcW w:w="3570" w:type="dxa"/>
          </w:tcPr>
          <w:p w14:paraId="6607BDF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обсуждать произведения в культурном контексте; выявлять художественные и нравственные образы.</w:t>
            </w:r>
          </w:p>
        </w:tc>
        <w:tc>
          <w:tcPr>
            <w:tcW w:w="1991" w:type="dxa"/>
          </w:tcPr>
          <w:p w14:paraId="52104F4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555" w:type="dxa"/>
          </w:tcPr>
          <w:p w14:paraId="56BF263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7E2B209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128FD5BA" w14:textId="77777777" w:rsidTr="00376EAB">
        <w:trPr>
          <w:jc w:val="center"/>
        </w:trPr>
        <w:tc>
          <w:tcPr>
            <w:tcW w:w="708" w:type="dxa"/>
          </w:tcPr>
          <w:p w14:paraId="0693B78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22</w:t>
            </w:r>
          </w:p>
        </w:tc>
        <w:tc>
          <w:tcPr>
            <w:tcW w:w="1991" w:type="dxa"/>
          </w:tcPr>
          <w:p w14:paraId="6BF3CC6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</w:t>
            </w:r>
          </w:p>
        </w:tc>
        <w:tc>
          <w:tcPr>
            <w:tcW w:w="1572" w:type="dxa"/>
          </w:tcPr>
          <w:p w14:paraId="02F5143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 в культурно-историческом контексте</w:t>
            </w:r>
          </w:p>
        </w:tc>
        <w:tc>
          <w:tcPr>
            <w:tcW w:w="2894" w:type="dxa"/>
          </w:tcPr>
          <w:p w14:paraId="0F1432A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 как часть культурного наследия; нравственно-эстетические образы.</w:t>
            </w:r>
          </w:p>
        </w:tc>
        <w:tc>
          <w:tcPr>
            <w:tcW w:w="3570" w:type="dxa"/>
          </w:tcPr>
          <w:p w14:paraId="14E819D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обсуждать произведения в культурном контексте; выявлять художественные и нравственные образы.</w:t>
            </w:r>
          </w:p>
        </w:tc>
        <w:tc>
          <w:tcPr>
            <w:tcW w:w="1991" w:type="dxa"/>
          </w:tcPr>
          <w:p w14:paraId="27354B6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Творческое задание</w:t>
            </w:r>
          </w:p>
        </w:tc>
        <w:tc>
          <w:tcPr>
            <w:tcW w:w="1555" w:type="dxa"/>
          </w:tcPr>
          <w:p w14:paraId="429A0AD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2A9E362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3F15E527" w14:textId="77777777" w:rsidTr="00376EAB">
        <w:trPr>
          <w:jc w:val="center"/>
        </w:trPr>
        <w:tc>
          <w:tcPr>
            <w:tcW w:w="708" w:type="dxa"/>
          </w:tcPr>
          <w:p w14:paraId="33070176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23</w:t>
            </w:r>
          </w:p>
        </w:tc>
        <w:tc>
          <w:tcPr>
            <w:tcW w:w="1991" w:type="dxa"/>
          </w:tcPr>
          <w:p w14:paraId="2ECFCAE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</w:t>
            </w:r>
          </w:p>
        </w:tc>
        <w:tc>
          <w:tcPr>
            <w:tcW w:w="1572" w:type="dxa"/>
          </w:tcPr>
          <w:p w14:paraId="74A710B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духовных праздников</w:t>
            </w:r>
          </w:p>
        </w:tc>
        <w:tc>
          <w:tcPr>
            <w:tcW w:w="2894" w:type="dxa"/>
          </w:tcPr>
          <w:p w14:paraId="4839742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 как часть культурного наследия; нравственно-эстетические образы.</w:t>
            </w:r>
          </w:p>
        </w:tc>
        <w:tc>
          <w:tcPr>
            <w:tcW w:w="3570" w:type="dxa"/>
          </w:tcPr>
          <w:p w14:paraId="5F28F79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обсуждать произведения в культурном контексте; выявлять художественные и нравственные образы.</w:t>
            </w:r>
          </w:p>
        </w:tc>
        <w:tc>
          <w:tcPr>
            <w:tcW w:w="1991" w:type="dxa"/>
          </w:tcPr>
          <w:p w14:paraId="41B05C3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викторина</w:t>
            </w:r>
          </w:p>
        </w:tc>
        <w:tc>
          <w:tcPr>
            <w:tcW w:w="1555" w:type="dxa"/>
          </w:tcPr>
          <w:p w14:paraId="25CF62F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20141FD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F57C986" w14:textId="77777777" w:rsidTr="00376EAB">
        <w:trPr>
          <w:jc w:val="center"/>
        </w:trPr>
        <w:tc>
          <w:tcPr>
            <w:tcW w:w="708" w:type="dxa"/>
          </w:tcPr>
          <w:p w14:paraId="4604DA8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24</w:t>
            </w:r>
          </w:p>
        </w:tc>
        <w:tc>
          <w:tcPr>
            <w:tcW w:w="1991" w:type="dxa"/>
          </w:tcPr>
          <w:p w14:paraId="4340C40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театра и кино</w:t>
            </w:r>
          </w:p>
        </w:tc>
        <w:tc>
          <w:tcPr>
            <w:tcW w:w="1572" w:type="dxa"/>
          </w:tcPr>
          <w:p w14:paraId="26AC85C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Музыкальный театр</w:t>
            </w:r>
          </w:p>
        </w:tc>
        <w:tc>
          <w:tcPr>
            <w:tcW w:w="2894" w:type="dxa"/>
          </w:tcPr>
          <w:p w14:paraId="4395D3B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Музыкально-сценические жанры и функции музыки в театре, кино и анимации.</w:t>
            </w:r>
          </w:p>
        </w:tc>
        <w:tc>
          <w:tcPr>
            <w:tcW w:w="3570" w:type="dxa"/>
          </w:tcPr>
          <w:p w14:paraId="65E860A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Различать жанры и музыкальные номера; прослеживать связь музыки с героем и действием; выполнять творческое задание.</w:t>
            </w:r>
          </w:p>
        </w:tc>
        <w:tc>
          <w:tcPr>
            <w:tcW w:w="1991" w:type="dxa"/>
          </w:tcPr>
          <w:p w14:paraId="1ED00D6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1555" w:type="dxa"/>
          </w:tcPr>
          <w:p w14:paraId="2EA001F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4B79164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5862F9A6" w14:textId="77777777" w:rsidTr="00376EAB">
        <w:trPr>
          <w:jc w:val="center"/>
        </w:trPr>
        <w:tc>
          <w:tcPr>
            <w:tcW w:w="708" w:type="dxa"/>
          </w:tcPr>
          <w:p w14:paraId="65DB1AE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25</w:t>
            </w:r>
          </w:p>
        </w:tc>
        <w:tc>
          <w:tcPr>
            <w:tcW w:w="1991" w:type="dxa"/>
          </w:tcPr>
          <w:p w14:paraId="21A5030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театра и кино</w:t>
            </w:r>
          </w:p>
        </w:tc>
        <w:tc>
          <w:tcPr>
            <w:tcW w:w="1572" w:type="dxa"/>
          </w:tcPr>
          <w:p w14:paraId="527263A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Опера</w:t>
            </w:r>
          </w:p>
        </w:tc>
        <w:tc>
          <w:tcPr>
            <w:tcW w:w="2894" w:type="dxa"/>
          </w:tcPr>
          <w:p w14:paraId="096619B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Музыкально-сценические жанры и функции музыки в театре, кино и анимации.</w:t>
            </w:r>
          </w:p>
        </w:tc>
        <w:tc>
          <w:tcPr>
            <w:tcW w:w="3570" w:type="dxa"/>
          </w:tcPr>
          <w:p w14:paraId="2CF6759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Различать жанры и музыкальные номера; прослеживать связь музыки с героем и действием; выполнять творческое задание.</w:t>
            </w:r>
          </w:p>
        </w:tc>
        <w:tc>
          <w:tcPr>
            <w:tcW w:w="1991" w:type="dxa"/>
          </w:tcPr>
          <w:p w14:paraId="0609634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555" w:type="dxa"/>
          </w:tcPr>
          <w:p w14:paraId="3132F46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0AD6400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57746AB5" w14:textId="77777777" w:rsidTr="00376EAB">
        <w:trPr>
          <w:jc w:val="center"/>
        </w:trPr>
        <w:tc>
          <w:tcPr>
            <w:tcW w:w="708" w:type="dxa"/>
          </w:tcPr>
          <w:p w14:paraId="68103C7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26</w:t>
            </w:r>
          </w:p>
        </w:tc>
        <w:tc>
          <w:tcPr>
            <w:tcW w:w="1991" w:type="dxa"/>
          </w:tcPr>
          <w:p w14:paraId="51ED191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театра и кино</w:t>
            </w:r>
          </w:p>
        </w:tc>
        <w:tc>
          <w:tcPr>
            <w:tcW w:w="1572" w:type="dxa"/>
          </w:tcPr>
          <w:p w14:paraId="0FE8827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Балет</w:t>
            </w:r>
          </w:p>
        </w:tc>
        <w:tc>
          <w:tcPr>
            <w:tcW w:w="2894" w:type="dxa"/>
          </w:tcPr>
          <w:p w14:paraId="65E1D36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Музыкально-сценические жанры и функции музыки в театре, кино и анимации.</w:t>
            </w:r>
          </w:p>
        </w:tc>
        <w:tc>
          <w:tcPr>
            <w:tcW w:w="3570" w:type="dxa"/>
          </w:tcPr>
          <w:p w14:paraId="23786E9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Различать жанры и музыкальные номера; прослеживать связь музыки с героем и действием; выполнять творческое задание.</w:t>
            </w:r>
          </w:p>
        </w:tc>
        <w:tc>
          <w:tcPr>
            <w:tcW w:w="1991" w:type="dxa"/>
          </w:tcPr>
          <w:p w14:paraId="5E374B9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555" w:type="dxa"/>
          </w:tcPr>
          <w:p w14:paraId="0A5C4E5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1236B2C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50D3F59D" w14:textId="77777777" w:rsidTr="00376EAB">
        <w:trPr>
          <w:jc w:val="center"/>
        </w:trPr>
        <w:tc>
          <w:tcPr>
            <w:tcW w:w="708" w:type="dxa"/>
          </w:tcPr>
          <w:p w14:paraId="282E7E5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27</w:t>
            </w:r>
          </w:p>
        </w:tc>
        <w:tc>
          <w:tcPr>
            <w:tcW w:w="1991" w:type="dxa"/>
          </w:tcPr>
          <w:p w14:paraId="1AB2A31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театра и кино</w:t>
            </w:r>
          </w:p>
        </w:tc>
        <w:tc>
          <w:tcPr>
            <w:tcW w:w="1572" w:type="dxa"/>
          </w:tcPr>
          <w:p w14:paraId="52281D2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кино и анимации</w:t>
            </w:r>
          </w:p>
        </w:tc>
        <w:tc>
          <w:tcPr>
            <w:tcW w:w="2894" w:type="dxa"/>
          </w:tcPr>
          <w:p w14:paraId="67F3FD1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Музыкально-сценические жанры и функции музыки в театре, кино и анимации.</w:t>
            </w:r>
          </w:p>
        </w:tc>
        <w:tc>
          <w:tcPr>
            <w:tcW w:w="3570" w:type="dxa"/>
          </w:tcPr>
          <w:p w14:paraId="16407E7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Различать жанры и музыкальные номера; прослеживать связь музыки с героем и действием; выполнять творческое задание.</w:t>
            </w:r>
          </w:p>
        </w:tc>
        <w:tc>
          <w:tcPr>
            <w:tcW w:w="1991" w:type="dxa"/>
          </w:tcPr>
          <w:p w14:paraId="433FAC4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555" w:type="dxa"/>
          </w:tcPr>
          <w:p w14:paraId="7CC05FC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7B28370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6B966FE3" w14:textId="77777777" w:rsidTr="00376EAB">
        <w:trPr>
          <w:jc w:val="center"/>
        </w:trPr>
        <w:tc>
          <w:tcPr>
            <w:tcW w:w="708" w:type="dxa"/>
          </w:tcPr>
          <w:p w14:paraId="6E825B6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28</w:t>
            </w:r>
          </w:p>
        </w:tc>
        <w:tc>
          <w:tcPr>
            <w:tcW w:w="1991" w:type="dxa"/>
          </w:tcPr>
          <w:p w14:paraId="19FA6B2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Современная музыкальная культура</w:t>
            </w:r>
          </w:p>
        </w:tc>
        <w:tc>
          <w:tcPr>
            <w:tcW w:w="1572" w:type="dxa"/>
          </w:tcPr>
          <w:p w14:paraId="36EE332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Современные обработки классической и народной музыки</w:t>
            </w:r>
          </w:p>
        </w:tc>
        <w:tc>
          <w:tcPr>
            <w:tcW w:w="2894" w:type="dxa"/>
          </w:tcPr>
          <w:p w14:paraId="6B2D338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Современные стили, обработки, исполнители и электронные инструменты.</w:t>
            </w:r>
          </w:p>
        </w:tc>
        <w:tc>
          <w:tcPr>
            <w:tcW w:w="3570" w:type="dxa"/>
          </w:tcPr>
          <w:p w14:paraId="401EFCD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звучание и интерпретации; выполнять ритмическую/творческую практику; обсуждать роль технологий.</w:t>
            </w:r>
          </w:p>
        </w:tc>
        <w:tc>
          <w:tcPr>
            <w:tcW w:w="1991" w:type="dxa"/>
          </w:tcPr>
          <w:p w14:paraId="7FD6977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Творческое задание</w:t>
            </w:r>
          </w:p>
        </w:tc>
        <w:tc>
          <w:tcPr>
            <w:tcW w:w="1555" w:type="dxa"/>
          </w:tcPr>
          <w:p w14:paraId="667EE9B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2DD8A74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680B9D3F" w14:textId="77777777" w:rsidTr="00376EAB">
        <w:trPr>
          <w:jc w:val="center"/>
        </w:trPr>
        <w:tc>
          <w:tcPr>
            <w:tcW w:w="708" w:type="dxa"/>
          </w:tcPr>
          <w:p w14:paraId="054F458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29</w:t>
            </w:r>
          </w:p>
        </w:tc>
        <w:tc>
          <w:tcPr>
            <w:tcW w:w="1991" w:type="dxa"/>
          </w:tcPr>
          <w:p w14:paraId="4D2B6C2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Современная музыкальная культура</w:t>
            </w:r>
          </w:p>
        </w:tc>
        <w:tc>
          <w:tcPr>
            <w:tcW w:w="1572" w:type="dxa"/>
          </w:tcPr>
          <w:p w14:paraId="15E1677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Джаз и импровизация</w:t>
            </w:r>
          </w:p>
        </w:tc>
        <w:tc>
          <w:tcPr>
            <w:tcW w:w="2894" w:type="dxa"/>
          </w:tcPr>
          <w:p w14:paraId="034B22C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Современные стили, обработки, исполнители и электронные инструменты.</w:t>
            </w:r>
          </w:p>
        </w:tc>
        <w:tc>
          <w:tcPr>
            <w:tcW w:w="3570" w:type="dxa"/>
          </w:tcPr>
          <w:p w14:paraId="7481673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звучание и интерпретации; выполнять ритмическую/творческую практику; обсуждать роль технологий.</w:t>
            </w:r>
          </w:p>
        </w:tc>
        <w:tc>
          <w:tcPr>
            <w:tcW w:w="1991" w:type="dxa"/>
          </w:tcPr>
          <w:p w14:paraId="23614A5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викторина</w:t>
            </w:r>
          </w:p>
        </w:tc>
        <w:tc>
          <w:tcPr>
            <w:tcW w:w="1555" w:type="dxa"/>
          </w:tcPr>
          <w:p w14:paraId="666D3C7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07B5E47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346EC21A" w14:textId="77777777" w:rsidTr="00376EAB">
        <w:trPr>
          <w:jc w:val="center"/>
        </w:trPr>
        <w:tc>
          <w:tcPr>
            <w:tcW w:w="708" w:type="dxa"/>
          </w:tcPr>
          <w:p w14:paraId="209C742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30</w:t>
            </w:r>
          </w:p>
        </w:tc>
        <w:tc>
          <w:tcPr>
            <w:tcW w:w="1991" w:type="dxa"/>
          </w:tcPr>
          <w:p w14:paraId="2D21803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Современная музыкальная культура</w:t>
            </w:r>
          </w:p>
        </w:tc>
        <w:tc>
          <w:tcPr>
            <w:tcW w:w="1572" w:type="dxa"/>
          </w:tcPr>
          <w:p w14:paraId="7941B69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Современный исполнитель</w:t>
            </w:r>
          </w:p>
        </w:tc>
        <w:tc>
          <w:tcPr>
            <w:tcW w:w="2894" w:type="dxa"/>
          </w:tcPr>
          <w:p w14:paraId="6905D60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Современные стили, обработки, исполнители и электронные инструменты.</w:t>
            </w:r>
          </w:p>
        </w:tc>
        <w:tc>
          <w:tcPr>
            <w:tcW w:w="3570" w:type="dxa"/>
          </w:tcPr>
          <w:p w14:paraId="1FF0C66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звучание и интерпретации; выполнять ритмическую/творческую практику; обсуждать роль технологий.</w:t>
            </w:r>
          </w:p>
        </w:tc>
        <w:tc>
          <w:tcPr>
            <w:tcW w:w="1991" w:type="dxa"/>
          </w:tcPr>
          <w:p w14:paraId="72F81A8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1555" w:type="dxa"/>
          </w:tcPr>
          <w:p w14:paraId="331FC22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64693DA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34D4F816" w14:textId="77777777" w:rsidTr="00376EAB">
        <w:trPr>
          <w:jc w:val="center"/>
        </w:trPr>
        <w:tc>
          <w:tcPr>
            <w:tcW w:w="708" w:type="dxa"/>
          </w:tcPr>
          <w:p w14:paraId="18192D26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31</w:t>
            </w:r>
          </w:p>
        </w:tc>
        <w:tc>
          <w:tcPr>
            <w:tcW w:w="1991" w:type="dxa"/>
          </w:tcPr>
          <w:p w14:paraId="18E5CC2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Современная музыкальная культура</w:t>
            </w:r>
          </w:p>
        </w:tc>
        <w:tc>
          <w:tcPr>
            <w:tcW w:w="1572" w:type="dxa"/>
          </w:tcPr>
          <w:p w14:paraId="42D569E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Электронные музыкальные инструменты</w:t>
            </w:r>
          </w:p>
        </w:tc>
        <w:tc>
          <w:tcPr>
            <w:tcW w:w="2894" w:type="dxa"/>
          </w:tcPr>
          <w:p w14:paraId="104CA12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Современные стили, обработки, исполнители и электронные инструменты.</w:t>
            </w:r>
          </w:p>
        </w:tc>
        <w:tc>
          <w:tcPr>
            <w:tcW w:w="3570" w:type="dxa"/>
          </w:tcPr>
          <w:p w14:paraId="66D0288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звучание и интерпретации; выполнять ритмическую/творческую практику; обсуждать роль технологий.</w:t>
            </w:r>
          </w:p>
        </w:tc>
        <w:tc>
          <w:tcPr>
            <w:tcW w:w="1991" w:type="dxa"/>
          </w:tcPr>
          <w:p w14:paraId="5AAF42B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555" w:type="dxa"/>
          </w:tcPr>
          <w:p w14:paraId="10A0575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7243F9D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28BEE482" w14:textId="77777777" w:rsidTr="00376EAB">
        <w:trPr>
          <w:jc w:val="center"/>
        </w:trPr>
        <w:tc>
          <w:tcPr>
            <w:tcW w:w="708" w:type="dxa"/>
          </w:tcPr>
          <w:p w14:paraId="693E406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32</w:t>
            </w:r>
          </w:p>
        </w:tc>
        <w:tc>
          <w:tcPr>
            <w:tcW w:w="1991" w:type="dxa"/>
          </w:tcPr>
          <w:p w14:paraId="1438A1A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грамота</w:t>
            </w:r>
          </w:p>
        </w:tc>
        <w:tc>
          <w:tcPr>
            <w:tcW w:w="1572" w:type="dxa"/>
          </w:tcPr>
          <w:p w14:paraId="5B9E6A6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Музыкальные и шумовые звуки. Тембр</w:t>
            </w:r>
          </w:p>
        </w:tc>
        <w:tc>
          <w:tcPr>
            <w:tcW w:w="2894" w:type="dxa"/>
          </w:tcPr>
          <w:p w14:paraId="67647FA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Элементы музыкального языка и нотной записи в практической музыкальной деятельности.</w:t>
            </w:r>
          </w:p>
        </w:tc>
        <w:tc>
          <w:tcPr>
            <w:tcW w:w="3570" w:type="dxa"/>
          </w:tcPr>
          <w:p w14:paraId="1582172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элементы музыкального языка на слух; исполнять ритмические модели; пользоваться графическими схемами.</w:t>
            </w:r>
          </w:p>
        </w:tc>
        <w:tc>
          <w:tcPr>
            <w:tcW w:w="1991" w:type="dxa"/>
          </w:tcPr>
          <w:p w14:paraId="3ABE820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555" w:type="dxa"/>
          </w:tcPr>
          <w:p w14:paraId="398EA74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30B4F24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580A56CF" w14:textId="77777777" w:rsidTr="00376EAB">
        <w:trPr>
          <w:jc w:val="center"/>
        </w:trPr>
        <w:tc>
          <w:tcPr>
            <w:tcW w:w="708" w:type="dxa"/>
          </w:tcPr>
          <w:p w14:paraId="3E5125D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33</w:t>
            </w:r>
          </w:p>
        </w:tc>
        <w:tc>
          <w:tcPr>
            <w:tcW w:w="1991" w:type="dxa"/>
          </w:tcPr>
          <w:p w14:paraId="4A25A86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грамота</w:t>
            </w:r>
          </w:p>
        </w:tc>
        <w:tc>
          <w:tcPr>
            <w:tcW w:w="1572" w:type="dxa"/>
          </w:tcPr>
          <w:p w14:paraId="21BA8EE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Мелодия и интонация</w:t>
            </w:r>
          </w:p>
        </w:tc>
        <w:tc>
          <w:tcPr>
            <w:tcW w:w="2894" w:type="dxa"/>
          </w:tcPr>
          <w:p w14:paraId="0D09D83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Элементы музыкального языка и нотной записи в практической музыкальной деятельности.</w:t>
            </w:r>
          </w:p>
        </w:tc>
        <w:tc>
          <w:tcPr>
            <w:tcW w:w="3570" w:type="dxa"/>
          </w:tcPr>
          <w:p w14:paraId="4DB87FB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элементы музыкального языка на слух; исполнять ритмические модели; пользоваться графическими схемами.</w:t>
            </w:r>
          </w:p>
        </w:tc>
        <w:tc>
          <w:tcPr>
            <w:tcW w:w="1991" w:type="dxa"/>
          </w:tcPr>
          <w:p w14:paraId="3A0838C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555" w:type="dxa"/>
          </w:tcPr>
          <w:p w14:paraId="6876944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2822BF1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39439CDB" w14:textId="77777777" w:rsidTr="00376EAB">
        <w:trPr>
          <w:jc w:val="center"/>
        </w:trPr>
        <w:tc>
          <w:tcPr>
            <w:tcW w:w="708" w:type="dxa"/>
          </w:tcPr>
          <w:p w14:paraId="1FB1218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34</w:t>
            </w:r>
          </w:p>
        </w:tc>
        <w:tc>
          <w:tcPr>
            <w:tcW w:w="1991" w:type="dxa"/>
          </w:tcPr>
          <w:p w14:paraId="6960528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грамота</w:t>
            </w:r>
          </w:p>
        </w:tc>
        <w:tc>
          <w:tcPr>
            <w:tcW w:w="1572" w:type="dxa"/>
          </w:tcPr>
          <w:p w14:paraId="2F4B8D2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Итоговое музыкально-творческое занятие. Обобщение 3 класса</w:t>
            </w:r>
          </w:p>
        </w:tc>
        <w:tc>
          <w:tcPr>
            <w:tcW w:w="2894" w:type="dxa"/>
          </w:tcPr>
          <w:p w14:paraId="007368F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Обобщение изученных модулей, жанров, произведений, средств музыкальной выразительности и видов музыкальной деятельности.</w:t>
            </w:r>
          </w:p>
        </w:tc>
        <w:tc>
          <w:tcPr>
            <w:tcW w:w="3570" w:type="dxa"/>
          </w:tcPr>
          <w:p w14:paraId="668E840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Узнавать и характеризовать изученную музыку; исполнять выбранный репертуар; представлять творческий результат; проводить самооценку.</w:t>
            </w:r>
          </w:p>
        </w:tc>
        <w:tc>
          <w:tcPr>
            <w:tcW w:w="1991" w:type="dxa"/>
          </w:tcPr>
          <w:p w14:paraId="046ADDA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Итоговое творческое задание</w:t>
            </w:r>
          </w:p>
        </w:tc>
        <w:tc>
          <w:tcPr>
            <w:tcW w:w="1555" w:type="dxa"/>
          </w:tcPr>
          <w:p w14:paraId="12C612F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53D1F8D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1E54E1B" w14:textId="77777777" w:rsidR="00654A0A" w:rsidRPr="004C60B8" w:rsidRDefault="00654A0A" w:rsidP="00654A0A">
      <w:r w:rsidRPr="004C60B8">
        <w:rPr>
          <w:b/>
        </w:rPr>
        <w:t>Итого: 34 часов.</w:t>
      </w:r>
    </w:p>
    <w:p w14:paraId="04F245C4" w14:textId="77777777" w:rsidR="00654A0A" w:rsidRPr="004C60B8" w:rsidRDefault="00654A0A" w:rsidP="00654A0A">
      <w:pPr>
        <w:sectPr w:rsidR="00654A0A" w:rsidRPr="004C60B8" w:rsidSect="00654A0A">
          <w:pgSz w:w="16838" w:h="11906" w:orient="landscape"/>
          <w:pgMar w:top="454" w:right="454" w:bottom="454" w:left="454" w:header="720" w:footer="720" w:gutter="0"/>
          <w:cols w:space="720"/>
          <w:docGrid w:linePitch="360"/>
        </w:sectPr>
      </w:pPr>
    </w:p>
    <w:p w14:paraId="5D6B2FAA" w14:textId="77777777" w:rsidR="00654A0A" w:rsidRPr="004C60B8" w:rsidRDefault="00654A0A" w:rsidP="00654A0A">
      <w:pPr>
        <w:pStyle w:val="21"/>
        <w:jc w:val="center"/>
      </w:pPr>
      <w:r w:rsidRPr="004C60B8">
        <w:t>4.4. КТП. 4 класс</w:t>
      </w:r>
    </w:p>
    <w:p w14:paraId="74108730" w14:textId="77777777" w:rsidR="00654A0A" w:rsidRPr="004C60B8" w:rsidRDefault="00654A0A" w:rsidP="00654A0A">
      <w:pPr>
        <w:jc w:val="center"/>
      </w:pPr>
      <w:r w:rsidRPr="004C60B8">
        <w:t>Объём: 34 часов, 1 час в неделю.</w:t>
      </w:r>
    </w:p>
    <w:tbl>
      <w:tblPr>
        <w:tblStyle w:val="aff0"/>
        <w:tblW w:w="15897" w:type="dxa"/>
        <w:jc w:val="center"/>
        <w:tblLook w:val="04A0" w:firstRow="1" w:lastRow="0" w:firstColumn="1" w:lastColumn="0" w:noHBand="0" w:noVBand="1"/>
      </w:tblPr>
      <w:tblGrid>
        <w:gridCol w:w="534"/>
        <w:gridCol w:w="1968"/>
        <w:gridCol w:w="1975"/>
        <w:gridCol w:w="2870"/>
        <w:gridCol w:w="3563"/>
        <w:gridCol w:w="1975"/>
        <w:gridCol w:w="1426"/>
        <w:gridCol w:w="1586"/>
      </w:tblGrid>
      <w:tr w:rsidR="00654A0A" w:rsidRPr="004C60B8" w14:paraId="2B30CF00" w14:textId="77777777" w:rsidTr="00376EAB">
        <w:trPr>
          <w:tblHeader/>
          <w:jc w:val="center"/>
        </w:trPr>
        <w:tc>
          <w:tcPr>
            <w:tcW w:w="534" w:type="dxa"/>
            <w:shd w:val="clear" w:color="auto" w:fill="D9EAF7"/>
          </w:tcPr>
          <w:p w14:paraId="391F34F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968" w:type="dxa"/>
            <w:shd w:val="clear" w:color="auto" w:fill="D9EAF7"/>
          </w:tcPr>
          <w:p w14:paraId="7D40FE8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Модуль</w:t>
            </w:r>
          </w:p>
        </w:tc>
        <w:tc>
          <w:tcPr>
            <w:tcW w:w="1975" w:type="dxa"/>
            <w:shd w:val="clear" w:color="auto" w:fill="D9EAF7"/>
          </w:tcPr>
          <w:p w14:paraId="4170ECA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2870" w:type="dxa"/>
            <w:shd w:val="clear" w:color="auto" w:fill="D9EAF7"/>
          </w:tcPr>
          <w:p w14:paraId="2434000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Содержание</w:t>
            </w:r>
          </w:p>
        </w:tc>
        <w:tc>
          <w:tcPr>
            <w:tcW w:w="3563" w:type="dxa"/>
            <w:shd w:val="clear" w:color="auto" w:fill="D9EAF7"/>
          </w:tcPr>
          <w:p w14:paraId="79F14D2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Планируемая деятельность / результаты</w:t>
            </w:r>
          </w:p>
        </w:tc>
        <w:tc>
          <w:tcPr>
            <w:tcW w:w="1975" w:type="dxa"/>
            <w:shd w:val="clear" w:color="auto" w:fill="D9EAF7"/>
          </w:tcPr>
          <w:p w14:paraId="3929B7B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Форма контроля</w:t>
            </w:r>
          </w:p>
        </w:tc>
        <w:tc>
          <w:tcPr>
            <w:tcW w:w="1426" w:type="dxa"/>
            <w:shd w:val="clear" w:color="auto" w:fill="D9EAF7"/>
          </w:tcPr>
          <w:p w14:paraId="107AE77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Дата план</w:t>
            </w:r>
          </w:p>
        </w:tc>
        <w:tc>
          <w:tcPr>
            <w:tcW w:w="1586" w:type="dxa"/>
            <w:shd w:val="clear" w:color="auto" w:fill="D9EAF7"/>
          </w:tcPr>
          <w:p w14:paraId="560F7CB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b/>
                <w:sz w:val="20"/>
                <w:szCs w:val="20"/>
              </w:rPr>
              <w:t>Дата факт</w:t>
            </w:r>
          </w:p>
        </w:tc>
      </w:tr>
      <w:tr w:rsidR="00654A0A" w:rsidRPr="004C60B8" w14:paraId="134E4DE0" w14:textId="77777777" w:rsidTr="00376EAB">
        <w:trPr>
          <w:jc w:val="center"/>
        </w:trPr>
        <w:tc>
          <w:tcPr>
            <w:tcW w:w="534" w:type="dxa"/>
          </w:tcPr>
          <w:p w14:paraId="0A820E4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</w:t>
            </w:r>
          </w:p>
        </w:tc>
        <w:tc>
          <w:tcPr>
            <w:tcW w:w="1968" w:type="dxa"/>
          </w:tcPr>
          <w:p w14:paraId="3A6A035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975" w:type="dxa"/>
          </w:tcPr>
          <w:p w14:paraId="100E389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Край, в котором ты живёшь</w:t>
            </w:r>
          </w:p>
        </w:tc>
        <w:tc>
          <w:tcPr>
            <w:tcW w:w="2870" w:type="dxa"/>
          </w:tcPr>
          <w:p w14:paraId="0C9E67A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563" w:type="dxa"/>
          </w:tcPr>
          <w:p w14:paraId="33FB473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75" w:type="dxa"/>
          </w:tcPr>
          <w:p w14:paraId="49E8B34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426" w:type="dxa"/>
          </w:tcPr>
          <w:p w14:paraId="7F323C2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453B699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18E5C772" w14:textId="77777777" w:rsidTr="00376EAB">
        <w:trPr>
          <w:jc w:val="center"/>
        </w:trPr>
        <w:tc>
          <w:tcPr>
            <w:tcW w:w="534" w:type="dxa"/>
          </w:tcPr>
          <w:p w14:paraId="3E0E4E8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</w:t>
            </w:r>
          </w:p>
        </w:tc>
        <w:tc>
          <w:tcPr>
            <w:tcW w:w="1968" w:type="dxa"/>
          </w:tcPr>
          <w:p w14:paraId="45E8A90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975" w:type="dxa"/>
          </w:tcPr>
          <w:p w14:paraId="09A94CA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Русский фольклор</w:t>
            </w:r>
          </w:p>
        </w:tc>
        <w:tc>
          <w:tcPr>
            <w:tcW w:w="2870" w:type="dxa"/>
          </w:tcPr>
          <w:p w14:paraId="3EEE9E1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563" w:type="dxa"/>
          </w:tcPr>
          <w:p w14:paraId="63331EF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75" w:type="dxa"/>
          </w:tcPr>
          <w:p w14:paraId="3B3797F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426" w:type="dxa"/>
          </w:tcPr>
          <w:p w14:paraId="5ECD94F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0FD9282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55865D66" w14:textId="77777777" w:rsidTr="00376EAB">
        <w:trPr>
          <w:jc w:val="center"/>
        </w:trPr>
        <w:tc>
          <w:tcPr>
            <w:tcW w:w="534" w:type="dxa"/>
          </w:tcPr>
          <w:p w14:paraId="4221162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</w:t>
            </w:r>
          </w:p>
        </w:tc>
        <w:tc>
          <w:tcPr>
            <w:tcW w:w="1968" w:type="dxa"/>
          </w:tcPr>
          <w:p w14:paraId="0A5B1FA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975" w:type="dxa"/>
          </w:tcPr>
          <w:p w14:paraId="64D8E79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Народные музыкальные инструменты</w:t>
            </w:r>
          </w:p>
        </w:tc>
        <w:tc>
          <w:tcPr>
            <w:tcW w:w="2870" w:type="dxa"/>
          </w:tcPr>
          <w:p w14:paraId="703A252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563" w:type="dxa"/>
          </w:tcPr>
          <w:p w14:paraId="01AF84E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75" w:type="dxa"/>
          </w:tcPr>
          <w:p w14:paraId="458AA65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426" w:type="dxa"/>
          </w:tcPr>
          <w:p w14:paraId="731C9E0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2BE6EFB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13FDB469" w14:textId="77777777" w:rsidTr="00376EAB">
        <w:trPr>
          <w:jc w:val="center"/>
        </w:trPr>
        <w:tc>
          <w:tcPr>
            <w:tcW w:w="534" w:type="dxa"/>
          </w:tcPr>
          <w:p w14:paraId="1EB9F4D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4</w:t>
            </w:r>
          </w:p>
        </w:tc>
        <w:tc>
          <w:tcPr>
            <w:tcW w:w="1968" w:type="dxa"/>
          </w:tcPr>
          <w:p w14:paraId="5EF1927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975" w:type="dxa"/>
          </w:tcPr>
          <w:p w14:paraId="748D0DA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Народные наигрыши и танцы</w:t>
            </w:r>
          </w:p>
        </w:tc>
        <w:tc>
          <w:tcPr>
            <w:tcW w:w="2870" w:type="dxa"/>
          </w:tcPr>
          <w:p w14:paraId="6252073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563" w:type="dxa"/>
          </w:tcPr>
          <w:p w14:paraId="7FEB24A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75" w:type="dxa"/>
          </w:tcPr>
          <w:p w14:paraId="7AE97DB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Творческое задание</w:t>
            </w:r>
          </w:p>
        </w:tc>
        <w:tc>
          <w:tcPr>
            <w:tcW w:w="1426" w:type="dxa"/>
          </w:tcPr>
          <w:p w14:paraId="6A89DE0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4617A40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1125DD40" w14:textId="77777777" w:rsidTr="00376EAB">
        <w:trPr>
          <w:jc w:val="center"/>
        </w:trPr>
        <w:tc>
          <w:tcPr>
            <w:tcW w:w="534" w:type="dxa"/>
          </w:tcPr>
          <w:p w14:paraId="06FED546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5</w:t>
            </w:r>
          </w:p>
        </w:tc>
        <w:tc>
          <w:tcPr>
            <w:tcW w:w="1968" w:type="dxa"/>
          </w:tcPr>
          <w:p w14:paraId="7948899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975" w:type="dxa"/>
          </w:tcPr>
          <w:p w14:paraId="6ED3314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Сказки, былины и легенды о музыке</w:t>
            </w:r>
          </w:p>
        </w:tc>
        <w:tc>
          <w:tcPr>
            <w:tcW w:w="2870" w:type="dxa"/>
          </w:tcPr>
          <w:p w14:paraId="37177A3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563" w:type="dxa"/>
          </w:tcPr>
          <w:p w14:paraId="1AB96E9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75" w:type="dxa"/>
          </w:tcPr>
          <w:p w14:paraId="56D3ACE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викторина</w:t>
            </w:r>
          </w:p>
        </w:tc>
        <w:tc>
          <w:tcPr>
            <w:tcW w:w="1426" w:type="dxa"/>
          </w:tcPr>
          <w:p w14:paraId="119D204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53EB9E5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20194301" w14:textId="77777777" w:rsidTr="00376EAB">
        <w:trPr>
          <w:jc w:val="center"/>
        </w:trPr>
        <w:tc>
          <w:tcPr>
            <w:tcW w:w="534" w:type="dxa"/>
          </w:tcPr>
          <w:p w14:paraId="74A5A6D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6</w:t>
            </w:r>
          </w:p>
        </w:tc>
        <w:tc>
          <w:tcPr>
            <w:tcW w:w="1968" w:type="dxa"/>
          </w:tcPr>
          <w:p w14:paraId="11FE174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Народная музыка России</w:t>
            </w:r>
          </w:p>
        </w:tc>
        <w:tc>
          <w:tcPr>
            <w:tcW w:w="1975" w:type="dxa"/>
          </w:tcPr>
          <w:p w14:paraId="5BCF561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Народный праздник и театр</w:t>
            </w:r>
          </w:p>
        </w:tc>
        <w:tc>
          <w:tcPr>
            <w:tcW w:w="2870" w:type="dxa"/>
          </w:tcPr>
          <w:p w14:paraId="3C2731C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Фольклор, традиции, жанры и инструменты; связь музыки с жизнью народа.</w:t>
            </w:r>
          </w:p>
        </w:tc>
        <w:tc>
          <w:tcPr>
            <w:tcW w:w="3563" w:type="dxa"/>
          </w:tcPr>
          <w:p w14:paraId="46AEB08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Слушать, исполнять, сравнивать фольклорные образцы; различать тембры; участвовать в игре или инсценировании.</w:t>
            </w:r>
          </w:p>
        </w:tc>
        <w:tc>
          <w:tcPr>
            <w:tcW w:w="1975" w:type="dxa"/>
          </w:tcPr>
          <w:p w14:paraId="36B7458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1426" w:type="dxa"/>
          </w:tcPr>
          <w:p w14:paraId="2FF3D42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381F33F6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643A5546" w14:textId="77777777" w:rsidTr="00376EAB">
        <w:trPr>
          <w:jc w:val="center"/>
        </w:trPr>
        <w:tc>
          <w:tcPr>
            <w:tcW w:w="534" w:type="dxa"/>
          </w:tcPr>
          <w:p w14:paraId="042C40A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7</w:t>
            </w:r>
          </w:p>
        </w:tc>
        <w:tc>
          <w:tcPr>
            <w:tcW w:w="1968" w:type="dxa"/>
          </w:tcPr>
          <w:p w14:paraId="30B8FE7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975" w:type="dxa"/>
          </w:tcPr>
          <w:p w14:paraId="4407E79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Композитор — исполнитель — слушатель</w:t>
            </w:r>
          </w:p>
        </w:tc>
        <w:tc>
          <w:tcPr>
            <w:tcW w:w="2870" w:type="dxa"/>
          </w:tcPr>
          <w:p w14:paraId="7E4D429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563" w:type="dxa"/>
          </w:tcPr>
          <w:p w14:paraId="7500321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75" w:type="dxa"/>
          </w:tcPr>
          <w:p w14:paraId="238E357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426" w:type="dxa"/>
          </w:tcPr>
          <w:p w14:paraId="21A59DA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699DC27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5EBE5308" w14:textId="77777777" w:rsidTr="00376EAB">
        <w:trPr>
          <w:jc w:val="center"/>
        </w:trPr>
        <w:tc>
          <w:tcPr>
            <w:tcW w:w="534" w:type="dxa"/>
          </w:tcPr>
          <w:p w14:paraId="2CE65CE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8</w:t>
            </w:r>
          </w:p>
        </w:tc>
        <w:tc>
          <w:tcPr>
            <w:tcW w:w="1968" w:type="dxa"/>
          </w:tcPr>
          <w:p w14:paraId="1C87218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975" w:type="dxa"/>
          </w:tcPr>
          <w:p w14:paraId="071CF09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Мелодия и музыкальный образ</w:t>
            </w:r>
          </w:p>
        </w:tc>
        <w:tc>
          <w:tcPr>
            <w:tcW w:w="2870" w:type="dxa"/>
          </w:tcPr>
          <w:p w14:paraId="7C46701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563" w:type="dxa"/>
          </w:tcPr>
          <w:p w14:paraId="3547657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75" w:type="dxa"/>
          </w:tcPr>
          <w:p w14:paraId="0F0C862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426" w:type="dxa"/>
          </w:tcPr>
          <w:p w14:paraId="6E82A28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24A1657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4AFEF2BE" w14:textId="77777777" w:rsidTr="00376EAB">
        <w:trPr>
          <w:jc w:val="center"/>
        </w:trPr>
        <w:tc>
          <w:tcPr>
            <w:tcW w:w="534" w:type="dxa"/>
          </w:tcPr>
          <w:p w14:paraId="46843AB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9</w:t>
            </w:r>
          </w:p>
        </w:tc>
        <w:tc>
          <w:tcPr>
            <w:tcW w:w="1968" w:type="dxa"/>
          </w:tcPr>
          <w:p w14:paraId="59CD4C0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975" w:type="dxa"/>
          </w:tcPr>
          <w:p w14:paraId="33EAA8A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Музыкальный портрет</w:t>
            </w:r>
          </w:p>
        </w:tc>
        <w:tc>
          <w:tcPr>
            <w:tcW w:w="2870" w:type="dxa"/>
          </w:tcPr>
          <w:p w14:paraId="4C55993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563" w:type="dxa"/>
          </w:tcPr>
          <w:p w14:paraId="0AE2A3F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75" w:type="dxa"/>
          </w:tcPr>
          <w:p w14:paraId="33B86F2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426" w:type="dxa"/>
          </w:tcPr>
          <w:p w14:paraId="458C144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29F22EE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5C30A75" w14:textId="77777777" w:rsidTr="00376EAB">
        <w:trPr>
          <w:jc w:val="center"/>
        </w:trPr>
        <w:tc>
          <w:tcPr>
            <w:tcW w:w="534" w:type="dxa"/>
          </w:tcPr>
          <w:p w14:paraId="31B3492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10</w:t>
            </w:r>
          </w:p>
        </w:tc>
        <w:tc>
          <w:tcPr>
            <w:tcW w:w="1968" w:type="dxa"/>
          </w:tcPr>
          <w:p w14:paraId="460A26B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975" w:type="dxa"/>
          </w:tcPr>
          <w:p w14:paraId="0E7D557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Музыкальный пейзаж</w:t>
            </w:r>
          </w:p>
        </w:tc>
        <w:tc>
          <w:tcPr>
            <w:tcW w:w="2870" w:type="dxa"/>
          </w:tcPr>
          <w:p w14:paraId="7944752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563" w:type="dxa"/>
          </w:tcPr>
          <w:p w14:paraId="524FE2A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75" w:type="dxa"/>
          </w:tcPr>
          <w:p w14:paraId="5DB6765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Творческое задание</w:t>
            </w:r>
          </w:p>
        </w:tc>
        <w:tc>
          <w:tcPr>
            <w:tcW w:w="1426" w:type="dxa"/>
          </w:tcPr>
          <w:p w14:paraId="3BE6830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153D8FD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6776F277" w14:textId="77777777" w:rsidTr="00376EAB">
        <w:trPr>
          <w:jc w:val="center"/>
        </w:trPr>
        <w:tc>
          <w:tcPr>
            <w:tcW w:w="534" w:type="dxa"/>
          </w:tcPr>
          <w:p w14:paraId="567519E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11</w:t>
            </w:r>
          </w:p>
        </w:tc>
        <w:tc>
          <w:tcPr>
            <w:tcW w:w="1968" w:type="dxa"/>
          </w:tcPr>
          <w:p w14:paraId="6570507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975" w:type="dxa"/>
          </w:tcPr>
          <w:p w14:paraId="20CBEE5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Инструменты и симфонический оркестр</w:t>
            </w:r>
          </w:p>
        </w:tc>
        <w:tc>
          <w:tcPr>
            <w:tcW w:w="2870" w:type="dxa"/>
          </w:tcPr>
          <w:p w14:paraId="4A83B59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563" w:type="dxa"/>
          </w:tcPr>
          <w:p w14:paraId="39DADD0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75" w:type="dxa"/>
          </w:tcPr>
          <w:p w14:paraId="1C5DB6E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викторина</w:t>
            </w:r>
          </w:p>
        </w:tc>
        <w:tc>
          <w:tcPr>
            <w:tcW w:w="1426" w:type="dxa"/>
          </w:tcPr>
          <w:p w14:paraId="523E643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3E97FAA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431387AD" w14:textId="77777777" w:rsidTr="00376EAB">
        <w:trPr>
          <w:jc w:val="center"/>
        </w:trPr>
        <w:tc>
          <w:tcPr>
            <w:tcW w:w="534" w:type="dxa"/>
          </w:tcPr>
          <w:p w14:paraId="5940A25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12</w:t>
            </w:r>
          </w:p>
        </w:tc>
        <w:tc>
          <w:tcPr>
            <w:tcW w:w="1968" w:type="dxa"/>
          </w:tcPr>
          <w:p w14:paraId="1FA1892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</w:t>
            </w:r>
          </w:p>
        </w:tc>
        <w:tc>
          <w:tcPr>
            <w:tcW w:w="1975" w:type="dxa"/>
          </w:tcPr>
          <w:p w14:paraId="1318507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Классическая музыка: слушаем и сравниваем</w:t>
            </w:r>
          </w:p>
        </w:tc>
        <w:tc>
          <w:tcPr>
            <w:tcW w:w="2870" w:type="dxa"/>
          </w:tcPr>
          <w:p w14:paraId="26D3221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Художественный образ, жанр, композитор и исполнитель; средства музыкальной выразительности.</w:t>
            </w:r>
          </w:p>
        </w:tc>
        <w:tc>
          <w:tcPr>
            <w:tcW w:w="3563" w:type="dxa"/>
          </w:tcPr>
          <w:p w14:paraId="0CCFD62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анализировать; определять характер, жанр и средства выразительности; узнавать изученные тембры и произведения.</w:t>
            </w:r>
          </w:p>
        </w:tc>
        <w:tc>
          <w:tcPr>
            <w:tcW w:w="1975" w:type="dxa"/>
          </w:tcPr>
          <w:p w14:paraId="1C574B1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1426" w:type="dxa"/>
          </w:tcPr>
          <w:p w14:paraId="5BE7AE2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62110C5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1BDC9A1E" w14:textId="77777777" w:rsidTr="00376EAB">
        <w:trPr>
          <w:jc w:val="center"/>
        </w:trPr>
        <w:tc>
          <w:tcPr>
            <w:tcW w:w="534" w:type="dxa"/>
          </w:tcPr>
          <w:p w14:paraId="5F48CD6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13</w:t>
            </w:r>
          </w:p>
        </w:tc>
        <w:tc>
          <w:tcPr>
            <w:tcW w:w="1968" w:type="dxa"/>
          </w:tcPr>
          <w:p w14:paraId="06FD45F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в жизни человека</w:t>
            </w:r>
          </w:p>
        </w:tc>
        <w:tc>
          <w:tcPr>
            <w:tcW w:w="1975" w:type="dxa"/>
          </w:tcPr>
          <w:p w14:paraId="3D728C4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Песня, танец, марш</w:t>
            </w:r>
          </w:p>
        </w:tc>
        <w:tc>
          <w:tcPr>
            <w:tcW w:w="2870" w:type="dxa"/>
          </w:tcPr>
          <w:p w14:paraId="6E7CF87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Функции музыки в повседневной, праздничной и общественной жизни.</w:t>
            </w:r>
          </w:p>
        </w:tc>
        <w:tc>
          <w:tcPr>
            <w:tcW w:w="3563" w:type="dxa"/>
          </w:tcPr>
          <w:p w14:paraId="4B555B5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функцию и характер музыки; выражать впечатления; исполнять и обсуждать музыкальные произведения.</w:t>
            </w:r>
          </w:p>
        </w:tc>
        <w:tc>
          <w:tcPr>
            <w:tcW w:w="1975" w:type="dxa"/>
          </w:tcPr>
          <w:p w14:paraId="249E6F6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426" w:type="dxa"/>
          </w:tcPr>
          <w:p w14:paraId="6D25795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51AE040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4284DAEE" w14:textId="77777777" w:rsidTr="00376EAB">
        <w:trPr>
          <w:jc w:val="center"/>
        </w:trPr>
        <w:tc>
          <w:tcPr>
            <w:tcW w:w="534" w:type="dxa"/>
          </w:tcPr>
          <w:p w14:paraId="79113F1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14</w:t>
            </w:r>
          </w:p>
        </w:tc>
        <w:tc>
          <w:tcPr>
            <w:tcW w:w="1968" w:type="dxa"/>
          </w:tcPr>
          <w:p w14:paraId="25AF7A6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в жизни человека</w:t>
            </w:r>
          </w:p>
        </w:tc>
        <w:tc>
          <w:tcPr>
            <w:tcW w:w="1975" w:type="dxa"/>
          </w:tcPr>
          <w:p w14:paraId="57F6A74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природы</w:t>
            </w:r>
          </w:p>
        </w:tc>
        <w:tc>
          <w:tcPr>
            <w:tcW w:w="2870" w:type="dxa"/>
          </w:tcPr>
          <w:p w14:paraId="2C7CA9B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Функции музыки в повседневной, праздничной и общественной жизни.</w:t>
            </w:r>
          </w:p>
        </w:tc>
        <w:tc>
          <w:tcPr>
            <w:tcW w:w="3563" w:type="dxa"/>
          </w:tcPr>
          <w:p w14:paraId="458861B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функцию и характер музыки; выражать впечатления; исполнять и обсуждать музыкальные произведения.</w:t>
            </w:r>
          </w:p>
        </w:tc>
        <w:tc>
          <w:tcPr>
            <w:tcW w:w="1975" w:type="dxa"/>
          </w:tcPr>
          <w:p w14:paraId="1C18BFA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426" w:type="dxa"/>
          </w:tcPr>
          <w:p w14:paraId="7C7E642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17D431B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4A77065D" w14:textId="77777777" w:rsidTr="00376EAB">
        <w:trPr>
          <w:jc w:val="center"/>
        </w:trPr>
        <w:tc>
          <w:tcPr>
            <w:tcW w:w="534" w:type="dxa"/>
          </w:tcPr>
          <w:p w14:paraId="7DCFA9E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15</w:t>
            </w:r>
          </w:p>
        </w:tc>
        <w:tc>
          <w:tcPr>
            <w:tcW w:w="1968" w:type="dxa"/>
          </w:tcPr>
          <w:p w14:paraId="22B72EF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в жизни человека</w:t>
            </w:r>
          </w:p>
        </w:tc>
        <w:tc>
          <w:tcPr>
            <w:tcW w:w="1975" w:type="dxa"/>
          </w:tcPr>
          <w:p w14:paraId="6892487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и чувства человека</w:t>
            </w:r>
          </w:p>
        </w:tc>
        <w:tc>
          <w:tcPr>
            <w:tcW w:w="2870" w:type="dxa"/>
          </w:tcPr>
          <w:p w14:paraId="4EF2218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Функции музыки в повседневной, праздничной и общественной жизни.</w:t>
            </w:r>
          </w:p>
        </w:tc>
        <w:tc>
          <w:tcPr>
            <w:tcW w:w="3563" w:type="dxa"/>
          </w:tcPr>
          <w:p w14:paraId="39FCB89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функцию и характер музыки; выражать впечатления; исполнять и обсуждать музыкальные произведения.</w:t>
            </w:r>
          </w:p>
        </w:tc>
        <w:tc>
          <w:tcPr>
            <w:tcW w:w="1975" w:type="dxa"/>
          </w:tcPr>
          <w:p w14:paraId="2F4176E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426" w:type="dxa"/>
          </w:tcPr>
          <w:p w14:paraId="7D7C63A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2807B35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26BA3E32" w14:textId="77777777" w:rsidTr="00376EAB">
        <w:trPr>
          <w:jc w:val="center"/>
        </w:trPr>
        <w:tc>
          <w:tcPr>
            <w:tcW w:w="534" w:type="dxa"/>
          </w:tcPr>
          <w:p w14:paraId="533BF2C1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16</w:t>
            </w:r>
          </w:p>
        </w:tc>
        <w:tc>
          <w:tcPr>
            <w:tcW w:w="1968" w:type="dxa"/>
          </w:tcPr>
          <w:p w14:paraId="3DDCAF3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в жизни человека</w:t>
            </w:r>
          </w:p>
        </w:tc>
        <w:tc>
          <w:tcPr>
            <w:tcW w:w="1975" w:type="dxa"/>
          </w:tcPr>
          <w:p w14:paraId="563A369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праздника и памятной даты</w:t>
            </w:r>
          </w:p>
        </w:tc>
        <w:tc>
          <w:tcPr>
            <w:tcW w:w="2870" w:type="dxa"/>
          </w:tcPr>
          <w:p w14:paraId="124DB48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Функции музыки в повседневной, праздничной и общественной жизни.</w:t>
            </w:r>
          </w:p>
        </w:tc>
        <w:tc>
          <w:tcPr>
            <w:tcW w:w="3563" w:type="dxa"/>
          </w:tcPr>
          <w:p w14:paraId="4A14295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функцию и характер музыки; выражать впечатления; исполнять и обсуждать музыкальные произведения.</w:t>
            </w:r>
          </w:p>
        </w:tc>
        <w:tc>
          <w:tcPr>
            <w:tcW w:w="1975" w:type="dxa"/>
          </w:tcPr>
          <w:p w14:paraId="0282B73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Творческое задание</w:t>
            </w:r>
          </w:p>
        </w:tc>
        <w:tc>
          <w:tcPr>
            <w:tcW w:w="1426" w:type="dxa"/>
          </w:tcPr>
          <w:p w14:paraId="6BBB6CD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104AF58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1C1AEBCD" w14:textId="77777777" w:rsidTr="00376EAB">
        <w:trPr>
          <w:jc w:val="center"/>
        </w:trPr>
        <w:tc>
          <w:tcPr>
            <w:tcW w:w="534" w:type="dxa"/>
          </w:tcPr>
          <w:p w14:paraId="51F0CB3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17</w:t>
            </w:r>
          </w:p>
        </w:tc>
        <w:tc>
          <w:tcPr>
            <w:tcW w:w="1968" w:type="dxa"/>
          </w:tcPr>
          <w:p w14:paraId="1DB01E8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в жизни человека</w:t>
            </w:r>
          </w:p>
        </w:tc>
        <w:tc>
          <w:tcPr>
            <w:tcW w:w="1975" w:type="dxa"/>
          </w:tcPr>
          <w:p w14:paraId="088EC61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Концерт и культура слушателя</w:t>
            </w:r>
          </w:p>
        </w:tc>
        <w:tc>
          <w:tcPr>
            <w:tcW w:w="2870" w:type="dxa"/>
          </w:tcPr>
          <w:p w14:paraId="6852B6B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Функции музыки в повседневной, праздничной и общественной жизни.</w:t>
            </w:r>
          </w:p>
        </w:tc>
        <w:tc>
          <w:tcPr>
            <w:tcW w:w="3563" w:type="dxa"/>
          </w:tcPr>
          <w:p w14:paraId="4838CAE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функцию и характер музыки; выражать впечатления; исполнять и обсуждать музыкальные произведения.</w:t>
            </w:r>
          </w:p>
        </w:tc>
        <w:tc>
          <w:tcPr>
            <w:tcW w:w="1975" w:type="dxa"/>
          </w:tcPr>
          <w:p w14:paraId="45CC9E6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викторина</w:t>
            </w:r>
          </w:p>
        </w:tc>
        <w:tc>
          <w:tcPr>
            <w:tcW w:w="1426" w:type="dxa"/>
          </w:tcPr>
          <w:p w14:paraId="55E61F9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785626C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648DA841" w14:textId="77777777" w:rsidTr="00376EAB">
        <w:trPr>
          <w:jc w:val="center"/>
        </w:trPr>
        <w:tc>
          <w:tcPr>
            <w:tcW w:w="534" w:type="dxa"/>
          </w:tcPr>
          <w:p w14:paraId="4FD4D7D6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18</w:t>
            </w:r>
          </w:p>
        </w:tc>
        <w:tc>
          <w:tcPr>
            <w:tcW w:w="1968" w:type="dxa"/>
          </w:tcPr>
          <w:p w14:paraId="336907B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народов мира</w:t>
            </w:r>
          </w:p>
        </w:tc>
        <w:tc>
          <w:tcPr>
            <w:tcW w:w="1975" w:type="dxa"/>
          </w:tcPr>
          <w:p w14:paraId="5F5971D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Песни и танцы народов мира</w:t>
            </w:r>
          </w:p>
        </w:tc>
        <w:tc>
          <w:tcPr>
            <w:tcW w:w="2870" w:type="dxa"/>
          </w:tcPr>
          <w:p w14:paraId="0571ED3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Национальные музыкальные традиции, песни, танцы и инструменты; сходство и различия культур.</w:t>
            </w:r>
          </w:p>
        </w:tc>
        <w:tc>
          <w:tcPr>
            <w:tcW w:w="3563" w:type="dxa"/>
          </w:tcPr>
          <w:p w14:paraId="7EA6778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музыкальные традиции; находить общее и особенное; уважительно представлять культурный материал.</w:t>
            </w:r>
          </w:p>
        </w:tc>
        <w:tc>
          <w:tcPr>
            <w:tcW w:w="1975" w:type="dxa"/>
          </w:tcPr>
          <w:p w14:paraId="53453FE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1426" w:type="dxa"/>
          </w:tcPr>
          <w:p w14:paraId="22B064B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6413BED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10C19C04" w14:textId="77777777" w:rsidTr="00376EAB">
        <w:trPr>
          <w:jc w:val="center"/>
        </w:trPr>
        <w:tc>
          <w:tcPr>
            <w:tcW w:w="534" w:type="dxa"/>
          </w:tcPr>
          <w:p w14:paraId="297CB78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19</w:t>
            </w:r>
          </w:p>
        </w:tc>
        <w:tc>
          <w:tcPr>
            <w:tcW w:w="1968" w:type="dxa"/>
          </w:tcPr>
          <w:p w14:paraId="3098AD4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народов мира</w:t>
            </w:r>
          </w:p>
        </w:tc>
        <w:tc>
          <w:tcPr>
            <w:tcW w:w="1975" w:type="dxa"/>
          </w:tcPr>
          <w:p w14:paraId="6C3D29D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Музыкальные инструменты народов мира</w:t>
            </w:r>
          </w:p>
        </w:tc>
        <w:tc>
          <w:tcPr>
            <w:tcW w:w="2870" w:type="dxa"/>
          </w:tcPr>
          <w:p w14:paraId="017B89F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Национальные музыкальные традиции, песни, танцы и инструменты; сходство и различия культур.</w:t>
            </w:r>
          </w:p>
        </w:tc>
        <w:tc>
          <w:tcPr>
            <w:tcW w:w="3563" w:type="dxa"/>
          </w:tcPr>
          <w:p w14:paraId="7B6835E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музыкальные традиции; находить общее и особенное; уважительно представлять культурный материал.</w:t>
            </w:r>
          </w:p>
        </w:tc>
        <w:tc>
          <w:tcPr>
            <w:tcW w:w="1975" w:type="dxa"/>
          </w:tcPr>
          <w:p w14:paraId="67E9883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426" w:type="dxa"/>
          </w:tcPr>
          <w:p w14:paraId="051C419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280CDE8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08C74519" w14:textId="77777777" w:rsidTr="00376EAB">
        <w:trPr>
          <w:jc w:val="center"/>
        </w:trPr>
        <w:tc>
          <w:tcPr>
            <w:tcW w:w="534" w:type="dxa"/>
          </w:tcPr>
          <w:p w14:paraId="6E8AF70E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20</w:t>
            </w:r>
          </w:p>
        </w:tc>
        <w:tc>
          <w:tcPr>
            <w:tcW w:w="1968" w:type="dxa"/>
          </w:tcPr>
          <w:p w14:paraId="6434B75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народов мира</w:t>
            </w:r>
          </w:p>
        </w:tc>
        <w:tc>
          <w:tcPr>
            <w:tcW w:w="1975" w:type="dxa"/>
          </w:tcPr>
          <w:p w14:paraId="556B5E8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Диалог музыкальных культур</w:t>
            </w:r>
          </w:p>
        </w:tc>
        <w:tc>
          <w:tcPr>
            <w:tcW w:w="2870" w:type="dxa"/>
          </w:tcPr>
          <w:p w14:paraId="1317130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Национальные музыкальные традиции, песни, танцы и инструменты; сходство и различия культур.</w:t>
            </w:r>
          </w:p>
        </w:tc>
        <w:tc>
          <w:tcPr>
            <w:tcW w:w="3563" w:type="dxa"/>
          </w:tcPr>
          <w:p w14:paraId="7742ACA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музыкальные традиции; находить общее и особенное; уважительно представлять культурный материал.</w:t>
            </w:r>
          </w:p>
        </w:tc>
        <w:tc>
          <w:tcPr>
            <w:tcW w:w="1975" w:type="dxa"/>
          </w:tcPr>
          <w:p w14:paraId="53E6F8E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426" w:type="dxa"/>
          </w:tcPr>
          <w:p w14:paraId="5EE6CB2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570C2A8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4F745FE0" w14:textId="77777777" w:rsidTr="00376EAB">
        <w:trPr>
          <w:jc w:val="center"/>
        </w:trPr>
        <w:tc>
          <w:tcPr>
            <w:tcW w:w="534" w:type="dxa"/>
          </w:tcPr>
          <w:p w14:paraId="5FB2865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21</w:t>
            </w:r>
          </w:p>
        </w:tc>
        <w:tc>
          <w:tcPr>
            <w:tcW w:w="1968" w:type="dxa"/>
          </w:tcPr>
          <w:p w14:paraId="5ED831D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</w:t>
            </w:r>
          </w:p>
        </w:tc>
        <w:tc>
          <w:tcPr>
            <w:tcW w:w="1975" w:type="dxa"/>
          </w:tcPr>
          <w:p w14:paraId="26FCB91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Колокольные звоны и хоровая традиция</w:t>
            </w:r>
          </w:p>
        </w:tc>
        <w:tc>
          <w:tcPr>
            <w:tcW w:w="2870" w:type="dxa"/>
          </w:tcPr>
          <w:p w14:paraId="48561CE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 как часть культурного наследия; нравственно-эстетические образы.</w:t>
            </w:r>
          </w:p>
        </w:tc>
        <w:tc>
          <w:tcPr>
            <w:tcW w:w="3563" w:type="dxa"/>
          </w:tcPr>
          <w:p w14:paraId="2A9F601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обсуждать произведения в культурном контексте; выявлять художественные и нравственные образы.</w:t>
            </w:r>
          </w:p>
        </w:tc>
        <w:tc>
          <w:tcPr>
            <w:tcW w:w="1975" w:type="dxa"/>
          </w:tcPr>
          <w:p w14:paraId="3F366FE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426" w:type="dxa"/>
          </w:tcPr>
          <w:p w14:paraId="2670D6E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51F2174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4D25218" w14:textId="77777777" w:rsidTr="00376EAB">
        <w:trPr>
          <w:jc w:val="center"/>
        </w:trPr>
        <w:tc>
          <w:tcPr>
            <w:tcW w:w="534" w:type="dxa"/>
          </w:tcPr>
          <w:p w14:paraId="3E8F071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22</w:t>
            </w:r>
          </w:p>
        </w:tc>
        <w:tc>
          <w:tcPr>
            <w:tcW w:w="1968" w:type="dxa"/>
          </w:tcPr>
          <w:p w14:paraId="100FDAB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</w:t>
            </w:r>
          </w:p>
        </w:tc>
        <w:tc>
          <w:tcPr>
            <w:tcW w:w="1975" w:type="dxa"/>
          </w:tcPr>
          <w:p w14:paraId="4B4684C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 в культурно-историческом контексте</w:t>
            </w:r>
          </w:p>
        </w:tc>
        <w:tc>
          <w:tcPr>
            <w:tcW w:w="2870" w:type="dxa"/>
          </w:tcPr>
          <w:p w14:paraId="6B5FDDF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 как часть культурного наследия; нравственно-эстетические образы.</w:t>
            </w:r>
          </w:p>
        </w:tc>
        <w:tc>
          <w:tcPr>
            <w:tcW w:w="3563" w:type="dxa"/>
          </w:tcPr>
          <w:p w14:paraId="57D4391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обсуждать произведения в культурном контексте; выявлять художественные и нравственные образы.</w:t>
            </w:r>
          </w:p>
        </w:tc>
        <w:tc>
          <w:tcPr>
            <w:tcW w:w="1975" w:type="dxa"/>
          </w:tcPr>
          <w:p w14:paraId="039FA6F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Творческое задание</w:t>
            </w:r>
          </w:p>
        </w:tc>
        <w:tc>
          <w:tcPr>
            <w:tcW w:w="1426" w:type="dxa"/>
          </w:tcPr>
          <w:p w14:paraId="1ED40EC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48475D4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609DE370" w14:textId="77777777" w:rsidTr="00376EAB">
        <w:trPr>
          <w:jc w:val="center"/>
        </w:trPr>
        <w:tc>
          <w:tcPr>
            <w:tcW w:w="534" w:type="dxa"/>
          </w:tcPr>
          <w:p w14:paraId="43A452B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23</w:t>
            </w:r>
          </w:p>
        </w:tc>
        <w:tc>
          <w:tcPr>
            <w:tcW w:w="1968" w:type="dxa"/>
          </w:tcPr>
          <w:p w14:paraId="1206E56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</w:t>
            </w:r>
          </w:p>
        </w:tc>
        <w:tc>
          <w:tcPr>
            <w:tcW w:w="1975" w:type="dxa"/>
          </w:tcPr>
          <w:p w14:paraId="2D9BFBA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духовных праздников</w:t>
            </w:r>
          </w:p>
        </w:tc>
        <w:tc>
          <w:tcPr>
            <w:tcW w:w="2870" w:type="dxa"/>
          </w:tcPr>
          <w:p w14:paraId="5412484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Духовная музыка как часть культурного наследия; нравственно-эстетические образы.</w:t>
            </w:r>
          </w:p>
        </w:tc>
        <w:tc>
          <w:tcPr>
            <w:tcW w:w="3563" w:type="dxa"/>
          </w:tcPr>
          <w:p w14:paraId="5C6C9DD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Слушать и обсуждать произведения в культурном контексте; выявлять художественные и нравственные образы.</w:t>
            </w:r>
          </w:p>
        </w:tc>
        <w:tc>
          <w:tcPr>
            <w:tcW w:w="1975" w:type="dxa"/>
          </w:tcPr>
          <w:p w14:paraId="4DF13D1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викторина</w:t>
            </w:r>
          </w:p>
        </w:tc>
        <w:tc>
          <w:tcPr>
            <w:tcW w:w="1426" w:type="dxa"/>
          </w:tcPr>
          <w:p w14:paraId="3AC092D6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08CDF78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47E87E1C" w14:textId="77777777" w:rsidTr="00376EAB">
        <w:trPr>
          <w:jc w:val="center"/>
        </w:trPr>
        <w:tc>
          <w:tcPr>
            <w:tcW w:w="534" w:type="dxa"/>
          </w:tcPr>
          <w:p w14:paraId="242B210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24</w:t>
            </w:r>
          </w:p>
        </w:tc>
        <w:tc>
          <w:tcPr>
            <w:tcW w:w="1968" w:type="dxa"/>
          </w:tcPr>
          <w:p w14:paraId="259E94C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театра и кино</w:t>
            </w:r>
          </w:p>
        </w:tc>
        <w:tc>
          <w:tcPr>
            <w:tcW w:w="1975" w:type="dxa"/>
          </w:tcPr>
          <w:p w14:paraId="4FBE9FF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Музыкальный театр</w:t>
            </w:r>
          </w:p>
        </w:tc>
        <w:tc>
          <w:tcPr>
            <w:tcW w:w="2870" w:type="dxa"/>
          </w:tcPr>
          <w:p w14:paraId="5F0A878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Музыкально-сценические жанры и функции музыки в театре, кино и анимации.</w:t>
            </w:r>
          </w:p>
        </w:tc>
        <w:tc>
          <w:tcPr>
            <w:tcW w:w="3563" w:type="dxa"/>
          </w:tcPr>
          <w:p w14:paraId="31FD97D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Различать жанры и музыкальные номера; прослеживать связь музыки с героем и действием; выполнять творческое задание.</w:t>
            </w:r>
          </w:p>
        </w:tc>
        <w:tc>
          <w:tcPr>
            <w:tcW w:w="1975" w:type="dxa"/>
          </w:tcPr>
          <w:p w14:paraId="68B5DDA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1426" w:type="dxa"/>
          </w:tcPr>
          <w:p w14:paraId="240445E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52F97AC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5EB7D747" w14:textId="77777777" w:rsidTr="00376EAB">
        <w:trPr>
          <w:jc w:val="center"/>
        </w:trPr>
        <w:tc>
          <w:tcPr>
            <w:tcW w:w="534" w:type="dxa"/>
          </w:tcPr>
          <w:p w14:paraId="3D3AD32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25</w:t>
            </w:r>
          </w:p>
        </w:tc>
        <w:tc>
          <w:tcPr>
            <w:tcW w:w="1968" w:type="dxa"/>
          </w:tcPr>
          <w:p w14:paraId="14C2ACD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театра и кино</w:t>
            </w:r>
          </w:p>
        </w:tc>
        <w:tc>
          <w:tcPr>
            <w:tcW w:w="1975" w:type="dxa"/>
          </w:tcPr>
          <w:p w14:paraId="0B6CDC9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Опера</w:t>
            </w:r>
          </w:p>
        </w:tc>
        <w:tc>
          <w:tcPr>
            <w:tcW w:w="2870" w:type="dxa"/>
          </w:tcPr>
          <w:p w14:paraId="6A5760B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Музыкально-сценические жанры и функции музыки в театре, кино и анимации.</w:t>
            </w:r>
          </w:p>
        </w:tc>
        <w:tc>
          <w:tcPr>
            <w:tcW w:w="3563" w:type="dxa"/>
          </w:tcPr>
          <w:p w14:paraId="352596A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Различать жанры и музыкальные номера; прослеживать связь музыки с героем и действием; выполнять творческое задание.</w:t>
            </w:r>
          </w:p>
        </w:tc>
        <w:tc>
          <w:tcPr>
            <w:tcW w:w="1975" w:type="dxa"/>
          </w:tcPr>
          <w:p w14:paraId="7E128160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426" w:type="dxa"/>
          </w:tcPr>
          <w:p w14:paraId="26FA3CD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68FD767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457D2C81" w14:textId="77777777" w:rsidTr="00376EAB">
        <w:trPr>
          <w:jc w:val="center"/>
        </w:trPr>
        <w:tc>
          <w:tcPr>
            <w:tcW w:w="534" w:type="dxa"/>
          </w:tcPr>
          <w:p w14:paraId="4DCAA34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26</w:t>
            </w:r>
          </w:p>
        </w:tc>
        <w:tc>
          <w:tcPr>
            <w:tcW w:w="1968" w:type="dxa"/>
          </w:tcPr>
          <w:p w14:paraId="71E67E2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театра и кино</w:t>
            </w:r>
          </w:p>
        </w:tc>
        <w:tc>
          <w:tcPr>
            <w:tcW w:w="1975" w:type="dxa"/>
          </w:tcPr>
          <w:p w14:paraId="3282BA8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Балет</w:t>
            </w:r>
          </w:p>
        </w:tc>
        <w:tc>
          <w:tcPr>
            <w:tcW w:w="2870" w:type="dxa"/>
          </w:tcPr>
          <w:p w14:paraId="5C3B43A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Музыкально-сценические жанры и функции музыки в театре, кино и анимации.</w:t>
            </w:r>
          </w:p>
        </w:tc>
        <w:tc>
          <w:tcPr>
            <w:tcW w:w="3563" w:type="dxa"/>
          </w:tcPr>
          <w:p w14:paraId="689E6F3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Различать жанры и музыкальные номера; прослеживать связь музыки с героем и действием; выполнять творческое задание.</w:t>
            </w:r>
          </w:p>
        </w:tc>
        <w:tc>
          <w:tcPr>
            <w:tcW w:w="1975" w:type="dxa"/>
          </w:tcPr>
          <w:p w14:paraId="211DC19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426" w:type="dxa"/>
          </w:tcPr>
          <w:p w14:paraId="0D98763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2CFB732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F35F920" w14:textId="77777777" w:rsidTr="00376EAB">
        <w:trPr>
          <w:jc w:val="center"/>
        </w:trPr>
        <w:tc>
          <w:tcPr>
            <w:tcW w:w="534" w:type="dxa"/>
          </w:tcPr>
          <w:p w14:paraId="6E213770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27</w:t>
            </w:r>
          </w:p>
        </w:tc>
        <w:tc>
          <w:tcPr>
            <w:tcW w:w="1968" w:type="dxa"/>
          </w:tcPr>
          <w:p w14:paraId="0B58B71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театра и кино</w:t>
            </w:r>
          </w:p>
        </w:tc>
        <w:tc>
          <w:tcPr>
            <w:tcW w:w="1975" w:type="dxa"/>
          </w:tcPr>
          <w:p w14:paraId="6574499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 кино и анимации</w:t>
            </w:r>
          </w:p>
        </w:tc>
        <w:tc>
          <w:tcPr>
            <w:tcW w:w="2870" w:type="dxa"/>
          </w:tcPr>
          <w:p w14:paraId="3938F39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Музыкально-сценические жанры и функции музыки в театре, кино и анимации.</w:t>
            </w:r>
          </w:p>
        </w:tc>
        <w:tc>
          <w:tcPr>
            <w:tcW w:w="3563" w:type="dxa"/>
          </w:tcPr>
          <w:p w14:paraId="58E59C6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Различать жанры и музыкальные номера; прослеживать связь музыки с героем и действием; выполнять творческое задание.</w:t>
            </w:r>
          </w:p>
        </w:tc>
        <w:tc>
          <w:tcPr>
            <w:tcW w:w="1975" w:type="dxa"/>
          </w:tcPr>
          <w:p w14:paraId="7BAD1BB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426" w:type="dxa"/>
          </w:tcPr>
          <w:p w14:paraId="3B0E0E1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253F0F2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68A0E35A" w14:textId="77777777" w:rsidTr="00376EAB">
        <w:trPr>
          <w:jc w:val="center"/>
        </w:trPr>
        <w:tc>
          <w:tcPr>
            <w:tcW w:w="534" w:type="dxa"/>
          </w:tcPr>
          <w:p w14:paraId="54A3414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28</w:t>
            </w:r>
          </w:p>
        </w:tc>
        <w:tc>
          <w:tcPr>
            <w:tcW w:w="1968" w:type="dxa"/>
          </w:tcPr>
          <w:p w14:paraId="160C15F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Современная музыкальная культура</w:t>
            </w:r>
          </w:p>
        </w:tc>
        <w:tc>
          <w:tcPr>
            <w:tcW w:w="1975" w:type="dxa"/>
          </w:tcPr>
          <w:p w14:paraId="68B4528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Современные обработки классической и народной музыки</w:t>
            </w:r>
          </w:p>
        </w:tc>
        <w:tc>
          <w:tcPr>
            <w:tcW w:w="2870" w:type="dxa"/>
          </w:tcPr>
          <w:p w14:paraId="68CF6AD9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Современные стили, обработки, исполнители и электронные инструменты.</w:t>
            </w:r>
          </w:p>
        </w:tc>
        <w:tc>
          <w:tcPr>
            <w:tcW w:w="3563" w:type="dxa"/>
          </w:tcPr>
          <w:p w14:paraId="7842E43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звучание и интерпретации; выполнять ритмическую/творческую практику; обсуждать роль технологий.</w:t>
            </w:r>
          </w:p>
        </w:tc>
        <w:tc>
          <w:tcPr>
            <w:tcW w:w="1975" w:type="dxa"/>
          </w:tcPr>
          <w:p w14:paraId="39391214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Творческое задание</w:t>
            </w:r>
          </w:p>
        </w:tc>
        <w:tc>
          <w:tcPr>
            <w:tcW w:w="1426" w:type="dxa"/>
          </w:tcPr>
          <w:p w14:paraId="5D7760D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47CB985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2BC92FE4" w14:textId="77777777" w:rsidTr="00376EAB">
        <w:trPr>
          <w:jc w:val="center"/>
        </w:trPr>
        <w:tc>
          <w:tcPr>
            <w:tcW w:w="534" w:type="dxa"/>
          </w:tcPr>
          <w:p w14:paraId="7F3EDD0A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29</w:t>
            </w:r>
          </w:p>
        </w:tc>
        <w:tc>
          <w:tcPr>
            <w:tcW w:w="1968" w:type="dxa"/>
          </w:tcPr>
          <w:p w14:paraId="29B2D7A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Современная музыкальная культура</w:t>
            </w:r>
          </w:p>
        </w:tc>
        <w:tc>
          <w:tcPr>
            <w:tcW w:w="1975" w:type="dxa"/>
          </w:tcPr>
          <w:p w14:paraId="4D08B1E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Джаз и импровизация</w:t>
            </w:r>
          </w:p>
        </w:tc>
        <w:tc>
          <w:tcPr>
            <w:tcW w:w="2870" w:type="dxa"/>
          </w:tcPr>
          <w:p w14:paraId="619D011E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Современные стили, обработки, исполнители и электронные инструменты.</w:t>
            </w:r>
          </w:p>
        </w:tc>
        <w:tc>
          <w:tcPr>
            <w:tcW w:w="3563" w:type="dxa"/>
          </w:tcPr>
          <w:p w14:paraId="5F40C9D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звучание и интерпретации; выполнять ритмическую/творческую практику; обсуждать роль технологий.</w:t>
            </w:r>
          </w:p>
        </w:tc>
        <w:tc>
          <w:tcPr>
            <w:tcW w:w="1975" w:type="dxa"/>
          </w:tcPr>
          <w:p w14:paraId="538B42A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викторина</w:t>
            </w:r>
          </w:p>
        </w:tc>
        <w:tc>
          <w:tcPr>
            <w:tcW w:w="1426" w:type="dxa"/>
          </w:tcPr>
          <w:p w14:paraId="2089A1F8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5B1766A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6E9BFD24" w14:textId="77777777" w:rsidTr="00376EAB">
        <w:trPr>
          <w:jc w:val="center"/>
        </w:trPr>
        <w:tc>
          <w:tcPr>
            <w:tcW w:w="534" w:type="dxa"/>
          </w:tcPr>
          <w:p w14:paraId="603F0BE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30</w:t>
            </w:r>
          </w:p>
        </w:tc>
        <w:tc>
          <w:tcPr>
            <w:tcW w:w="1968" w:type="dxa"/>
          </w:tcPr>
          <w:p w14:paraId="6DB8811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Современная музыкальная культура</w:t>
            </w:r>
          </w:p>
        </w:tc>
        <w:tc>
          <w:tcPr>
            <w:tcW w:w="1975" w:type="dxa"/>
          </w:tcPr>
          <w:p w14:paraId="5A3D704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Современный исполнитель</w:t>
            </w:r>
          </w:p>
        </w:tc>
        <w:tc>
          <w:tcPr>
            <w:tcW w:w="2870" w:type="dxa"/>
          </w:tcPr>
          <w:p w14:paraId="020A1A1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Современные стили, обработки, исполнители и электронные инструменты.</w:t>
            </w:r>
          </w:p>
        </w:tc>
        <w:tc>
          <w:tcPr>
            <w:tcW w:w="3563" w:type="dxa"/>
          </w:tcPr>
          <w:p w14:paraId="5898595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звучание и интерпретации; выполнять ритмическую/творческую практику; обсуждать роль технологий.</w:t>
            </w:r>
          </w:p>
        </w:tc>
        <w:tc>
          <w:tcPr>
            <w:tcW w:w="1975" w:type="dxa"/>
          </w:tcPr>
          <w:p w14:paraId="67A96A0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1426" w:type="dxa"/>
          </w:tcPr>
          <w:p w14:paraId="695486B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6AC04EC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DC952F6" w14:textId="77777777" w:rsidTr="00376EAB">
        <w:trPr>
          <w:jc w:val="center"/>
        </w:trPr>
        <w:tc>
          <w:tcPr>
            <w:tcW w:w="534" w:type="dxa"/>
          </w:tcPr>
          <w:p w14:paraId="714B32C7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31</w:t>
            </w:r>
          </w:p>
        </w:tc>
        <w:tc>
          <w:tcPr>
            <w:tcW w:w="1968" w:type="dxa"/>
          </w:tcPr>
          <w:p w14:paraId="6CE8014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Современная музыкальная культура</w:t>
            </w:r>
          </w:p>
        </w:tc>
        <w:tc>
          <w:tcPr>
            <w:tcW w:w="1975" w:type="dxa"/>
          </w:tcPr>
          <w:p w14:paraId="1B865D9C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Электронные музыкальные инструменты</w:t>
            </w:r>
          </w:p>
        </w:tc>
        <w:tc>
          <w:tcPr>
            <w:tcW w:w="2870" w:type="dxa"/>
          </w:tcPr>
          <w:p w14:paraId="0CC1E88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Современные стили, обработки, исполнители и электронные инструменты.</w:t>
            </w:r>
          </w:p>
        </w:tc>
        <w:tc>
          <w:tcPr>
            <w:tcW w:w="3563" w:type="dxa"/>
          </w:tcPr>
          <w:p w14:paraId="0602B8D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Сравнивать звучание и интерпретации; выполнять ритмическую/творческую практику; обсуждать роль технологий.</w:t>
            </w:r>
          </w:p>
        </w:tc>
        <w:tc>
          <w:tcPr>
            <w:tcW w:w="1975" w:type="dxa"/>
          </w:tcPr>
          <w:p w14:paraId="31791D17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Наблюдение, устный ответ</w:t>
            </w:r>
          </w:p>
        </w:tc>
        <w:tc>
          <w:tcPr>
            <w:tcW w:w="1426" w:type="dxa"/>
          </w:tcPr>
          <w:p w14:paraId="0E5DDC2B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41D404C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637C8860" w14:textId="77777777" w:rsidTr="00376EAB">
        <w:trPr>
          <w:jc w:val="center"/>
        </w:trPr>
        <w:tc>
          <w:tcPr>
            <w:tcW w:w="534" w:type="dxa"/>
          </w:tcPr>
          <w:p w14:paraId="2F80986F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32</w:t>
            </w:r>
          </w:p>
        </w:tc>
        <w:tc>
          <w:tcPr>
            <w:tcW w:w="1968" w:type="dxa"/>
          </w:tcPr>
          <w:p w14:paraId="7364B7E8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грамота</w:t>
            </w:r>
          </w:p>
        </w:tc>
        <w:tc>
          <w:tcPr>
            <w:tcW w:w="1975" w:type="dxa"/>
          </w:tcPr>
          <w:p w14:paraId="79F03A7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Музыкальные и шумовые звуки. Тембр</w:t>
            </w:r>
          </w:p>
        </w:tc>
        <w:tc>
          <w:tcPr>
            <w:tcW w:w="2870" w:type="dxa"/>
          </w:tcPr>
          <w:p w14:paraId="0FFFB26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Элементы музыкального языка и нотной записи в практической музыкальной деятельности.</w:t>
            </w:r>
          </w:p>
        </w:tc>
        <w:tc>
          <w:tcPr>
            <w:tcW w:w="3563" w:type="dxa"/>
          </w:tcPr>
          <w:p w14:paraId="5F6B3AA2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элементы музыкального языка на слух; исполнять ритмические модели; пользоваться графическими схемами.</w:t>
            </w:r>
          </w:p>
        </w:tc>
        <w:tc>
          <w:tcPr>
            <w:tcW w:w="1975" w:type="dxa"/>
          </w:tcPr>
          <w:p w14:paraId="2FB53B4F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Практическое исполнение</w:t>
            </w:r>
          </w:p>
        </w:tc>
        <w:tc>
          <w:tcPr>
            <w:tcW w:w="1426" w:type="dxa"/>
          </w:tcPr>
          <w:p w14:paraId="56B11319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62369845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4CBAC5A1" w14:textId="77777777" w:rsidTr="00376EAB">
        <w:trPr>
          <w:jc w:val="center"/>
        </w:trPr>
        <w:tc>
          <w:tcPr>
            <w:tcW w:w="534" w:type="dxa"/>
          </w:tcPr>
          <w:p w14:paraId="3B88A7A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33</w:t>
            </w:r>
          </w:p>
        </w:tc>
        <w:tc>
          <w:tcPr>
            <w:tcW w:w="1968" w:type="dxa"/>
          </w:tcPr>
          <w:p w14:paraId="0493ED1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грамота</w:t>
            </w:r>
          </w:p>
        </w:tc>
        <w:tc>
          <w:tcPr>
            <w:tcW w:w="1975" w:type="dxa"/>
          </w:tcPr>
          <w:p w14:paraId="39FC1D4B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Мелодия и интонация</w:t>
            </w:r>
          </w:p>
        </w:tc>
        <w:tc>
          <w:tcPr>
            <w:tcW w:w="2870" w:type="dxa"/>
          </w:tcPr>
          <w:p w14:paraId="17FCA31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Элементы музыкального языка и нотной записи в практической музыкальной деятельности.</w:t>
            </w:r>
          </w:p>
        </w:tc>
        <w:tc>
          <w:tcPr>
            <w:tcW w:w="3563" w:type="dxa"/>
          </w:tcPr>
          <w:p w14:paraId="5209387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Определять элементы музыкального языка на слух; исполнять ритмические модели; пользоваться графическими схемами.</w:t>
            </w:r>
          </w:p>
        </w:tc>
        <w:tc>
          <w:tcPr>
            <w:tcW w:w="1975" w:type="dxa"/>
          </w:tcPr>
          <w:p w14:paraId="46C907C6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Слушательский анализ</w:t>
            </w:r>
          </w:p>
        </w:tc>
        <w:tc>
          <w:tcPr>
            <w:tcW w:w="1426" w:type="dxa"/>
          </w:tcPr>
          <w:p w14:paraId="293C1424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00DD816C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  <w:tr w:rsidR="00654A0A" w:rsidRPr="004C60B8" w14:paraId="7FA67355" w14:textId="77777777" w:rsidTr="00376EAB">
        <w:trPr>
          <w:jc w:val="center"/>
        </w:trPr>
        <w:tc>
          <w:tcPr>
            <w:tcW w:w="534" w:type="dxa"/>
          </w:tcPr>
          <w:p w14:paraId="343C9093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34</w:t>
            </w:r>
          </w:p>
        </w:tc>
        <w:tc>
          <w:tcPr>
            <w:tcW w:w="1968" w:type="dxa"/>
          </w:tcPr>
          <w:p w14:paraId="1283299A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Музыкальная грамота</w:t>
            </w:r>
          </w:p>
        </w:tc>
        <w:tc>
          <w:tcPr>
            <w:tcW w:w="1975" w:type="dxa"/>
          </w:tcPr>
          <w:p w14:paraId="4CDFB663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Итоговое музыкально-творческое занятие. Обобщение курса</w:t>
            </w:r>
          </w:p>
        </w:tc>
        <w:tc>
          <w:tcPr>
            <w:tcW w:w="2870" w:type="dxa"/>
          </w:tcPr>
          <w:p w14:paraId="3D64CBB5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Обобщение изученных модулей, жанров, произведений, средств музыкальной выразительности и видов музыкальной деятельности.</w:t>
            </w:r>
          </w:p>
        </w:tc>
        <w:tc>
          <w:tcPr>
            <w:tcW w:w="3563" w:type="dxa"/>
          </w:tcPr>
          <w:p w14:paraId="5EE7AD21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Узнавать и характеризовать изученную музыку; исполнять выбранный репертуар; представлять творческий результат; проводить самооценку.</w:t>
            </w:r>
          </w:p>
        </w:tc>
        <w:tc>
          <w:tcPr>
            <w:tcW w:w="1975" w:type="dxa"/>
          </w:tcPr>
          <w:p w14:paraId="78E9A4AD" w14:textId="77777777" w:rsidR="00654A0A" w:rsidRPr="004C60B8" w:rsidRDefault="00654A0A" w:rsidP="00376EAB">
            <w:pPr>
              <w:rPr>
                <w:sz w:val="20"/>
                <w:szCs w:val="20"/>
              </w:rPr>
            </w:pPr>
            <w:r w:rsidRPr="004C60B8">
              <w:rPr>
                <w:sz w:val="20"/>
                <w:szCs w:val="20"/>
              </w:rPr>
              <w:t>Итоговое творческое задание</w:t>
            </w:r>
          </w:p>
        </w:tc>
        <w:tc>
          <w:tcPr>
            <w:tcW w:w="1426" w:type="dxa"/>
          </w:tcPr>
          <w:p w14:paraId="365F6AF2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0596A78D" w14:textId="77777777" w:rsidR="00654A0A" w:rsidRPr="004C60B8" w:rsidRDefault="00654A0A" w:rsidP="00376EA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FA37D0A" w14:textId="77777777" w:rsidR="00654A0A" w:rsidRPr="004C60B8" w:rsidRDefault="00654A0A" w:rsidP="00654A0A">
      <w:r w:rsidRPr="004C60B8">
        <w:rPr>
          <w:b/>
        </w:rPr>
        <w:t>Итого: 34 часов.</w:t>
      </w:r>
    </w:p>
    <w:p w14:paraId="2E00B789" w14:textId="77777777" w:rsidR="00654A0A" w:rsidRPr="004C60B8" w:rsidRDefault="00654A0A" w:rsidP="00654A0A">
      <w:pPr>
        <w:sectPr w:rsidR="00654A0A" w:rsidRPr="004C60B8" w:rsidSect="00654A0A">
          <w:pgSz w:w="16838" w:h="11906" w:orient="landscape"/>
          <w:pgMar w:top="454" w:right="454" w:bottom="454" w:left="454" w:header="720" w:footer="720" w:gutter="0"/>
          <w:cols w:space="720"/>
          <w:docGrid w:linePitch="360"/>
        </w:sectPr>
      </w:pPr>
    </w:p>
    <w:p w14:paraId="6C8DC082" w14:textId="77777777" w:rsidR="00654A0A" w:rsidRPr="004C60B8" w:rsidRDefault="00654A0A" w:rsidP="00654A0A">
      <w:pPr>
        <w:pStyle w:val="1"/>
      </w:pPr>
      <w:r w:rsidRPr="004C60B8">
        <w:t>5. НОРМАТИВНЫЕ И МЕТОДИЧЕСКИЕ ИСТОЧНИКИ</w:t>
      </w:r>
    </w:p>
    <w:p w14:paraId="151F2ED8" w14:textId="77777777" w:rsidR="00654A0A" w:rsidRPr="004C60B8" w:rsidRDefault="00654A0A" w:rsidP="00654A0A">
      <w:pPr>
        <w:pStyle w:val="a0"/>
        <w:tabs>
          <w:tab w:val="num" w:pos="360"/>
        </w:tabs>
        <w:ind w:left="360" w:hanging="360"/>
        <w:rPr>
          <w:rFonts w:cs="Times New Roman"/>
          <w:lang w:val="ru-RU"/>
        </w:rPr>
      </w:pPr>
      <w:r w:rsidRPr="004C60B8">
        <w:rPr>
          <w:rFonts w:cs="Times New Roman"/>
          <w:lang w:val="ru-RU"/>
        </w:rPr>
        <w:t>Федеральный закон от 29.12.2012 № 273-ФЗ «Об образовании в Российской Федерации».</w:t>
      </w:r>
    </w:p>
    <w:p w14:paraId="6854D26F" w14:textId="77777777" w:rsidR="00654A0A" w:rsidRPr="004C60B8" w:rsidRDefault="00654A0A" w:rsidP="00654A0A">
      <w:pPr>
        <w:pStyle w:val="a0"/>
        <w:tabs>
          <w:tab w:val="num" w:pos="360"/>
        </w:tabs>
        <w:ind w:left="360" w:hanging="360"/>
        <w:rPr>
          <w:rFonts w:cs="Times New Roman"/>
          <w:lang w:val="ru-RU"/>
        </w:rPr>
      </w:pPr>
      <w:r w:rsidRPr="004C60B8">
        <w:rPr>
          <w:rFonts w:cs="Times New Roman"/>
          <w:lang w:val="ru-RU"/>
        </w:rPr>
        <w:t>ФГОС начального общего образования, утверждённый приказом Минпросвещения России от 31.05.2021 № 286 (в действующей редакции).</w:t>
      </w:r>
    </w:p>
    <w:p w14:paraId="1919CE7C" w14:textId="77777777" w:rsidR="00654A0A" w:rsidRPr="004C60B8" w:rsidRDefault="00654A0A" w:rsidP="00654A0A">
      <w:pPr>
        <w:pStyle w:val="a0"/>
        <w:tabs>
          <w:tab w:val="num" w:pos="360"/>
        </w:tabs>
        <w:ind w:left="360" w:hanging="360"/>
        <w:rPr>
          <w:rFonts w:cs="Times New Roman"/>
          <w:lang w:val="ru-RU"/>
        </w:rPr>
      </w:pPr>
      <w:r w:rsidRPr="004C60B8">
        <w:rPr>
          <w:rFonts w:cs="Times New Roman"/>
          <w:lang w:val="ru-RU"/>
        </w:rPr>
        <w:t>ФОП начального общего образования, утверждённая приказом Минпросвещения России от 18.05.2023 № 372 (в действующей редакции).</w:t>
      </w:r>
    </w:p>
    <w:p w14:paraId="0E131C94" w14:textId="77777777" w:rsidR="00654A0A" w:rsidRPr="004C60B8" w:rsidRDefault="00654A0A" w:rsidP="00654A0A">
      <w:pPr>
        <w:pStyle w:val="a0"/>
        <w:tabs>
          <w:tab w:val="num" w:pos="360"/>
        </w:tabs>
        <w:ind w:left="360" w:hanging="360"/>
        <w:rPr>
          <w:rFonts w:cs="Times New Roman"/>
        </w:rPr>
      </w:pPr>
      <w:r w:rsidRPr="004C60B8">
        <w:rPr>
          <w:rFonts w:cs="Times New Roman"/>
          <w:lang w:val="ru-RU"/>
        </w:rPr>
        <w:t xml:space="preserve">Федеральная рабочая программа начального общего образования по учебному предмету «Музыка» для 1–4 классов образовательных организаций. </w:t>
      </w:r>
      <w:r w:rsidRPr="004C60B8">
        <w:rPr>
          <w:rFonts w:cs="Times New Roman"/>
        </w:rPr>
        <w:t>Москва, 2025. Официальный портал «Единое содержание общего образования».</w:t>
      </w:r>
    </w:p>
    <w:p w14:paraId="0E3C0FB8" w14:textId="77777777" w:rsidR="00654A0A" w:rsidRPr="004C60B8" w:rsidRDefault="00654A0A" w:rsidP="00654A0A">
      <w:pPr>
        <w:pStyle w:val="a0"/>
        <w:tabs>
          <w:tab w:val="num" w:pos="360"/>
        </w:tabs>
        <w:ind w:left="360" w:hanging="360"/>
        <w:rPr>
          <w:rFonts w:cs="Times New Roman"/>
        </w:rPr>
      </w:pPr>
      <w:r w:rsidRPr="004C60B8">
        <w:rPr>
          <w:rFonts w:cs="Times New Roman"/>
          <w:lang w:val="ru-RU"/>
        </w:rPr>
        <w:t xml:space="preserve">Информационно-методические материалы по преподаванию учебного предмета «Музыка» в 2026/2027 учебном году. </w:t>
      </w:r>
      <w:r w:rsidRPr="004C60B8">
        <w:rPr>
          <w:rFonts w:cs="Times New Roman"/>
        </w:rPr>
        <w:t>Официальный портал «Единое содержание общего образования».</w:t>
      </w:r>
    </w:p>
    <w:p w14:paraId="3133B0EE" w14:textId="77777777" w:rsidR="00654A0A" w:rsidRPr="004C60B8" w:rsidRDefault="00654A0A" w:rsidP="00654A0A">
      <w:pPr>
        <w:pStyle w:val="a0"/>
        <w:tabs>
          <w:tab w:val="num" w:pos="360"/>
        </w:tabs>
        <w:ind w:left="360" w:hanging="360"/>
        <w:rPr>
          <w:rFonts w:cs="Times New Roman"/>
          <w:lang w:val="ru-RU"/>
        </w:rPr>
      </w:pPr>
      <w:r w:rsidRPr="004C60B8">
        <w:rPr>
          <w:rFonts w:cs="Times New Roman"/>
          <w:lang w:val="ru-RU"/>
        </w:rPr>
        <w:t>Учебный план начального общего образования ООО «Образовательный центр Кристофор Колумб» на 2026/2027 учебный год.</w:t>
      </w:r>
    </w:p>
    <w:p w14:paraId="56B7B752" w14:textId="77777777" w:rsidR="00D86317" w:rsidRPr="00654A0A" w:rsidRDefault="00D86317" w:rsidP="00654A0A"/>
    <w:sectPr w:rsidR="00D86317" w:rsidRPr="00654A0A" w:rsidSect="00654A0A">
      <w:footerReference w:type="default" r:id="rId7"/>
      <w:pgSz w:w="11910" w:h="16840"/>
      <w:pgMar w:top="708" w:right="1680" w:bottom="425" w:left="1160" w:header="0" w:footer="148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677C9" w14:textId="77777777" w:rsidR="00792898" w:rsidRDefault="00792898">
      <w:r>
        <w:separator/>
      </w:r>
    </w:p>
  </w:endnote>
  <w:endnote w:type="continuationSeparator" w:id="0">
    <w:p w14:paraId="1800EBF5" w14:textId="77777777" w:rsidR="00792898" w:rsidRDefault="00792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B16CD" w14:textId="77777777" w:rsidR="00C42ED1" w:rsidRDefault="00000000">
    <w:pPr>
      <w:pStyle w:val="a5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CA3F3D5" wp14:editId="08CDE09D">
              <wp:simplePos x="0" y="0"/>
              <wp:positionH relativeFrom="page">
                <wp:posOffset>10082021</wp:posOffset>
              </wp:positionH>
              <wp:positionV relativeFrom="page">
                <wp:posOffset>6473139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2E9D48" w14:textId="77777777" w:rsidR="00C42ED1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A3F3D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93.85pt;margin-top:509.7pt;width:16.3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" filled="f" stroked="f">
              <v:textbox inset="0,0,0,0">
                <w:txbxContent>
                  <w:p w14:paraId="5D2E9D48" w14:textId="77777777" w:rsidR="00C42ED1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10CC3" w14:textId="77777777" w:rsidR="00792898" w:rsidRDefault="00792898">
      <w:r>
        <w:separator/>
      </w:r>
    </w:p>
  </w:footnote>
  <w:footnote w:type="continuationSeparator" w:id="0">
    <w:p w14:paraId="0738D7BA" w14:textId="77777777" w:rsidR="00792898" w:rsidRDefault="007928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ECCD74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626C98"/>
    <w:multiLevelType w:val="hybridMultilevel"/>
    <w:tmpl w:val="C1682A5A"/>
    <w:lvl w:ilvl="0" w:tplc="2F5A0F0C">
      <w:numFmt w:val="bullet"/>
      <w:lvlText w:val=""/>
      <w:lvlJc w:val="left"/>
      <w:pPr>
        <w:ind w:left="1015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AF62F592">
      <w:numFmt w:val="bullet"/>
      <w:lvlText w:val="•"/>
      <w:lvlJc w:val="left"/>
      <w:pPr>
        <w:ind w:left="2488" w:hanging="360"/>
      </w:pPr>
      <w:rPr>
        <w:rFonts w:hint="default"/>
        <w:lang w:val="ru-RU" w:eastAsia="en-US" w:bidi="ar-SA"/>
      </w:rPr>
    </w:lvl>
    <w:lvl w:ilvl="2" w:tplc="7054CCD8">
      <w:numFmt w:val="bullet"/>
      <w:lvlText w:val="•"/>
      <w:lvlJc w:val="left"/>
      <w:pPr>
        <w:ind w:left="3957" w:hanging="360"/>
      </w:pPr>
      <w:rPr>
        <w:rFonts w:hint="default"/>
        <w:lang w:val="ru-RU" w:eastAsia="en-US" w:bidi="ar-SA"/>
      </w:rPr>
    </w:lvl>
    <w:lvl w:ilvl="3" w:tplc="1BDC1FCE">
      <w:numFmt w:val="bullet"/>
      <w:lvlText w:val="•"/>
      <w:lvlJc w:val="left"/>
      <w:pPr>
        <w:ind w:left="5425" w:hanging="360"/>
      </w:pPr>
      <w:rPr>
        <w:rFonts w:hint="default"/>
        <w:lang w:val="ru-RU" w:eastAsia="en-US" w:bidi="ar-SA"/>
      </w:rPr>
    </w:lvl>
    <w:lvl w:ilvl="4" w:tplc="9A0A0738">
      <w:numFmt w:val="bullet"/>
      <w:lvlText w:val="•"/>
      <w:lvlJc w:val="left"/>
      <w:pPr>
        <w:ind w:left="6894" w:hanging="360"/>
      </w:pPr>
      <w:rPr>
        <w:rFonts w:hint="default"/>
        <w:lang w:val="ru-RU" w:eastAsia="en-US" w:bidi="ar-SA"/>
      </w:rPr>
    </w:lvl>
    <w:lvl w:ilvl="5" w:tplc="5AA4DF82">
      <w:numFmt w:val="bullet"/>
      <w:lvlText w:val="•"/>
      <w:lvlJc w:val="left"/>
      <w:pPr>
        <w:ind w:left="8362" w:hanging="360"/>
      </w:pPr>
      <w:rPr>
        <w:rFonts w:hint="default"/>
        <w:lang w:val="ru-RU" w:eastAsia="en-US" w:bidi="ar-SA"/>
      </w:rPr>
    </w:lvl>
    <w:lvl w:ilvl="6" w:tplc="35FA21F2">
      <w:numFmt w:val="bullet"/>
      <w:lvlText w:val="•"/>
      <w:lvlJc w:val="left"/>
      <w:pPr>
        <w:ind w:left="9831" w:hanging="360"/>
      </w:pPr>
      <w:rPr>
        <w:rFonts w:hint="default"/>
        <w:lang w:val="ru-RU" w:eastAsia="en-US" w:bidi="ar-SA"/>
      </w:rPr>
    </w:lvl>
    <w:lvl w:ilvl="7" w:tplc="BDFE44C8">
      <w:numFmt w:val="bullet"/>
      <w:lvlText w:val="•"/>
      <w:lvlJc w:val="left"/>
      <w:pPr>
        <w:ind w:left="11299" w:hanging="360"/>
      </w:pPr>
      <w:rPr>
        <w:rFonts w:hint="default"/>
        <w:lang w:val="ru-RU" w:eastAsia="en-US" w:bidi="ar-SA"/>
      </w:rPr>
    </w:lvl>
    <w:lvl w:ilvl="8" w:tplc="3AEA700A">
      <w:numFmt w:val="bullet"/>
      <w:lvlText w:val="•"/>
      <w:lvlJc w:val="left"/>
      <w:pPr>
        <w:ind w:left="12768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0DD6014D"/>
    <w:multiLevelType w:val="hybridMultilevel"/>
    <w:tmpl w:val="44725260"/>
    <w:lvl w:ilvl="0" w:tplc="A5AC5726">
      <w:numFmt w:val="bullet"/>
      <w:lvlText w:val="-"/>
      <w:lvlJc w:val="left"/>
      <w:pPr>
        <w:ind w:left="295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FA82F4">
      <w:numFmt w:val="bullet"/>
      <w:lvlText w:val="•"/>
      <w:lvlJc w:val="left"/>
      <w:pPr>
        <w:ind w:left="1840" w:hanging="168"/>
      </w:pPr>
      <w:rPr>
        <w:rFonts w:hint="default"/>
        <w:lang w:val="ru-RU" w:eastAsia="en-US" w:bidi="ar-SA"/>
      </w:rPr>
    </w:lvl>
    <w:lvl w:ilvl="2" w:tplc="3E941590">
      <w:numFmt w:val="bullet"/>
      <w:lvlText w:val="•"/>
      <w:lvlJc w:val="left"/>
      <w:pPr>
        <w:ind w:left="3381" w:hanging="168"/>
      </w:pPr>
      <w:rPr>
        <w:rFonts w:hint="default"/>
        <w:lang w:val="ru-RU" w:eastAsia="en-US" w:bidi="ar-SA"/>
      </w:rPr>
    </w:lvl>
    <w:lvl w:ilvl="3" w:tplc="91EA678E">
      <w:numFmt w:val="bullet"/>
      <w:lvlText w:val="•"/>
      <w:lvlJc w:val="left"/>
      <w:pPr>
        <w:ind w:left="4921" w:hanging="168"/>
      </w:pPr>
      <w:rPr>
        <w:rFonts w:hint="default"/>
        <w:lang w:val="ru-RU" w:eastAsia="en-US" w:bidi="ar-SA"/>
      </w:rPr>
    </w:lvl>
    <w:lvl w:ilvl="4" w:tplc="43AA2FC8">
      <w:numFmt w:val="bullet"/>
      <w:lvlText w:val="•"/>
      <w:lvlJc w:val="left"/>
      <w:pPr>
        <w:ind w:left="6462" w:hanging="168"/>
      </w:pPr>
      <w:rPr>
        <w:rFonts w:hint="default"/>
        <w:lang w:val="ru-RU" w:eastAsia="en-US" w:bidi="ar-SA"/>
      </w:rPr>
    </w:lvl>
    <w:lvl w:ilvl="5" w:tplc="9648B3CC">
      <w:numFmt w:val="bullet"/>
      <w:lvlText w:val="•"/>
      <w:lvlJc w:val="left"/>
      <w:pPr>
        <w:ind w:left="8002" w:hanging="168"/>
      </w:pPr>
      <w:rPr>
        <w:rFonts w:hint="default"/>
        <w:lang w:val="ru-RU" w:eastAsia="en-US" w:bidi="ar-SA"/>
      </w:rPr>
    </w:lvl>
    <w:lvl w:ilvl="6" w:tplc="2E5853D4">
      <w:numFmt w:val="bullet"/>
      <w:lvlText w:val="•"/>
      <w:lvlJc w:val="left"/>
      <w:pPr>
        <w:ind w:left="9543" w:hanging="168"/>
      </w:pPr>
      <w:rPr>
        <w:rFonts w:hint="default"/>
        <w:lang w:val="ru-RU" w:eastAsia="en-US" w:bidi="ar-SA"/>
      </w:rPr>
    </w:lvl>
    <w:lvl w:ilvl="7" w:tplc="71CAB9BA">
      <w:numFmt w:val="bullet"/>
      <w:lvlText w:val="•"/>
      <w:lvlJc w:val="left"/>
      <w:pPr>
        <w:ind w:left="11083" w:hanging="168"/>
      </w:pPr>
      <w:rPr>
        <w:rFonts w:hint="default"/>
        <w:lang w:val="ru-RU" w:eastAsia="en-US" w:bidi="ar-SA"/>
      </w:rPr>
    </w:lvl>
    <w:lvl w:ilvl="8" w:tplc="CB88DDF2">
      <w:numFmt w:val="bullet"/>
      <w:lvlText w:val="•"/>
      <w:lvlJc w:val="left"/>
      <w:pPr>
        <w:ind w:left="12624" w:hanging="168"/>
      </w:pPr>
      <w:rPr>
        <w:rFonts w:hint="default"/>
        <w:lang w:val="ru-RU" w:eastAsia="en-US" w:bidi="ar-SA"/>
      </w:rPr>
    </w:lvl>
  </w:abstractNum>
  <w:abstractNum w:abstractNumId="11" w15:restartNumberingAfterBreak="0">
    <w:nsid w:val="13282CA0"/>
    <w:multiLevelType w:val="hybridMultilevel"/>
    <w:tmpl w:val="71CAE6BC"/>
    <w:lvl w:ilvl="0" w:tplc="4C3E60D8">
      <w:start w:val="7"/>
      <w:numFmt w:val="decimal"/>
      <w:lvlText w:val="%1."/>
      <w:lvlJc w:val="left"/>
      <w:pPr>
        <w:ind w:left="758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9A1280">
      <w:start w:val="1"/>
      <w:numFmt w:val="decimal"/>
      <w:lvlText w:val="%2"/>
      <w:lvlJc w:val="left"/>
      <w:pPr>
        <w:ind w:left="7748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502119E">
      <w:numFmt w:val="bullet"/>
      <w:lvlText w:val="•"/>
      <w:lvlJc w:val="left"/>
      <w:pPr>
        <w:ind w:left="8625" w:hanging="212"/>
      </w:pPr>
      <w:rPr>
        <w:rFonts w:hint="default"/>
        <w:lang w:val="ru-RU" w:eastAsia="en-US" w:bidi="ar-SA"/>
      </w:rPr>
    </w:lvl>
    <w:lvl w:ilvl="3" w:tplc="5C2A2256">
      <w:numFmt w:val="bullet"/>
      <w:lvlText w:val="•"/>
      <w:lvlJc w:val="left"/>
      <w:pPr>
        <w:ind w:left="9510" w:hanging="212"/>
      </w:pPr>
      <w:rPr>
        <w:rFonts w:hint="default"/>
        <w:lang w:val="ru-RU" w:eastAsia="en-US" w:bidi="ar-SA"/>
      </w:rPr>
    </w:lvl>
    <w:lvl w:ilvl="4" w:tplc="AF4A2FC6">
      <w:numFmt w:val="bullet"/>
      <w:lvlText w:val="•"/>
      <w:lvlJc w:val="left"/>
      <w:pPr>
        <w:ind w:left="10395" w:hanging="212"/>
      </w:pPr>
      <w:rPr>
        <w:rFonts w:hint="default"/>
        <w:lang w:val="ru-RU" w:eastAsia="en-US" w:bidi="ar-SA"/>
      </w:rPr>
    </w:lvl>
    <w:lvl w:ilvl="5" w:tplc="256E445A">
      <w:numFmt w:val="bullet"/>
      <w:lvlText w:val="•"/>
      <w:lvlJc w:val="left"/>
      <w:pPr>
        <w:ind w:left="11280" w:hanging="212"/>
      </w:pPr>
      <w:rPr>
        <w:rFonts w:hint="default"/>
        <w:lang w:val="ru-RU" w:eastAsia="en-US" w:bidi="ar-SA"/>
      </w:rPr>
    </w:lvl>
    <w:lvl w:ilvl="6" w:tplc="892A7634">
      <w:numFmt w:val="bullet"/>
      <w:lvlText w:val="•"/>
      <w:lvlJc w:val="left"/>
      <w:pPr>
        <w:ind w:left="12165" w:hanging="212"/>
      </w:pPr>
      <w:rPr>
        <w:rFonts w:hint="default"/>
        <w:lang w:val="ru-RU" w:eastAsia="en-US" w:bidi="ar-SA"/>
      </w:rPr>
    </w:lvl>
    <w:lvl w:ilvl="7" w:tplc="19286158">
      <w:numFmt w:val="bullet"/>
      <w:lvlText w:val="•"/>
      <w:lvlJc w:val="left"/>
      <w:pPr>
        <w:ind w:left="13050" w:hanging="212"/>
      </w:pPr>
      <w:rPr>
        <w:rFonts w:hint="default"/>
        <w:lang w:val="ru-RU" w:eastAsia="en-US" w:bidi="ar-SA"/>
      </w:rPr>
    </w:lvl>
    <w:lvl w:ilvl="8" w:tplc="D66814E8">
      <w:numFmt w:val="bullet"/>
      <w:lvlText w:val="•"/>
      <w:lvlJc w:val="left"/>
      <w:pPr>
        <w:ind w:left="13935" w:hanging="212"/>
      </w:pPr>
      <w:rPr>
        <w:rFonts w:hint="default"/>
        <w:lang w:val="ru-RU" w:eastAsia="en-US" w:bidi="ar-SA"/>
      </w:rPr>
    </w:lvl>
  </w:abstractNum>
  <w:abstractNum w:abstractNumId="12" w15:restartNumberingAfterBreak="0">
    <w:nsid w:val="16D21A7C"/>
    <w:multiLevelType w:val="hybridMultilevel"/>
    <w:tmpl w:val="781E747E"/>
    <w:lvl w:ilvl="0" w:tplc="62F609B2">
      <w:numFmt w:val="bullet"/>
      <w:lvlText w:val="—"/>
      <w:lvlJc w:val="left"/>
      <w:pPr>
        <w:ind w:left="29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B8C5046">
      <w:numFmt w:val="bullet"/>
      <w:lvlText w:val="•"/>
      <w:lvlJc w:val="left"/>
      <w:pPr>
        <w:ind w:left="1840" w:hanging="284"/>
      </w:pPr>
      <w:rPr>
        <w:rFonts w:hint="default"/>
        <w:lang w:val="ru-RU" w:eastAsia="en-US" w:bidi="ar-SA"/>
      </w:rPr>
    </w:lvl>
    <w:lvl w:ilvl="2" w:tplc="F7BEFD66">
      <w:numFmt w:val="bullet"/>
      <w:lvlText w:val="•"/>
      <w:lvlJc w:val="left"/>
      <w:pPr>
        <w:ind w:left="3381" w:hanging="284"/>
      </w:pPr>
      <w:rPr>
        <w:rFonts w:hint="default"/>
        <w:lang w:val="ru-RU" w:eastAsia="en-US" w:bidi="ar-SA"/>
      </w:rPr>
    </w:lvl>
    <w:lvl w:ilvl="3" w:tplc="D92A9FE4">
      <w:numFmt w:val="bullet"/>
      <w:lvlText w:val="•"/>
      <w:lvlJc w:val="left"/>
      <w:pPr>
        <w:ind w:left="4921" w:hanging="284"/>
      </w:pPr>
      <w:rPr>
        <w:rFonts w:hint="default"/>
        <w:lang w:val="ru-RU" w:eastAsia="en-US" w:bidi="ar-SA"/>
      </w:rPr>
    </w:lvl>
    <w:lvl w:ilvl="4" w:tplc="6BCAA1BA">
      <w:numFmt w:val="bullet"/>
      <w:lvlText w:val="•"/>
      <w:lvlJc w:val="left"/>
      <w:pPr>
        <w:ind w:left="6462" w:hanging="284"/>
      </w:pPr>
      <w:rPr>
        <w:rFonts w:hint="default"/>
        <w:lang w:val="ru-RU" w:eastAsia="en-US" w:bidi="ar-SA"/>
      </w:rPr>
    </w:lvl>
    <w:lvl w:ilvl="5" w:tplc="D07227FE">
      <w:numFmt w:val="bullet"/>
      <w:lvlText w:val="•"/>
      <w:lvlJc w:val="left"/>
      <w:pPr>
        <w:ind w:left="8002" w:hanging="284"/>
      </w:pPr>
      <w:rPr>
        <w:rFonts w:hint="default"/>
        <w:lang w:val="ru-RU" w:eastAsia="en-US" w:bidi="ar-SA"/>
      </w:rPr>
    </w:lvl>
    <w:lvl w:ilvl="6" w:tplc="A6E089C8">
      <w:numFmt w:val="bullet"/>
      <w:lvlText w:val="•"/>
      <w:lvlJc w:val="left"/>
      <w:pPr>
        <w:ind w:left="9543" w:hanging="284"/>
      </w:pPr>
      <w:rPr>
        <w:rFonts w:hint="default"/>
        <w:lang w:val="ru-RU" w:eastAsia="en-US" w:bidi="ar-SA"/>
      </w:rPr>
    </w:lvl>
    <w:lvl w:ilvl="7" w:tplc="5DAAC2BE">
      <w:numFmt w:val="bullet"/>
      <w:lvlText w:val="•"/>
      <w:lvlJc w:val="left"/>
      <w:pPr>
        <w:ind w:left="11083" w:hanging="284"/>
      </w:pPr>
      <w:rPr>
        <w:rFonts w:hint="default"/>
        <w:lang w:val="ru-RU" w:eastAsia="en-US" w:bidi="ar-SA"/>
      </w:rPr>
    </w:lvl>
    <w:lvl w:ilvl="8" w:tplc="7E24C7CA">
      <w:numFmt w:val="bullet"/>
      <w:lvlText w:val="•"/>
      <w:lvlJc w:val="left"/>
      <w:pPr>
        <w:ind w:left="12624" w:hanging="284"/>
      </w:pPr>
      <w:rPr>
        <w:rFonts w:hint="default"/>
        <w:lang w:val="ru-RU" w:eastAsia="en-US" w:bidi="ar-SA"/>
      </w:rPr>
    </w:lvl>
  </w:abstractNum>
  <w:abstractNum w:abstractNumId="13" w15:restartNumberingAfterBreak="0">
    <w:nsid w:val="19B5593D"/>
    <w:multiLevelType w:val="hybridMultilevel"/>
    <w:tmpl w:val="85CED7BC"/>
    <w:lvl w:ilvl="0" w:tplc="D23CBF9C">
      <w:numFmt w:val="bullet"/>
      <w:lvlText w:val="-"/>
      <w:lvlJc w:val="left"/>
      <w:pPr>
        <w:ind w:left="295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12A504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D2A0B42">
      <w:numFmt w:val="bullet"/>
      <w:lvlText w:val="•"/>
      <w:lvlJc w:val="left"/>
      <w:pPr>
        <w:ind w:left="2705" w:hanging="360"/>
      </w:pPr>
      <w:rPr>
        <w:rFonts w:hint="default"/>
        <w:lang w:val="ru-RU" w:eastAsia="en-US" w:bidi="ar-SA"/>
      </w:rPr>
    </w:lvl>
    <w:lvl w:ilvl="3" w:tplc="472E11A0">
      <w:numFmt w:val="bullet"/>
      <w:lvlText w:val="•"/>
      <w:lvlJc w:val="left"/>
      <w:pPr>
        <w:ind w:left="4330" w:hanging="360"/>
      </w:pPr>
      <w:rPr>
        <w:rFonts w:hint="default"/>
        <w:lang w:val="ru-RU" w:eastAsia="en-US" w:bidi="ar-SA"/>
      </w:rPr>
    </w:lvl>
    <w:lvl w:ilvl="4" w:tplc="6908C4E6">
      <w:numFmt w:val="bullet"/>
      <w:lvlText w:val="•"/>
      <w:lvlJc w:val="left"/>
      <w:pPr>
        <w:ind w:left="5955" w:hanging="360"/>
      </w:pPr>
      <w:rPr>
        <w:rFonts w:hint="default"/>
        <w:lang w:val="ru-RU" w:eastAsia="en-US" w:bidi="ar-SA"/>
      </w:rPr>
    </w:lvl>
    <w:lvl w:ilvl="5" w:tplc="1D0A8660">
      <w:numFmt w:val="bullet"/>
      <w:lvlText w:val="•"/>
      <w:lvlJc w:val="left"/>
      <w:pPr>
        <w:ind w:left="7580" w:hanging="360"/>
      </w:pPr>
      <w:rPr>
        <w:rFonts w:hint="default"/>
        <w:lang w:val="ru-RU" w:eastAsia="en-US" w:bidi="ar-SA"/>
      </w:rPr>
    </w:lvl>
    <w:lvl w:ilvl="6" w:tplc="871829DE">
      <w:numFmt w:val="bullet"/>
      <w:lvlText w:val="•"/>
      <w:lvlJc w:val="left"/>
      <w:pPr>
        <w:ind w:left="9205" w:hanging="360"/>
      </w:pPr>
      <w:rPr>
        <w:rFonts w:hint="default"/>
        <w:lang w:val="ru-RU" w:eastAsia="en-US" w:bidi="ar-SA"/>
      </w:rPr>
    </w:lvl>
    <w:lvl w:ilvl="7" w:tplc="81C622B8">
      <w:numFmt w:val="bullet"/>
      <w:lvlText w:val="•"/>
      <w:lvlJc w:val="left"/>
      <w:pPr>
        <w:ind w:left="10830" w:hanging="360"/>
      </w:pPr>
      <w:rPr>
        <w:rFonts w:hint="default"/>
        <w:lang w:val="ru-RU" w:eastAsia="en-US" w:bidi="ar-SA"/>
      </w:rPr>
    </w:lvl>
    <w:lvl w:ilvl="8" w:tplc="38DCDFBE">
      <w:numFmt w:val="bullet"/>
      <w:lvlText w:val="•"/>
      <w:lvlJc w:val="left"/>
      <w:pPr>
        <w:ind w:left="12455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242548B5"/>
    <w:multiLevelType w:val="hybridMultilevel"/>
    <w:tmpl w:val="F8E4DD98"/>
    <w:lvl w:ilvl="0" w:tplc="A948D384">
      <w:numFmt w:val="bullet"/>
      <w:lvlText w:val=""/>
      <w:lvlJc w:val="left"/>
      <w:pPr>
        <w:ind w:left="10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DF0B976">
      <w:numFmt w:val="bullet"/>
      <w:lvlText w:val="•"/>
      <w:lvlJc w:val="left"/>
      <w:pPr>
        <w:ind w:left="2488" w:hanging="360"/>
      </w:pPr>
      <w:rPr>
        <w:rFonts w:hint="default"/>
        <w:lang w:val="ru-RU" w:eastAsia="en-US" w:bidi="ar-SA"/>
      </w:rPr>
    </w:lvl>
    <w:lvl w:ilvl="2" w:tplc="808278F0">
      <w:numFmt w:val="bullet"/>
      <w:lvlText w:val="•"/>
      <w:lvlJc w:val="left"/>
      <w:pPr>
        <w:ind w:left="3957" w:hanging="360"/>
      </w:pPr>
      <w:rPr>
        <w:rFonts w:hint="default"/>
        <w:lang w:val="ru-RU" w:eastAsia="en-US" w:bidi="ar-SA"/>
      </w:rPr>
    </w:lvl>
    <w:lvl w:ilvl="3" w:tplc="16DEACE2">
      <w:numFmt w:val="bullet"/>
      <w:lvlText w:val="•"/>
      <w:lvlJc w:val="left"/>
      <w:pPr>
        <w:ind w:left="5425" w:hanging="360"/>
      </w:pPr>
      <w:rPr>
        <w:rFonts w:hint="default"/>
        <w:lang w:val="ru-RU" w:eastAsia="en-US" w:bidi="ar-SA"/>
      </w:rPr>
    </w:lvl>
    <w:lvl w:ilvl="4" w:tplc="E45AE8D8">
      <w:numFmt w:val="bullet"/>
      <w:lvlText w:val="•"/>
      <w:lvlJc w:val="left"/>
      <w:pPr>
        <w:ind w:left="6894" w:hanging="360"/>
      </w:pPr>
      <w:rPr>
        <w:rFonts w:hint="default"/>
        <w:lang w:val="ru-RU" w:eastAsia="en-US" w:bidi="ar-SA"/>
      </w:rPr>
    </w:lvl>
    <w:lvl w:ilvl="5" w:tplc="2658611A">
      <w:numFmt w:val="bullet"/>
      <w:lvlText w:val="•"/>
      <w:lvlJc w:val="left"/>
      <w:pPr>
        <w:ind w:left="8362" w:hanging="360"/>
      </w:pPr>
      <w:rPr>
        <w:rFonts w:hint="default"/>
        <w:lang w:val="ru-RU" w:eastAsia="en-US" w:bidi="ar-SA"/>
      </w:rPr>
    </w:lvl>
    <w:lvl w:ilvl="6" w:tplc="A748E150">
      <w:numFmt w:val="bullet"/>
      <w:lvlText w:val="•"/>
      <w:lvlJc w:val="left"/>
      <w:pPr>
        <w:ind w:left="9831" w:hanging="360"/>
      </w:pPr>
      <w:rPr>
        <w:rFonts w:hint="default"/>
        <w:lang w:val="ru-RU" w:eastAsia="en-US" w:bidi="ar-SA"/>
      </w:rPr>
    </w:lvl>
    <w:lvl w:ilvl="7" w:tplc="385A5D72">
      <w:numFmt w:val="bullet"/>
      <w:lvlText w:val="•"/>
      <w:lvlJc w:val="left"/>
      <w:pPr>
        <w:ind w:left="11299" w:hanging="360"/>
      </w:pPr>
      <w:rPr>
        <w:rFonts w:hint="default"/>
        <w:lang w:val="ru-RU" w:eastAsia="en-US" w:bidi="ar-SA"/>
      </w:rPr>
    </w:lvl>
    <w:lvl w:ilvl="8" w:tplc="35A68298">
      <w:numFmt w:val="bullet"/>
      <w:lvlText w:val="•"/>
      <w:lvlJc w:val="left"/>
      <w:pPr>
        <w:ind w:left="12768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3B5267D4"/>
    <w:multiLevelType w:val="hybridMultilevel"/>
    <w:tmpl w:val="1D3E4F16"/>
    <w:lvl w:ilvl="0" w:tplc="603A05F0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C27810">
      <w:numFmt w:val="bullet"/>
      <w:lvlText w:val="•"/>
      <w:lvlJc w:val="left"/>
      <w:pPr>
        <w:ind w:left="2542" w:hanging="360"/>
      </w:pPr>
      <w:rPr>
        <w:rFonts w:hint="default"/>
        <w:lang w:val="ru-RU" w:eastAsia="en-US" w:bidi="ar-SA"/>
      </w:rPr>
    </w:lvl>
    <w:lvl w:ilvl="2" w:tplc="62ACD726">
      <w:numFmt w:val="bullet"/>
      <w:lvlText w:val="•"/>
      <w:lvlJc w:val="left"/>
      <w:pPr>
        <w:ind w:left="4005" w:hanging="360"/>
      </w:pPr>
      <w:rPr>
        <w:rFonts w:hint="default"/>
        <w:lang w:val="ru-RU" w:eastAsia="en-US" w:bidi="ar-SA"/>
      </w:rPr>
    </w:lvl>
    <w:lvl w:ilvl="3" w:tplc="8F2C1DB2">
      <w:numFmt w:val="bullet"/>
      <w:lvlText w:val="•"/>
      <w:lvlJc w:val="left"/>
      <w:pPr>
        <w:ind w:left="5467" w:hanging="360"/>
      </w:pPr>
      <w:rPr>
        <w:rFonts w:hint="default"/>
        <w:lang w:val="ru-RU" w:eastAsia="en-US" w:bidi="ar-SA"/>
      </w:rPr>
    </w:lvl>
    <w:lvl w:ilvl="4" w:tplc="92E25A60">
      <w:numFmt w:val="bullet"/>
      <w:lvlText w:val="•"/>
      <w:lvlJc w:val="left"/>
      <w:pPr>
        <w:ind w:left="6930" w:hanging="360"/>
      </w:pPr>
      <w:rPr>
        <w:rFonts w:hint="default"/>
        <w:lang w:val="ru-RU" w:eastAsia="en-US" w:bidi="ar-SA"/>
      </w:rPr>
    </w:lvl>
    <w:lvl w:ilvl="5" w:tplc="8A50BA96">
      <w:numFmt w:val="bullet"/>
      <w:lvlText w:val="•"/>
      <w:lvlJc w:val="left"/>
      <w:pPr>
        <w:ind w:left="8392" w:hanging="360"/>
      </w:pPr>
      <w:rPr>
        <w:rFonts w:hint="default"/>
        <w:lang w:val="ru-RU" w:eastAsia="en-US" w:bidi="ar-SA"/>
      </w:rPr>
    </w:lvl>
    <w:lvl w:ilvl="6" w:tplc="9414656C">
      <w:numFmt w:val="bullet"/>
      <w:lvlText w:val="•"/>
      <w:lvlJc w:val="left"/>
      <w:pPr>
        <w:ind w:left="9855" w:hanging="360"/>
      </w:pPr>
      <w:rPr>
        <w:rFonts w:hint="default"/>
        <w:lang w:val="ru-RU" w:eastAsia="en-US" w:bidi="ar-SA"/>
      </w:rPr>
    </w:lvl>
    <w:lvl w:ilvl="7" w:tplc="708C0E66">
      <w:numFmt w:val="bullet"/>
      <w:lvlText w:val="•"/>
      <w:lvlJc w:val="left"/>
      <w:pPr>
        <w:ind w:left="11317" w:hanging="360"/>
      </w:pPr>
      <w:rPr>
        <w:rFonts w:hint="default"/>
        <w:lang w:val="ru-RU" w:eastAsia="en-US" w:bidi="ar-SA"/>
      </w:rPr>
    </w:lvl>
    <w:lvl w:ilvl="8" w:tplc="B3AA2CD4">
      <w:numFmt w:val="bullet"/>
      <w:lvlText w:val="•"/>
      <w:lvlJc w:val="left"/>
      <w:pPr>
        <w:ind w:left="12780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3EAD3885"/>
    <w:multiLevelType w:val="hybridMultilevel"/>
    <w:tmpl w:val="0E5AD848"/>
    <w:lvl w:ilvl="0" w:tplc="CD1653D6">
      <w:numFmt w:val="bullet"/>
      <w:lvlText w:val=""/>
      <w:lvlJc w:val="left"/>
      <w:pPr>
        <w:ind w:left="101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7AF340">
      <w:numFmt w:val="bullet"/>
      <w:lvlText w:val="•"/>
      <w:lvlJc w:val="left"/>
      <w:pPr>
        <w:ind w:left="2488" w:hanging="348"/>
      </w:pPr>
      <w:rPr>
        <w:rFonts w:hint="default"/>
        <w:lang w:val="ru-RU" w:eastAsia="en-US" w:bidi="ar-SA"/>
      </w:rPr>
    </w:lvl>
    <w:lvl w:ilvl="2" w:tplc="A7B66576">
      <w:numFmt w:val="bullet"/>
      <w:lvlText w:val="•"/>
      <w:lvlJc w:val="left"/>
      <w:pPr>
        <w:ind w:left="3957" w:hanging="348"/>
      </w:pPr>
      <w:rPr>
        <w:rFonts w:hint="default"/>
        <w:lang w:val="ru-RU" w:eastAsia="en-US" w:bidi="ar-SA"/>
      </w:rPr>
    </w:lvl>
    <w:lvl w:ilvl="3" w:tplc="D83E74B0">
      <w:numFmt w:val="bullet"/>
      <w:lvlText w:val="•"/>
      <w:lvlJc w:val="left"/>
      <w:pPr>
        <w:ind w:left="5425" w:hanging="348"/>
      </w:pPr>
      <w:rPr>
        <w:rFonts w:hint="default"/>
        <w:lang w:val="ru-RU" w:eastAsia="en-US" w:bidi="ar-SA"/>
      </w:rPr>
    </w:lvl>
    <w:lvl w:ilvl="4" w:tplc="1FF8DDD8">
      <w:numFmt w:val="bullet"/>
      <w:lvlText w:val="•"/>
      <w:lvlJc w:val="left"/>
      <w:pPr>
        <w:ind w:left="6894" w:hanging="348"/>
      </w:pPr>
      <w:rPr>
        <w:rFonts w:hint="default"/>
        <w:lang w:val="ru-RU" w:eastAsia="en-US" w:bidi="ar-SA"/>
      </w:rPr>
    </w:lvl>
    <w:lvl w:ilvl="5" w:tplc="28F4618E">
      <w:numFmt w:val="bullet"/>
      <w:lvlText w:val="•"/>
      <w:lvlJc w:val="left"/>
      <w:pPr>
        <w:ind w:left="8362" w:hanging="348"/>
      </w:pPr>
      <w:rPr>
        <w:rFonts w:hint="default"/>
        <w:lang w:val="ru-RU" w:eastAsia="en-US" w:bidi="ar-SA"/>
      </w:rPr>
    </w:lvl>
    <w:lvl w:ilvl="6" w:tplc="E5BAB5BE">
      <w:numFmt w:val="bullet"/>
      <w:lvlText w:val="•"/>
      <w:lvlJc w:val="left"/>
      <w:pPr>
        <w:ind w:left="9831" w:hanging="348"/>
      </w:pPr>
      <w:rPr>
        <w:rFonts w:hint="default"/>
        <w:lang w:val="ru-RU" w:eastAsia="en-US" w:bidi="ar-SA"/>
      </w:rPr>
    </w:lvl>
    <w:lvl w:ilvl="7" w:tplc="CE8EDAF6">
      <w:numFmt w:val="bullet"/>
      <w:lvlText w:val="•"/>
      <w:lvlJc w:val="left"/>
      <w:pPr>
        <w:ind w:left="11299" w:hanging="348"/>
      </w:pPr>
      <w:rPr>
        <w:rFonts w:hint="default"/>
        <w:lang w:val="ru-RU" w:eastAsia="en-US" w:bidi="ar-SA"/>
      </w:rPr>
    </w:lvl>
    <w:lvl w:ilvl="8" w:tplc="C8FCE840">
      <w:numFmt w:val="bullet"/>
      <w:lvlText w:val="•"/>
      <w:lvlJc w:val="left"/>
      <w:pPr>
        <w:ind w:left="12768" w:hanging="348"/>
      </w:pPr>
      <w:rPr>
        <w:rFonts w:hint="default"/>
        <w:lang w:val="ru-RU" w:eastAsia="en-US" w:bidi="ar-SA"/>
      </w:rPr>
    </w:lvl>
  </w:abstractNum>
  <w:abstractNum w:abstractNumId="17" w15:restartNumberingAfterBreak="0">
    <w:nsid w:val="5B5F2613"/>
    <w:multiLevelType w:val="hybridMultilevel"/>
    <w:tmpl w:val="A14ED604"/>
    <w:lvl w:ilvl="0" w:tplc="ECAC1A76">
      <w:numFmt w:val="bullet"/>
      <w:lvlText w:val="–"/>
      <w:lvlJc w:val="left"/>
      <w:pPr>
        <w:ind w:left="29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D747186">
      <w:numFmt w:val="bullet"/>
      <w:lvlText w:val=""/>
      <w:lvlJc w:val="left"/>
      <w:pPr>
        <w:ind w:left="1015" w:hanging="348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B7D862FC">
      <w:numFmt w:val="bullet"/>
      <w:lvlText w:val="•"/>
      <w:lvlJc w:val="left"/>
      <w:pPr>
        <w:ind w:left="2651" w:hanging="348"/>
      </w:pPr>
      <w:rPr>
        <w:rFonts w:hint="default"/>
        <w:lang w:val="ru-RU" w:eastAsia="en-US" w:bidi="ar-SA"/>
      </w:rPr>
    </w:lvl>
    <w:lvl w:ilvl="3" w:tplc="EBB62C24">
      <w:numFmt w:val="bullet"/>
      <w:lvlText w:val="•"/>
      <w:lvlJc w:val="left"/>
      <w:pPr>
        <w:ind w:left="4283" w:hanging="348"/>
      </w:pPr>
      <w:rPr>
        <w:rFonts w:hint="default"/>
        <w:lang w:val="ru-RU" w:eastAsia="en-US" w:bidi="ar-SA"/>
      </w:rPr>
    </w:lvl>
    <w:lvl w:ilvl="4" w:tplc="B3D0A108">
      <w:numFmt w:val="bullet"/>
      <w:lvlText w:val="•"/>
      <w:lvlJc w:val="left"/>
      <w:pPr>
        <w:ind w:left="5915" w:hanging="348"/>
      </w:pPr>
      <w:rPr>
        <w:rFonts w:hint="default"/>
        <w:lang w:val="ru-RU" w:eastAsia="en-US" w:bidi="ar-SA"/>
      </w:rPr>
    </w:lvl>
    <w:lvl w:ilvl="5" w:tplc="383E186E">
      <w:numFmt w:val="bullet"/>
      <w:lvlText w:val="•"/>
      <w:lvlJc w:val="left"/>
      <w:pPr>
        <w:ind w:left="7546" w:hanging="348"/>
      </w:pPr>
      <w:rPr>
        <w:rFonts w:hint="default"/>
        <w:lang w:val="ru-RU" w:eastAsia="en-US" w:bidi="ar-SA"/>
      </w:rPr>
    </w:lvl>
    <w:lvl w:ilvl="6" w:tplc="98267F98">
      <w:numFmt w:val="bullet"/>
      <w:lvlText w:val="•"/>
      <w:lvlJc w:val="left"/>
      <w:pPr>
        <w:ind w:left="9178" w:hanging="348"/>
      </w:pPr>
      <w:rPr>
        <w:rFonts w:hint="default"/>
        <w:lang w:val="ru-RU" w:eastAsia="en-US" w:bidi="ar-SA"/>
      </w:rPr>
    </w:lvl>
    <w:lvl w:ilvl="7" w:tplc="5EC2AF38">
      <w:numFmt w:val="bullet"/>
      <w:lvlText w:val="•"/>
      <w:lvlJc w:val="left"/>
      <w:pPr>
        <w:ind w:left="10810" w:hanging="348"/>
      </w:pPr>
      <w:rPr>
        <w:rFonts w:hint="default"/>
        <w:lang w:val="ru-RU" w:eastAsia="en-US" w:bidi="ar-SA"/>
      </w:rPr>
    </w:lvl>
    <w:lvl w:ilvl="8" w:tplc="674C422C">
      <w:numFmt w:val="bullet"/>
      <w:lvlText w:val="•"/>
      <w:lvlJc w:val="left"/>
      <w:pPr>
        <w:ind w:left="12441" w:hanging="348"/>
      </w:pPr>
      <w:rPr>
        <w:rFonts w:hint="default"/>
        <w:lang w:val="ru-RU" w:eastAsia="en-US" w:bidi="ar-SA"/>
      </w:rPr>
    </w:lvl>
  </w:abstractNum>
  <w:num w:numId="1" w16cid:durableId="1711689131">
    <w:abstractNumId w:val="11"/>
  </w:num>
  <w:num w:numId="2" w16cid:durableId="2089188115">
    <w:abstractNumId w:val="10"/>
  </w:num>
  <w:num w:numId="3" w16cid:durableId="2098398361">
    <w:abstractNumId w:val="15"/>
  </w:num>
  <w:num w:numId="4" w16cid:durableId="1282758750">
    <w:abstractNumId w:val="13"/>
  </w:num>
  <w:num w:numId="5" w16cid:durableId="782186092">
    <w:abstractNumId w:val="14"/>
  </w:num>
  <w:num w:numId="6" w16cid:durableId="953637890">
    <w:abstractNumId w:val="9"/>
  </w:num>
  <w:num w:numId="7" w16cid:durableId="2132089860">
    <w:abstractNumId w:val="17"/>
  </w:num>
  <w:num w:numId="8" w16cid:durableId="1542206235">
    <w:abstractNumId w:val="12"/>
  </w:num>
  <w:num w:numId="9" w16cid:durableId="874734839">
    <w:abstractNumId w:val="16"/>
  </w:num>
  <w:num w:numId="10" w16cid:durableId="1594168430">
    <w:abstractNumId w:val="8"/>
  </w:num>
  <w:num w:numId="11" w16cid:durableId="434449195">
    <w:abstractNumId w:val="6"/>
  </w:num>
  <w:num w:numId="12" w16cid:durableId="901477359">
    <w:abstractNumId w:val="5"/>
  </w:num>
  <w:num w:numId="13" w16cid:durableId="1430001162">
    <w:abstractNumId w:val="4"/>
  </w:num>
  <w:num w:numId="14" w16cid:durableId="633369624">
    <w:abstractNumId w:val="7"/>
  </w:num>
  <w:num w:numId="15" w16cid:durableId="250432092">
    <w:abstractNumId w:val="3"/>
  </w:num>
  <w:num w:numId="16" w16cid:durableId="1502811033">
    <w:abstractNumId w:val="2"/>
  </w:num>
  <w:num w:numId="17" w16cid:durableId="847984788">
    <w:abstractNumId w:val="1"/>
  </w:num>
  <w:num w:numId="18" w16cid:durableId="1021278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42ED1"/>
    <w:rsid w:val="00002286"/>
    <w:rsid w:val="004A04BD"/>
    <w:rsid w:val="00654A0A"/>
    <w:rsid w:val="006A74A6"/>
    <w:rsid w:val="00792898"/>
    <w:rsid w:val="00C42ED1"/>
    <w:rsid w:val="00D8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A494D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1"/>
    <w:link w:val="10"/>
    <w:uiPriority w:val="9"/>
    <w:qFormat/>
    <w:pPr>
      <w:ind w:left="281"/>
      <w:jc w:val="center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link w:val="22"/>
    <w:uiPriority w:val="9"/>
    <w:unhideWhenUsed/>
    <w:qFormat/>
    <w:pPr>
      <w:spacing w:before="173"/>
      <w:ind w:left="564"/>
      <w:outlineLvl w:val="1"/>
    </w:pPr>
    <w:rPr>
      <w:b/>
      <w:bCs/>
      <w:sz w:val="28"/>
      <w:szCs w:val="28"/>
    </w:rPr>
  </w:style>
  <w:style w:type="paragraph" w:styleId="31">
    <w:name w:val="heading 3"/>
    <w:basedOn w:val="a1"/>
    <w:link w:val="32"/>
    <w:uiPriority w:val="9"/>
    <w:unhideWhenUsed/>
    <w:qFormat/>
    <w:pPr>
      <w:spacing w:line="274" w:lineRule="exact"/>
      <w:ind w:left="295"/>
      <w:outlineLvl w:val="2"/>
    </w:pPr>
    <w:rPr>
      <w:b/>
      <w:bCs/>
      <w:sz w:val="24"/>
      <w:szCs w:val="24"/>
    </w:rPr>
  </w:style>
  <w:style w:type="paragraph" w:styleId="4">
    <w:name w:val="heading 4"/>
    <w:basedOn w:val="a1"/>
    <w:link w:val="40"/>
    <w:uiPriority w:val="9"/>
    <w:unhideWhenUsed/>
    <w:qFormat/>
    <w:pPr>
      <w:spacing w:line="258" w:lineRule="exact"/>
      <w:ind w:left="295"/>
      <w:outlineLvl w:val="3"/>
    </w:pPr>
    <w:rPr>
      <w:b/>
      <w:bCs/>
      <w:i/>
      <w:iCs/>
      <w:sz w:val="24"/>
      <w:szCs w:val="24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654A0A"/>
    <w:pPr>
      <w:keepNext/>
      <w:keepLines/>
      <w:widowControl/>
      <w:autoSpaceDE/>
      <w:autoSpaceDN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654A0A"/>
    <w:pPr>
      <w:keepNext/>
      <w:keepLines/>
      <w:widowControl/>
      <w:autoSpaceDE/>
      <w:autoSpaceDN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654A0A"/>
    <w:pPr>
      <w:keepNext/>
      <w:keepLines/>
      <w:widowControl/>
      <w:autoSpaceDE/>
      <w:autoSpaceDN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654A0A"/>
    <w:pPr>
      <w:keepNext/>
      <w:keepLines/>
      <w:widowControl/>
      <w:autoSpaceDE/>
      <w:autoSpaceDN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654A0A"/>
    <w:pPr>
      <w:keepNext/>
      <w:keepLines/>
      <w:widowControl/>
      <w:autoSpaceDE/>
      <w:autoSpaceDN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1"/>
    <w:link w:val="a6"/>
    <w:uiPriority w:val="99"/>
    <w:qFormat/>
    <w:pPr>
      <w:ind w:left="295"/>
    </w:pPr>
    <w:rPr>
      <w:sz w:val="24"/>
      <w:szCs w:val="24"/>
    </w:rPr>
  </w:style>
  <w:style w:type="paragraph" w:styleId="a7">
    <w:name w:val="List Paragraph"/>
    <w:basedOn w:val="a1"/>
    <w:uiPriority w:val="34"/>
    <w:qFormat/>
    <w:pPr>
      <w:ind w:left="295"/>
    </w:pPr>
  </w:style>
  <w:style w:type="paragraph" w:customStyle="1" w:styleId="TableParagraph">
    <w:name w:val="Table Paragraph"/>
    <w:basedOn w:val="a1"/>
    <w:uiPriority w:val="1"/>
    <w:qFormat/>
    <w:pPr>
      <w:ind w:left="107"/>
    </w:pPr>
  </w:style>
  <w:style w:type="paragraph" w:styleId="a8">
    <w:name w:val="header"/>
    <w:basedOn w:val="a1"/>
    <w:link w:val="a9"/>
    <w:uiPriority w:val="99"/>
    <w:unhideWhenUsed/>
    <w:rsid w:val="00654A0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2"/>
    <w:link w:val="a8"/>
    <w:uiPriority w:val="99"/>
    <w:rsid w:val="00654A0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1"/>
    <w:link w:val="ab"/>
    <w:uiPriority w:val="99"/>
    <w:unhideWhenUsed/>
    <w:rsid w:val="00654A0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2"/>
    <w:link w:val="aa"/>
    <w:uiPriority w:val="99"/>
    <w:rsid w:val="00654A0A"/>
    <w:rPr>
      <w:rFonts w:ascii="Times New Roman" w:eastAsia="Times New Roman" w:hAnsi="Times New Roman" w:cs="Times New Roman"/>
      <w:lang w:val="ru-RU"/>
    </w:rPr>
  </w:style>
  <w:style w:type="character" w:customStyle="1" w:styleId="50">
    <w:name w:val="Заголовок 5 Знак"/>
    <w:basedOn w:val="a2"/>
    <w:link w:val="5"/>
    <w:uiPriority w:val="9"/>
    <w:semiHidden/>
    <w:rsid w:val="00654A0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654A0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654A0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654A0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654A0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c">
    <w:name w:val="No Spacing"/>
    <w:uiPriority w:val="1"/>
    <w:qFormat/>
    <w:rsid w:val="00654A0A"/>
    <w:pPr>
      <w:widowControl/>
      <w:autoSpaceDE/>
      <w:autoSpaceDN/>
    </w:pPr>
    <w:rPr>
      <w:rFonts w:eastAsiaTheme="minorEastAsia"/>
    </w:rPr>
  </w:style>
  <w:style w:type="character" w:customStyle="1" w:styleId="10">
    <w:name w:val="Заголовок 1 Знак"/>
    <w:basedOn w:val="a2"/>
    <w:link w:val="1"/>
    <w:uiPriority w:val="9"/>
    <w:rsid w:val="00654A0A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2">
    <w:name w:val="Заголовок 2 Знак"/>
    <w:basedOn w:val="a2"/>
    <w:link w:val="21"/>
    <w:uiPriority w:val="9"/>
    <w:rsid w:val="00654A0A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32">
    <w:name w:val="Заголовок 3 Знак"/>
    <w:basedOn w:val="a2"/>
    <w:link w:val="31"/>
    <w:uiPriority w:val="9"/>
    <w:rsid w:val="00654A0A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d">
    <w:name w:val="Title"/>
    <w:basedOn w:val="a1"/>
    <w:next w:val="a1"/>
    <w:link w:val="ae"/>
    <w:uiPriority w:val="10"/>
    <w:qFormat/>
    <w:rsid w:val="00654A0A"/>
    <w:pPr>
      <w:widowControl/>
      <w:pBdr>
        <w:bottom w:val="single" w:sz="8" w:space="4" w:color="4F81BD" w:themeColor="accent1"/>
      </w:pBdr>
      <w:autoSpaceDE/>
      <w:autoSpaceDN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e">
    <w:name w:val="Заголовок Знак"/>
    <w:basedOn w:val="a2"/>
    <w:link w:val="ad"/>
    <w:uiPriority w:val="10"/>
    <w:rsid w:val="00654A0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">
    <w:name w:val="Subtitle"/>
    <w:basedOn w:val="a1"/>
    <w:next w:val="a1"/>
    <w:link w:val="af0"/>
    <w:uiPriority w:val="11"/>
    <w:qFormat/>
    <w:rsid w:val="00654A0A"/>
    <w:pPr>
      <w:widowControl/>
      <w:numPr>
        <w:ilvl w:val="1"/>
      </w:numPr>
      <w:autoSpaceDE/>
      <w:autoSpaceDN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f0">
    <w:name w:val="Подзаголовок Знак"/>
    <w:basedOn w:val="a2"/>
    <w:link w:val="af"/>
    <w:uiPriority w:val="11"/>
    <w:rsid w:val="00654A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Основной текст Знак"/>
    <w:basedOn w:val="a2"/>
    <w:link w:val="a5"/>
    <w:uiPriority w:val="99"/>
    <w:rsid w:val="00654A0A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3">
    <w:name w:val="Body Text 2"/>
    <w:basedOn w:val="a1"/>
    <w:link w:val="24"/>
    <w:uiPriority w:val="99"/>
    <w:unhideWhenUsed/>
    <w:rsid w:val="00654A0A"/>
    <w:pPr>
      <w:widowControl/>
      <w:autoSpaceDE/>
      <w:autoSpaceDN/>
      <w:spacing w:after="120" w:line="480" w:lineRule="auto"/>
    </w:pPr>
    <w:rPr>
      <w:rFonts w:eastAsiaTheme="minorEastAsia" w:cstheme="minorBidi"/>
      <w:lang w:val="en-US"/>
    </w:rPr>
  </w:style>
  <w:style w:type="character" w:customStyle="1" w:styleId="24">
    <w:name w:val="Основной текст 2 Знак"/>
    <w:basedOn w:val="a2"/>
    <w:link w:val="23"/>
    <w:uiPriority w:val="99"/>
    <w:rsid w:val="00654A0A"/>
    <w:rPr>
      <w:rFonts w:ascii="Times New Roman" w:eastAsiaTheme="minorEastAsia" w:hAnsi="Times New Roman"/>
    </w:rPr>
  </w:style>
  <w:style w:type="paragraph" w:styleId="33">
    <w:name w:val="Body Text 3"/>
    <w:basedOn w:val="a1"/>
    <w:link w:val="34"/>
    <w:uiPriority w:val="99"/>
    <w:unhideWhenUsed/>
    <w:rsid w:val="00654A0A"/>
    <w:pPr>
      <w:widowControl/>
      <w:autoSpaceDE/>
      <w:autoSpaceDN/>
      <w:spacing w:after="120" w:line="276" w:lineRule="auto"/>
    </w:pPr>
    <w:rPr>
      <w:rFonts w:eastAsiaTheme="minorEastAsia" w:cstheme="minorBidi"/>
      <w:sz w:val="16"/>
      <w:szCs w:val="16"/>
      <w:lang w:val="en-US"/>
    </w:rPr>
  </w:style>
  <w:style w:type="character" w:customStyle="1" w:styleId="34">
    <w:name w:val="Основной текст 3 Знак"/>
    <w:basedOn w:val="a2"/>
    <w:link w:val="33"/>
    <w:uiPriority w:val="99"/>
    <w:rsid w:val="00654A0A"/>
    <w:rPr>
      <w:rFonts w:ascii="Times New Roman" w:eastAsiaTheme="minorEastAsia" w:hAnsi="Times New Roman"/>
      <w:sz w:val="16"/>
      <w:szCs w:val="16"/>
    </w:rPr>
  </w:style>
  <w:style w:type="paragraph" w:styleId="af1">
    <w:name w:val="List"/>
    <w:basedOn w:val="a1"/>
    <w:uiPriority w:val="99"/>
    <w:unhideWhenUsed/>
    <w:rsid w:val="00654A0A"/>
    <w:pPr>
      <w:widowControl/>
      <w:autoSpaceDE/>
      <w:autoSpaceDN/>
      <w:spacing w:after="200" w:line="276" w:lineRule="auto"/>
      <w:ind w:left="360" w:hanging="360"/>
      <w:contextualSpacing/>
    </w:pPr>
    <w:rPr>
      <w:rFonts w:eastAsiaTheme="minorEastAsia" w:cstheme="minorBidi"/>
      <w:lang w:val="en-US"/>
    </w:rPr>
  </w:style>
  <w:style w:type="paragraph" w:styleId="25">
    <w:name w:val="List 2"/>
    <w:basedOn w:val="a1"/>
    <w:uiPriority w:val="99"/>
    <w:unhideWhenUsed/>
    <w:rsid w:val="00654A0A"/>
    <w:pPr>
      <w:widowControl/>
      <w:autoSpaceDE/>
      <w:autoSpaceDN/>
      <w:spacing w:after="200" w:line="276" w:lineRule="auto"/>
      <w:ind w:left="720" w:hanging="360"/>
      <w:contextualSpacing/>
    </w:pPr>
    <w:rPr>
      <w:rFonts w:eastAsiaTheme="minorEastAsia" w:cstheme="minorBidi"/>
      <w:lang w:val="en-US"/>
    </w:rPr>
  </w:style>
  <w:style w:type="paragraph" w:styleId="35">
    <w:name w:val="List 3"/>
    <w:basedOn w:val="a1"/>
    <w:uiPriority w:val="99"/>
    <w:unhideWhenUsed/>
    <w:rsid w:val="00654A0A"/>
    <w:pPr>
      <w:widowControl/>
      <w:autoSpaceDE/>
      <w:autoSpaceDN/>
      <w:spacing w:after="200" w:line="276" w:lineRule="auto"/>
      <w:ind w:left="1080" w:hanging="360"/>
      <w:contextualSpacing/>
    </w:pPr>
    <w:rPr>
      <w:rFonts w:eastAsiaTheme="minorEastAsia" w:cstheme="minorBidi"/>
      <w:lang w:val="en-US"/>
    </w:rPr>
  </w:style>
  <w:style w:type="paragraph" w:styleId="a0">
    <w:name w:val="List Bullet"/>
    <w:basedOn w:val="a1"/>
    <w:uiPriority w:val="99"/>
    <w:unhideWhenUsed/>
    <w:rsid w:val="00654A0A"/>
    <w:pPr>
      <w:widowControl/>
      <w:numPr>
        <w:numId w:val="10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lang w:val="en-US"/>
    </w:rPr>
  </w:style>
  <w:style w:type="paragraph" w:styleId="20">
    <w:name w:val="List Bullet 2"/>
    <w:basedOn w:val="a1"/>
    <w:uiPriority w:val="99"/>
    <w:unhideWhenUsed/>
    <w:rsid w:val="00654A0A"/>
    <w:pPr>
      <w:widowControl/>
      <w:numPr>
        <w:numId w:val="11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lang w:val="en-US"/>
    </w:rPr>
  </w:style>
  <w:style w:type="paragraph" w:styleId="30">
    <w:name w:val="List Bullet 3"/>
    <w:basedOn w:val="a1"/>
    <w:uiPriority w:val="99"/>
    <w:unhideWhenUsed/>
    <w:rsid w:val="00654A0A"/>
    <w:pPr>
      <w:widowControl/>
      <w:numPr>
        <w:numId w:val="12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lang w:val="en-US"/>
    </w:rPr>
  </w:style>
  <w:style w:type="paragraph" w:styleId="a">
    <w:name w:val="List Number"/>
    <w:basedOn w:val="a1"/>
    <w:uiPriority w:val="99"/>
    <w:unhideWhenUsed/>
    <w:rsid w:val="00654A0A"/>
    <w:pPr>
      <w:widowControl/>
      <w:numPr>
        <w:numId w:val="14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lang w:val="en-US"/>
    </w:rPr>
  </w:style>
  <w:style w:type="paragraph" w:styleId="2">
    <w:name w:val="List Number 2"/>
    <w:basedOn w:val="a1"/>
    <w:uiPriority w:val="99"/>
    <w:unhideWhenUsed/>
    <w:rsid w:val="00654A0A"/>
    <w:pPr>
      <w:widowControl/>
      <w:numPr>
        <w:numId w:val="15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lang w:val="en-US"/>
    </w:rPr>
  </w:style>
  <w:style w:type="paragraph" w:styleId="3">
    <w:name w:val="List Number 3"/>
    <w:basedOn w:val="a1"/>
    <w:uiPriority w:val="99"/>
    <w:unhideWhenUsed/>
    <w:rsid w:val="00654A0A"/>
    <w:pPr>
      <w:widowControl/>
      <w:numPr>
        <w:numId w:val="16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lang w:val="en-US"/>
    </w:rPr>
  </w:style>
  <w:style w:type="paragraph" w:styleId="af2">
    <w:name w:val="List Continue"/>
    <w:basedOn w:val="a1"/>
    <w:uiPriority w:val="99"/>
    <w:unhideWhenUsed/>
    <w:rsid w:val="00654A0A"/>
    <w:pPr>
      <w:widowControl/>
      <w:autoSpaceDE/>
      <w:autoSpaceDN/>
      <w:spacing w:after="120" w:line="276" w:lineRule="auto"/>
      <w:ind w:left="360"/>
      <w:contextualSpacing/>
    </w:pPr>
    <w:rPr>
      <w:rFonts w:eastAsiaTheme="minorEastAsia" w:cstheme="minorBidi"/>
      <w:lang w:val="en-US"/>
    </w:rPr>
  </w:style>
  <w:style w:type="paragraph" w:styleId="26">
    <w:name w:val="List Continue 2"/>
    <w:basedOn w:val="a1"/>
    <w:uiPriority w:val="99"/>
    <w:unhideWhenUsed/>
    <w:rsid w:val="00654A0A"/>
    <w:pPr>
      <w:widowControl/>
      <w:autoSpaceDE/>
      <w:autoSpaceDN/>
      <w:spacing w:after="120" w:line="276" w:lineRule="auto"/>
      <w:ind w:left="720"/>
      <w:contextualSpacing/>
    </w:pPr>
    <w:rPr>
      <w:rFonts w:eastAsiaTheme="minorEastAsia" w:cstheme="minorBidi"/>
      <w:lang w:val="en-US"/>
    </w:rPr>
  </w:style>
  <w:style w:type="paragraph" w:styleId="36">
    <w:name w:val="List Continue 3"/>
    <w:basedOn w:val="a1"/>
    <w:uiPriority w:val="99"/>
    <w:unhideWhenUsed/>
    <w:rsid w:val="00654A0A"/>
    <w:pPr>
      <w:widowControl/>
      <w:autoSpaceDE/>
      <w:autoSpaceDN/>
      <w:spacing w:after="120" w:line="276" w:lineRule="auto"/>
      <w:ind w:left="1080"/>
      <w:contextualSpacing/>
    </w:pPr>
    <w:rPr>
      <w:rFonts w:eastAsiaTheme="minorEastAsia" w:cstheme="minorBidi"/>
      <w:lang w:val="en-US"/>
    </w:rPr>
  </w:style>
  <w:style w:type="paragraph" w:styleId="af3">
    <w:name w:val="macro"/>
    <w:link w:val="af4"/>
    <w:uiPriority w:val="99"/>
    <w:unhideWhenUsed/>
    <w:rsid w:val="00654A0A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autoSpaceDE/>
      <w:autoSpaceDN/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654A0A"/>
    <w:rPr>
      <w:rFonts w:ascii="Courier" w:eastAsiaTheme="minorEastAsia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654A0A"/>
    <w:pPr>
      <w:widowControl/>
      <w:autoSpaceDE/>
      <w:autoSpaceDN/>
      <w:spacing w:after="200" w:line="276" w:lineRule="auto"/>
    </w:pPr>
    <w:rPr>
      <w:rFonts w:eastAsiaTheme="minorEastAsia" w:cstheme="minorBidi"/>
      <w:i/>
      <w:iCs/>
      <w:color w:val="000000" w:themeColor="text1"/>
      <w:lang w:val="en-US"/>
    </w:rPr>
  </w:style>
  <w:style w:type="character" w:customStyle="1" w:styleId="28">
    <w:name w:val="Цитата 2 Знак"/>
    <w:basedOn w:val="a2"/>
    <w:link w:val="27"/>
    <w:uiPriority w:val="29"/>
    <w:rsid w:val="00654A0A"/>
    <w:rPr>
      <w:rFonts w:ascii="Times New Roman" w:eastAsiaTheme="minorEastAsia" w:hAnsi="Times New Roman"/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rsid w:val="00654A0A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styleId="af5">
    <w:name w:val="caption"/>
    <w:basedOn w:val="a1"/>
    <w:next w:val="a1"/>
    <w:uiPriority w:val="35"/>
    <w:semiHidden/>
    <w:unhideWhenUsed/>
    <w:qFormat/>
    <w:rsid w:val="00654A0A"/>
    <w:pPr>
      <w:widowControl/>
      <w:autoSpaceDE/>
      <w:autoSpaceDN/>
      <w:spacing w:after="200"/>
    </w:pPr>
    <w:rPr>
      <w:rFonts w:eastAsiaTheme="minorEastAsia" w:cstheme="minorBidi"/>
      <w:b/>
      <w:bCs/>
      <w:color w:val="4F81BD" w:themeColor="accent1"/>
      <w:sz w:val="18"/>
      <w:szCs w:val="18"/>
      <w:lang w:val="en-US"/>
    </w:rPr>
  </w:style>
  <w:style w:type="character" w:styleId="af6">
    <w:name w:val="Strong"/>
    <w:basedOn w:val="a2"/>
    <w:uiPriority w:val="22"/>
    <w:qFormat/>
    <w:rsid w:val="00654A0A"/>
    <w:rPr>
      <w:b/>
      <w:bCs/>
    </w:rPr>
  </w:style>
  <w:style w:type="character" w:styleId="af7">
    <w:name w:val="Emphasis"/>
    <w:basedOn w:val="a2"/>
    <w:uiPriority w:val="20"/>
    <w:qFormat/>
    <w:rsid w:val="00654A0A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654A0A"/>
    <w:pPr>
      <w:widowControl/>
      <w:pBdr>
        <w:bottom w:val="single" w:sz="4" w:space="4" w:color="4F81BD" w:themeColor="accent1"/>
      </w:pBdr>
      <w:autoSpaceDE/>
      <w:autoSpaceDN/>
      <w:spacing w:before="200" w:after="280" w:line="276" w:lineRule="auto"/>
      <w:ind w:left="936" w:right="936"/>
    </w:pPr>
    <w:rPr>
      <w:rFonts w:eastAsiaTheme="minorEastAsia" w:cstheme="minorBidi"/>
      <w:b/>
      <w:bCs/>
      <w:i/>
      <w:iCs/>
      <w:color w:val="4F81BD" w:themeColor="accent1"/>
      <w:lang w:val="en-US"/>
    </w:rPr>
  </w:style>
  <w:style w:type="character" w:customStyle="1" w:styleId="af9">
    <w:name w:val="Выделенная цитата Знак"/>
    <w:basedOn w:val="a2"/>
    <w:link w:val="af8"/>
    <w:uiPriority w:val="30"/>
    <w:rsid w:val="00654A0A"/>
    <w:rPr>
      <w:rFonts w:ascii="Times New Roman" w:eastAsiaTheme="minorEastAsia" w:hAnsi="Times New Roman"/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654A0A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654A0A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654A0A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654A0A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654A0A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654A0A"/>
    <w:pPr>
      <w:keepNext/>
      <w:keepLines/>
      <w:widowControl/>
      <w:autoSpaceDE/>
      <w:autoSpaceDN/>
      <w:spacing w:before="480" w:line="276" w:lineRule="auto"/>
      <w:ind w:left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table" w:styleId="aff0">
    <w:name w:val="Table Grid"/>
    <w:basedOn w:val="a3"/>
    <w:uiPriority w:val="59"/>
    <w:rsid w:val="00654A0A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654A0A"/>
    <w:pPr>
      <w:widowControl/>
      <w:autoSpaceDE/>
      <w:autoSpaceDN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654A0A"/>
    <w:pPr>
      <w:widowControl/>
      <w:autoSpaceDE/>
      <w:autoSpaceDN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654A0A"/>
    <w:pPr>
      <w:widowControl/>
      <w:autoSpaceDE/>
      <w:autoSpaceDN/>
    </w:pPr>
    <w:rPr>
      <w:rFonts w:eastAsiaTheme="minorEastAs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654A0A"/>
    <w:pPr>
      <w:widowControl/>
      <w:autoSpaceDE/>
      <w:autoSpaceDN/>
    </w:pPr>
    <w:rPr>
      <w:rFonts w:eastAsiaTheme="minorEastAs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654A0A"/>
    <w:pPr>
      <w:widowControl/>
      <w:autoSpaceDE/>
      <w:autoSpaceDN/>
    </w:pPr>
    <w:rPr>
      <w:rFonts w:eastAsiaTheme="minorEastAs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654A0A"/>
    <w:pPr>
      <w:widowControl/>
      <w:autoSpaceDE/>
      <w:autoSpaceDN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654A0A"/>
    <w:pPr>
      <w:widowControl/>
      <w:autoSpaceDE/>
      <w:autoSpaceDN/>
    </w:pPr>
    <w:rPr>
      <w:rFonts w:eastAsiaTheme="minorEastAs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654A0A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654A0A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654A0A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654A0A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654A0A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654A0A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654A0A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654A0A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654A0A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654A0A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654A0A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654A0A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654A0A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654A0A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654A0A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654A0A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654A0A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654A0A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654A0A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654A0A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654A0A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654A0A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654A0A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tifact-docx-previewheading1">
    <w:name w:val="artifact-docx-preview_heading1"/>
    <w:basedOn w:val="a1"/>
    <w:rsid w:val="00654A0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paragraph" w:customStyle="1" w:styleId="artifact-docx-previewheading2">
    <w:name w:val="artifact-docx-preview_heading2"/>
    <w:basedOn w:val="a1"/>
    <w:rsid w:val="00654A0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paragraph" w:styleId="aff8">
    <w:name w:val="Normal (Web)"/>
    <w:basedOn w:val="a1"/>
    <w:uiPriority w:val="99"/>
    <w:semiHidden/>
    <w:unhideWhenUsed/>
    <w:rsid w:val="00654A0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paragraph" w:customStyle="1" w:styleId="artifact-docx-previewlistbullet">
    <w:name w:val="artifact-docx-preview_listbullet"/>
    <w:basedOn w:val="a1"/>
    <w:rsid w:val="00654A0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paragraph" w:customStyle="1" w:styleId="artifact-docx-previewheading3">
    <w:name w:val="artifact-docx-preview_heading3"/>
    <w:basedOn w:val="a1"/>
    <w:rsid w:val="00654A0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9617</Words>
  <Characters>52895</Characters>
  <Application>Microsoft Office Word</Application>
  <DocSecurity>0</DocSecurity>
  <Lines>440</Lines>
  <Paragraphs>124</Paragraphs>
  <ScaleCrop>false</ScaleCrop>
  <Company/>
  <LinksUpToDate>false</LinksUpToDate>
  <CharactersWithSpaces>62388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Анна Ерахтина</cp:lastModifiedBy>
  <cp:revision>4</cp:revision>
  <dcterms:created xsi:type="dcterms:W3CDTF">2026-07-13T12:33:00Z</dcterms:created>
  <dcterms:modified xsi:type="dcterms:W3CDTF">2026-09-22T16:29:00Z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Word 2010</vt:lpwstr>
  </property>
</Properties>
</file>