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14877" w14:textId="77777777" w:rsidR="00DE60F7" w:rsidRPr="00F52B28" w:rsidRDefault="00DE60F7" w:rsidP="00DE60F7">
      <w:pPr>
        <w:pStyle w:val="a7"/>
        <w:jc w:val="center"/>
        <w:rPr>
          <w:sz w:val="24"/>
          <w:szCs w:val="24"/>
        </w:rPr>
      </w:pPr>
      <w:r w:rsidRPr="00F52B28">
        <w:rPr>
          <w:sz w:val="24"/>
          <w:szCs w:val="24"/>
        </w:rPr>
        <w:t>РАБОЧАЯ ПРОГРАММА</w:t>
      </w:r>
    </w:p>
    <w:p w14:paraId="0132C800" w14:textId="77777777" w:rsidR="00DE60F7" w:rsidRPr="00F52B28" w:rsidRDefault="00DE60F7" w:rsidP="00DE60F7">
      <w:pPr>
        <w:pStyle w:val="a7"/>
        <w:jc w:val="center"/>
        <w:rPr>
          <w:sz w:val="24"/>
          <w:szCs w:val="24"/>
        </w:rPr>
      </w:pPr>
      <w:r w:rsidRPr="00F52B28">
        <w:rPr>
          <w:sz w:val="24"/>
          <w:szCs w:val="24"/>
        </w:rPr>
        <w:t>РАБОЧАЯ ПРОГРАММА</w:t>
      </w:r>
    </w:p>
    <w:p w14:paraId="142F4CB8" w14:textId="77777777" w:rsidR="00DE60F7" w:rsidRPr="00F52B28" w:rsidRDefault="00DE60F7" w:rsidP="00DE60F7">
      <w:pPr>
        <w:jc w:val="center"/>
        <w:rPr>
          <w:rFonts w:ascii="Times New Roman" w:hAnsi="Times New Roman" w:cs="Times New Roman"/>
          <w:sz w:val="24"/>
          <w:szCs w:val="24"/>
        </w:rPr>
      </w:pPr>
      <w:r w:rsidRPr="00F52B28">
        <w:rPr>
          <w:rFonts w:ascii="Times New Roman" w:hAnsi="Times New Roman" w:cs="Times New Roman"/>
          <w:sz w:val="24"/>
          <w:szCs w:val="24"/>
        </w:rPr>
        <w:t>учебного предмета «Математика» · 4 класс · 2026/2027 учебный год</w:t>
      </w:r>
    </w:p>
    <w:p w14:paraId="759EE278" w14:textId="77777777" w:rsidR="00DE60F7" w:rsidRPr="00F52B28" w:rsidRDefault="00DE60F7" w:rsidP="00DE60F7">
      <w:pPr>
        <w:jc w:val="center"/>
        <w:rPr>
          <w:rFonts w:ascii="Times New Roman" w:hAnsi="Times New Roman" w:cs="Times New Roman"/>
          <w:sz w:val="24"/>
          <w:szCs w:val="24"/>
        </w:rPr>
      </w:pPr>
      <w:r w:rsidRPr="00F52B28">
        <w:rPr>
          <w:rFonts w:ascii="Times New Roman" w:hAnsi="Times New Roman" w:cs="Times New Roman"/>
          <w:sz w:val="24"/>
          <w:szCs w:val="24"/>
        </w:rPr>
        <w:t>136 часов · 4 часа в неделю · 34 учебные недели</w:t>
      </w:r>
    </w:p>
    <w:p w14:paraId="6B6300B4" w14:textId="77777777" w:rsidR="00DE60F7" w:rsidRPr="00F52B28" w:rsidRDefault="00DE60F7" w:rsidP="00DE60F7">
      <w:pPr>
        <w:pStyle w:val="1"/>
        <w:spacing w:line="240" w:lineRule="auto"/>
        <w:ind w:left="0" w:firstLine="720"/>
      </w:pPr>
      <w:r w:rsidRPr="00F52B28">
        <w:t>1. Пояснительная записка</w:t>
      </w:r>
    </w:p>
    <w:p w14:paraId="501ED939" w14:textId="77777777" w:rsidR="00DE60F7" w:rsidRPr="00F52B28" w:rsidRDefault="00DE60F7" w:rsidP="00DE60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52B28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«Математика» для 4 класса разработана на основе ФГОС начального общего образования (приказ Минпросвещения России от 31.05.2021 № 286, в действующей редакции), ФОП начального общего образования (приказ от 18.05.2023 № 372, в действующей редакции), Федеральной рабочей программы по математике для 1–4 классов (2025) и учебного плана образовательной организации на 2026/2027 учебный год.</w:t>
      </w:r>
    </w:p>
    <w:p w14:paraId="4A8045D5" w14:textId="77777777" w:rsidR="00DE60F7" w:rsidRPr="00F52B28" w:rsidRDefault="00DE60F7" w:rsidP="00DE60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52B28">
        <w:rPr>
          <w:rFonts w:ascii="Times New Roman" w:hAnsi="Times New Roman" w:cs="Times New Roman"/>
          <w:sz w:val="24"/>
          <w:szCs w:val="24"/>
        </w:rPr>
        <w:t>При составлении программы сохранена подробная поурочная основа представленной образовательной организацией программы. Содержание и планируемые результаты актуализированы по федеральной рабочей программе; тематическое планирование отражает федеральные содержательные линии. Конкретное календарное распределение тем и контрольных мероприятий уточняется в соответствии с расписанием образовательной организации.</w:t>
      </w:r>
    </w:p>
    <w:p w14:paraId="3603EC53" w14:textId="77777777" w:rsidR="00DE60F7" w:rsidRPr="00F52B28" w:rsidRDefault="00DE60F7" w:rsidP="00DE60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52B28">
        <w:rPr>
          <w:rFonts w:ascii="Times New Roman" w:hAnsi="Times New Roman" w:cs="Times New Roman"/>
          <w:sz w:val="24"/>
          <w:szCs w:val="24"/>
        </w:rPr>
        <w:t>Используемый УМК по исходной программе: Моро М. И., Бантова М. А., Бельтюкова Г. В. и др. «Математика. 4 класс», в 2 частях, издательство «Просвещение». Конкретный год издания и действующий статус учебника в федеральном перечне подлежат проверке при утверждении программы.</w:t>
      </w:r>
    </w:p>
    <w:p w14:paraId="3333D448" w14:textId="776BECE2" w:rsidR="00DE60F7" w:rsidRPr="00DE60F7" w:rsidRDefault="00DE60F7" w:rsidP="00DE60F7">
      <w:pPr>
        <w:pStyle w:val="1"/>
        <w:spacing w:line="240" w:lineRule="auto"/>
        <w:ind w:left="0" w:firstLine="720"/>
        <w:rPr>
          <w:kern w:val="36"/>
          <w:lang w:eastAsia="es-ES"/>
        </w:rPr>
      </w:pPr>
      <w:r w:rsidRPr="00DE60F7">
        <w:t xml:space="preserve">2. </w:t>
      </w:r>
      <w:r w:rsidRPr="00DE60F7">
        <w:rPr>
          <w:kern w:val="36"/>
          <w:lang w:eastAsia="es-ES"/>
        </w:rPr>
        <w:t>ЦЕЛИ И ЗАДАЧИ</w:t>
      </w:r>
    </w:p>
    <w:p w14:paraId="6663A0F3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Основная цель изучения учебного предмета «Математика» в 4 классе — развитие математической грамотности обучающихся, математической речи, логического и пространственного мышления, освоение системы начальных математических знаний и способов действий, необходимых для решения учебных и практических задач.</w:t>
      </w:r>
    </w:p>
    <w:p w14:paraId="17227F78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Изучение математики в 4 классе направлено на решение следующих задач:</w:t>
      </w:r>
    </w:p>
    <w:p w14:paraId="2180D55E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формировать понимание десятичной системы счисления, принципов образования, чтения, записи, сравнения и упорядочивания многозначных чисел в пределах миллиона, их разрядного и классового состава; </w:t>
      </w:r>
    </w:p>
    <w:p w14:paraId="66864885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совершенствовать навыки устных и письменных вычислений с многозначными числами, умение применять свойства арифметических действий, выполнять прикидку, проверять и оценивать правильность полученного результата; </w:t>
      </w:r>
    </w:p>
    <w:p w14:paraId="4898FA32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развивать умение анализировать, моделировать и решать текстовые задачи в несколько действий, в том числе задачи, связанные с движением, работой, куплей-продажей, временем, величинами и долями величин; </w:t>
      </w:r>
    </w:p>
    <w:p w14:paraId="2FC32EE0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формировать умения измерять, сравнивать и преобразовывать величины, устанавливать соотношения между единицами измерения и применять полученные знания при решении практических задач; </w:t>
      </w:r>
    </w:p>
    <w:p w14:paraId="6DEA11A0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развивать пространственные представления и геометрические умения: распознавать, изображать и конструировать изученные геометрические фигуры, выполнять геометрические построения, вычислять периметр и площадь; </w:t>
      </w:r>
    </w:p>
    <w:p w14:paraId="47B3278D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развивать умение работать с математической информацией, представленной в различных формах: в тексте, таблице, схеме, диаграмме, математической записи; </w:t>
      </w:r>
    </w:p>
    <w:p w14:paraId="3F0132F3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формировать основы алгоритмического и логического мышления, умение устанавливать закономерности, классифицировать объекты, строить несложные рассуждения и делать выводы; </w:t>
      </w:r>
    </w:p>
    <w:p w14:paraId="2C0C6F3E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формировать умение применять математические знания и освоенные способы действий при решении учебных и практических задач, в том числе с использованием доступных цифровых средств; </w:t>
      </w:r>
    </w:p>
    <w:p w14:paraId="741464A1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развивать самостоятельность, познавательную активность, навыки самоконтроля и самооценки, способность обнаруживать и исправлять ошибки; </w:t>
      </w:r>
    </w:p>
    <w:p w14:paraId="4D655CCA" w14:textId="77777777" w:rsidR="00DE60F7" w:rsidRPr="00DE60F7" w:rsidRDefault="00DE60F7" w:rsidP="00DE60F7">
      <w:pPr>
        <w:widowControl/>
        <w:numPr>
          <w:ilvl w:val="0"/>
          <w:numId w:val="14"/>
        </w:numPr>
        <w:autoSpaceDE/>
        <w:autoSpaceDN/>
        <w:ind w:left="0"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развивать математическую речь, умение объяснять и обосновывать способ решения, использовать математическую терминологию, участвовать в обсуждении и сотрудничать при выполнении учебных заданий. </w:t>
      </w:r>
    </w:p>
    <w:p w14:paraId="44A5853A" w14:textId="77777777" w:rsidR="00DE60F7" w:rsidRPr="00DE60F7" w:rsidRDefault="00DE60F7" w:rsidP="00DE60F7">
      <w:pPr>
        <w:widowControl/>
        <w:autoSpaceDE/>
        <w:autoSpaceDN/>
        <w:ind w:firstLine="72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s-ES"/>
        </w:rPr>
        <w:t>3. ОБЩАЯ ХАРАКТЕРИСТИКА УЧЕБНОГО ПРЕДМЕТА</w:t>
      </w:r>
    </w:p>
    <w:p w14:paraId="1CF4E5BA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Учебный предмет «Математика» занимает важное место в системе начального общего образования и направлен на формирование у обучающихся математической грамотности, развитие логического и алгоритмического мышления, пространственного воображения, математической речи и способности применять полученные знания в учебных и практических ситуациях.</w:t>
      </w:r>
    </w:p>
    <w:p w14:paraId="7A1DDA5F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Содержание курса объединяет арифметический, геометрический и практико-ориентированный материал. Основными содержательными линиями являются числа и величины, арифметические действия, текстовые задачи, пространственные отношения и геометрические фигуры, математическая информация.</w:t>
      </w:r>
    </w:p>
    <w:p w14:paraId="664F6B7D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В 4 классе продолжается изучение натуральных чисел и арифметических действий с ними, расширяется область рассматриваемых чисел, совершенствуются устные и письменные вычислительные навыки. Обучающиеся осваивают работу с многозначными числами, различными величинами и единицами их измерения, применяют свойства арифметических действий, выполняют проверку и оценку результатов вычислений.</w:t>
      </w:r>
    </w:p>
    <w:p w14:paraId="0FDB99B7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Значительное место в курсе занимает решение текстовых задач. Обучающиеся анализируют условие задачи, устанавливают зависимости между величинами, моделируют ситуацию, планируют решение, выбирают арифметические действия, объясняют полученный результат и осуществляют его проверку. Рассматриваются в том числе практические задачи, связанные с движением, работой, куплей-продажей, временем и долями величин.</w:t>
      </w:r>
    </w:p>
    <w:p w14:paraId="76A4CC42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Геометрическое содержание направлено на развитие пространственных представлений, формирование умений распознавать, изображать и конструировать геометрические фигуры, выполнять измерения и построения, находить периметр и площадь изученных фигур.</w:t>
      </w:r>
    </w:p>
    <w:p w14:paraId="2B3CE475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Работа с математической информацией предусматривает чтение, анализ и представление данных в форме таблиц, схем и диаграмм, выполнение и составление простейших алгоритмов, установление закономерностей и построение логических рассуждений.</w:t>
      </w:r>
    </w:p>
    <w:p w14:paraId="5A15264F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Практико-ориентированная направленность курса обеспечивает применение математических знаний в ситуациях повседневной жизни: при выполнении расчётов, измерении величин, определении времени, работе с денежными единицами, чтении таблиц, диаграмм и другой числовой информации.</w:t>
      </w:r>
    </w:p>
    <w:p w14:paraId="786B7B50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В процессе изучения математики создаются условия для формирования самостоятельности, ответственности и навыков совместной деятельности. Обучающиеся учатся планировать последовательность действий, осуществлять самоконтроль, обнаруживать и исправлять ошибки, аргументировать выбранный способ решения, обсуждать различные варианты выполнения задания и оценивать полученный результат.</w:t>
      </w:r>
    </w:p>
    <w:p w14:paraId="4E66AB5D" w14:textId="77777777" w:rsidR="00DE60F7" w:rsidRPr="00DE60F7" w:rsidRDefault="00DE60F7" w:rsidP="00DE60F7">
      <w:pPr>
        <w:widowControl/>
        <w:autoSpaceDE/>
        <w:autoSpaceDN/>
        <w:ind w:firstLine="72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60F7">
        <w:rPr>
          <w:rFonts w:ascii="Times New Roman" w:eastAsia="Times New Roman" w:hAnsi="Times New Roman" w:cs="Times New Roman"/>
          <w:sz w:val="24"/>
          <w:szCs w:val="24"/>
          <w:lang w:eastAsia="es-ES"/>
        </w:rPr>
        <w:t>Курс математики 4 класса завершает изучение математики на уровне начального общего образования, обеспечивает систематизацию и обобщение освоенных математических знаний и способов действий и создаёт основу для продолжения математического образования на уровне основного общего образования.</w:t>
      </w:r>
    </w:p>
    <w:p w14:paraId="1FD0C5FD" w14:textId="53C90000" w:rsidR="00DE60F7" w:rsidRPr="00DE60F7" w:rsidRDefault="00DE60F7" w:rsidP="00DE60F7">
      <w:pPr>
        <w:pStyle w:val="1"/>
        <w:spacing w:line="240" w:lineRule="auto"/>
        <w:ind w:left="0" w:firstLine="720"/>
      </w:pPr>
      <w:r w:rsidRPr="00DE60F7">
        <w:t>4. Место предмета в учебном плане</w:t>
      </w:r>
    </w:p>
    <w:p w14:paraId="27482CAA" w14:textId="77777777" w:rsidR="00DE60F7" w:rsidRPr="00DE60F7" w:rsidRDefault="00DE60F7" w:rsidP="00DE60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E60F7">
        <w:rPr>
          <w:rFonts w:ascii="Times New Roman" w:hAnsi="Times New Roman" w:cs="Times New Roman"/>
          <w:sz w:val="24"/>
          <w:szCs w:val="24"/>
        </w:rPr>
        <w:t>На изучение математики в 4 классе отводится 136 часов: 4 часа в неделю в течение 34 учебных недель. Промежуточная аттестация — контрольная работа.</w:t>
      </w:r>
    </w:p>
    <w:p w14:paraId="16E6409D" w14:textId="77777777" w:rsidR="00DE60F7" w:rsidRPr="00F52B28" w:rsidRDefault="00DE60F7" w:rsidP="00DE60F7">
      <w:pPr>
        <w:pStyle w:val="1"/>
        <w:spacing w:line="240" w:lineRule="auto"/>
        <w:ind w:left="0" w:firstLine="720"/>
      </w:pPr>
      <w:r w:rsidRPr="00F52B28">
        <w:t>5. Планируемые результаты освоения учебного предмета</w:t>
      </w:r>
    </w:p>
    <w:p w14:paraId="1A498C1F" w14:textId="77777777" w:rsidR="00DE60F7" w:rsidRPr="00F52B28" w:rsidRDefault="00DE60F7" w:rsidP="00DE60F7">
      <w:pPr>
        <w:pStyle w:val="21"/>
        <w:spacing w:before="0" w:line="240" w:lineRule="auto"/>
        <w:ind w:left="0" w:firstLine="720"/>
      </w:pPr>
      <w:r w:rsidRPr="00F52B28">
        <w:t>5.1. Личностные результаты</w:t>
      </w:r>
    </w:p>
    <w:p w14:paraId="129146E0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Гражданско-патриотическое воспитание</w:t>
      </w:r>
    </w:p>
    <w:p w14:paraId="6A58A908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проявлять интерес к математическим достижениям России, использовать числовые данные при изучении истории и культуры родной страны;</w:t>
      </w:r>
    </w:p>
    <w:p w14:paraId="665997CF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осознавать ценность математических знаний для развития общества и решения общественно значимых задач.</w:t>
      </w:r>
    </w:p>
    <w:p w14:paraId="1621BC5D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Духовно-нравственное воспитание</w:t>
      </w:r>
    </w:p>
    <w:p w14:paraId="2743FF4C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соблюдать нормы уважительного общения и сотрудничества при решении математических задач;</w:t>
      </w:r>
    </w:p>
    <w:p w14:paraId="76A5D355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проявлять ответственность, честность и добросовестность при выполнении и проверке учебных работ.</w:t>
      </w:r>
    </w:p>
    <w:p w14:paraId="52A96415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Эстетическое воспитание</w:t>
      </w:r>
    </w:p>
    <w:p w14:paraId="47714B60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замечать гармонию, симметрию и закономерности в природных объектах, архитектуре, орнаментах и геометрических построениях.</w:t>
      </w:r>
    </w:p>
    <w:p w14:paraId="6065823B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Физическое воспитание и культура здоровья</w:t>
      </w:r>
    </w:p>
    <w:p w14:paraId="314201E7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соблюдать правила безопасной работы с учебными и цифровыми средствами;</w:t>
      </w:r>
    </w:p>
    <w:p w14:paraId="4C4FC70B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преодолевать учебные затруднения, использовать ошибки как основание для уточнения способа действия.</w:t>
      </w:r>
    </w:p>
    <w:p w14:paraId="2B93DFD1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Трудовое воспитание</w:t>
      </w:r>
    </w:p>
    <w:p w14:paraId="62FE2133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понимать практическую ценность математических знаний в повседневном труде и профессиях;</w:t>
      </w:r>
    </w:p>
    <w:p w14:paraId="4A4C9E48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проявлять аккуратность, настойчивость, самостоятельность и ответственность.</w:t>
      </w:r>
    </w:p>
    <w:p w14:paraId="78611A8D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Экологическое воспитание</w:t>
      </w:r>
    </w:p>
    <w:p w14:paraId="404490BA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применять математические знания при рассмотрении вопросов бережного использования ресурсов и окружающей среды.</w:t>
      </w:r>
    </w:p>
    <w:p w14:paraId="21711301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Ценности научного познания</w:t>
      </w:r>
    </w:p>
    <w:p w14:paraId="09F2C244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проявлять интерес к исследованию математических закономерностей и способов решения задач;</w:t>
      </w:r>
    </w:p>
    <w:p w14:paraId="41136752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проверять предположения, обосновывать выводы и стремиться к точности математических рассуждений.</w:t>
      </w:r>
    </w:p>
    <w:p w14:paraId="206F8C9B" w14:textId="77777777" w:rsidR="00DE60F7" w:rsidRPr="00F52B28" w:rsidRDefault="00DE60F7" w:rsidP="00DE60F7">
      <w:pPr>
        <w:pStyle w:val="21"/>
        <w:spacing w:before="0" w:line="240" w:lineRule="auto"/>
        <w:ind w:left="0" w:firstLine="720"/>
      </w:pPr>
      <w:r w:rsidRPr="00F52B28">
        <w:t>5.2. Метапредметные результаты</w:t>
      </w:r>
    </w:p>
    <w:p w14:paraId="7271EBA6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Познавательные УУД — базовые логические действия</w:t>
      </w:r>
    </w:p>
    <w:p w14:paraId="176A3B3D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сравнивать и классифицировать математические объекты по нескольким признакам;</w:t>
      </w:r>
    </w:p>
    <w:p w14:paraId="616F576B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устанавливать закономерности, связи между величинами и зависимости между компонентами арифметических действий;</w:t>
      </w:r>
    </w:p>
    <w:p w14:paraId="07798FEC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выбирать основания классификации, строить рассуждения и обосновывать выводы.</w:t>
      </w:r>
    </w:p>
    <w:p w14:paraId="5D93015D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Познавательные УУД — базовые исследовательские действия</w:t>
      </w:r>
    </w:p>
    <w:p w14:paraId="6BA82233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моделировать математическую ситуацию с помощью схемы, таблицы, чертежа, выражения;</w:t>
      </w:r>
    </w:p>
    <w:p w14:paraId="2C35016E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выдвигать и проверять предположения с помощью вычислений, измерений и построений;</w:t>
      </w:r>
    </w:p>
    <w:p w14:paraId="08849907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проводить простейшие исследования, сравнивать способы решения и оценивать результат.</w:t>
      </w:r>
    </w:p>
    <w:p w14:paraId="61EF60A1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Познавательные УУД — работа с информацией</w:t>
      </w:r>
    </w:p>
    <w:p w14:paraId="375AFE72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извлекать и интерпретировать информацию из текста, таблицы, схемы и диаграммы;</w:t>
      </w:r>
    </w:p>
    <w:p w14:paraId="38E01BDA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представлять данные в таблицах, схемах и столбчатых диаграммах, проверять полноту и достоверность данных;</w:t>
      </w:r>
    </w:p>
    <w:p w14:paraId="08995C21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использовать справочные материалы и электронные средства обучения с соблюдением правил безопасности.</w:t>
      </w:r>
    </w:p>
    <w:p w14:paraId="7E7020F8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Коммуникативные УУД</w:t>
      </w:r>
    </w:p>
    <w:p w14:paraId="2EADD922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использовать математическую терминологию, объяснять ход вычислений и решения задачи;</w:t>
      </w:r>
    </w:p>
    <w:p w14:paraId="5E6FBDC0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задавать уточняющие вопросы, аргументировать позицию и учитывать различные способы решения;</w:t>
      </w:r>
    </w:p>
    <w:p w14:paraId="7FCF44C4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представлять результаты исследования и совместной работы в устной и письменной форме.</w:t>
      </w:r>
    </w:p>
    <w:p w14:paraId="4D8E011F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Регулятивные УУД — самоорганизация и самоконтроль</w:t>
      </w:r>
    </w:p>
    <w:p w14:paraId="5BCDEE15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принимать учебную задачу, планировать последовательность действий, выбирать способ решения;</w:t>
      </w:r>
    </w:p>
    <w:p w14:paraId="06338415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контролировать ход вычислений, измерений и построений;</w:t>
      </w:r>
    </w:p>
    <w:p w14:paraId="015ED50D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выполнять прикидку результата, проверять ответ разными способами, находить и исправлять ошибки;</w:t>
      </w:r>
    </w:p>
    <w:p w14:paraId="2E2008C6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оценивать достижение цели по заданным критериям и корректировать действия.</w:t>
      </w:r>
    </w:p>
    <w:p w14:paraId="1DFD5E7D" w14:textId="77777777" w:rsidR="00DE60F7" w:rsidRPr="00F52B28" w:rsidRDefault="00DE60F7" w:rsidP="00DE60F7">
      <w:pPr>
        <w:pStyle w:val="31"/>
        <w:spacing w:before="0"/>
        <w:ind w:firstLine="720"/>
        <w:rPr>
          <w:rFonts w:ascii="Times New Roman" w:hAnsi="Times New Roman" w:cs="Times New Roman"/>
          <w:color w:val="auto"/>
        </w:rPr>
      </w:pPr>
      <w:r w:rsidRPr="00F52B28">
        <w:rPr>
          <w:rFonts w:ascii="Times New Roman" w:hAnsi="Times New Roman" w:cs="Times New Roman"/>
          <w:color w:val="auto"/>
        </w:rPr>
        <w:t>Совместная деятельность</w:t>
      </w:r>
    </w:p>
    <w:p w14:paraId="1C1E9620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распределять роли в парной и групповой работе, выполнять свою часть общего задания;</w:t>
      </w:r>
    </w:p>
    <w:p w14:paraId="5C720800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договариваться о способах решения, сопоставлять результаты и оценивать общий вклад.</w:t>
      </w:r>
    </w:p>
    <w:p w14:paraId="1DA9DD4D" w14:textId="77777777" w:rsidR="00DE60F7" w:rsidRPr="00F52B28" w:rsidRDefault="00DE60F7" w:rsidP="00DE60F7">
      <w:pPr>
        <w:pStyle w:val="21"/>
        <w:spacing w:before="0" w:line="240" w:lineRule="auto"/>
        <w:ind w:left="0" w:firstLine="720"/>
      </w:pPr>
      <w:r w:rsidRPr="00F52B28">
        <w:t>5.3. Предметные результаты</w:t>
      </w:r>
    </w:p>
    <w:p w14:paraId="189BA758" w14:textId="77777777" w:rsidR="00DE60F7" w:rsidRPr="00F52B28" w:rsidRDefault="00DE60F7" w:rsidP="00DE60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52B28">
        <w:rPr>
          <w:rFonts w:ascii="Times New Roman" w:hAnsi="Times New Roman" w:cs="Times New Roman"/>
          <w:sz w:val="24"/>
          <w:szCs w:val="24"/>
        </w:rPr>
        <w:t>К концу обучения в 4 классе обучающийся научится:</w:t>
      </w:r>
    </w:p>
    <w:p w14:paraId="266FA2AD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читать, записывать, сравнивать и упорядочивать многозначные числа в пределах миллиона; находить число, большее или меньшее данного на заданное число и в заданное число раз;</w:t>
      </w:r>
    </w:p>
    <w:p w14:paraId="23C09A2C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выполнять письменное сложение и вычитание многозначных чисел, письменное умножение и деление многозначного числа на однозначное и двузначное число в пределах изученного содержания; выполнять деление с остатком;</w:t>
      </w:r>
    </w:p>
    <w:p w14:paraId="2EE73CDD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вычислять значения выражений с 2–4 арифметическими действиями со скобками и без скобок, применять свойства арифметических действий;</w:t>
      </w:r>
    </w:p>
    <w:p w14:paraId="7816AA92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выполнять прикидку и проверку вычислений, в том числе с помощью обратного действия и калькулятора; находить неизвестный компонент арифметического действия;</w:t>
      </w:r>
    </w:p>
    <w:p w14:paraId="189A9D66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использовать единицы длины, массы, времени, вместимости, стоимости, площади и скорости, сравнивать и преобразовывать изученные величины;</w:t>
      </w:r>
    </w:p>
    <w:p w14:paraId="7E951D5B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определять долю величины и величину по её доле; использовать зависимости между скоростью, временем и расстоянием, производительностью, временем и объёмом работы, ценой, количеством и стоимостью;</w:t>
      </w:r>
    </w:p>
    <w:p w14:paraId="39941AF4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решать текстовые задачи в 1–3 действия, в том числе практические задачи с избыточными или недостающими данными, моделировать условие, проверять решение и оценивать реальность ответа;</w:t>
      </w:r>
    </w:p>
    <w:p w14:paraId="01DAD5E4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различать окружность и круг, строить окружность заданного радиуса; распознавать изображения шара, куба, цилиндра, конуса и пирамиды;</w:t>
      </w:r>
    </w:p>
    <w:p w14:paraId="434C37BC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находить периметр и площадь фигур, составленных из двух-трёх прямоугольников или квадратов; выполнять геометрические построения и измерения;</w:t>
      </w:r>
    </w:p>
    <w:p w14:paraId="5E031212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проверять истинность математических утверждений, составлять несложные логические рассуждения;</w:t>
      </w:r>
    </w:p>
    <w:p w14:paraId="36D9272A" w14:textId="77777777" w:rsidR="00DE60F7" w:rsidRPr="00F52B28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читать, дополнять и интерпретировать таблицы, схемы и столбчатые диаграммы; использовать данные при решении учебных и практических задач;</w:t>
      </w:r>
    </w:p>
    <w:p w14:paraId="43C03BF1" w14:textId="77777777" w:rsidR="00DE60F7" w:rsidRDefault="00DE60F7" w:rsidP="00DE60F7">
      <w:pPr>
        <w:pStyle w:val="a0"/>
        <w:tabs>
          <w:tab w:val="num" w:pos="360"/>
        </w:tabs>
        <w:spacing w:after="0" w:line="240" w:lineRule="auto"/>
        <w:ind w:firstLine="720"/>
        <w:rPr>
          <w:rFonts w:cs="Times New Roman"/>
          <w:sz w:val="24"/>
          <w:szCs w:val="24"/>
          <w:lang w:val="ru-RU"/>
        </w:rPr>
      </w:pPr>
      <w:r w:rsidRPr="00F52B28">
        <w:rPr>
          <w:rFonts w:cs="Times New Roman"/>
          <w:sz w:val="24"/>
          <w:szCs w:val="24"/>
          <w:lang w:val="ru-RU"/>
        </w:rPr>
        <w:t>выполнять действия по алгоритму, составлять и проверять простые алгоритмы решения задач.</w:t>
      </w:r>
    </w:p>
    <w:p w14:paraId="22000905" w14:textId="77777777" w:rsidR="00DE60F7" w:rsidRPr="00F52B28" w:rsidRDefault="00DE60F7" w:rsidP="00DE60F7">
      <w:pPr>
        <w:pStyle w:val="a0"/>
        <w:numPr>
          <w:ilvl w:val="0"/>
          <w:numId w:val="0"/>
        </w:numPr>
        <w:spacing w:after="0" w:line="240" w:lineRule="auto"/>
        <w:ind w:left="720"/>
        <w:rPr>
          <w:rFonts w:cs="Times New Roman"/>
          <w:sz w:val="24"/>
          <w:szCs w:val="24"/>
          <w:lang w:val="ru-RU"/>
        </w:rPr>
      </w:pPr>
    </w:p>
    <w:p w14:paraId="12493B0E" w14:textId="77777777" w:rsidR="00DE60F7" w:rsidRPr="00DE60F7" w:rsidRDefault="00DE60F7" w:rsidP="00DE60F7">
      <w:pPr>
        <w:pStyle w:val="1"/>
      </w:pPr>
      <w:r>
        <w:t>6. СОДЕРЖАНИЕ ОБУЧЕНИЯ</w:t>
      </w:r>
    </w:p>
    <w:p w14:paraId="1E6B4E85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Содержание обучения математике в 4 классе представлено основными содержательными линиями: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15B01445" w14:textId="77777777" w:rsidR="00DE60F7" w:rsidRDefault="00DE60F7" w:rsidP="00DE60F7">
      <w:pPr>
        <w:pStyle w:val="21"/>
      </w:pPr>
      <w:r>
        <w:t>6.1. Числа и величины</w:t>
      </w:r>
    </w:p>
    <w:p w14:paraId="1F064747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Многозначные числа в пределах миллиона: чтение, запись, поразрядное сравнение, упорядочивание. Представление многозначного числа в виде суммы разрядных слагаемых. Классы и разряды. Число, большее или меньшее данного числа на заданное число разрядных единиц, в заданное число раз.</w:t>
      </w:r>
    </w:p>
    <w:p w14:paraId="4EE928B6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Величины: сравнение объектов по массе, длине, площади, вместимости.</w:t>
      </w:r>
    </w:p>
    <w:p w14:paraId="61CBB79D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Единицы длины: миллиметр, сантиметр, дециметр, метр, километр. Единицы массы: грамм, килограмм, центнер, тонна. Единицы времени: секунда, минута, час, сутки, неделя, месяц, год. Единицы площади: квадратный сантиметр, квадратный дециметр, квадратный метр. Единицы вместимости: литр. Единицы скорости: километры в час, метры в минуту, метры в секунду. Соотношения между изученными единицами величин в пределах 100 000.</w:t>
      </w:r>
    </w:p>
    <w:p w14:paraId="5F4FF8A5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Доля величины времени, массы, длины.</w:t>
      </w:r>
    </w:p>
    <w:p w14:paraId="1A02C063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 xml:space="preserve">Практическое применение величин и единиц их измерения. Определение с помощью доступных цифровых и аналоговых приборов массы предмета, температуры, скорости движения; определение вместимости с помощью измерительных сосудов. Прикидка и оценка результата измерений. </w:t>
      </w:r>
    </w:p>
    <w:p w14:paraId="769B65C3" w14:textId="77777777" w:rsidR="00DE60F7" w:rsidRDefault="00DE60F7" w:rsidP="00DE60F7">
      <w:pPr>
        <w:pStyle w:val="21"/>
      </w:pPr>
      <w:r>
        <w:t>6.2. Арифметические действия</w:t>
      </w:r>
    </w:p>
    <w:p w14:paraId="429BD4D6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Письменное сложение и вычитание многозначных чисел в пределах миллиона.</w:t>
      </w:r>
    </w:p>
    <w:p w14:paraId="6F40FE44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Письменное умножение и деление многозначного числа на однозначное и двузначное число в пределах 100 000. Деление с остатком. Умножение и деление на 10, 100, 1000.</w:t>
      </w:r>
    </w:p>
    <w:p w14:paraId="2B675F74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Свойства арифметических действий и их применение для рационализации вычислений.</w:t>
      </w:r>
    </w:p>
    <w:p w14:paraId="37C5BC95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Нахождение значения числового выражения, содержащего 3–4 арифметических действия со скобками и без скобок, с соблюдением установленного порядка действий.</w:t>
      </w:r>
    </w:p>
    <w:p w14:paraId="37E078FF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Проверка правильности и оценка результата вычислений, в том числе с помощью прикидки и калькулятора.</w:t>
      </w:r>
    </w:p>
    <w:p w14:paraId="398E9273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Равенство, содержащее неизвестный компонент арифметического действия: запись и нахождение неизвестного компонента на основе взаимосвязи компонентов и результатов арифметических действий.</w:t>
      </w:r>
    </w:p>
    <w:p w14:paraId="2D950804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 xml:space="preserve">Умножение и деление величины на однозначное число. </w:t>
      </w:r>
    </w:p>
    <w:p w14:paraId="49614ACF" w14:textId="77777777" w:rsidR="00DE60F7" w:rsidRDefault="00DE60F7" w:rsidP="00DE60F7">
      <w:pPr>
        <w:pStyle w:val="21"/>
      </w:pPr>
      <w:r>
        <w:t>6.3. Текстовые задачи</w:t>
      </w:r>
    </w:p>
    <w:p w14:paraId="347FBA5F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Работа с текстовой задачей, решение которой содержит 2–3 действия: анализ условия, представление задачи с помощью модели, планирование и запись решения, проверка решения и ответа.</w:t>
      </w:r>
    </w:p>
    <w:p w14:paraId="231D99D1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Анализ зависимостей, характеризующих процессы движения: скорость, время, пройденный путь; процессы работы: производительность, время, объём работы; процессы купли-продажи: цена, количество, стоимость. Решение соответствующих текстовых и практических задач.</w:t>
      </w:r>
    </w:p>
    <w:p w14:paraId="41A2AF75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Задачи на установление времени: начало, продолжительность и окончание события. Задачи на расчёт количества, расхода, изменения.</w:t>
      </w:r>
    </w:p>
    <w:p w14:paraId="1931EEC0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Задачи на нахождение доли величины и величины по её доле.</w:t>
      </w:r>
    </w:p>
    <w:p w14:paraId="2BA10E06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Моделирование условия задачи с помощью схемы, рисунка, таблицы, краткой записи. Использование геометрических и графических моделей.</w:t>
      </w:r>
    </w:p>
    <w:p w14:paraId="5CA3C096" w14:textId="77777777" w:rsidR="00DE60F7" w:rsidRDefault="00DE60F7" w:rsidP="00DE60F7">
      <w:pPr>
        <w:pStyle w:val="aff8"/>
      </w:pPr>
      <w:r w:rsidRPr="00DE60F7">
        <w:rPr>
          <w:lang w:val="ru-RU"/>
        </w:rPr>
        <w:t xml:space="preserve">Выбор и обсуждение способа решения задачи. Решение некоторых видов задач разными способами. </w:t>
      </w:r>
      <w:r>
        <w:t>Проверка решения, оценка реальности и логичности полученного ответа.</w:t>
      </w:r>
    </w:p>
    <w:p w14:paraId="1120347B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 xml:space="preserve">Оформление решения по действиям с пояснениями, по вопросам или с помощью числового выражения. </w:t>
      </w:r>
    </w:p>
    <w:p w14:paraId="1B89FB13" w14:textId="77777777" w:rsidR="00DE60F7" w:rsidRDefault="00DE60F7" w:rsidP="00DE60F7">
      <w:pPr>
        <w:pStyle w:val="21"/>
      </w:pPr>
      <w:r>
        <w:t>6.4. Пространственные отношения и геометрические фигуры</w:t>
      </w:r>
    </w:p>
    <w:p w14:paraId="1771B7B6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Наглядные представления о симметрии.</w:t>
      </w:r>
    </w:p>
    <w:p w14:paraId="00A17040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Окружность и круг: распознавание и изображение. Построение окружности заданного радиуса.</w:t>
      </w:r>
    </w:p>
    <w:p w14:paraId="4C5C0464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Построение изученных геометрических фигур с помощью линейки, угольника и циркуля.</w:t>
      </w:r>
    </w:p>
    <w:p w14:paraId="01215290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Различение и изображение простейших пространственных фигур: шар, куб, цилиндр, конус, пирамида. Распознавание в простейших случаях проекций предметов окружающего мира на плоскость.</w:t>
      </w:r>
    </w:p>
    <w:p w14:paraId="76692245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Разбиение простейшей составной фигуры на прямоугольники и квадраты.</w:t>
      </w:r>
    </w:p>
    <w:p w14:paraId="3A54A79B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 xml:space="preserve">Нахождение периметра и площади фигур, составленных из двух-трёх прямоугольников или квадратов. </w:t>
      </w:r>
    </w:p>
    <w:p w14:paraId="5CAEB1F5" w14:textId="77777777" w:rsidR="00DE60F7" w:rsidRDefault="00DE60F7" w:rsidP="00DE60F7">
      <w:pPr>
        <w:pStyle w:val="21"/>
      </w:pPr>
      <w:r>
        <w:t>6.5. Математическая информация</w:t>
      </w:r>
    </w:p>
    <w:p w14:paraId="34EDFD3D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Работа с утверждениями: распознавание верных (истинных) и неверных (ложных) утверждений. Приведение примера и контрпримера. Формулирование утверждений и выводов. Построение несложных двух-трёхшаговых логических рассуждений.</w:t>
      </w:r>
    </w:p>
    <w:p w14:paraId="2918E2F4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Классификация математических объектов по заданным или самостоятельно установленным одному-двум признакам.</w:t>
      </w:r>
    </w:p>
    <w:p w14:paraId="3AC783A8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Сбор, представление, чтение и интерпретация числовых данных в таблицах, схемах и столбчатых диаграммах.</w:t>
      </w:r>
    </w:p>
    <w:p w14:paraId="131295C8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Извлечение и использование информации о реальных процессах и явлениях окружающего мира, представленной в таблицах, диаграммах, календарях, расписаниях, счетах, меню, прайс-листах, объявлениях и других источниках.</w:t>
      </w:r>
    </w:p>
    <w:p w14:paraId="4B08D3A7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Представление информации в разных формах. Использование справочной литературы и электронных источников для поиска необходимой информации в условиях контролируемого доступа.</w:t>
      </w:r>
    </w:p>
    <w:p w14:paraId="2CAC77C6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Работа с простейшими алгоритмами решения учебных и практических задач: выполнение, составление, проверка и корректировка последовательности действий.</w:t>
      </w:r>
    </w:p>
    <w:p w14:paraId="6F7BB30E" w14:textId="77777777" w:rsidR="00DE60F7" w:rsidRPr="00DE60F7" w:rsidRDefault="00DE60F7" w:rsidP="00DE60F7">
      <w:pPr>
        <w:pStyle w:val="aff8"/>
        <w:rPr>
          <w:lang w:val="ru-RU"/>
        </w:rPr>
      </w:pPr>
      <w:r w:rsidRPr="00DE60F7">
        <w:rPr>
          <w:lang w:val="ru-RU"/>
        </w:rPr>
        <w:t>Безопасное использование доступных электронных средств обучения и вычислительных устройств при выполнении учебных и практических заданий.</w:t>
      </w:r>
    </w:p>
    <w:p w14:paraId="7CE1DA3A" w14:textId="77777777" w:rsidR="00DE60F7" w:rsidRPr="00F52B28" w:rsidRDefault="00DE60F7" w:rsidP="00DE60F7">
      <w:pPr>
        <w:pStyle w:val="1"/>
        <w:spacing w:line="240" w:lineRule="auto"/>
        <w:ind w:left="0" w:firstLine="720"/>
      </w:pPr>
      <w:r w:rsidRPr="00F52B28">
        <w:t>7. Тематическое планирование</w:t>
      </w:r>
    </w:p>
    <w:p w14:paraId="7F7DCBBE" w14:textId="77777777" w:rsidR="00DE60F7" w:rsidRDefault="00DE60F7" w:rsidP="00DE60F7">
      <w:pPr>
        <w:ind w:firstLine="720"/>
        <w:rPr>
          <w:rFonts w:cs="Times New Roman"/>
          <w:sz w:val="24"/>
          <w:szCs w:val="24"/>
        </w:rPr>
      </w:pPr>
      <w:r w:rsidRPr="00F52B28">
        <w:rPr>
          <w:rFonts w:ascii="Times New Roman" w:hAnsi="Times New Roman" w:cs="Times New Roman"/>
          <w:sz w:val="24"/>
          <w:szCs w:val="24"/>
        </w:rPr>
        <w:t>Распределение часов по содержательным линиям соответствует федеральной рабочей программе математики для 4 класса (2025). Темы могут изучаться взаимосвязанно, в том числе при повторении и решении задач.</w:t>
      </w:r>
    </w:p>
    <w:p w14:paraId="17FE2ECA" w14:textId="77777777" w:rsidR="00DE60F7" w:rsidRPr="00F52B28" w:rsidRDefault="00DE60F7" w:rsidP="00DE60F7">
      <w:pPr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5"/>
        <w:gridCol w:w="4994"/>
        <w:gridCol w:w="4972"/>
      </w:tblGrid>
      <w:tr w:rsidR="00DE60F7" w:rsidRPr="00F52B28" w14:paraId="53E1DBC2" w14:textId="77777777" w:rsidTr="007820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D55AB1E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50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A924610" w14:textId="77777777" w:rsidR="00DE60F7" w:rsidRPr="00F52B28" w:rsidRDefault="00DE60F7" w:rsidP="007820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Раздел / тема</w:t>
            </w:r>
          </w:p>
        </w:tc>
        <w:tc>
          <w:tcPr>
            <w:tcW w:w="50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8969513" w14:textId="77777777" w:rsidR="00DE60F7" w:rsidRPr="00F52B28" w:rsidRDefault="00DE60F7" w:rsidP="007820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Часы</w:t>
            </w:r>
          </w:p>
        </w:tc>
      </w:tr>
      <w:tr w:rsidR="00DE60F7" w:rsidRPr="00F52B28" w14:paraId="63DDA34C" w14:textId="77777777" w:rsidTr="007820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1AB883DC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33A7555B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Числа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35825402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</w:tr>
      <w:tr w:rsidR="00DE60F7" w:rsidRPr="00F52B28" w14:paraId="079B4B4A" w14:textId="77777777" w:rsidTr="007820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</w:tcPr>
          <w:p w14:paraId="48CE7AE4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5055" w:type="dxa"/>
          </w:tcPr>
          <w:p w14:paraId="344D6654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Величины</w:t>
            </w:r>
          </w:p>
        </w:tc>
        <w:tc>
          <w:tcPr>
            <w:tcW w:w="5055" w:type="dxa"/>
          </w:tcPr>
          <w:p w14:paraId="185B74C4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</w:tr>
      <w:tr w:rsidR="00DE60F7" w:rsidRPr="00F52B28" w14:paraId="64934F39" w14:textId="77777777" w:rsidTr="007820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6BA3FF51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0D86B16D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Вычисления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035164C3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</w:t>
            </w:r>
          </w:p>
        </w:tc>
      </w:tr>
      <w:tr w:rsidR="00DE60F7" w:rsidRPr="00F52B28" w14:paraId="2B84E5B2" w14:textId="77777777" w:rsidTr="007820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</w:tcPr>
          <w:p w14:paraId="02533B5E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5055" w:type="dxa"/>
          </w:tcPr>
          <w:p w14:paraId="4E1940B7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Числовые выражения</w:t>
            </w:r>
          </w:p>
        </w:tc>
        <w:tc>
          <w:tcPr>
            <w:tcW w:w="5055" w:type="dxa"/>
          </w:tcPr>
          <w:p w14:paraId="39D495D5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</w:tr>
      <w:tr w:rsidR="00DE60F7" w:rsidRPr="00F52B28" w14:paraId="150EE6E9" w14:textId="77777777" w:rsidTr="007820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246CA4EC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76FFC19B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Решение текстовых задач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4CB34946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</w:tr>
      <w:tr w:rsidR="00DE60F7" w:rsidRPr="00F52B28" w14:paraId="1C703C4D" w14:textId="77777777" w:rsidTr="007820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</w:tcPr>
          <w:p w14:paraId="77BD425F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5055" w:type="dxa"/>
          </w:tcPr>
          <w:p w14:paraId="32A82C86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Геометрические фигуры</w:t>
            </w:r>
          </w:p>
        </w:tc>
        <w:tc>
          <w:tcPr>
            <w:tcW w:w="5055" w:type="dxa"/>
          </w:tcPr>
          <w:p w14:paraId="78C0EDD0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</w:tr>
      <w:tr w:rsidR="00DE60F7" w:rsidRPr="00F52B28" w14:paraId="77C0DE6C" w14:textId="77777777" w:rsidTr="007820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18C613A4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01EC40DD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Геометрические величины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5F81204C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</w:tr>
      <w:tr w:rsidR="00DE60F7" w:rsidRPr="00F52B28" w14:paraId="54FE5069" w14:textId="77777777" w:rsidTr="007820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</w:tcPr>
          <w:p w14:paraId="3D21CBC5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5055" w:type="dxa"/>
          </w:tcPr>
          <w:p w14:paraId="54932C31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Математическая информация</w:t>
            </w:r>
          </w:p>
        </w:tc>
        <w:tc>
          <w:tcPr>
            <w:tcW w:w="5055" w:type="dxa"/>
          </w:tcPr>
          <w:p w14:paraId="2D1335A9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</w:tr>
      <w:tr w:rsidR="00DE60F7" w:rsidRPr="00F52B28" w14:paraId="19D79CD3" w14:textId="77777777" w:rsidTr="007820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3B5FB8F1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6246C57F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50139212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</w:tr>
      <w:tr w:rsidR="00DE60F7" w:rsidRPr="00F52B28" w14:paraId="45825492" w14:textId="77777777" w:rsidTr="007820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</w:tcPr>
          <w:p w14:paraId="7FA80DC9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5055" w:type="dxa"/>
          </w:tcPr>
          <w:p w14:paraId="6D25CEA1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Итоговый контроль (контрольные и проверочные работы)</w:t>
            </w:r>
          </w:p>
        </w:tc>
        <w:tc>
          <w:tcPr>
            <w:tcW w:w="5055" w:type="dxa"/>
          </w:tcPr>
          <w:p w14:paraId="5E74E502" w14:textId="77777777" w:rsidR="00DE60F7" w:rsidRPr="00F52B28" w:rsidRDefault="00DE60F7" w:rsidP="007820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</w:tr>
      <w:tr w:rsidR="00DE60F7" w:rsidRPr="00F52B28" w14:paraId="1A777C52" w14:textId="77777777" w:rsidTr="007820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33F32C86" w14:textId="77777777" w:rsidR="00DE60F7" w:rsidRPr="00F52B28" w:rsidRDefault="00DE60F7" w:rsidP="0078209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12FFCF19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5055" w:type="dxa"/>
            <w:tcBorders>
              <w:left w:val="none" w:sz="0" w:space="0" w:color="auto"/>
              <w:right w:val="none" w:sz="0" w:space="0" w:color="auto"/>
            </w:tcBorders>
          </w:tcPr>
          <w:p w14:paraId="7AB8B151" w14:textId="77777777" w:rsidR="00DE60F7" w:rsidRPr="00F52B28" w:rsidRDefault="00DE60F7" w:rsidP="007820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2B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136</w:t>
            </w:r>
          </w:p>
        </w:tc>
      </w:tr>
    </w:tbl>
    <w:p w14:paraId="74E90E0F" w14:textId="77777777" w:rsidR="00DE60F7" w:rsidRDefault="00DE60F7" w:rsidP="00DE60F7">
      <w:pPr>
        <w:pStyle w:val="1"/>
        <w:spacing w:line="240" w:lineRule="auto"/>
        <w:ind w:firstLine="720"/>
        <w:jc w:val="center"/>
      </w:pPr>
    </w:p>
    <w:p w14:paraId="2BCD3F1A" w14:textId="77777777" w:rsidR="00DE60F7" w:rsidRPr="00F52B28" w:rsidRDefault="00DE60F7" w:rsidP="00DE60F7">
      <w:pPr>
        <w:pStyle w:val="1"/>
        <w:spacing w:line="240" w:lineRule="auto"/>
        <w:ind w:firstLine="720"/>
        <w:jc w:val="center"/>
      </w:pPr>
      <w:r w:rsidRPr="00F52B28">
        <w:t>8. Формы контроля и промежуточной аттестации</w:t>
      </w:r>
    </w:p>
    <w:p w14:paraId="7BFA806A" w14:textId="77777777" w:rsidR="00DE60F7" w:rsidRDefault="00DE60F7" w:rsidP="00DE60F7">
      <w:pPr>
        <w:ind w:firstLine="720"/>
        <w:rPr>
          <w:rFonts w:cs="Times New Roman"/>
          <w:sz w:val="24"/>
          <w:szCs w:val="24"/>
        </w:rPr>
      </w:pPr>
      <w:r w:rsidRPr="00F52B28">
        <w:rPr>
          <w:rFonts w:ascii="Times New Roman" w:hAnsi="Times New Roman" w:cs="Times New Roman"/>
          <w:sz w:val="24"/>
          <w:szCs w:val="24"/>
        </w:rPr>
        <w:t>Текущий и тематический контроль: устный опрос, математический диктант, самостоятельная работа, проверочная работа, тест, практическое задание, контрольная работа. Промежуточная аттестация по математике в 4 классе проводится в форме контрольной работы. Содержание контрольной работы соотносится с планируемыми предметными результатами 4 класса.</w:t>
      </w:r>
    </w:p>
    <w:p w14:paraId="541D56A5" w14:textId="77777777" w:rsidR="00DE60F7" w:rsidRPr="00F52B28" w:rsidRDefault="00DE60F7" w:rsidP="00DE60F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0491E6C4" w14:textId="77777777" w:rsidR="00DE60F7" w:rsidRDefault="00DE60F7" w:rsidP="00DE60F7">
      <w:pPr>
        <w:pStyle w:val="1"/>
        <w:spacing w:line="240" w:lineRule="auto"/>
        <w:ind w:firstLine="720"/>
        <w:jc w:val="center"/>
      </w:pPr>
      <w:r w:rsidRPr="00F52B28">
        <w:t>9. Календарно-тематическое планирование</w:t>
      </w:r>
    </w:p>
    <w:p w14:paraId="6C4E931D" w14:textId="77777777" w:rsidR="00DE60F7" w:rsidRPr="00F52B28" w:rsidRDefault="00DE60F7" w:rsidP="00DE60F7"/>
    <w:p w14:paraId="1D6EBC4B" w14:textId="77777777" w:rsidR="00DE60F7" w:rsidRDefault="00DE60F7" w:rsidP="00DE60F7">
      <w:pPr>
        <w:ind w:firstLine="720"/>
        <w:rPr>
          <w:rFonts w:cs="Times New Roman"/>
          <w:sz w:val="24"/>
          <w:szCs w:val="24"/>
        </w:rPr>
      </w:pPr>
      <w:r w:rsidRPr="00F52B28">
        <w:rPr>
          <w:rFonts w:ascii="Times New Roman" w:hAnsi="Times New Roman" w:cs="Times New Roman"/>
          <w:sz w:val="24"/>
          <w:szCs w:val="24"/>
        </w:rPr>
        <w:t>Подробное КТП на 136 уроков составлено с сохранением последовательности и основных характеристик уроков исходной программы. При реализации курса виды деятельности и предметные результаты уточняются в соответствии с разделами 5–7 настоящей программы. Даты заполняются педагогом по календарному учебному графику.</w:t>
      </w:r>
    </w:p>
    <w:p w14:paraId="3C3A4D5B" w14:textId="77777777" w:rsidR="00DE60F7" w:rsidRPr="00F52B28" w:rsidRDefault="00DE60F7" w:rsidP="00DE60F7">
      <w:pPr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850"/>
        <w:gridCol w:w="2150"/>
        <w:gridCol w:w="1701"/>
        <w:gridCol w:w="4025"/>
        <w:gridCol w:w="3628"/>
        <w:gridCol w:w="2270"/>
      </w:tblGrid>
      <w:tr w:rsidR="00DE60F7" w:rsidRPr="00F52B28" w14:paraId="15CA33C3" w14:textId="77777777" w:rsidTr="0078209C">
        <w:trPr>
          <w:cantSplit/>
          <w:tblHeader/>
        </w:trPr>
        <w:tc>
          <w:tcPr>
            <w:tcW w:w="510" w:type="dxa"/>
          </w:tcPr>
          <w:p w14:paraId="23B67A2C" w14:textId="77777777" w:rsidR="00DE60F7" w:rsidRPr="00F52B28" w:rsidRDefault="00DE60F7" w:rsidP="007820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850" w:type="dxa"/>
          </w:tcPr>
          <w:p w14:paraId="2A79A2DB" w14:textId="77777777" w:rsidR="00DE60F7" w:rsidRPr="00F52B28" w:rsidRDefault="00DE60F7" w:rsidP="007820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2150" w:type="dxa"/>
          </w:tcPr>
          <w:p w14:paraId="1769803B" w14:textId="77777777" w:rsidR="00DE60F7" w:rsidRPr="00F52B28" w:rsidRDefault="00DE60F7" w:rsidP="007820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урока</w:t>
            </w:r>
          </w:p>
        </w:tc>
        <w:tc>
          <w:tcPr>
            <w:tcW w:w="1701" w:type="dxa"/>
          </w:tcPr>
          <w:p w14:paraId="456914A6" w14:textId="77777777" w:rsidR="00DE60F7" w:rsidRPr="00F52B28" w:rsidRDefault="00DE60F7" w:rsidP="007820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урока</w:t>
            </w:r>
          </w:p>
        </w:tc>
        <w:tc>
          <w:tcPr>
            <w:tcW w:w="4025" w:type="dxa"/>
          </w:tcPr>
          <w:p w14:paraId="6B4A0D80" w14:textId="77777777" w:rsidR="00DE60F7" w:rsidRPr="00F52B28" w:rsidRDefault="00DE60F7" w:rsidP="007820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Основные виды учебной деятельности</w:t>
            </w:r>
          </w:p>
        </w:tc>
        <w:tc>
          <w:tcPr>
            <w:tcW w:w="3628" w:type="dxa"/>
          </w:tcPr>
          <w:p w14:paraId="12F4E89B" w14:textId="77777777" w:rsidR="00DE60F7" w:rsidRPr="00F52B28" w:rsidRDefault="00DE60F7" w:rsidP="007820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Планируемые предметные результаты</w:t>
            </w:r>
          </w:p>
        </w:tc>
        <w:tc>
          <w:tcPr>
            <w:tcW w:w="2270" w:type="dxa"/>
          </w:tcPr>
          <w:p w14:paraId="588C3496" w14:textId="77777777" w:rsidR="00DE60F7" w:rsidRPr="00F52B28" w:rsidRDefault="00DE60F7" w:rsidP="007820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Универсальные учебные действия</w:t>
            </w:r>
          </w:p>
        </w:tc>
      </w:tr>
      <w:tr w:rsidR="00DE60F7" w:rsidRPr="00F52B28" w14:paraId="542A2836" w14:textId="77777777" w:rsidTr="0078209C">
        <w:trPr>
          <w:cantSplit/>
        </w:trPr>
        <w:tc>
          <w:tcPr>
            <w:tcW w:w="510" w:type="dxa"/>
            <w:vAlign w:val="center"/>
          </w:tcPr>
          <w:p w14:paraId="09308E7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26D54D4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002A0E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Нумерация. Счёт предме- тов. Разряды</w:t>
            </w:r>
          </w:p>
        </w:tc>
        <w:tc>
          <w:tcPr>
            <w:tcW w:w="1701" w:type="dxa"/>
            <w:vAlign w:val="center"/>
          </w:tcPr>
          <w:p w14:paraId="5FE32D9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повторения и обобщения</w:t>
            </w:r>
          </w:p>
        </w:tc>
        <w:tc>
          <w:tcPr>
            <w:tcW w:w="4025" w:type="dxa"/>
            <w:vAlign w:val="center"/>
          </w:tcPr>
          <w:p w14:paraId="2958966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Образовывать числа натурального ряда от 100 до 1000. Совершенствовать вычислительные навыки, решать задачу разными спо- собами; составлять задачи, обратные данной</w:t>
            </w:r>
          </w:p>
        </w:tc>
        <w:tc>
          <w:tcPr>
            <w:tcW w:w="3628" w:type="dxa"/>
            <w:vAlign w:val="center"/>
          </w:tcPr>
          <w:p w14:paraId="468ECF2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последователь- ность чисел в пределах 1000; объяснять, как образуется каждая следующая счётная единица. Называть разря- ды и классы.</w:t>
            </w:r>
          </w:p>
        </w:tc>
        <w:tc>
          <w:tcPr>
            <w:tcW w:w="2270" w:type="dxa"/>
            <w:vAlign w:val="center"/>
          </w:tcPr>
          <w:p w14:paraId="6FACD31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Самостоятельное со- здание алгоритмов дея- тельности при решении проблем поискового характера. Установле- ние причинно- следственных связей</w:t>
            </w:r>
          </w:p>
        </w:tc>
      </w:tr>
      <w:tr w:rsidR="00DE60F7" w:rsidRPr="00F52B28" w14:paraId="0C820C37" w14:textId="77777777" w:rsidTr="0078209C">
        <w:trPr>
          <w:cantSplit/>
        </w:trPr>
        <w:tc>
          <w:tcPr>
            <w:tcW w:w="510" w:type="dxa"/>
            <w:vAlign w:val="center"/>
          </w:tcPr>
          <w:p w14:paraId="7055955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E4E9F1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9392A3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Числовые вы- ражения. По- рядок выпол- нения дей- ствий</w:t>
            </w:r>
          </w:p>
        </w:tc>
        <w:tc>
          <w:tcPr>
            <w:tcW w:w="1701" w:type="dxa"/>
            <w:vAlign w:val="center"/>
          </w:tcPr>
          <w:p w14:paraId="31154E0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повторения и обобщения</w:t>
            </w:r>
          </w:p>
        </w:tc>
        <w:tc>
          <w:tcPr>
            <w:tcW w:w="4025" w:type="dxa"/>
            <w:vAlign w:val="center"/>
          </w:tcPr>
          <w:p w14:paraId="1960534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правила о порядке выпол- нения действий в числовых выраже- ниях со скобками и без скобок при вы- числениях значений числовых выра- жений</w:t>
            </w:r>
          </w:p>
        </w:tc>
        <w:tc>
          <w:tcPr>
            <w:tcW w:w="3628" w:type="dxa"/>
            <w:vAlign w:val="center"/>
          </w:tcPr>
          <w:p w14:paraId="1F672BE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Вычислять значение число- вого выражения, содержаще- го 2-3 действия. Понимать правила порядка выполне- ния действий в числовых выражениях</w:t>
            </w:r>
          </w:p>
        </w:tc>
        <w:tc>
          <w:tcPr>
            <w:tcW w:w="2270" w:type="dxa"/>
            <w:vAlign w:val="center"/>
          </w:tcPr>
          <w:p w14:paraId="540CDCD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Планировать, контро- лировать и оценивать учебные действия в со- ответствии с постав- ленной задачей и усло- виями её выполнения</w:t>
            </w:r>
          </w:p>
        </w:tc>
      </w:tr>
      <w:tr w:rsidR="00DE60F7" w:rsidRPr="00F52B28" w14:paraId="04131ACC" w14:textId="77777777" w:rsidTr="0078209C">
        <w:trPr>
          <w:cantSplit/>
        </w:trPr>
        <w:tc>
          <w:tcPr>
            <w:tcW w:w="510" w:type="dxa"/>
            <w:vAlign w:val="center"/>
          </w:tcPr>
          <w:p w14:paraId="741B4C1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5643958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9CB4CB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Нахождение суммы не- скольких сла- гаемых</w:t>
            </w:r>
          </w:p>
        </w:tc>
        <w:tc>
          <w:tcPr>
            <w:tcW w:w="1701" w:type="dxa"/>
            <w:vAlign w:val="center"/>
          </w:tcPr>
          <w:p w14:paraId="074A833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509979B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письменные вычисления с натуральными числами. Находить зна- чения числовых выражений со скоб- ками и без них</w:t>
            </w:r>
          </w:p>
        </w:tc>
        <w:tc>
          <w:tcPr>
            <w:tcW w:w="3628" w:type="dxa"/>
            <w:vAlign w:val="center"/>
          </w:tcPr>
          <w:p w14:paraId="2ADFA1C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Вычислять сумму трёх сла- гаемых. Вычислять зна- чение числового выражения, содержащего 2-3 действия</w:t>
            </w:r>
          </w:p>
        </w:tc>
        <w:tc>
          <w:tcPr>
            <w:tcW w:w="2270" w:type="dxa"/>
            <w:vAlign w:val="center"/>
          </w:tcPr>
          <w:p w14:paraId="604CF9A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Самостоятельное со- здание алгоритмов дея- тельности при решении проблем поискового характера. Установле- ние причинно- следственных связей</w:t>
            </w:r>
          </w:p>
        </w:tc>
      </w:tr>
      <w:tr w:rsidR="00DE60F7" w:rsidRPr="00F52B28" w14:paraId="122E42AE" w14:textId="77777777" w:rsidTr="0078209C">
        <w:trPr>
          <w:cantSplit/>
        </w:trPr>
        <w:tc>
          <w:tcPr>
            <w:tcW w:w="510" w:type="dxa"/>
            <w:vAlign w:val="center"/>
          </w:tcPr>
          <w:p w14:paraId="6BF7B96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198FC41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B615D2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Вычитание трёхзначных чисел</w:t>
            </w:r>
          </w:p>
        </w:tc>
        <w:tc>
          <w:tcPr>
            <w:tcW w:w="1701" w:type="dxa"/>
            <w:vAlign w:val="center"/>
          </w:tcPr>
          <w:p w14:paraId="2140462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39CF8EC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вычитание трёхзначных чисел. Находить значения числовых выражений со скобками и без них</w:t>
            </w:r>
          </w:p>
        </w:tc>
        <w:tc>
          <w:tcPr>
            <w:tcW w:w="3628" w:type="dxa"/>
            <w:vAlign w:val="center"/>
          </w:tcPr>
          <w:p w14:paraId="6AA5F90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алгоритм письменного вычитания чи- сел и выполнять эти дей- ствия с числами в пределах 1000</w:t>
            </w:r>
          </w:p>
        </w:tc>
        <w:tc>
          <w:tcPr>
            <w:tcW w:w="2270" w:type="dxa"/>
            <w:vAlign w:val="center"/>
          </w:tcPr>
          <w:p w14:paraId="7C4F885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 (в том числе с опорой на изученные определе- ния, законы арифмети- ческих действий)</w:t>
            </w:r>
          </w:p>
        </w:tc>
      </w:tr>
      <w:tr w:rsidR="00DE60F7" w:rsidRPr="00F52B28" w14:paraId="57632482" w14:textId="77777777" w:rsidTr="0078209C">
        <w:trPr>
          <w:cantSplit/>
        </w:trPr>
        <w:tc>
          <w:tcPr>
            <w:tcW w:w="510" w:type="dxa"/>
            <w:vAlign w:val="center"/>
          </w:tcPr>
          <w:p w14:paraId="13C0D55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67C64DE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DA7F0E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Приёмы пись-менного умно-жения трех-значных чисел на однознач-ные</w:t>
            </w:r>
          </w:p>
        </w:tc>
        <w:tc>
          <w:tcPr>
            <w:tcW w:w="1701" w:type="dxa"/>
            <w:vAlign w:val="center"/>
          </w:tcPr>
          <w:p w14:paraId="6ED0F70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61A0A03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Умножать письменно в пределах 1000 с переходом через разряд многознач-ного числа на однозначное. Совер-шенствовать устные и письменные вычислительные навыки, умение ре-шать задачи</w:t>
            </w:r>
          </w:p>
        </w:tc>
        <w:tc>
          <w:tcPr>
            <w:tcW w:w="3628" w:type="dxa"/>
            <w:vAlign w:val="center"/>
          </w:tcPr>
          <w:p w14:paraId="6A2FBA3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умножение в пределах 1000 с переходом через разряд многозначного числа на од-нозначное.</w:t>
            </w:r>
          </w:p>
        </w:tc>
        <w:tc>
          <w:tcPr>
            <w:tcW w:w="2270" w:type="dxa"/>
            <w:vAlign w:val="center"/>
          </w:tcPr>
          <w:p w14:paraId="4406E3E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Самостоятельное со-здание алгоритмов дея-тельности при решении проблем поискового характера. Установле-ние причинно- следственных связей</w:t>
            </w:r>
          </w:p>
        </w:tc>
      </w:tr>
      <w:tr w:rsidR="00DE60F7" w:rsidRPr="00F52B28" w14:paraId="7CF02B64" w14:textId="77777777" w:rsidTr="0078209C">
        <w:trPr>
          <w:cantSplit/>
        </w:trPr>
        <w:tc>
          <w:tcPr>
            <w:tcW w:w="510" w:type="dxa"/>
            <w:vAlign w:val="center"/>
          </w:tcPr>
          <w:p w14:paraId="117C838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70CE353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1DB9BA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однозначных чисел на мно-гозначные</w:t>
            </w:r>
          </w:p>
        </w:tc>
        <w:tc>
          <w:tcPr>
            <w:tcW w:w="1701" w:type="dxa"/>
            <w:vAlign w:val="center"/>
          </w:tcPr>
          <w:p w14:paraId="50EE28A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5B9AA59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переместительное свойство умножения. Умножать пись-менно в пределах 1000 с переходом через разряд многозначное число на однозначное. Совершенствовать уст- ные и письменные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56CECB7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умножение в пределах 1000 с переходом через разряд многозначного числа на од-нозначное</w:t>
            </w:r>
          </w:p>
        </w:tc>
        <w:tc>
          <w:tcPr>
            <w:tcW w:w="2270" w:type="dxa"/>
            <w:vAlign w:val="center"/>
          </w:tcPr>
          <w:p w14:paraId="5661B1D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предъяв-ленного банка данных</w:t>
            </w:r>
          </w:p>
        </w:tc>
      </w:tr>
      <w:tr w:rsidR="00DE60F7" w:rsidRPr="00F52B28" w14:paraId="1DF775E5" w14:textId="77777777" w:rsidTr="0078209C">
        <w:trPr>
          <w:cantSplit/>
        </w:trPr>
        <w:tc>
          <w:tcPr>
            <w:tcW w:w="510" w:type="dxa"/>
            <w:vAlign w:val="center"/>
          </w:tcPr>
          <w:p w14:paraId="24BD949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14:paraId="17F92E4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D705A9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Приёмы пись-менного деле-ния трехзначных чисел на одно-значные</w:t>
            </w:r>
          </w:p>
        </w:tc>
        <w:tc>
          <w:tcPr>
            <w:tcW w:w="1701" w:type="dxa"/>
            <w:vAlign w:val="center"/>
          </w:tcPr>
          <w:p w14:paraId="6A4F362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7BDE63D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приём письменного деле-ния многозначного числа на однознач-ное. Совершенствовать устные и письменные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1DA8325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де-ление в пределах 1000</w:t>
            </w:r>
          </w:p>
        </w:tc>
        <w:tc>
          <w:tcPr>
            <w:tcW w:w="2270" w:type="dxa"/>
            <w:vAlign w:val="center"/>
          </w:tcPr>
          <w:p w14:paraId="58A0700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Самостоятельное со-здание алгоритмов дея-тельности при решении проблем поискового характера. Установле-ние причинно- следственных связей</w:t>
            </w:r>
          </w:p>
        </w:tc>
      </w:tr>
      <w:tr w:rsidR="00DE60F7" w:rsidRPr="00F52B28" w14:paraId="642E8E59" w14:textId="77777777" w:rsidTr="0078209C">
        <w:trPr>
          <w:cantSplit/>
        </w:trPr>
        <w:tc>
          <w:tcPr>
            <w:tcW w:w="510" w:type="dxa"/>
            <w:vAlign w:val="center"/>
          </w:tcPr>
          <w:p w14:paraId="39729D7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7D10D9A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A7B485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трёх-значных чисел на однознач-ные</w:t>
            </w:r>
          </w:p>
        </w:tc>
        <w:tc>
          <w:tcPr>
            <w:tcW w:w="1701" w:type="dxa"/>
            <w:vAlign w:val="center"/>
          </w:tcPr>
          <w:p w14:paraId="3694107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6949A38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приём письменного деле-ния многозначного числа на однознач-ное. Использовать свойства деления числа на 1, и нуля на число. Совер-шенствовать устные и письменные вычислительные навыки, умение ре- шать задачи</w:t>
            </w:r>
          </w:p>
        </w:tc>
        <w:tc>
          <w:tcPr>
            <w:tcW w:w="3628" w:type="dxa"/>
            <w:vAlign w:val="center"/>
          </w:tcPr>
          <w:p w14:paraId="4912CE7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де-ление многозначного числа на однозначное по алгорит-му</w:t>
            </w:r>
          </w:p>
        </w:tc>
        <w:tc>
          <w:tcPr>
            <w:tcW w:w="2270" w:type="dxa"/>
            <w:vAlign w:val="center"/>
          </w:tcPr>
          <w:p w14:paraId="7187074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обнару-живать и устранять ошибки логического ха-рактера (в ходе реше-ния) и ошибки вычисли- тельного характера</w:t>
            </w:r>
          </w:p>
        </w:tc>
      </w:tr>
      <w:tr w:rsidR="00DE60F7" w:rsidRPr="00F52B28" w14:paraId="3810992D" w14:textId="77777777" w:rsidTr="0078209C">
        <w:trPr>
          <w:cantSplit/>
        </w:trPr>
        <w:tc>
          <w:tcPr>
            <w:tcW w:w="510" w:type="dxa"/>
            <w:vAlign w:val="center"/>
          </w:tcPr>
          <w:p w14:paraId="6917D3A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14:paraId="521FC06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72415B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Приемы пись-менного деле-ния трёхзнач-ных чисел на однозначное число</w:t>
            </w:r>
          </w:p>
        </w:tc>
        <w:tc>
          <w:tcPr>
            <w:tcW w:w="1701" w:type="dxa"/>
            <w:vAlign w:val="center"/>
          </w:tcPr>
          <w:p w14:paraId="2E62DEF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22103B0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приём письменного деле-ния многозначного числа на однознач-ное. Совершенствовать устные и письменные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63B5C6E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де-ление многозначного числа на однозначное по алгорит-му</w:t>
            </w:r>
          </w:p>
        </w:tc>
        <w:tc>
          <w:tcPr>
            <w:tcW w:w="2270" w:type="dxa"/>
            <w:vAlign w:val="center"/>
          </w:tcPr>
          <w:p w14:paraId="4F9C3E5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предъяв-ленного банка данных</w:t>
            </w:r>
          </w:p>
        </w:tc>
      </w:tr>
      <w:tr w:rsidR="00DE60F7" w:rsidRPr="00F52B28" w14:paraId="2FEB9827" w14:textId="77777777" w:rsidTr="0078209C">
        <w:trPr>
          <w:cantSplit/>
        </w:trPr>
        <w:tc>
          <w:tcPr>
            <w:tcW w:w="510" w:type="dxa"/>
            <w:vAlign w:val="center"/>
          </w:tcPr>
          <w:p w14:paraId="6FD119B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43D3FDB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6B9EC2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трех-значного числа на однознач- ное, когда в записи частно-</w:t>
            </w:r>
          </w:p>
        </w:tc>
        <w:tc>
          <w:tcPr>
            <w:tcW w:w="1701" w:type="dxa"/>
            <w:vAlign w:val="center"/>
          </w:tcPr>
          <w:p w14:paraId="15A4E89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Урок- исследование</w:t>
            </w:r>
          </w:p>
        </w:tc>
        <w:tc>
          <w:tcPr>
            <w:tcW w:w="4025" w:type="dxa"/>
            <w:vAlign w:val="center"/>
          </w:tcPr>
          <w:p w14:paraId="727A9AB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приём письменного деле-ния многозначного числа на однознач-ное, когда в записи частного есть нуль</w:t>
            </w:r>
          </w:p>
        </w:tc>
        <w:tc>
          <w:tcPr>
            <w:tcW w:w="3628" w:type="dxa"/>
            <w:vAlign w:val="center"/>
          </w:tcPr>
          <w:p w14:paraId="648EB72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де-ление многозначного числа на однозначное с объясне- нием, когда в записи частно-го есть нуль.</w:t>
            </w:r>
          </w:p>
        </w:tc>
        <w:tc>
          <w:tcPr>
            <w:tcW w:w="2270" w:type="dxa"/>
            <w:vAlign w:val="center"/>
          </w:tcPr>
          <w:p w14:paraId="5215F88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предъяв-ленного банка данных</w:t>
            </w:r>
          </w:p>
        </w:tc>
      </w:tr>
      <w:tr w:rsidR="00DE60F7" w:rsidRPr="00F52B28" w14:paraId="67B1D9DD" w14:textId="77777777" w:rsidTr="0078209C">
        <w:trPr>
          <w:cantSplit/>
        </w:trPr>
        <w:tc>
          <w:tcPr>
            <w:tcW w:w="510" w:type="dxa"/>
            <w:vAlign w:val="center"/>
          </w:tcPr>
          <w:p w14:paraId="7C38CC7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2A09935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C66C98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Знакомство со столбчатыми диаграммами. Чтение и со-ставление столбчатых диаграмм</w:t>
            </w:r>
          </w:p>
        </w:tc>
        <w:tc>
          <w:tcPr>
            <w:tcW w:w="1701" w:type="dxa"/>
            <w:vAlign w:val="center"/>
          </w:tcPr>
          <w:p w14:paraId="1E4DEDC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2EA6B0F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диаграммы для сбора и представления данных</w:t>
            </w:r>
          </w:p>
        </w:tc>
        <w:tc>
          <w:tcPr>
            <w:tcW w:w="3628" w:type="dxa"/>
            <w:vAlign w:val="center"/>
          </w:tcPr>
          <w:p w14:paraId="4BDF17B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Читать и строить столб-чатые диаграммы</w:t>
            </w:r>
          </w:p>
        </w:tc>
        <w:tc>
          <w:tcPr>
            <w:tcW w:w="2270" w:type="dxa"/>
            <w:vAlign w:val="center"/>
          </w:tcPr>
          <w:p w14:paraId="489DC59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содер-жащиеся в тексте дан-ные. Актуализировать свои знания для прове-дения простейших ма-тематических доказа- тельств</w:t>
            </w:r>
          </w:p>
        </w:tc>
      </w:tr>
      <w:tr w:rsidR="00DE60F7" w:rsidRPr="00F52B28" w14:paraId="3B14372F" w14:textId="77777777" w:rsidTr="0078209C">
        <w:trPr>
          <w:cantSplit/>
        </w:trPr>
        <w:tc>
          <w:tcPr>
            <w:tcW w:w="510" w:type="dxa"/>
            <w:vAlign w:val="center"/>
          </w:tcPr>
          <w:p w14:paraId="2CFFF35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vAlign w:val="center"/>
          </w:tcPr>
          <w:p w14:paraId="7227145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0442F3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Повторение пройденного. «Что узнали. Чему научи-лись». Вводная диа- гностиче-ская работа</w:t>
            </w:r>
          </w:p>
        </w:tc>
        <w:tc>
          <w:tcPr>
            <w:tcW w:w="1701" w:type="dxa"/>
            <w:vAlign w:val="center"/>
          </w:tcPr>
          <w:p w14:paraId="32D504B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Контрольно-обобщающий урок</w:t>
            </w:r>
          </w:p>
        </w:tc>
        <w:tc>
          <w:tcPr>
            <w:tcW w:w="4025" w:type="dxa"/>
            <w:vAlign w:val="center"/>
          </w:tcPr>
          <w:p w14:paraId="312293E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Соотносить результат проведённого самоконтроля с целями, поставлен-ными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16900FC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2FBB2F5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Выделение и осознание обучающимся того, что уже усвоено и что ещё нужно усвоить, осозна-ние качества и уровня усвоения; оценка ре-зультатов работы</w:t>
            </w:r>
          </w:p>
        </w:tc>
      </w:tr>
      <w:tr w:rsidR="00DE60F7" w:rsidRPr="00F52B28" w14:paraId="7F3F575F" w14:textId="77777777" w:rsidTr="0078209C">
        <w:trPr>
          <w:cantSplit/>
        </w:trPr>
        <w:tc>
          <w:tcPr>
            <w:tcW w:w="510" w:type="dxa"/>
            <w:vAlign w:val="center"/>
          </w:tcPr>
          <w:p w14:paraId="1195D55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vAlign w:val="center"/>
          </w:tcPr>
          <w:p w14:paraId="3C2697E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F9ECB0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Взаимная про-верка знаний: «Помогаем друг другу сделать шаг к успеху». Проверочная работа № 1 по теме «По-вторение» Числа, которые больше 1000. Нумерация (11 часов)</w:t>
            </w:r>
          </w:p>
        </w:tc>
        <w:tc>
          <w:tcPr>
            <w:tcW w:w="1701" w:type="dxa"/>
            <w:vAlign w:val="center"/>
          </w:tcPr>
          <w:p w14:paraId="79DF3E9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 Числа, которые больше 1000. Нумерация (11 часов)</w:t>
            </w:r>
          </w:p>
        </w:tc>
        <w:tc>
          <w:tcPr>
            <w:tcW w:w="4025" w:type="dxa"/>
            <w:vAlign w:val="center"/>
          </w:tcPr>
          <w:p w14:paraId="0470A3B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Работать в паре. Находить и исправ-лять неверные высказывания. Изла-гать и отстаивать своё мнение, аргу-ментировать свою точку зрения, оце-нивать точку зрения товарища, обсуж-дать высказанные мнения Числа, которые больше 1000. Нумерация (11 часов)</w:t>
            </w:r>
          </w:p>
        </w:tc>
        <w:tc>
          <w:tcPr>
            <w:tcW w:w="3628" w:type="dxa"/>
            <w:vAlign w:val="center"/>
          </w:tcPr>
          <w:p w14:paraId="70453EF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Пользоваться вычисли-тельными навыками, решать составные задачи Числа, которые больше 1000. Нумерация (11 часов)</w:t>
            </w:r>
          </w:p>
        </w:tc>
        <w:tc>
          <w:tcPr>
            <w:tcW w:w="2270" w:type="dxa"/>
            <w:vAlign w:val="center"/>
          </w:tcPr>
          <w:p w14:paraId="2B8DF01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Прогнозировать резуль-таты вычислений; кон-тролировать свою дея-тельность: проверять правильность выполне-ния вычислений изу-ченными способами Числа, которые больше 1000. Нумерация (11 часов)</w:t>
            </w:r>
          </w:p>
        </w:tc>
      </w:tr>
      <w:tr w:rsidR="00DE60F7" w:rsidRPr="00F52B28" w14:paraId="25CD6E23" w14:textId="77777777" w:rsidTr="0078209C">
        <w:trPr>
          <w:cantSplit/>
        </w:trPr>
        <w:tc>
          <w:tcPr>
            <w:tcW w:w="510" w:type="dxa"/>
            <w:vAlign w:val="center"/>
          </w:tcPr>
          <w:p w14:paraId="3C07D53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vAlign w:val="center"/>
          </w:tcPr>
          <w:p w14:paraId="138C7D9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FBA1FE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Нумерация. Класс единиц и класс тысяч</w:t>
            </w:r>
          </w:p>
        </w:tc>
        <w:tc>
          <w:tcPr>
            <w:tcW w:w="1701" w:type="dxa"/>
            <w:vAlign w:val="center"/>
          </w:tcPr>
          <w:p w14:paraId="7266E74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70C2E95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Считать предметы десятками, сотня-ми, тысячами. Выделять количество сотен, десятков, единиц в числе. Со-вершенствовать вычислительные навыки, умение решать буквенные выражения. Анализировать свои дей-ствия и управлять ими</w:t>
            </w:r>
          </w:p>
        </w:tc>
        <w:tc>
          <w:tcPr>
            <w:tcW w:w="3628" w:type="dxa"/>
            <w:vAlign w:val="center"/>
          </w:tcPr>
          <w:p w14:paraId="007E1C4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новую счётную единицу – тысячу. Назы-вать разряды, которые со-ставляют первый класс, вто-рой класс</w:t>
            </w:r>
          </w:p>
        </w:tc>
        <w:tc>
          <w:tcPr>
            <w:tcW w:w="2270" w:type="dxa"/>
            <w:vAlign w:val="center"/>
          </w:tcPr>
          <w:p w14:paraId="010E89E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требуемую информацию из указан-ных источников; фикси-ровать результаты раз-ными способами; срав-нивать и обобщать ин- формацию</w:t>
            </w:r>
          </w:p>
        </w:tc>
      </w:tr>
      <w:tr w:rsidR="00DE60F7" w:rsidRPr="00F52B28" w14:paraId="002E18F0" w14:textId="77777777" w:rsidTr="0078209C">
        <w:trPr>
          <w:cantSplit/>
        </w:trPr>
        <w:tc>
          <w:tcPr>
            <w:tcW w:w="510" w:type="dxa"/>
            <w:vAlign w:val="center"/>
          </w:tcPr>
          <w:p w14:paraId="5507066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vAlign w:val="center"/>
          </w:tcPr>
          <w:p w14:paraId="098E364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FC576F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Чтение много-значных чисел</w:t>
            </w:r>
          </w:p>
        </w:tc>
        <w:tc>
          <w:tcPr>
            <w:tcW w:w="1701" w:type="dxa"/>
            <w:vAlign w:val="center"/>
          </w:tcPr>
          <w:p w14:paraId="4571E9E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3E2611C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Выделять количество сотен, десятков, единиц в числе. Совершенствовать вычислительные навыки. Анализиро-вать свои действия и управлять ими</w:t>
            </w:r>
          </w:p>
        </w:tc>
        <w:tc>
          <w:tcPr>
            <w:tcW w:w="3628" w:type="dxa"/>
            <w:vAlign w:val="center"/>
          </w:tcPr>
          <w:p w14:paraId="55853CE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Читать числа в пределах миллиона</w:t>
            </w:r>
          </w:p>
        </w:tc>
        <w:tc>
          <w:tcPr>
            <w:tcW w:w="2270" w:type="dxa"/>
            <w:vAlign w:val="center"/>
          </w:tcPr>
          <w:p w14:paraId="737F92C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</w:t>
            </w:r>
          </w:p>
        </w:tc>
      </w:tr>
      <w:tr w:rsidR="00DE60F7" w:rsidRPr="00F52B28" w14:paraId="2BF818CE" w14:textId="77777777" w:rsidTr="0078209C">
        <w:trPr>
          <w:cantSplit/>
        </w:trPr>
        <w:tc>
          <w:tcPr>
            <w:tcW w:w="510" w:type="dxa"/>
            <w:vAlign w:val="center"/>
          </w:tcPr>
          <w:p w14:paraId="037F576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vAlign w:val="center"/>
          </w:tcPr>
          <w:p w14:paraId="4749B8D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244891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Запись много- значных чисел</w:t>
            </w:r>
          </w:p>
        </w:tc>
        <w:tc>
          <w:tcPr>
            <w:tcW w:w="1701" w:type="dxa"/>
            <w:vAlign w:val="center"/>
          </w:tcPr>
          <w:p w14:paraId="4A4D57B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142B895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Выделять количество сотен, десятков, единиц в числе. Совершенствовать вычислительные навыки</w:t>
            </w:r>
          </w:p>
        </w:tc>
        <w:tc>
          <w:tcPr>
            <w:tcW w:w="3628" w:type="dxa"/>
            <w:vAlign w:val="center"/>
          </w:tcPr>
          <w:p w14:paraId="653F768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Записывать числа в преде- лах миллиона</w:t>
            </w:r>
          </w:p>
        </w:tc>
        <w:tc>
          <w:tcPr>
            <w:tcW w:w="2270" w:type="dxa"/>
            <w:vAlign w:val="center"/>
          </w:tcPr>
          <w:p w14:paraId="4EB25F1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 рование проблемы, са-мостоятельное созда-ние алгоритмов дея-тельности при решении проблем поискового характера</w:t>
            </w:r>
          </w:p>
        </w:tc>
      </w:tr>
      <w:tr w:rsidR="00DE60F7" w:rsidRPr="00F52B28" w14:paraId="0DC80399" w14:textId="77777777" w:rsidTr="0078209C">
        <w:trPr>
          <w:cantSplit/>
        </w:trPr>
        <w:tc>
          <w:tcPr>
            <w:tcW w:w="510" w:type="dxa"/>
            <w:vAlign w:val="center"/>
          </w:tcPr>
          <w:p w14:paraId="67DC69E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14:paraId="0DD8BA2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E6A838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Представле-ние много-значных чисел в виде суммы разрядных слагаемых</w:t>
            </w:r>
          </w:p>
        </w:tc>
        <w:tc>
          <w:tcPr>
            <w:tcW w:w="1701" w:type="dxa"/>
            <w:vAlign w:val="center"/>
          </w:tcPr>
          <w:p w14:paraId="674564B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6C362FB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Заменять многозначное число суммой разрядных слагаемых. Выделять в числе единицы каждого разряда. Определять и называть общее коли-чество единиц любого разряда, со-держащихся в числе</w:t>
            </w:r>
          </w:p>
        </w:tc>
        <w:tc>
          <w:tcPr>
            <w:tcW w:w="3628" w:type="dxa"/>
            <w:vAlign w:val="center"/>
          </w:tcPr>
          <w:p w14:paraId="75D1CB9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Представлять многознач-ное число суммой разряд-ных слагаемых. Выполнять устно арифметические дей-ствия над числами в преде- лах сотни и с большими чис-лами в случаях, легко сво- димых к действиям в преде-лах ста</w:t>
            </w:r>
          </w:p>
        </w:tc>
        <w:tc>
          <w:tcPr>
            <w:tcW w:w="2270" w:type="dxa"/>
            <w:vAlign w:val="center"/>
          </w:tcPr>
          <w:p w14:paraId="0C7C0B3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Осознание способов и приёмов действий при решении учебных задач</w:t>
            </w:r>
          </w:p>
        </w:tc>
      </w:tr>
      <w:tr w:rsidR="00DE60F7" w:rsidRPr="00F52B28" w14:paraId="69A8DC11" w14:textId="77777777" w:rsidTr="0078209C">
        <w:trPr>
          <w:cantSplit/>
        </w:trPr>
        <w:tc>
          <w:tcPr>
            <w:tcW w:w="510" w:type="dxa"/>
            <w:vAlign w:val="center"/>
          </w:tcPr>
          <w:p w14:paraId="4D3EAF4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vAlign w:val="center"/>
          </w:tcPr>
          <w:p w14:paraId="78D7984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1F8BE7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Сравнение многозначных чисел</w:t>
            </w:r>
          </w:p>
        </w:tc>
        <w:tc>
          <w:tcPr>
            <w:tcW w:w="1701" w:type="dxa"/>
            <w:vAlign w:val="center"/>
          </w:tcPr>
          <w:p w14:paraId="3EAEE42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56742DC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Упорядочивать заданные числа. Уста-навливать правило, по которому со-ставлена числовая последователь-ность, продолжать её, восстанавли- вать пропущенные в ней элементы. Группировать числа по заданному или самостоятельно установленному при-знаку, находить несколько вариантов группировки</w:t>
            </w:r>
          </w:p>
        </w:tc>
        <w:tc>
          <w:tcPr>
            <w:tcW w:w="3628" w:type="dxa"/>
            <w:vAlign w:val="center"/>
          </w:tcPr>
          <w:p w14:paraId="420CE1D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Сравнивать числа по клас-сам и разрядам. Оценивать правильность составления числовой последовательно-сти</w:t>
            </w:r>
          </w:p>
        </w:tc>
        <w:tc>
          <w:tcPr>
            <w:tcW w:w="2270" w:type="dxa"/>
            <w:vAlign w:val="center"/>
          </w:tcPr>
          <w:p w14:paraId="0340D7F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Выделение существен-ной информации. Осу-ществление анализа объектов с выделением существенных и несу-щественных признаков</w:t>
            </w:r>
          </w:p>
        </w:tc>
      </w:tr>
      <w:tr w:rsidR="00DE60F7" w:rsidRPr="00F52B28" w14:paraId="19CA5152" w14:textId="77777777" w:rsidTr="0078209C">
        <w:trPr>
          <w:cantSplit/>
        </w:trPr>
        <w:tc>
          <w:tcPr>
            <w:tcW w:w="510" w:type="dxa"/>
            <w:vAlign w:val="center"/>
          </w:tcPr>
          <w:p w14:paraId="0E0F55C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  <w:vAlign w:val="center"/>
          </w:tcPr>
          <w:p w14:paraId="7D5A05A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1980CD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Увеличение и уменьшение числа в 10, 100, 1000 раз</w:t>
            </w:r>
          </w:p>
        </w:tc>
        <w:tc>
          <w:tcPr>
            <w:tcW w:w="1701" w:type="dxa"/>
            <w:vAlign w:val="center"/>
          </w:tcPr>
          <w:p w14:paraId="41319C6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2749DE6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Проверять правильность выполненных вычислений, решать текстовые задачи арифметическим способом, выполнять увеличение и уменьшение числа в 10, 100, 1000 раз</w:t>
            </w:r>
          </w:p>
        </w:tc>
        <w:tc>
          <w:tcPr>
            <w:tcW w:w="3628" w:type="dxa"/>
            <w:vAlign w:val="center"/>
          </w:tcPr>
          <w:p w14:paraId="57E6098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Увеличивать (уменьшать) числа в 10, 100, 1000 раз</w:t>
            </w:r>
          </w:p>
        </w:tc>
        <w:tc>
          <w:tcPr>
            <w:tcW w:w="2270" w:type="dxa"/>
            <w:vAlign w:val="center"/>
          </w:tcPr>
          <w:p w14:paraId="2F097B4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Самостоятельное со-здание алгоритмов дея-тельности при решении проблем поискового характера. Установле-ние причинно- следственных связей</w:t>
            </w:r>
          </w:p>
        </w:tc>
      </w:tr>
      <w:tr w:rsidR="00DE60F7" w:rsidRPr="00F52B28" w14:paraId="1EC5D385" w14:textId="77777777" w:rsidTr="0078209C">
        <w:trPr>
          <w:cantSplit/>
        </w:trPr>
        <w:tc>
          <w:tcPr>
            <w:tcW w:w="510" w:type="dxa"/>
            <w:vAlign w:val="center"/>
          </w:tcPr>
          <w:p w14:paraId="019E6F1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14:paraId="36177C1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E00A94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Выделение в числе общего количества единиц любого разряда</w:t>
            </w:r>
          </w:p>
        </w:tc>
        <w:tc>
          <w:tcPr>
            <w:tcW w:w="1701" w:type="dxa"/>
            <w:vAlign w:val="center"/>
          </w:tcPr>
          <w:p w14:paraId="3A6A875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23D8100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Определять последовательность чи-сел в пределах 100 000. Читать, запи-сывать и сравнивать числа в пределах 1 000 000. Находить общее количество единиц какого-либо разряда в много- значном числе</w:t>
            </w:r>
          </w:p>
        </w:tc>
        <w:tc>
          <w:tcPr>
            <w:tcW w:w="3628" w:type="dxa"/>
            <w:vAlign w:val="center"/>
          </w:tcPr>
          <w:p w14:paraId="32EC493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Выделять в числе общее количество единиц любого разряда</w:t>
            </w:r>
          </w:p>
        </w:tc>
        <w:tc>
          <w:tcPr>
            <w:tcW w:w="2270" w:type="dxa"/>
            <w:vAlign w:val="center"/>
          </w:tcPr>
          <w:p w14:paraId="2DC2A1C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Самостоятельное со-здание алгоритмов дея-тельности при решении проблем поискового характера. Установле-ние причинно- следственных связей</w:t>
            </w:r>
          </w:p>
        </w:tc>
      </w:tr>
      <w:tr w:rsidR="00DE60F7" w:rsidRPr="00F52B28" w14:paraId="040341D0" w14:textId="77777777" w:rsidTr="0078209C">
        <w:trPr>
          <w:cantSplit/>
        </w:trPr>
        <w:tc>
          <w:tcPr>
            <w:tcW w:w="510" w:type="dxa"/>
            <w:vAlign w:val="center"/>
          </w:tcPr>
          <w:p w14:paraId="265068F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14:paraId="75D68DE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310065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Класс миллио-нов и класс миллиардов Проверочная работа № 2 по теме «Ну-мерация»</w:t>
            </w:r>
          </w:p>
        </w:tc>
        <w:tc>
          <w:tcPr>
            <w:tcW w:w="1701" w:type="dxa"/>
            <w:vAlign w:val="center"/>
          </w:tcPr>
          <w:p w14:paraId="58D0A6B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5798127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классы и разряды: класс еди-ниц, класс тысяч, класс миллионов. Читать числа в пределах 1 000 000 000</w:t>
            </w:r>
          </w:p>
        </w:tc>
        <w:tc>
          <w:tcPr>
            <w:tcW w:w="3628" w:type="dxa"/>
            <w:vAlign w:val="center"/>
          </w:tcPr>
          <w:p w14:paraId="00095F9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класс миллионов, класс миллиардов. Читать числа в пределах 1 000 000 000 . Пользовать-ся вычислительными навы-ками, решать составные за-дачи</w:t>
            </w:r>
          </w:p>
        </w:tc>
        <w:tc>
          <w:tcPr>
            <w:tcW w:w="2270" w:type="dxa"/>
            <w:vAlign w:val="center"/>
          </w:tcPr>
          <w:p w14:paraId="02A4B6B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Приобретение началь-ного опыта применения математических знаний для решения учебно-познавательных и учеб-но-практических задач</w:t>
            </w:r>
          </w:p>
        </w:tc>
      </w:tr>
      <w:tr w:rsidR="00DE60F7" w:rsidRPr="00F52B28" w14:paraId="467645B6" w14:textId="77777777" w:rsidTr="0078209C">
        <w:trPr>
          <w:cantSplit/>
        </w:trPr>
        <w:tc>
          <w:tcPr>
            <w:tcW w:w="510" w:type="dxa"/>
            <w:vAlign w:val="center"/>
          </w:tcPr>
          <w:p w14:paraId="0C007ED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  <w:vAlign w:val="center"/>
          </w:tcPr>
          <w:p w14:paraId="0A0E707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6FE3B2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Проект: «Ма-тематика во-круг нас». Со-здание мате-матического справочника «Наш город (село)»</w:t>
            </w:r>
          </w:p>
        </w:tc>
        <w:tc>
          <w:tcPr>
            <w:tcW w:w="1701" w:type="dxa"/>
            <w:vAlign w:val="center"/>
          </w:tcPr>
          <w:p w14:paraId="4230235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4BC8EF5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информацию о своём городе (селе) и на этой основе создавать ма-тематический справочник «Наш город (село) в числах». Использовать мате-риал справочника для составления и решения различных текстовых задач. Сотрудничать с взрослыми и сверст- никами. Составлять план работы. Анализировать и оценивать результа-ты работы</w:t>
            </w:r>
          </w:p>
        </w:tc>
        <w:tc>
          <w:tcPr>
            <w:tcW w:w="3628" w:type="dxa"/>
            <w:vAlign w:val="center"/>
          </w:tcPr>
          <w:p w14:paraId="7692A68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Определять цель проекта, работать с известной ин-формацией, собирать до-полнительный материал, создавать способы решения проблем творческого и поис-кового характера, состав- лять задачи</w:t>
            </w:r>
          </w:p>
        </w:tc>
        <w:tc>
          <w:tcPr>
            <w:tcW w:w="2270" w:type="dxa"/>
            <w:vAlign w:val="center"/>
          </w:tcPr>
          <w:p w14:paraId="730CA08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творческого и поискового характера. Поиск и выделение не-обходимой информа-ции. Контроль и оценка процесса и результатов деятельности</w:t>
            </w:r>
          </w:p>
        </w:tc>
      </w:tr>
      <w:tr w:rsidR="00DE60F7" w:rsidRPr="00F52B28" w14:paraId="18F218D0" w14:textId="77777777" w:rsidTr="0078209C">
        <w:trPr>
          <w:cantSplit/>
        </w:trPr>
        <w:tc>
          <w:tcPr>
            <w:tcW w:w="510" w:type="dxa"/>
            <w:vAlign w:val="center"/>
          </w:tcPr>
          <w:p w14:paraId="425D30A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  <w:vAlign w:val="center"/>
          </w:tcPr>
          <w:p w14:paraId="0C20793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4D636A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Повторение пройденного. «Что узнали. Чему научи-лись». Математи-ческий дик-тант № 1</w:t>
            </w:r>
          </w:p>
        </w:tc>
        <w:tc>
          <w:tcPr>
            <w:tcW w:w="1701" w:type="dxa"/>
            <w:vAlign w:val="center"/>
          </w:tcPr>
          <w:p w14:paraId="38FC579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43B87C3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Соотносить результат проведённого самоконтроля с целями, поставлен-ными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1783283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1DA9DF8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Прогнозировать резуль-таты вычислений; кон-тролировать свою дея-тельность: проверять правильность выполне-ния вычислений изу-ченными способами</w:t>
            </w:r>
          </w:p>
        </w:tc>
      </w:tr>
      <w:tr w:rsidR="00DE60F7" w:rsidRPr="00F52B28" w14:paraId="09B58251" w14:textId="77777777" w:rsidTr="0078209C">
        <w:trPr>
          <w:cantSplit/>
        </w:trPr>
        <w:tc>
          <w:tcPr>
            <w:tcW w:w="510" w:type="dxa"/>
            <w:vAlign w:val="center"/>
          </w:tcPr>
          <w:p w14:paraId="1AAEAF5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  <w:vAlign w:val="center"/>
          </w:tcPr>
          <w:p w14:paraId="3A88826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1FF8A4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№1 по теме «Ну-мерация» Величины (12 часов)</w:t>
            </w:r>
          </w:p>
        </w:tc>
        <w:tc>
          <w:tcPr>
            <w:tcW w:w="1701" w:type="dxa"/>
            <w:vAlign w:val="center"/>
          </w:tcPr>
          <w:p w14:paraId="6369807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 Величины (12 часов)</w:t>
            </w:r>
          </w:p>
        </w:tc>
        <w:tc>
          <w:tcPr>
            <w:tcW w:w="4025" w:type="dxa"/>
            <w:vAlign w:val="center"/>
          </w:tcPr>
          <w:p w14:paraId="6173376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действия, соотносить, сравнивать, оценивать свои знания Величины (12 часов)</w:t>
            </w:r>
          </w:p>
        </w:tc>
        <w:tc>
          <w:tcPr>
            <w:tcW w:w="3628" w:type="dxa"/>
            <w:vAlign w:val="center"/>
          </w:tcPr>
          <w:p w14:paraId="1C21CEF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 Величины (12 часов)</w:t>
            </w:r>
          </w:p>
        </w:tc>
        <w:tc>
          <w:tcPr>
            <w:tcW w:w="2270" w:type="dxa"/>
            <w:vAlign w:val="center"/>
          </w:tcPr>
          <w:p w14:paraId="580D1A4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Оценка — выделение и осознание обучающим-ся того, что уже усвоено и что ещё нужно усво-ить, осознание качества и уровня усвоения; оценка результатов ра- боты Величины (12 часов)</w:t>
            </w:r>
          </w:p>
        </w:tc>
      </w:tr>
      <w:tr w:rsidR="00DE60F7" w:rsidRPr="00F52B28" w14:paraId="0DCDE82B" w14:textId="77777777" w:rsidTr="0078209C">
        <w:trPr>
          <w:cantSplit/>
        </w:trPr>
        <w:tc>
          <w:tcPr>
            <w:tcW w:w="510" w:type="dxa"/>
            <w:vAlign w:val="center"/>
          </w:tcPr>
          <w:p w14:paraId="1355083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vAlign w:val="center"/>
          </w:tcPr>
          <w:p w14:paraId="4028CE9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88A61E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кон-трольной ра-боты и работа над ошибка-ми. Единица дли- ны – километр.</w:t>
            </w:r>
          </w:p>
        </w:tc>
        <w:tc>
          <w:tcPr>
            <w:tcW w:w="1701" w:type="dxa"/>
            <w:vAlign w:val="center"/>
          </w:tcPr>
          <w:p w14:paraId="6FDBB09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5A12757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Переводить одни единицы длины в другие: мелкие в более крупные и крупные в более мелкие, используя соотношения между ними</w:t>
            </w:r>
          </w:p>
        </w:tc>
        <w:tc>
          <w:tcPr>
            <w:tcW w:w="3628" w:type="dxa"/>
            <w:vAlign w:val="center"/>
          </w:tcPr>
          <w:p w14:paraId="1131EDC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единицы длины. Сравнивать величины по их числовым значениям, выра-жать данные величины в различных единицах</w:t>
            </w:r>
          </w:p>
        </w:tc>
        <w:tc>
          <w:tcPr>
            <w:tcW w:w="2270" w:type="dxa"/>
            <w:vAlign w:val="center"/>
          </w:tcPr>
          <w:p w14:paraId="437C2CC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3AFD6BC5" w14:textId="77777777" w:rsidTr="0078209C">
        <w:trPr>
          <w:cantSplit/>
        </w:trPr>
        <w:tc>
          <w:tcPr>
            <w:tcW w:w="510" w:type="dxa"/>
            <w:vAlign w:val="center"/>
          </w:tcPr>
          <w:p w14:paraId="2F507D5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  <w:vAlign w:val="center"/>
          </w:tcPr>
          <w:p w14:paraId="3DE5EDB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8DC6CC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Соотношение между едини-цами длины</w:t>
            </w:r>
          </w:p>
        </w:tc>
        <w:tc>
          <w:tcPr>
            <w:tcW w:w="1701" w:type="dxa"/>
            <w:vAlign w:val="center"/>
          </w:tcPr>
          <w:p w14:paraId="7B45E11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42D8FE2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Переводить одни единицы длины в другие: мелкие в более крупные и крупные в более мелкие, используя соотношения между ними. Измерять и сравнивать длины; упорядочивать их значения</w:t>
            </w:r>
          </w:p>
        </w:tc>
        <w:tc>
          <w:tcPr>
            <w:tcW w:w="3628" w:type="dxa"/>
            <w:vAlign w:val="center"/>
          </w:tcPr>
          <w:p w14:paraId="199C07D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единицы длины. Сравнивать величины по их числовым значениям, выра-жать данные величины в различных единицах</w:t>
            </w:r>
          </w:p>
        </w:tc>
        <w:tc>
          <w:tcPr>
            <w:tcW w:w="2270" w:type="dxa"/>
            <w:vAlign w:val="center"/>
          </w:tcPr>
          <w:p w14:paraId="11E5E13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предъяв-ленного банка данных</w:t>
            </w:r>
          </w:p>
        </w:tc>
      </w:tr>
      <w:tr w:rsidR="00DE60F7" w:rsidRPr="00F52B28" w14:paraId="26027A31" w14:textId="77777777" w:rsidTr="0078209C">
        <w:trPr>
          <w:cantSplit/>
        </w:trPr>
        <w:tc>
          <w:tcPr>
            <w:tcW w:w="510" w:type="dxa"/>
            <w:vAlign w:val="center"/>
          </w:tcPr>
          <w:p w14:paraId="271C434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vAlign w:val="center"/>
          </w:tcPr>
          <w:p w14:paraId="024DC50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C8D376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Единицы пло-щади: квад-ратный кило-метр, квадрат-ный милли- метр</w:t>
            </w:r>
          </w:p>
        </w:tc>
        <w:tc>
          <w:tcPr>
            <w:tcW w:w="1701" w:type="dxa"/>
            <w:vAlign w:val="center"/>
          </w:tcPr>
          <w:p w14:paraId="509410D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5B55DF9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Переводить одни единицы длины в другие: мелкие в более крупные и крупные в более мелкие, используя соотношения между ними</w:t>
            </w:r>
          </w:p>
        </w:tc>
        <w:tc>
          <w:tcPr>
            <w:tcW w:w="3628" w:type="dxa"/>
            <w:vAlign w:val="center"/>
          </w:tcPr>
          <w:p w14:paraId="086F908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единицы площа-ди. Использовать приобре-тенные знания для сравне-ния и упорядочения объек-тов по разным признакам: длине, площади</w:t>
            </w:r>
          </w:p>
        </w:tc>
        <w:tc>
          <w:tcPr>
            <w:tcW w:w="2270" w:type="dxa"/>
            <w:vAlign w:val="center"/>
          </w:tcPr>
          <w:p w14:paraId="3B0766E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Приобретение началь-ного опыта применения математических знаний для решения учебно-познавательных и учеб- но-практических задач</w:t>
            </w:r>
          </w:p>
        </w:tc>
      </w:tr>
      <w:tr w:rsidR="00DE60F7" w:rsidRPr="00F52B28" w14:paraId="75B61375" w14:textId="77777777" w:rsidTr="0078209C">
        <w:trPr>
          <w:cantSplit/>
        </w:trPr>
        <w:tc>
          <w:tcPr>
            <w:tcW w:w="510" w:type="dxa"/>
            <w:vAlign w:val="center"/>
          </w:tcPr>
          <w:p w14:paraId="481662F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  <w:vAlign w:val="center"/>
          </w:tcPr>
          <w:p w14:paraId="1DDFB4A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A21A45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Таблица еди-ниц площади</w:t>
            </w:r>
          </w:p>
        </w:tc>
        <w:tc>
          <w:tcPr>
            <w:tcW w:w="1701" w:type="dxa"/>
            <w:vAlign w:val="center"/>
          </w:tcPr>
          <w:p w14:paraId="67A9556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663DF6B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Сравнивать значения площадей рав-ных фигур. Переводить одни единицы площади в другие, используя соотно-шения между ними</w:t>
            </w:r>
          </w:p>
        </w:tc>
        <w:tc>
          <w:tcPr>
            <w:tcW w:w="3628" w:type="dxa"/>
            <w:vAlign w:val="center"/>
          </w:tcPr>
          <w:p w14:paraId="722E509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результат при переводе одних единиц массы в другие: мелкие в более крупные и крупные в более мелкие, используя соотношения между ними</w:t>
            </w:r>
          </w:p>
        </w:tc>
        <w:tc>
          <w:tcPr>
            <w:tcW w:w="2270" w:type="dxa"/>
            <w:vAlign w:val="center"/>
          </w:tcPr>
          <w:p w14:paraId="75D7DFE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6E68ABBB" w14:textId="77777777" w:rsidTr="0078209C">
        <w:trPr>
          <w:cantSplit/>
        </w:trPr>
        <w:tc>
          <w:tcPr>
            <w:tcW w:w="510" w:type="dxa"/>
            <w:vAlign w:val="center"/>
          </w:tcPr>
          <w:p w14:paraId="65156EA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50" w:type="dxa"/>
            <w:vAlign w:val="center"/>
          </w:tcPr>
          <w:p w14:paraId="0243065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055F86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Определение площади с по-мощью палет-ки</w:t>
            </w:r>
          </w:p>
        </w:tc>
        <w:tc>
          <w:tcPr>
            <w:tcW w:w="1701" w:type="dxa"/>
            <w:vAlign w:val="center"/>
          </w:tcPr>
          <w:p w14:paraId="5D26D93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3666F48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Определять площади фигур произ-вольной формы, используя палетку. Совершенствовать устные и письмен-ные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26BEF28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приём изме-рения площади фигуры с помощью палетки. Срав-нивать величины по их чис-ловым значениям, выражать данные величины в различ-ных единицах, решать тек-стовые задачи арифметиче-ским способом</w:t>
            </w:r>
          </w:p>
        </w:tc>
        <w:tc>
          <w:tcPr>
            <w:tcW w:w="2270" w:type="dxa"/>
            <w:vAlign w:val="center"/>
          </w:tcPr>
          <w:p w14:paraId="066BBE1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Учебное сотрудниче-ство с учителем и сверстниками в поиске и сборе информации; умение с достаточной полнотой и точностью выражать свои мысли в соответствии с задача-ми и условиями комму- никации</w:t>
            </w:r>
          </w:p>
        </w:tc>
      </w:tr>
      <w:tr w:rsidR="00DE60F7" w:rsidRPr="00F52B28" w14:paraId="3C6866A2" w14:textId="77777777" w:rsidTr="0078209C">
        <w:trPr>
          <w:cantSplit/>
        </w:trPr>
        <w:tc>
          <w:tcPr>
            <w:tcW w:w="510" w:type="dxa"/>
            <w:vAlign w:val="center"/>
          </w:tcPr>
          <w:p w14:paraId="40911F4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vAlign w:val="center"/>
          </w:tcPr>
          <w:p w14:paraId="1A6A4B8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AE128C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Масса. Едини-цы массы: центнер, тонна</w:t>
            </w:r>
          </w:p>
        </w:tc>
        <w:tc>
          <w:tcPr>
            <w:tcW w:w="1701" w:type="dxa"/>
            <w:vAlign w:val="center"/>
          </w:tcPr>
          <w:p w14:paraId="2AE5475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38EF66C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Переводить одни единицы массы в другие, используя соотношения между ними. Приводить примеры и описывать си-туации, требующие перехода от одних единиц измерения к другим (от мелких к более крупным и от крупных к более мелким)</w:t>
            </w:r>
          </w:p>
        </w:tc>
        <w:tc>
          <w:tcPr>
            <w:tcW w:w="3628" w:type="dxa"/>
            <w:vAlign w:val="center"/>
          </w:tcPr>
          <w:p w14:paraId="53465EF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Понимать понятие «масса», называть единицы массы. Сравнивать величины по их числовым значениям</w:t>
            </w:r>
          </w:p>
        </w:tc>
        <w:tc>
          <w:tcPr>
            <w:tcW w:w="2270" w:type="dxa"/>
            <w:vAlign w:val="center"/>
          </w:tcPr>
          <w:p w14:paraId="4DB5396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Выделение существен-ной информации. Осу-ществление анализа объектов с выделением существенных и несу-щественных признаков</w:t>
            </w:r>
          </w:p>
        </w:tc>
      </w:tr>
      <w:tr w:rsidR="00DE60F7" w:rsidRPr="00F52B28" w14:paraId="0CB0325A" w14:textId="77777777" w:rsidTr="0078209C">
        <w:trPr>
          <w:cantSplit/>
        </w:trPr>
        <w:tc>
          <w:tcPr>
            <w:tcW w:w="510" w:type="dxa"/>
            <w:vAlign w:val="center"/>
          </w:tcPr>
          <w:p w14:paraId="0C36278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50" w:type="dxa"/>
            <w:vAlign w:val="center"/>
          </w:tcPr>
          <w:p w14:paraId="14961A6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D7F2D5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Таблица еди-ниц массы</w:t>
            </w:r>
          </w:p>
        </w:tc>
        <w:tc>
          <w:tcPr>
            <w:tcW w:w="1701" w:type="dxa"/>
            <w:vAlign w:val="center"/>
          </w:tcPr>
          <w:p w14:paraId="72FB599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2FA8E0C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Переводить одни единицы массы в другие, используя соотношения между ними. Исследовать ситуации, требующие сравнения объектов по массе, упоря-дочивать их</w:t>
            </w:r>
          </w:p>
        </w:tc>
        <w:tc>
          <w:tcPr>
            <w:tcW w:w="3628" w:type="dxa"/>
            <w:vAlign w:val="center"/>
          </w:tcPr>
          <w:p w14:paraId="7CC413E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таблицу еди-ниц массы. Сравнивать ве- личины по их числовым зна- чениям, выражать данные величины в различных еди-ницах. Решать задачи арифметическим способом</w:t>
            </w:r>
          </w:p>
        </w:tc>
        <w:tc>
          <w:tcPr>
            <w:tcW w:w="2270" w:type="dxa"/>
            <w:vAlign w:val="center"/>
          </w:tcPr>
          <w:p w14:paraId="093D389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</w:t>
            </w:r>
          </w:p>
        </w:tc>
      </w:tr>
      <w:tr w:rsidR="00DE60F7" w:rsidRPr="00F52B28" w14:paraId="40567F05" w14:textId="77777777" w:rsidTr="0078209C">
        <w:trPr>
          <w:cantSplit/>
        </w:trPr>
        <w:tc>
          <w:tcPr>
            <w:tcW w:w="510" w:type="dxa"/>
            <w:vAlign w:val="center"/>
          </w:tcPr>
          <w:p w14:paraId="5E885D1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  <w:vAlign w:val="center"/>
          </w:tcPr>
          <w:p w14:paraId="3068369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903F72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2 за 1 четверть</w:t>
            </w:r>
          </w:p>
        </w:tc>
        <w:tc>
          <w:tcPr>
            <w:tcW w:w="1701" w:type="dxa"/>
            <w:vAlign w:val="center"/>
          </w:tcPr>
          <w:p w14:paraId="182D965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27EE700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Соотносить результат проведённого самоконтроля с целями, поставлен-ными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014BF11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596CDC9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Оценка — выделение и осознание обучающим-ся того, что уже усвоено и что ещё нужно усво-ить, осознание качества и уровня усвоения; оценка результатов ра- боты</w:t>
            </w:r>
          </w:p>
        </w:tc>
      </w:tr>
      <w:tr w:rsidR="00DE60F7" w:rsidRPr="00F52B28" w14:paraId="7FE15CB7" w14:textId="77777777" w:rsidTr="0078209C">
        <w:trPr>
          <w:cantSplit/>
        </w:trPr>
        <w:tc>
          <w:tcPr>
            <w:tcW w:w="510" w:type="dxa"/>
            <w:vAlign w:val="center"/>
          </w:tcPr>
          <w:p w14:paraId="5153A7A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  <w:vAlign w:val="center"/>
          </w:tcPr>
          <w:p w14:paraId="11546EE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F2FE36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кон-трольной ра-боты и работа над ошибками. Математи-ческий дик-тант № 2. Повторение пройденного. «Что узнали. Чему научи-лись»</w:t>
            </w:r>
          </w:p>
        </w:tc>
        <w:tc>
          <w:tcPr>
            <w:tcW w:w="1701" w:type="dxa"/>
            <w:vAlign w:val="center"/>
          </w:tcPr>
          <w:p w14:paraId="1B33721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1FAD5C8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Проверять усвоение изучаемой темы. Переводить одни единицы длины, площади, массы в другие, используя соотношения между ними</w:t>
            </w:r>
          </w:p>
        </w:tc>
        <w:tc>
          <w:tcPr>
            <w:tcW w:w="3628" w:type="dxa"/>
            <w:vAlign w:val="center"/>
          </w:tcPr>
          <w:p w14:paraId="58C3CEB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6ADEC96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0420FB46" w14:textId="77777777" w:rsidTr="0078209C">
        <w:trPr>
          <w:cantSplit/>
        </w:trPr>
        <w:tc>
          <w:tcPr>
            <w:tcW w:w="510" w:type="dxa"/>
            <w:vAlign w:val="center"/>
          </w:tcPr>
          <w:p w14:paraId="03AED2B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  <w:vAlign w:val="center"/>
          </w:tcPr>
          <w:p w14:paraId="64D58DA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FA8A9E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Время. Едини-цы времени: год, месяц, неделя</w:t>
            </w:r>
          </w:p>
        </w:tc>
        <w:tc>
          <w:tcPr>
            <w:tcW w:w="1701" w:type="dxa"/>
            <w:vAlign w:val="center"/>
          </w:tcPr>
          <w:p w14:paraId="348A88B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повторения и обобщения</w:t>
            </w:r>
          </w:p>
        </w:tc>
        <w:tc>
          <w:tcPr>
            <w:tcW w:w="4025" w:type="dxa"/>
            <w:vAlign w:val="center"/>
          </w:tcPr>
          <w:p w14:paraId="41AAA15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Переводить одни единицы времени в другие. Исследовать ситуации, требующие сравнения событий по продолжитель- ности, упорядочивать их</w:t>
            </w:r>
          </w:p>
        </w:tc>
        <w:tc>
          <w:tcPr>
            <w:tcW w:w="3628" w:type="dxa"/>
            <w:vAlign w:val="center"/>
          </w:tcPr>
          <w:p w14:paraId="49FBE1B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единицы време-ни: год, месяц, неделя</w:t>
            </w:r>
          </w:p>
        </w:tc>
        <w:tc>
          <w:tcPr>
            <w:tcW w:w="2270" w:type="dxa"/>
            <w:vAlign w:val="center"/>
          </w:tcPr>
          <w:p w14:paraId="5F1001C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F7" w:rsidRPr="00F52B28" w14:paraId="15760935" w14:textId="77777777" w:rsidTr="0078209C">
        <w:trPr>
          <w:cantSplit/>
        </w:trPr>
        <w:tc>
          <w:tcPr>
            <w:tcW w:w="510" w:type="dxa"/>
            <w:vAlign w:val="center"/>
          </w:tcPr>
          <w:p w14:paraId="005466F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0" w:type="dxa"/>
            <w:vAlign w:val="center"/>
          </w:tcPr>
          <w:p w14:paraId="40FE4CC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6D503C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Единица вре-мени – сутки</w:t>
            </w:r>
          </w:p>
        </w:tc>
        <w:tc>
          <w:tcPr>
            <w:tcW w:w="1701" w:type="dxa"/>
            <w:vAlign w:val="center"/>
          </w:tcPr>
          <w:p w14:paraId="64FDDC9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7A03EF1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Рассматривать единицу времени: сут-ки, закреплять представления о вре-менной последовательности событий. Использовать приобретенные знания для определения времени по часам (в часах и минутах), сравнивать величи-ны по их числовым значениям, выра-жать данные величины в различных единицах</w:t>
            </w:r>
          </w:p>
        </w:tc>
        <w:tc>
          <w:tcPr>
            <w:tcW w:w="3628" w:type="dxa"/>
            <w:vAlign w:val="center"/>
          </w:tcPr>
          <w:p w14:paraId="03F8DAB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единицы време-ни: минута, час, сутки, неде-ля, месяц, год. Определять соотношения между ними. Определять время по часам (в часах и минутах), сравни-вать величины по их число-вым значениям</w:t>
            </w:r>
          </w:p>
        </w:tc>
        <w:tc>
          <w:tcPr>
            <w:tcW w:w="2270" w:type="dxa"/>
            <w:vAlign w:val="center"/>
          </w:tcPr>
          <w:p w14:paraId="7CEC6F4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Выделение существен-ной информации. Осу-ществление анализа объектов с выделением существенных и несу-щественных признаков</w:t>
            </w:r>
          </w:p>
        </w:tc>
      </w:tr>
      <w:tr w:rsidR="00DE60F7" w:rsidRPr="00F52B28" w14:paraId="02FBE3BD" w14:textId="77777777" w:rsidTr="0078209C">
        <w:trPr>
          <w:cantSplit/>
        </w:trPr>
        <w:tc>
          <w:tcPr>
            <w:tcW w:w="510" w:type="dxa"/>
            <w:vAlign w:val="center"/>
          </w:tcPr>
          <w:p w14:paraId="6C4BE70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vAlign w:val="center"/>
          </w:tcPr>
          <w:p w14:paraId="36EB014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09C3BC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на опре-деление нача- ла, продолжи-тельности и конца события Числа, которые больше 1000. Величины (продолжение) (4 часа)</w:t>
            </w:r>
          </w:p>
        </w:tc>
        <w:tc>
          <w:tcPr>
            <w:tcW w:w="1701" w:type="dxa"/>
            <w:vAlign w:val="center"/>
          </w:tcPr>
          <w:p w14:paraId="34AE5CB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 Числа, которые больше 1000. Величины (продолжение) (4 часа)</w:t>
            </w:r>
          </w:p>
        </w:tc>
        <w:tc>
          <w:tcPr>
            <w:tcW w:w="4025" w:type="dxa"/>
            <w:vAlign w:val="center"/>
          </w:tcPr>
          <w:p w14:paraId="2026E80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Совершенствовать устные и письмен-ные вычислительные навыки, умение решать задачи Числа, которые больше 1000. Величины (продолжение) (4 часа)</w:t>
            </w:r>
          </w:p>
        </w:tc>
        <w:tc>
          <w:tcPr>
            <w:tcW w:w="3628" w:type="dxa"/>
            <w:vAlign w:val="center"/>
          </w:tcPr>
          <w:p w14:paraId="0F9FA2A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на опреде- ление начала, продолжи-тельности и конца события Числа, которые больше 1000. Величины (продолжение) (4 часа)</w:t>
            </w:r>
          </w:p>
        </w:tc>
        <w:tc>
          <w:tcPr>
            <w:tcW w:w="2270" w:type="dxa"/>
            <w:vAlign w:val="center"/>
          </w:tcPr>
          <w:p w14:paraId="7A2F487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со-здание алгоритмов дея- тельности при решении проблем творческого и поискового характера Числа, которые больше 1000. Величины (продолжение) (4 часа)</w:t>
            </w:r>
          </w:p>
        </w:tc>
      </w:tr>
      <w:tr w:rsidR="00DE60F7" w:rsidRPr="00F52B28" w14:paraId="2A68770F" w14:textId="77777777" w:rsidTr="0078209C">
        <w:trPr>
          <w:cantSplit/>
        </w:trPr>
        <w:tc>
          <w:tcPr>
            <w:tcW w:w="510" w:type="dxa"/>
            <w:vAlign w:val="center"/>
          </w:tcPr>
          <w:p w14:paraId="145C695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50" w:type="dxa"/>
            <w:vAlign w:val="center"/>
          </w:tcPr>
          <w:p w14:paraId="38429B8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E55883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Единица вре-мени – секун-да</w:t>
            </w:r>
          </w:p>
        </w:tc>
        <w:tc>
          <w:tcPr>
            <w:tcW w:w="1701" w:type="dxa"/>
            <w:vAlign w:val="center"/>
          </w:tcPr>
          <w:p w14:paraId="6257C80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5CA2705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Рассматривать единицу времени – секунду. Сравнивать величины по их числовым значениям, выражать дан-ные величины в различных единицах</w:t>
            </w:r>
          </w:p>
        </w:tc>
        <w:tc>
          <w:tcPr>
            <w:tcW w:w="3628" w:type="dxa"/>
            <w:vAlign w:val="center"/>
          </w:tcPr>
          <w:p w14:paraId="5EBD913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новую единицу измерения времени - секун-ду</w:t>
            </w:r>
          </w:p>
        </w:tc>
        <w:tc>
          <w:tcPr>
            <w:tcW w:w="2270" w:type="dxa"/>
            <w:vAlign w:val="center"/>
          </w:tcPr>
          <w:p w14:paraId="2979381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со-здание алгоритмов дея-тельности при решении проблем творческого и поискового характера</w:t>
            </w:r>
          </w:p>
        </w:tc>
      </w:tr>
      <w:tr w:rsidR="00DE60F7" w:rsidRPr="00F52B28" w14:paraId="696E0AB1" w14:textId="77777777" w:rsidTr="0078209C">
        <w:trPr>
          <w:cantSplit/>
        </w:trPr>
        <w:tc>
          <w:tcPr>
            <w:tcW w:w="510" w:type="dxa"/>
            <w:vAlign w:val="center"/>
          </w:tcPr>
          <w:p w14:paraId="04AC4B9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50" w:type="dxa"/>
            <w:vAlign w:val="center"/>
          </w:tcPr>
          <w:p w14:paraId="60DCFB8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8AB61A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Единица вре-мени – век</w:t>
            </w:r>
          </w:p>
        </w:tc>
        <w:tc>
          <w:tcPr>
            <w:tcW w:w="1701" w:type="dxa"/>
            <w:vAlign w:val="center"/>
          </w:tcPr>
          <w:p w14:paraId="01CE598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644D4E4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Рассматривать единицу времени – век. Сравнивать величины по их чис-ловым значениям, выражать данные величины в различных единицах</w:t>
            </w:r>
          </w:p>
        </w:tc>
        <w:tc>
          <w:tcPr>
            <w:tcW w:w="3628" w:type="dxa"/>
            <w:vAlign w:val="center"/>
          </w:tcPr>
          <w:p w14:paraId="04C2045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новую единицу измерения времени – век</w:t>
            </w:r>
          </w:p>
        </w:tc>
        <w:tc>
          <w:tcPr>
            <w:tcW w:w="2270" w:type="dxa"/>
            <w:vAlign w:val="center"/>
          </w:tcPr>
          <w:p w14:paraId="222E688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Самостоятельное вы-деление и формулиро-вание познавательной цели, создание спосо-бов решения проблем поискового характера, инициативное сотруд-ничество в поиске и сборе информации</w:t>
            </w:r>
          </w:p>
        </w:tc>
      </w:tr>
      <w:tr w:rsidR="00DE60F7" w:rsidRPr="00F52B28" w14:paraId="176E686B" w14:textId="77777777" w:rsidTr="0078209C">
        <w:trPr>
          <w:cantSplit/>
        </w:trPr>
        <w:tc>
          <w:tcPr>
            <w:tcW w:w="510" w:type="dxa"/>
            <w:vAlign w:val="center"/>
          </w:tcPr>
          <w:p w14:paraId="3D9D12D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50" w:type="dxa"/>
            <w:vAlign w:val="center"/>
          </w:tcPr>
          <w:p w14:paraId="4DE8F3E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CE20CC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Таблица еди-ниц времени. Проверочная работа № 3 по теме «Ве- личины»</w:t>
            </w:r>
          </w:p>
        </w:tc>
        <w:tc>
          <w:tcPr>
            <w:tcW w:w="1701" w:type="dxa"/>
            <w:vAlign w:val="center"/>
          </w:tcPr>
          <w:p w14:paraId="0710438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15FB257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Переводить одни единицы времени в другие, используя соотношения между ними</w:t>
            </w:r>
          </w:p>
        </w:tc>
        <w:tc>
          <w:tcPr>
            <w:tcW w:w="3628" w:type="dxa"/>
            <w:vAlign w:val="center"/>
          </w:tcPr>
          <w:p w14:paraId="5ED8885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таблицу еди-ниц времени. Сравнивать величины по их числовым значениям, выражать дан- ные величины в различных единицах</w:t>
            </w:r>
          </w:p>
        </w:tc>
        <w:tc>
          <w:tcPr>
            <w:tcW w:w="2270" w:type="dxa"/>
            <w:vAlign w:val="center"/>
          </w:tcPr>
          <w:p w14:paraId="33F34A1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26C8323E" w14:textId="77777777" w:rsidTr="0078209C">
        <w:trPr>
          <w:cantSplit/>
        </w:trPr>
        <w:tc>
          <w:tcPr>
            <w:tcW w:w="510" w:type="dxa"/>
            <w:vAlign w:val="center"/>
          </w:tcPr>
          <w:p w14:paraId="01A8815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vAlign w:val="center"/>
          </w:tcPr>
          <w:p w14:paraId="3877212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D40A02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Тест № 1 «Проверим себя и оце-ним свои до-стижения». Повторение пройденного. «Что узнали. Чему научи-лись» Сложение и вычитание (14 часов)</w:t>
            </w:r>
          </w:p>
        </w:tc>
        <w:tc>
          <w:tcPr>
            <w:tcW w:w="1701" w:type="dxa"/>
            <w:vAlign w:val="center"/>
          </w:tcPr>
          <w:p w14:paraId="434BDCB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 Сложение и вычитание (14 часов)</w:t>
            </w:r>
          </w:p>
        </w:tc>
        <w:tc>
          <w:tcPr>
            <w:tcW w:w="4025" w:type="dxa"/>
            <w:vAlign w:val="center"/>
          </w:tcPr>
          <w:p w14:paraId="505E4FD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Анализировать достигнутые результа-ты и недочёты, проявлять личную за-интересованность в расширении зна-ний и способов действий Сложение и вычитание (14 часов)</w:t>
            </w:r>
          </w:p>
        </w:tc>
        <w:tc>
          <w:tcPr>
            <w:tcW w:w="3628" w:type="dxa"/>
            <w:vAlign w:val="center"/>
          </w:tcPr>
          <w:p w14:paraId="4D28AC6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 Сложение и вычитание (14 часов)</w:t>
            </w:r>
          </w:p>
        </w:tc>
        <w:tc>
          <w:tcPr>
            <w:tcW w:w="2270" w:type="dxa"/>
            <w:vAlign w:val="center"/>
          </w:tcPr>
          <w:p w14:paraId="2C6B2DC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 Сложение и вычитание (14 часов)</w:t>
            </w:r>
          </w:p>
        </w:tc>
      </w:tr>
      <w:tr w:rsidR="00DE60F7" w:rsidRPr="00F52B28" w14:paraId="4ABD614D" w14:textId="77777777" w:rsidTr="0078209C">
        <w:trPr>
          <w:cantSplit/>
        </w:trPr>
        <w:tc>
          <w:tcPr>
            <w:tcW w:w="510" w:type="dxa"/>
            <w:vAlign w:val="center"/>
          </w:tcPr>
          <w:p w14:paraId="693C2D2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50" w:type="dxa"/>
            <w:vAlign w:val="center"/>
          </w:tcPr>
          <w:p w14:paraId="449DB0C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0927F5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Устные и письменные приёмы вы- числений</w:t>
            </w:r>
          </w:p>
        </w:tc>
        <w:tc>
          <w:tcPr>
            <w:tcW w:w="1701" w:type="dxa"/>
            <w:vAlign w:val="center"/>
          </w:tcPr>
          <w:p w14:paraId="3F2BA19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повторения и обобщения</w:t>
            </w:r>
          </w:p>
        </w:tc>
        <w:tc>
          <w:tcPr>
            <w:tcW w:w="4025" w:type="dxa"/>
            <w:vAlign w:val="center"/>
          </w:tcPr>
          <w:p w14:paraId="07E3033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 сложение и вы-читание многозначных чисел, опира-ясь на знание алгоритмов их выпол- нения. Осуществлять пошаговый кон-троль правильности выполнения арифметических действий (сложение, вычитание)</w:t>
            </w:r>
          </w:p>
        </w:tc>
        <w:tc>
          <w:tcPr>
            <w:tcW w:w="3628" w:type="dxa"/>
            <w:vAlign w:val="center"/>
          </w:tcPr>
          <w:p w14:paraId="2AFFE56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приёмы пись- менного сложения и вычита-ния чисел и выполнять эти действия с числами в пре-делах 1 000 000</w:t>
            </w:r>
          </w:p>
        </w:tc>
        <w:tc>
          <w:tcPr>
            <w:tcW w:w="2270" w:type="dxa"/>
            <w:vAlign w:val="center"/>
          </w:tcPr>
          <w:p w14:paraId="361124C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 (в том числе с опорой на изученные определе- ния, законы арифмети-ческих действий)</w:t>
            </w:r>
          </w:p>
        </w:tc>
      </w:tr>
      <w:tr w:rsidR="00DE60F7" w:rsidRPr="00F52B28" w14:paraId="592A4882" w14:textId="77777777" w:rsidTr="0078209C">
        <w:trPr>
          <w:cantSplit/>
        </w:trPr>
        <w:tc>
          <w:tcPr>
            <w:tcW w:w="510" w:type="dxa"/>
            <w:vAlign w:val="center"/>
          </w:tcPr>
          <w:p w14:paraId="5E4AB3D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50" w:type="dxa"/>
            <w:vAlign w:val="center"/>
          </w:tcPr>
          <w:p w14:paraId="72E23C6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C33706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Приём пись-менного вы-читания для случаев вида 7000 – 456, 57001 – 18032</w:t>
            </w:r>
          </w:p>
        </w:tc>
        <w:tc>
          <w:tcPr>
            <w:tcW w:w="1701" w:type="dxa"/>
            <w:vAlign w:val="center"/>
          </w:tcPr>
          <w:p w14:paraId="0C6C733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378DD82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 сложение и вы-читание многозначных чисел, опира-ясь на знание алгоритмов их выпол- нения. Осуществлять пошаговый кон-троль правильности выполнения арифметических действий (сложение, вычитание)</w:t>
            </w:r>
          </w:p>
        </w:tc>
        <w:tc>
          <w:tcPr>
            <w:tcW w:w="3628" w:type="dxa"/>
            <w:vAlign w:val="center"/>
          </w:tcPr>
          <w:p w14:paraId="57AB419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приёмы сло-жения и вычитания чисел, запись которых оканчивает-ся нулями</w:t>
            </w:r>
          </w:p>
        </w:tc>
        <w:tc>
          <w:tcPr>
            <w:tcW w:w="2270" w:type="dxa"/>
            <w:vAlign w:val="center"/>
          </w:tcPr>
          <w:p w14:paraId="5FFF1DE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предъяв-ленного банка данных</w:t>
            </w:r>
          </w:p>
        </w:tc>
      </w:tr>
      <w:tr w:rsidR="00DE60F7" w:rsidRPr="00F52B28" w14:paraId="07D89D93" w14:textId="77777777" w:rsidTr="0078209C">
        <w:trPr>
          <w:cantSplit/>
        </w:trPr>
        <w:tc>
          <w:tcPr>
            <w:tcW w:w="510" w:type="dxa"/>
            <w:vAlign w:val="center"/>
          </w:tcPr>
          <w:p w14:paraId="462C822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50" w:type="dxa"/>
            <w:vAlign w:val="center"/>
          </w:tcPr>
          <w:p w14:paraId="348A3E0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67B6CC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Нахождение неизвестного слагаемого</w:t>
            </w:r>
          </w:p>
        </w:tc>
        <w:tc>
          <w:tcPr>
            <w:tcW w:w="1701" w:type="dxa"/>
            <w:vAlign w:val="center"/>
          </w:tcPr>
          <w:p w14:paraId="380942B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565175A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Определять, как связаны между собой числа при сложении. Находить неиз-вестное слагаемое. Объяснять реше-ние уравнений и их проверку. Выпол-нять вычисления и делать проверку</w:t>
            </w:r>
          </w:p>
        </w:tc>
        <w:tc>
          <w:tcPr>
            <w:tcW w:w="3628" w:type="dxa"/>
            <w:vAlign w:val="center"/>
          </w:tcPr>
          <w:p w14:paraId="0E1BFF6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правило нахождения неизвестного слагаемого. Пользоваться изученной математической терминологией, проверять правильность выполненных вычислений</w:t>
            </w:r>
          </w:p>
        </w:tc>
        <w:tc>
          <w:tcPr>
            <w:tcW w:w="2270" w:type="dxa"/>
            <w:vAlign w:val="center"/>
          </w:tcPr>
          <w:p w14:paraId="6321196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1A3A3F1A" w14:textId="77777777" w:rsidTr="0078209C">
        <w:trPr>
          <w:cantSplit/>
        </w:trPr>
        <w:tc>
          <w:tcPr>
            <w:tcW w:w="510" w:type="dxa"/>
            <w:vAlign w:val="center"/>
          </w:tcPr>
          <w:p w14:paraId="1C21CE5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50" w:type="dxa"/>
            <w:vAlign w:val="center"/>
          </w:tcPr>
          <w:p w14:paraId="57F6CE4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2555E3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Нахождение неизвестного уменьшаемо- го, неизвестно-го вычитаемо-го</w:t>
            </w:r>
          </w:p>
        </w:tc>
        <w:tc>
          <w:tcPr>
            <w:tcW w:w="1701" w:type="dxa"/>
            <w:vAlign w:val="center"/>
          </w:tcPr>
          <w:p w14:paraId="100CB36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524A880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Определять, как связаны между собой числа при вычитании. Находить неиз-вестное уменьшаемое, неизвестное вычитаемое. Объяснять решение уравнений и их проверку. Совершен-ствовать устные и письменные вычис-лительные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10521F3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правило нахождения неизвестного уменьшаемого и неизвестно-го вычитаемого. Вычислять значение числового вы-ражения, содержащего 2-3 действия (со скобками и без них)</w:t>
            </w:r>
          </w:p>
        </w:tc>
        <w:tc>
          <w:tcPr>
            <w:tcW w:w="2270" w:type="dxa"/>
            <w:vAlign w:val="center"/>
          </w:tcPr>
          <w:p w14:paraId="39840ED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1E364A85" w14:textId="77777777" w:rsidTr="0078209C">
        <w:trPr>
          <w:cantSplit/>
        </w:trPr>
        <w:tc>
          <w:tcPr>
            <w:tcW w:w="510" w:type="dxa"/>
            <w:vAlign w:val="center"/>
          </w:tcPr>
          <w:p w14:paraId="479378A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50" w:type="dxa"/>
            <w:vAlign w:val="center"/>
          </w:tcPr>
          <w:p w14:paraId="7F87641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817E1F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Нахождение нескольких долей целого</w:t>
            </w:r>
          </w:p>
        </w:tc>
        <w:tc>
          <w:tcPr>
            <w:tcW w:w="1701" w:type="dxa"/>
            <w:vAlign w:val="center"/>
          </w:tcPr>
          <w:p w14:paraId="17453E5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56764A0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Находить, одну долю от целого числа, находить несколько долей от целого числа. Решать уравнения и сравни-вать их решения. Совершенствовать устные и письменные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1301E88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Находить несколько долей целого. Вычислять значение числового выражения, со-держащего 2-3 действия (со скобками и без них)</w:t>
            </w:r>
          </w:p>
        </w:tc>
        <w:tc>
          <w:tcPr>
            <w:tcW w:w="2270" w:type="dxa"/>
            <w:vAlign w:val="center"/>
          </w:tcPr>
          <w:p w14:paraId="4B412BB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Прогнозировать резуль-таты вычислений; кон-тролировать свою дея-тельность: проверять правильность выполне-ния вычислений изу- ченными способами</w:t>
            </w:r>
          </w:p>
        </w:tc>
      </w:tr>
      <w:tr w:rsidR="00DE60F7" w:rsidRPr="00F52B28" w14:paraId="49D9A2AE" w14:textId="77777777" w:rsidTr="0078209C">
        <w:trPr>
          <w:cantSplit/>
        </w:trPr>
        <w:tc>
          <w:tcPr>
            <w:tcW w:w="510" w:type="dxa"/>
            <w:vAlign w:val="center"/>
          </w:tcPr>
          <w:p w14:paraId="23D597A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50" w:type="dxa"/>
            <w:vAlign w:val="center"/>
          </w:tcPr>
          <w:p w14:paraId="5427922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D1E834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Нахождение нескольких долей целого</w:t>
            </w:r>
          </w:p>
        </w:tc>
        <w:tc>
          <w:tcPr>
            <w:tcW w:w="1701" w:type="dxa"/>
            <w:vAlign w:val="center"/>
          </w:tcPr>
          <w:p w14:paraId="669F6C4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навыков.</w:t>
            </w:r>
          </w:p>
        </w:tc>
        <w:tc>
          <w:tcPr>
            <w:tcW w:w="4025" w:type="dxa"/>
            <w:vAlign w:val="center"/>
          </w:tcPr>
          <w:p w14:paraId="0D0A853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на нахождение не-скольких долей целого. Проверять, правильно выполнено деление с остатком. Сравнивать значения вели-чин</w:t>
            </w:r>
          </w:p>
        </w:tc>
        <w:tc>
          <w:tcPr>
            <w:tcW w:w="3628" w:type="dxa"/>
            <w:vAlign w:val="center"/>
          </w:tcPr>
          <w:p w14:paraId="67A54E2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Находить несколько долей целого.</w:t>
            </w:r>
          </w:p>
        </w:tc>
        <w:tc>
          <w:tcPr>
            <w:tcW w:w="2270" w:type="dxa"/>
            <w:vAlign w:val="center"/>
          </w:tcPr>
          <w:p w14:paraId="4BB3C00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предъяв-ленного банка данных</w:t>
            </w:r>
          </w:p>
        </w:tc>
      </w:tr>
      <w:tr w:rsidR="00DE60F7" w:rsidRPr="00F52B28" w14:paraId="3942D8C9" w14:textId="77777777" w:rsidTr="0078209C">
        <w:trPr>
          <w:cantSplit/>
        </w:trPr>
        <w:tc>
          <w:tcPr>
            <w:tcW w:w="510" w:type="dxa"/>
            <w:vAlign w:val="center"/>
          </w:tcPr>
          <w:p w14:paraId="3D42CF8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50" w:type="dxa"/>
            <w:vAlign w:val="center"/>
          </w:tcPr>
          <w:p w14:paraId="471FE0C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CFF2CB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раскрыва- ющих смысл арифметиче-ских действий</w:t>
            </w:r>
          </w:p>
        </w:tc>
        <w:tc>
          <w:tcPr>
            <w:tcW w:w="1701" w:type="dxa"/>
            <w:vAlign w:val="center"/>
          </w:tcPr>
          <w:p w14:paraId="5463ADC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 ный урок</w:t>
            </w:r>
          </w:p>
        </w:tc>
        <w:tc>
          <w:tcPr>
            <w:tcW w:w="4025" w:type="dxa"/>
            <w:vAlign w:val="center"/>
          </w:tcPr>
          <w:p w14:paraId="0F0E1C0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Использование свойств арифметиче-ских действий при выполнении вычис- лений. Решать задачи, составив урав-нения. Ставить скобки в числовом вы-ражении для приведения к верному решению</w:t>
            </w:r>
          </w:p>
        </w:tc>
        <w:tc>
          <w:tcPr>
            <w:tcW w:w="3628" w:type="dxa"/>
            <w:vAlign w:val="center"/>
          </w:tcPr>
          <w:p w14:paraId="2B55507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арифмети- ческим способом. Сравни- вать площади фигур</w:t>
            </w:r>
          </w:p>
        </w:tc>
        <w:tc>
          <w:tcPr>
            <w:tcW w:w="2270" w:type="dxa"/>
            <w:vAlign w:val="center"/>
          </w:tcPr>
          <w:p w14:paraId="02FCD9F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Оценивать правиль-ность выполненного задания на основе сравнения с предыду-щими заданиями или на основе различных об- разцов и критериев.</w:t>
            </w:r>
          </w:p>
        </w:tc>
      </w:tr>
      <w:tr w:rsidR="00DE60F7" w:rsidRPr="00F52B28" w14:paraId="0BA7C852" w14:textId="77777777" w:rsidTr="0078209C">
        <w:trPr>
          <w:cantSplit/>
        </w:trPr>
        <w:tc>
          <w:tcPr>
            <w:tcW w:w="510" w:type="dxa"/>
            <w:vAlign w:val="center"/>
          </w:tcPr>
          <w:p w14:paraId="54835AC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50" w:type="dxa"/>
            <w:vAlign w:val="center"/>
          </w:tcPr>
          <w:p w14:paraId="4E3D96B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BCD082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Сложение и вычитание значений ве-личин</w:t>
            </w:r>
          </w:p>
        </w:tc>
        <w:tc>
          <w:tcPr>
            <w:tcW w:w="1701" w:type="dxa"/>
            <w:vAlign w:val="center"/>
          </w:tcPr>
          <w:p w14:paraId="73BEE08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7CB7F6B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действия с величинами, значения которых выражены в разных единицах измерения. Записывать вы-числения в строчку и столбиком</w:t>
            </w:r>
          </w:p>
        </w:tc>
        <w:tc>
          <w:tcPr>
            <w:tcW w:w="3628" w:type="dxa"/>
            <w:vAlign w:val="center"/>
          </w:tcPr>
          <w:p w14:paraId="38802DA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сложение и вы-читание величин</w:t>
            </w:r>
          </w:p>
        </w:tc>
        <w:tc>
          <w:tcPr>
            <w:tcW w:w="2270" w:type="dxa"/>
            <w:vAlign w:val="center"/>
          </w:tcPr>
          <w:p w14:paraId="28637C6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по-становка учебной зада-чи на основе соотнесе-ния того, что уже из-вестно и усвоено уча-щимися, и того, что ещё неизвестно</w:t>
            </w:r>
          </w:p>
        </w:tc>
      </w:tr>
      <w:tr w:rsidR="00DE60F7" w:rsidRPr="00F52B28" w14:paraId="6A359937" w14:textId="77777777" w:rsidTr="0078209C">
        <w:trPr>
          <w:cantSplit/>
        </w:trPr>
        <w:tc>
          <w:tcPr>
            <w:tcW w:w="510" w:type="dxa"/>
            <w:vAlign w:val="center"/>
          </w:tcPr>
          <w:p w14:paraId="3EBCA9E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50" w:type="dxa"/>
            <w:vAlign w:val="center"/>
          </w:tcPr>
          <w:p w14:paraId="66CF2B5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4BF287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на увели-чение (умень-шение) числа на несколько единиц, выра-женных в кос-венной форме. Проверочная работа № 4 по теме «Сложение и вычитание»</w:t>
            </w:r>
          </w:p>
        </w:tc>
        <w:tc>
          <w:tcPr>
            <w:tcW w:w="1701" w:type="dxa"/>
            <w:vAlign w:val="center"/>
          </w:tcPr>
          <w:p w14:paraId="2481028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0449C01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зависимости между величинами в текстовых задачах и решать их. Выполнять сложение и вы-читание величин</w:t>
            </w:r>
          </w:p>
        </w:tc>
        <w:tc>
          <w:tcPr>
            <w:tcW w:w="3628" w:type="dxa"/>
            <w:vAlign w:val="center"/>
          </w:tcPr>
          <w:p w14:paraId="1C5B192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текстовые задачи арифметическим способом, пользоваться изученной ма-тематической терминологи-ей</w:t>
            </w:r>
          </w:p>
        </w:tc>
        <w:tc>
          <w:tcPr>
            <w:tcW w:w="2270" w:type="dxa"/>
            <w:vAlign w:val="center"/>
          </w:tcPr>
          <w:p w14:paraId="6DE0F57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Развитие навыков фор-мулировки личной оценки, аргументирова-ния своего мнения</w:t>
            </w:r>
          </w:p>
        </w:tc>
      </w:tr>
      <w:tr w:rsidR="00DE60F7" w:rsidRPr="00F52B28" w14:paraId="7A114140" w14:textId="77777777" w:rsidTr="0078209C">
        <w:trPr>
          <w:cantSplit/>
        </w:trPr>
        <w:tc>
          <w:tcPr>
            <w:tcW w:w="510" w:type="dxa"/>
            <w:vAlign w:val="center"/>
          </w:tcPr>
          <w:p w14:paraId="2543BBC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  <w:vAlign w:val="center"/>
          </w:tcPr>
          <w:p w14:paraId="3288AC1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03F01E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задач на увеличение и уменьшение числа в косвенной форме</w:t>
            </w:r>
          </w:p>
        </w:tc>
        <w:tc>
          <w:tcPr>
            <w:tcW w:w="1701" w:type="dxa"/>
            <w:vAlign w:val="center"/>
          </w:tcPr>
          <w:p w14:paraId="4C38544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Комбинированный урок</w:t>
            </w:r>
          </w:p>
        </w:tc>
        <w:tc>
          <w:tcPr>
            <w:tcW w:w="4025" w:type="dxa"/>
            <w:vAlign w:val="center"/>
          </w:tcPr>
          <w:p w14:paraId="280525F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условия задач, выполнять вычисления с многозначными числами, сравнивать способы решения и проверять результат.</w:t>
            </w:r>
          </w:p>
        </w:tc>
        <w:tc>
          <w:tcPr>
            <w:tcW w:w="3628" w:type="dxa"/>
            <w:vAlign w:val="center"/>
          </w:tcPr>
          <w:p w14:paraId="688D70B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текстовые задачи и выполнять сложение и вычитание многозначных чисел; объяснять и проверять решение.</w:t>
            </w:r>
          </w:p>
        </w:tc>
        <w:tc>
          <w:tcPr>
            <w:tcW w:w="2270" w:type="dxa"/>
            <w:vAlign w:val="center"/>
          </w:tcPr>
          <w:p w14:paraId="1529A7A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Планирование решения, аргументация, самоконтроль и исправление ошибок.</w:t>
            </w:r>
          </w:p>
        </w:tc>
      </w:tr>
      <w:tr w:rsidR="00DE60F7" w:rsidRPr="00F52B28" w14:paraId="4B9B0FDC" w14:textId="77777777" w:rsidTr="0078209C">
        <w:trPr>
          <w:cantSplit/>
        </w:trPr>
        <w:tc>
          <w:tcPr>
            <w:tcW w:w="510" w:type="dxa"/>
            <w:vAlign w:val="center"/>
          </w:tcPr>
          <w:p w14:paraId="03012C1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50" w:type="dxa"/>
            <w:vAlign w:val="center"/>
          </w:tcPr>
          <w:p w14:paraId="5F04265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D40EC1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Закрепление сложения и вычитания многозначных чисел. Подготовка к контрольной работе</w:t>
            </w:r>
          </w:p>
        </w:tc>
        <w:tc>
          <w:tcPr>
            <w:tcW w:w="1701" w:type="dxa"/>
            <w:vAlign w:val="center"/>
          </w:tcPr>
          <w:p w14:paraId="7EAD4C0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Комбинированный урок</w:t>
            </w:r>
          </w:p>
        </w:tc>
        <w:tc>
          <w:tcPr>
            <w:tcW w:w="4025" w:type="dxa"/>
            <w:vAlign w:val="center"/>
          </w:tcPr>
          <w:p w14:paraId="594B5C9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условия задач, выполнять вычисления с многозначными числами, сравнивать способы решения и проверять результат.</w:t>
            </w:r>
          </w:p>
        </w:tc>
        <w:tc>
          <w:tcPr>
            <w:tcW w:w="3628" w:type="dxa"/>
            <w:vAlign w:val="center"/>
          </w:tcPr>
          <w:p w14:paraId="3B2B42C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текстовые задачи и выполнять сложение и вычитание многозначных чисел; объяснять и проверять решение.</w:t>
            </w:r>
          </w:p>
        </w:tc>
        <w:tc>
          <w:tcPr>
            <w:tcW w:w="2270" w:type="dxa"/>
            <w:vAlign w:val="center"/>
          </w:tcPr>
          <w:p w14:paraId="05ACA74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Планирование решения, аргументация, самоконтроль и исправление ошибок.</w:t>
            </w:r>
          </w:p>
        </w:tc>
      </w:tr>
      <w:tr w:rsidR="00DE60F7" w:rsidRPr="00F52B28" w14:paraId="7A732667" w14:textId="77777777" w:rsidTr="0078209C">
        <w:trPr>
          <w:cantSplit/>
        </w:trPr>
        <w:tc>
          <w:tcPr>
            <w:tcW w:w="510" w:type="dxa"/>
            <w:vAlign w:val="center"/>
          </w:tcPr>
          <w:p w14:paraId="16BC516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50" w:type="dxa"/>
            <w:vAlign w:val="center"/>
          </w:tcPr>
          <w:p w14:paraId="518C88A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763688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3 по теме «Сложение и вычитание»</w:t>
            </w:r>
          </w:p>
        </w:tc>
        <w:tc>
          <w:tcPr>
            <w:tcW w:w="1701" w:type="dxa"/>
            <w:vAlign w:val="center"/>
          </w:tcPr>
          <w:p w14:paraId="5BACDDA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11C1144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задания творческого и по-искового характера, применять знания и способы действий в изменённых условиях. Соотносить результат про-ведённого самоконтроля с целями, поставленными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3732FCB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приёмы сло-жения и вычитания много-значных чисел. Решать за-дачи арифметическим спо-собом</w:t>
            </w:r>
          </w:p>
        </w:tc>
        <w:tc>
          <w:tcPr>
            <w:tcW w:w="2270" w:type="dxa"/>
            <w:vAlign w:val="center"/>
          </w:tcPr>
          <w:p w14:paraId="3A16096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обнару-живать и устранять ошибки логического ха-рактера (в ходе реше-ния) и ошибки вычисли- тельного характера</w:t>
            </w:r>
          </w:p>
        </w:tc>
      </w:tr>
      <w:tr w:rsidR="00DE60F7" w:rsidRPr="00F52B28" w14:paraId="00091859" w14:textId="77777777" w:rsidTr="0078209C">
        <w:trPr>
          <w:cantSplit/>
        </w:trPr>
        <w:tc>
          <w:tcPr>
            <w:tcW w:w="510" w:type="dxa"/>
            <w:vAlign w:val="center"/>
          </w:tcPr>
          <w:p w14:paraId="2E953EE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50" w:type="dxa"/>
            <w:vAlign w:val="center"/>
          </w:tcPr>
          <w:p w14:paraId="2E9AAC3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ECE59D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кон-трольной ра-боты и работа над ошибками. «Странички для любозна-тельных» - задания твор-ческого и по-</w:t>
            </w:r>
          </w:p>
        </w:tc>
        <w:tc>
          <w:tcPr>
            <w:tcW w:w="1701" w:type="dxa"/>
            <w:vAlign w:val="center"/>
          </w:tcPr>
          <w:p w14:paraId="4D59FB2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обобщения и систематизации</w:t>
            </w:r>
          </w:p>
        </w:tc>
        <w:tc>
          <w:tcPr>
            <w:tcW w:w="4025" w:type="dxa"/>
            <w:vAlign w:val="center"/>
          </w:tcPr>
          <w:p w14:paraId="1004E3D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задания творческого и по-искового характера, применять знания и способы действий в изменённых условиях</w:t>
            </w:r>
          </w:p>
        </w:tc>
        <w:tc>
          <w:tcPr>
            <w:tcW w:w="3628" w:type="dxa"/>
            <w:vAlign w:val="center"/>
          </w:tcPr>
          <w:p w14:paraId="26A6167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Анализировать результаты выполненной работы, оце-нивать их и делать выводы</w:t>
            </w:r>
          </w:p>
        </w:tc>
        <w:tc>
          <w:tcPr>
            <w:tcW w:w="2270" w:type="dxa"/>
            <w:vAlign w:val="center"/>
          </w:tcPr>
          <w:p w14:paraId="4CB9694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Развитие навыков фор-мулировки личной оценки, аргументирова-ния своего мнения</w:t>
            </w:r>
          </w:p>
        </w:tc>
      </w:tr>
      <w:tr w:rsidR="00DE60F7" w:rsidRPr="00F52B28" w14:paraId="7A8CEECA" w14:textId="77777777" w:rsidTr="0078209C">
        <w:trPr>
          <w:cantSplit/>
        </w:trPr>
        <w:tc>
          <w:tcPr>
            <w:tcW w:w="510" w:type="dxa"/>
            <w:vAlign w:val="center"/>
          </w:tcPr>
          <w:p w14:paraId="77F7C75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  <w:vAlign w:val="center"/>
          </w:tcPr>
          <w:p w14:paraId="77A7AA4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63D351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Тест № 2 «Проверим себя и оце-ним свои до-стижения». Анализ ре-зультатов. Повторение пройденного. «Что узнали. Чему научи- лись» Умножение и деление (10 часов)</w:t>
            </w:r>
          </w:p>
        </w:tc>
        <w:tc>
          <w:tcPr>
            <w:tcW w:w="1701" w:type="dxa"/>
            <w:vAlign w:val="center"/>
          </w:tcPr>
          <w:p w14:paraId="252AD3E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 Умножение и деление (10 часов)</w:t>
            </w:r>
          </w:p>
        </w:tc>
        <w:tc>
          <w:tcPr>
            <w:tcW w:w="4025" w:type="dxa"/>
            <w:vAlign w:val="center"/>
          </w:tcPr>
          <w:p w14:paraId="77110ED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Оценивать результаты усвоения учеб-ного материала, делать выводы, пла-нировать действия по устранению вы-явленных недочётов, проявлять лич-ностную заинтересованность в расши-рении знаний и способов действий Умножение и деление (10 часов)</w:t>
            </w:r>
          </w:p>
        </w:tc>
        <w:tc>
          <w:tcPr>
            <w:tcW w:w="3628" w:type="dxa"/>
            <w:vAlign w:val="center"/>
          </w:tcPr>
          <w:p w14:paraId="6472ABC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приёмы сло-жения и вычитания много-значных чисел. Решать за-дачи арифметическим спо-собом Умножение и деление (10 часов)</w:t>
            </w:r>
          </w:p>
        </w:tc>
        <w:tc>
          <w:tcPr>
            <w:tcW w:w="2270" w:type="dxa"/>
            <w:vAlign w:val="center"/>
          </w:tcPr>
          <w:p w14:paraId="1E35370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обнару-живать и устранять ошибки логического ха-рактера (в ходе реше-ния) и ошибки вычисли-тельного характера Умножение и деление (10 часов)</w:t>
            </w:r>
          </w:p>
        </w:tc>
      </w:tr>
      <w:tr w:rsidR="00DE60F7" w:rsidRPr="00F52B28" w14:paraId="0D803AFE" w14:textId="77777777" w:rsidTr="0078209C">
        <w:trPr>
          <w:cantSplit/>
        </w:trPr>
        <w:tc>
          <w:tcPr>
            <w:tcW w:w="510" w:type="dxa"/>
            <w:vAlign w:val="center"/>
          </w:tcPr>
          <w:p w14:paraId="0BB1C72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850" w:type="dxa"/>
            <w:vAlign w:val="center"/>
          </w:tcPr>
          <w:p w14:paraId="3E30E75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52726A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Умножение и его свойства. Умножение на 0 и 1</w:t>
            </w:r>
          </w:p>
        </w:tc>
        <w:tc>
          <w:tcPr>
            <w:tcW w:w="1701" w:type="dxa"/>
            <w:vAlign w:val="center"/>
          </w:tcPr>
          <w:p w14:paraId="7A03BEA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Урок- исследование</w:t>
            </w:r>
          </w:p>
        </w:tc>
        <w:tc>
          <w:tcPr>
            <w:tcW w:w="4025" w:type="dxa"/>
            <w:vAlign w:val="center"/>
          </w:tcPr>
          <w:p w14:paraId="7CB5AD4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умножение, используя свойства умножения. Применять при вычислениях свойства умножения на 0 и на 1. Находить значение буквенных выражений</w:t>
            </w:r>
          </w:p>
        </w:tc>
        <w:tc>
          <w:tcPr>
            <w:tcW w:w="3628" w:type="dxa"/>
            <w:vAlign w:val="center"/>
          </w:tcPr>
          <w:p w14:paraId="60C4BDC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свойства умножения на 0 и на 1 при выполнении вычислений</w:t>
            </w:r>
          </w:p>
        </w:tc>
        <w:tc>
          <w:tcPr>
            <w:tcW w:w="2270" w:type="dxa"/>
            <w:vAlign w:val="center"/>
          </w:tcPr>
          <w:p w14:paraId="76B15E6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75CD7B12" w14:textId="77777777" w:rsidTr="0078209C">
        <w:trPr>
          <w:cantSplit/>
        </w:trPr>
        <w:tc>
          <w:tcPr>
            <w:tcW w:w="510" w:type="dxa"/>
            <w:vAlign w:val="center"/>
          </w:tcPr>
          <w:p w14:paraId="0B63C92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50" w:type="dxa"/>
            <w:vAlign w:val="center"/>
          </w:tcPr>
          <w:p w14:paraId="0E290E2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810A2F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многозначного числа на одно-значное</w:t>
            </w:r>
          </w:p>
        </w:tc>
        <w:tc>
          <w:tcPr>
            <w:tcW w:w="1701" w:type="dxa"/>
            <w:vAlign w:val="center"/>
          </w:tcPr>
          <w:p w14:paraId="1149C64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5648BA7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умножение любого много-значного числа на однозначное так же, как и умножение трёхзначного числа на однозначное. Умножать именован-ные числа на однозначные</w:t>
            </w:r>
          </w:p>
        </w:tc>
        <w:tc>
          <w:tcPr>
            <w:tcW w:w="3628" w:type="dxa"/>
            <w:vAlign w:val="center"/>
          </w:tcPr>
          <w:p w14:paraId="3F25EF7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умножение многозначного числа на однозначное</w:t>
            </w:r>
          </w:p>
        </w:tc>
        <w:tc>
          <w:tcPr>
            <w:tcW w:w="2270" w:type="dxa"/>
            <w:vAlign w:val="center"/>
          </w:tcPr>
          <w:p w14:paraId="2D60CE0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поискового характера</w:t>
            </w:r>
          </w:p>
        </w:tc>
      </w:tr>
      <w:tr w:rsidR="00DE60F7" w:rsidRPr="00F52B28" w14:paraId="4D72118E" w14:textId="77777777" w:rsidTr="0078209C">
        <w:trPr>
          <w:cantSplit/>
        </w:trPr>
        <w:tc>
          <w:tcPr>
            <w:tcW w:w="510" w:type="dxa"/>
            <w:vAlign w:val="center"/>
          </w:tcPr>
          <w:p w14:paraId="66F7642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50" w:type="dxa"/>
            <w:vAlign w:val="center"/>
          </w:tcPr>
          <w:p w14:paraId="3BC983A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CCBAD6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Умножение на 0 и 1</w:t>
            </w:r>
          </w:p>
        </w:tc>
        <w:tc>
          <w:tcPr>
            <w:tcW w:w="1701" w:type="dxa"/>
            <w:vAlign w:val="center"/>
          </w:tcPr>
          <w:p w14:paraId="6CC904B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76C5C8D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при вычислениях свойства умножения на 0 и на 1. Записывать выражения и вычислять их значения. Совершенствовать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1CB62E4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результат умно-жения любого числа на 0, на 1. Применять полученные знания для решения задач</w:t>
            </w:r>
          </w:p>
        </w:tc>
        <w:tc>
          <w:tcPr>
            <w:tcW w:w="2270" w:type="dxa"/>
            <w:vAlign w:val="center"/>
          </w:tcPr>
          <w:p w14:paraId="141A3BB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требуемую информацию из указан-ных источников; фикси-ровать результаты раз-ными способами; срав-нивать и обобщать ин- формацию</w:t>
            </w:r>
          </w:p>
        </w:tc>
      </w:tr>
      <w:tr w:rsidR="00DE60F7" w:rsidRPr="00F52B28" w14:paraId="20086804" w14:textId="77777777" w:rsidTr="0078209C">
        <w:trPr>
          <w:cantSplit/>
        </w:trPr>
        <w:tc>
          <w:tcPr>
            <w:tcW w:w="510" w:type="dxa"/>
            <w:vAlign w:val="center"/>
          </w:tcPr>
          <w:p w14:paraId="2C185D4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50" w:type="dxa"/>
            <w:vAlign w:val="center"/>
          </w:tcPr>
          <w:p w14:paraId="3DBEA3A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5997FC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Умножение чисел, запись которых окан-чивается ну-лями. Математи- ческий дик-тант №3</w:t>
            </w:r>
          </w:p>
        </w:tc>
        <w:tc>
          <w:tcPr>
            <w:tcW w:w="1701" w:type="dxa"/>
            <w:vAlign w:val="center"/>
          </w:tcPr>
          <w:p w14:paraId="7CC8F3E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4440C3B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Объяснять, как выполнено умножение чисел, запись которых оканчивается нулями. Находить остаток при выпол-нении деления на однозначное число и проверять вычисления</w:t>
            </w:r>
          </w:p>
        </w:tc>
        <w:tc>
          <w:tcPr>
            <w:tcW w:w="3628" w:type="dxa"/>
            <w:vAlign w:val="center"/>
          </w:tcPr>
          <w:p w14:paraId="03A25B7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приёмы умно-жения на однозначное число многозначных чисел, окан- чивающихся нулями</w:t>
            </w:r>
          </w:p>
        </w:tc>
        <w:tc>
          <w:tcPr>
            <w:tcW w:w="2270" w:type="dxa"/>
            <w:vAlign w:val="center"/>
          </w:tcPr>
          <w:p w14:paraId="069BBF5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 (в том числе с опорой на изученные определе- ния, законы арифмети-ческих действий)</w:t>
            </w:r>
          </w:p>
        </w:tc>
      </w:tr>
      <w:tr w:rsidR="00DE60F7" w:rsidRPr="00F52B28" w14:paraId="33901458" w14:textId="77777777" w:rsidTr="0078209C">
        <w:trPr>
          <w:cantSplit/>
        </w:trPr>
        <w:tc>
          <w:tcPr>
            <w:tcW w:w="510" w:type="dxa"/>
            <w:vAlign w:val="center"/>
          </w:tcPr>
          <w:p w14:paraId="7D8B1B2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0" w:type="dxa"/>
            <w:vAlign w:val="center"/>
          </w:tcPr>
          <w:p w14:paraId="5C9D556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AE206B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Нахождение неизвестного множителя, неизвестного делимого, не-известного делителя</w:t>
            </w:r>
          </w:p>
        </w:tc>
        <w:tc>
          <w:tcPr>
            <w:tcW w:w="1701" w:type="dxa"/>
            <w:vAlign w:val="center"/>
          </w:tcPr>
          <w:p w14:paraId="6C2974F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0D78648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Определять, как связаны между собой числа при умножении и делении. Находить неизвестный множитель, неизвестное делимое, неизвестный делитель. Объяснять решение урав-нений и их проверку. Совершенство-вать устные и письменные вычисли- тельные навыки, умение решать зада- чи</w:t>
            </w:r>
          </w:p>
        </w:tc>
        <w:tc>
          <w:tcPr>
            <w:tcW w:w="3628" w:type="dxa"/>
            <w:vAlign w:val="center"/>
          </w:tcPr>
          <w:p w14:paraId="5EB51ED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правило нахождения неизвестного множителя, неизвестного делимого и неизвестного де-лителя. Вычислять значение числового выражения, со-держащего 2-3 действия (со скобками и без них)</w:t>
            </w:r>
          </w:p>
        </w:tc>
        <w:tc>
          <w:tcPr>
            <w:tcW w:w="2270" w:type="dxa"/>
            <w:vAlign w:val="center"/>
          </w:tcPr>
          <w:p w14:paraId="656D778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 (в том числе с опорой на изученные определе- ния, законы арифмети-ческих действий)</w:t>
            </w:r>
          </w:p>
        </w:tc>
      </w:tr>
      <w:tr w:rsidR="00DE60F7" w:rsidRPr="00F52B28" w14:paraId="719E5376" w14:textId="77777777" w:rsidTr="0078209C">
        <w:trPr>
          <w:cantSplit/>
        </w:trPr>
        <w:tc>
          <w:tcPr>
            <w:tcW w:w="510" w:type="dxa"/>
            <w:vAlign w:val="center"/>
          </w:tcPr>
          <w:p w14:paraId="39694FA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vAlign w:val="center"/>
          </w:tcPr>
          <w:p w14:paraId="1822ACA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545CEA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мно-гозначного числа на одно-значное. Промежу- точная диа-гностика</w:t>
            </w:r>
          </w:p>
        </w:tc>
        <w:tc>
          <w:tcPr>
            <w:tcW w:w="1701" w:type="dxa"/>
            <w:vAlign w:val="center"/>
          </w:tcPr>
          <w:p w14:paraId="62164DB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0CB025E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правила деления суммы на число при решении примеров и за-дач. Оценивать результаты освоения темы, проявлять личную заинтересо-ванность в приобретении и расшире-нии знаний и способов действий. Ана-лизировать свои действия и управлять ими</w:t>
            </w:r>
          </w:p>
        </w:tc>
        <w:tc>
          <w:tcPr>
            <w:tcW w:w="3628" w:type="dxa"/>
            <w:vAlign w:val="center"/>
          </w:tcPr>
          <w:p w14:paraId="5CAB8A4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правила деле-ния суммы на число и ис-пользовать его при решении примеров и задач. Приме-нять полученные знания для решения задач. Кон-тролировать и оценивать свою работу, её результат,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3BE5955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1F4E81A7" w14:textId="77777777" w:rsidTr="0078209C">
        <w:trPr>
          <w:cantSplit/>
        </w:trPr>
        <w:tc>
          <w:tcPr>
            <w:tcW w:w="510" w:type="dxa"/>
            <w:vAlign w:val="center"/>
          </w:tcPr>
          <w:p w14:paraId="61F4CC8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850" w:type="dxa"/>
            <w:vAlign w:val="center"/>
          </w:tcPr>
          <w:p w14:paraId="075832A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D9B62E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мно-гозначного числа на одно-значное</w:t>
            </w:r>
          </w:p>
        </w:tc>
        <w:tc>
          <w:tcPr>
            <w:tcW w:w="1701" w:type="dxa"/>
            <w:vAlign w:val="center"/>
          </w:tcPr>
          <w:p w14:paraId="2D2DB03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4CCD798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Объяснять, как выполнено деление многозначного числа на однозначное</w:t>
            </w:r>
          </w:p>
        </w:tc>
        <w:tc>
          <w:tcPr>
            <w:tcW w:w="3628" w:type="dxa"/>
            <w:vAlign w:val="center"/>
          </w:tcPr>
          <w:p w14:paraId="01BC2A8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деление много-значного числа на одно-значное с объяснением</w:t>
            </w:r>
          </w:p>
        </w:tc>
        <w:tc>
          <w:tcPr>
            <w:tcW w:w="2270" w:type="dxa"/>
            <w:vAlign w:val="center"/>
          </w:tcPr>
          <w:p w14:paraId="2AB93C6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требуемую информацию из указан-ных источников; фикси-ровать результаты раз-ными способами; срав-нивать и обобщать ин- формацию</w:t>
            </w:r>
          </w:p>
        </w:tc>
      </w:tr>
      <w:tr w:rsidR="00DE60F7" w:rsidRPr="00F52B28" w14:paraId="31DE1E5D" w14:textId="77777777" w:rsidTr="0078209C">
        <w:trPr>
          <w:cantSplit/>
        </w:trPr>
        <w:tc>
          <w:tcPr>
            <w:tcW w:w="510" w:type="dxa"/>
            <w:vAlign w:val="center"/>
          </w:tcPr>
          <w:p w14:paraId="21D0AC6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850" w:type="dxa"/>
            <w:vAlign w:val="center"/>
          </w:tcPr>
          <w:p w14:paraId="5D73936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5EA02E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4 за 2 четверть</w:t>
            </w:r>
          </w:p>
        </w:tc>
        <w:tc>
          <w:tcPr>
            <w:tcW w:w="1701" w:type="dxa"/>
            <w:vAlign w:val="center"/>
          </w:tcPr>
          <w:p w14:paraId="6D7D10E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71FE83B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Соотносить результат проведённого самоконтроля с целями, поставлен-ными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4C0F47C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правила поряд-ка выполнения действий в выражениях в 2-3 действия (со скобками и без них). Применять полученные знания для решения задач</w:t>
            </w:r>
          </w:p>
        </w:tc>
        <w:tc>
          <w:tcPr>
            <w:tcW w:w="2270" w:type="dxa"/>
            <w:vAlign w:val="center"/>
          </w:tcPr>
          <w:p w14:paraId="0140E6A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Оценка — выделение и осознание обучающим-ся того, что уже усвоено и что ещё нужно усво-ить, осознание качества и уровня усвоения; оценка результатов ра- боты</w:t>
            </w:r>
          </w:p>
        </w:tc>
      </w:tr>
      <w:tr w:rsidR="00DE60F7" w:rsidRPr="00F52B28" w14:paraId="7B4E3698" w14:textId="77777777" w:rsidTr="0078209C">
        <w:trPr>
          <w:cantSplit/>
        </w:trPr>
        <w:tc>
          <w:tcPr>
            <w:tcW w:w="510" w:type="dxa"/>
            <w:vAlign w:val="center"/>
          </w:tcPr>
          <w:p w14:paraId="313FB35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850" w:type="dxa"/>
            <w:vAlign w:val="center"/>
          </w:tcPr>
          <w:p w14:paraId="73D123D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9587C2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кон-трольной ра-боты и работа над ошибками. Письменное деление мно- гозначного числа на одно-значное</w:t>
            </w:r>
          </w:p>
        </w:tc>
        <w:tc>
          <w:tcPr>
            <w:tcW w:w="1701" w:type="dxa"/>
            <w:vAlign w:val="center"/>
          </w:tcPr>
          <w:p w14:paraId="12A0D23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3EAC87B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Объяснять, как выполнено деление многозначного числа на однозначное</w:t>
            </w:r>
          </w:p>
        </w:tc>
        <w:tc>
          <w:tcPr>
            <w:tcW w:w="3628" w:type="dxa"/>
            <w:vAlign w:val="center"/>
          </w:tcPr>
          <w:p w14:paraId="7BDEDF6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деление много-значного числа на одно-значное с объяснением</w:t>
            </w:r>
          </w:p>
        </w:tc>
        <w:tc>
          <w:tcPr>
            <w:tcW w:w="2270" w:type="dxa"/>
            <w:vAlign w:val="center"/>
          </w:tcPr>
          <w:p w14:paraId="302E4D0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требуемую информацию из указан-ных источников; фикси-ровать результаты раз-ными способами; срав-нивать и обобщать ин-</w:t>
            </w:r>
          </w:p>
        </w:tc>
      </w:tr>
      <w:tr w:rsidR="00DE60F7" w:rsidRPr="00F52B28" w14:paraId="5347FE36" w14:textId="77777777" w:rsidTr="0078209C">
        <w:trPr>
          <w:cantSplit/>
        </w:trPr>
        <w:tc>
          <w:tcPr>
            <w:tcW w:w="510" w:type="dxa"/>
            <w:vAlign w:val="center"/>
          </w:tcPr>
          <w:p w14:paraId="02916DB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50" w:type="dxa"/>
            <w:vAlign w:val="center"/>
          </w:tcPr>
          <w:p w14:paraId="202BC3B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9FF944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на увели-чение (умень-шение) числа в несколько раз, выражен-ных в косвен- ной форме. Числа, которые больше 1000. Умножение и деление (продолжение) (40 часов)</w:t>
            </w:r>
          </w:p>
        </w:tc>
        <w:tc>
          <w:tcPr>
            <w:tcW w:w="1701" w:type="dxa"/>
            <w:vAlign w:val="center"/>
          </w:tcPr>
          <w:p w14:paraId="6CE8480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 Числа, которые больше 1000. Умножение и деление (продолжение) (40 часов)</w:t>
            </w:r>
          </w:p>
        </w:tc>
        <w:tc>
          <w:tcPr>
            <w:tcW w:w="4025" w:type="dxa"/>
            <w:vAlign w:val="center"/>
          </w:tcPr>
          <w:p w14:paraId="261F0A8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Составлять план решения текстовых задач и решать их арифметическим способом Числа, которые больше 1000. Умножение и деление (продолжение) (40 часов)</w:t>
            </w:r>
          </w:p>
        </w:tc>
        <w:tc>
          <w:tcPr>
            <w:tcW w:w="3628" w:type="dxa"/>
            <w:vAlign w:val="center"/>
          </w:tcPr>
          <w:p w14:paraId="0FE3D7D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для решения задач Числа, которые больше 1000. Умножение и деление (продолжение) (40 часов)</w:t>
            </w:r>
          </w:p>
        </w:tc>
        <w:tc>
          <w:tcPr>
            <w:tcW w:w="2270" w:type="dxa"/>
            <w:vAlign w:val="center"/>
          </w:tcPr>
          <w:p w14:paraId="32DC94D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ситуа-цию, иллюстрирующую данное арифметиче-ское действие Числа, которые больше 1000. Умножение и деление (продолжение) (40 часов)</w:t>
            </w:r>
          </w:p>
        </w:tc>
      </w:tr>
      <w:tr w:rsidR="00DE60F7" w:rsidRPr="00F52B28" w14:paraId="0F5F1E71" w14:textId="77777777" w:rsidTr="0078209C">
        <w:trPr>
          <w:cantSplit/>
        </w:trPr>
        <w:tc>
          <w:tcPr>
            <w:tcW w:w="510" w:type="dxa"/>
            <w:vAlign w:val="center"/>
          </w:tcPr>
          <w:p w14:paraId="0BF0373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50" w:type="dxa"/>
            <w:vAlign w:val="center"/>
          </w:tcPr>
          <w:p w14:paraId="1983B59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CD93B1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мно-гозначного числа на одно-значное</w:t>
            </w:r>
          </w:p>
        </w:tc>
        <w:tc>
          <w:tcPr>
            <w:tcW w:w="1701" w:type="dxa"/>
            <w:vAlign w:val="center"/>
          </w:tcPr>
          <w:p w14:paraId="64BBC84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12FF223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Объяснять, как выполнено деление, пользуясь планом. Выполнять деле-ние с объяснением. Составлять план решения текстовых задач и решать их арифметическим способом</w:t>
            </w:r>
          </w:p>
        </w:tc>
        <w:tc>
          <w:tcPr>
            <w:tcW w:w="3628" w:type="dxa"/>
            <w:vAlign w:val="center"/>
          </w:tcPr>
          <w:p w14:paraId="60CF4F7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Делить многозначное число на однозначное, проверять правильность выполненных вычислений</w:t>
            </w:r>
          </w:p>
        </w:tc>
        <w:tc>
          <w:tcPr>
            <w:tcW w:w="2270" w:type="dxa"/>
            <w:vAlign w:val="center"/>
          </w:tcPr>
          <w:p w14:paraId="0C28AC1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требуемую информацию из указан-ных источников; фикси-ровать результаты раз-ными способами; срав-нивать и обобщать ин- формацию</w:t>
            </w:r>
          </w:p>
        </w:tc>
      </w:tr>
      <w:tr w:rsidR="00DE60F7" w:rsidRPr="00F52B28" w14:paraId="30E95702" w14:textId="77777777" w:rsidTr="0078209C">
        <w:trPr>
          <w:cantSplit/>
        </w:trPr>
        <w:tc>
          <w:tcPr>
            <w:tcW w:w="510" w:type="dxa"/>
            <w:vAlign w:val="center"/>
          </w:tcPr>
          <w:p w14:paraId="4F1F82F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  <w:vAlign w:val="center"/>
          </w:tcPr>
          <w:p w14:paraId="06F0BE4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CC0CDF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на про-порциональ- ное деление.</w:t>
            </w:r>
          </w:p>
        </w:tc>
        <w:tc>
          <w:tcPr>
            <w:tcW w:w="1701" w:type="dxa"/>
            <w:vAlign w:val="center"/>
          </w:tcPr>
          <w:p w14:paraId="6BAA2F3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7AE2D49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Составлять план решения текстовых задач и решать их арифметическим способом</w:t>
            </w:r>
          </w:p>
        </w:tc>
        <w:tc>
          <w:tcPr>
            <w:tcW w:w="3628" w:type="dxa"/>
            <w:vAlign w:val="center"/>
          </w:tcPr>
          <w:p w14:paraId="6B0326F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для решения задач</w:t>
            </w:r>
          </w:p>
        </w:tc>
        <w:tc>
          <w:tcPr>
            <w:tcW w:w="2270" w:type="dxa"/>
            <w:vAlign w:val="center"/>
          </w:tcPr>
          <w:p w14:paraId="72FB61F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ситуа-цию, иллюстрирующую данное арифметиче- ское действие</w:t>
            </w:r>
          </w:p>
        </w:tc>
      </w:tr>
      <w:tr w:rsidR="00DE60F7" w:rsidRPr="00F52B28" w14:paraId="7D45C143" w14:textId="77777777" w:rsidTr="0078209C">
        <w:trPr>
          <w:cantSplit/>
        </w:trPr>
        <w:tc>
          <w:tcPr>
            <w:tcW w:w="510" w:type="dxa"/>
            <w:vAlign w:val="center"/>
          </w:tcPr>
          <w:p w14:paraId="02BBB65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  <w:vAlign w:val="center"/>
          </w:tcPr>
          <w:p w14:paraId="764E7CB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C14892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мно-гозначного числа на одно-значное</w:t>
            </w:r>
          </w:p>
        </w:tc>
        <w:tc>
          <w:tcPr>
            <w:tcW w:w="1701" w:type="dxa"/>
            <w:vAlign w:val="center"/>
          </w:tcPr>
          <w:p w14:paraId="7ADD640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1A52F40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Объяснять, как выполнено деление, пользуясь планом. Выполнять деле-ние с объяснением. Составлять план решения текстовых задач и решать их арифметическим способом</w:t>
            </w:r>
          </w:p>
        </w:tc>
        <w:tc>
          <w:tcPr>
            <w:tcW w:w="3628" w:type="dxa"/>
            <w:vAlign w:val="center"/>
          </w:tcPr>
          <w:p w14:paraId="7B686CB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Делить многозначное число на однозначное, проверять правильность выполненных вычислений</w:t>
            </w:r>
          </w:p>
        </w:tc>
        <w:tc>
          <w:tcPr>
            <w:tcW w:w="2270" w:type="dxa"/>
            <w:vAlign w:val="center"/>
          </w:tcPr>
          <w:p w14:paraId="701F567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требуемую информацию из указан-ных источников; фикси-ровать результаты раз-ными способами; срав-нивать и обобщать ин- формацию</w:t>
            </w:r>
          </w:p>
        </w:tc>
      </w:tr>
      <w:tr w:rsidR="00DE60F7" w:rsidRPr="00F52B28" w14:paraId="09E5E02F" w14:textId="77777777" w:rsidTr="0078209C">
        <w:trPr>
          <w:cantSplit/>
        </w:trPr>
        <w:tc>
          <w:tcPr>
            <w:tcW w:w="510" w:type="dxa"/>
            <w:vAlign w:val="center"/>
          </w:tcPr>
          <w:p w14:paraId="78142F0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  <w:vAlign w:val="center"/>
          </w:tcPr>
          <w:p w14:paraId="395D445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A12750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на про-порциональ- ное деление</w:t>
            </w:r>
          </w:p>
        </w:tc>
        <w:tc>
          <w:tcPr>
            <w:tcW w:w="1701" w:type="dxa"/>
            <w:vAlign w:val="center"/>
          </w:tcPr>
          <w:p w14:paraId="4120375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0BF85F2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Сравнивать решения задач. Опреде-лять, сколько цифр будет в частном, выполнять деление</w:t>
            </w:r>
          </w:p>
        </w:tc>
        <w:tc>
          <w:tcPr>
            <w:tcW w:w="3628" w:type="dxa"/>
            <w:vAlign w:val="center"/>
          </w:tcPr>
          <w:p w14:paraId="5267EEE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для решения задач</w:t>
            </w:r>
          </w:p>
        </w:tc>
        <w:tc>
          <w:tcPr>
            <w:tcW w:w="2270" w:type="dxa"/>
            <w:vAlign w:val="center"/>
          </w:tcPr>
          <w:p w14:paraId="7844FE8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Прогнозировать резуль-таты вычислений; кон-тролировать свою дея- тельность</w:t>
            </w:r>
          </w:p>
        </w:tc>
      </w:tr>
      <w:tr w:rsidR="00DE60F7" w:rsidRPr="00F52B28" w14:paraId="10270851" w14:textId="77777777" w:rsidTr="0078209C">
        <w:trPr>
          <w:cantSplit/>
        </w:trPr>
        <w:tc>
          <w:tcPr>
            <w:tcW w:w="510" w:type="dxa"/>
            <w:vAlign w:val="center"/>
          </w:tcPr>
          <w:p w14:paraId="52D61BD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850" w:type="dxa"/>
            <w:vAlign w:val="center"/>
          </w:tcPr>
          <w:p w14:paraId="7AF75D8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ECCBE8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мно-гозначного числа на одно-значное</w:t>
            </w:r>
          </w:p>
        </w:tc>
        <w:tc>
          <w:tcPr>
            <w:tcW w:w="1701" w:type="dxa"/>
            <w:vAlign w:val="center"/>
          </w:tcPr>
          <w:p w14:paraId="0FB5B52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48F2917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Нахождение неизвестного делимого по результату в частном и остатку. Находить уравнения с одинаковым значением, находить значения урав- нений и решать текстовые задачи арифметическим способом</w:t>
            </w:r>
          </w:p>
        </w:tc>
        <w:tc>
          <w:tcPr>
            <w:tcW w:w="3628" w:type="dxa"/>
            <w:vAlign w:val="center"/>
          </w:tcPr>
          <w:p w14:paraId="1CC3AAA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Делить многозначное число на однозначное, проверять правильность выполненных вычислений</w:t>
            </w:r>
          </w:p>
        </w:tc>
        <w:tc>
          <w:tcPr>
            <w:tcW w:w="2270" w:type="dxa"/>
            <w:vAlign w:val="center"/>
          </w:tcPr>
          <w:p w14:paraId="1977488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требуемую информацию из указан-ных источников; фикси-ровать результаты раз- ными способами; срав- нивать и обобщать ин-формацию</w:t>
            </w:r>
          </w:p>
        </w:tc>
      </w:tr>
      <w:tr w:rsidR="00DE60F7" w:rsidRPr="00F52B28" w14:paraId="4340DBA9" w14:textId="77777777" w:rsidTr="0078209C">
        <w:trPr>
          <w:cantSplit/>
        </w:trPr>
        <w:tc>
          <w:tcPr>
            <w:tcW w:w="510" w:type="dxa"/>
            <w:vAlign w:val="center"/>
          </w:tcPr>
          <w:p w14:paraId="4476BCA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  <w:vAlign w:val="center"/>
          </w:tcPr>
          <w:p w14:paraId="1A30397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719928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мно-гозначного числа на одно-значное. Проверочная работа № 5 по теме «Умножение и деление на однозначное число»</w:t>
            </w:r>
          </w:p>
        </w:tc>
        <w:tc>
          <w:tcPr>
            <w:tcW w:w="1701" w:type="dxa"/>
            <w:vAlign w:val="center"/>
          </w:tcPr>
          <w:p w14:paraId="3B17080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7D9BDD3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деление многозначного числа на однозначное, делать про- верку. Составлять уравнения и решать их. Находить значение буквенных вы-ражений, решать текстовые задачи арифметическим способом</w:t>
            </w:r>
          </w:p>
        </w:tc>
        <w:tc>
          <w:tcPr>
            <w:tcW w:w="3628" w:type="dxa"/>
            <w:vAlign w:val="center"/>
          </w:tcPr>
          <w:p w14:paraId="5F827DA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Делить многозначное число на однозначное, делать проверку</w:t>
            </w:r>
          </w:p>
        </w:tc>
        <w:tc>
          <w:tcPr>
            <w:tcW w:w="2270" w:type="dxa"/>
            <w:vAlign w:val="center"/>
          </w:tcPr>
          <w:p w14:paraId="2C1BD82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Самостоятельное вы-деление и формулиро-вание познавательной цели, создание спосо-бов решения проблем поискового характера, инициативное сотруд-ничество в поиске и сборе информации</w:t>
            </w:r>
          </w:p>
        </w:tc>
      </w:tr>
      <w:tr w:rsidR="00DE60F7" w:rsidRPr="00F52B28" w14:paraId="59ED3255" w14:textId="77777777" w:rsidTr="0078209C">
        <w:trPr>
          <w:cantSplit/>
        </w:trPr>
        <w:tc>
          <w:tcPr>
            <w:tcW w:w="510" w:type="dxa"/>
            <w:vAlign w:val="center"/>
          </w:tcPr>
          <w:p w14:paraId="2A37CDC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850" w:type="dxa"/>
            <w:vAlign w:val="center"/>
          </w:tcPr>
          <w:p w14:paraId="39DDBD3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AB06E6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Тест № 3 «Проверим себя и оце-ним свои до-стижения». Анализ ре-зультатов. Повторение пройденного. «Что узнали. Чему научи-лись»</w:t>
            </w:r>
          </w:p>
        </w:tc>
        <w:tc>
          <w:tcPr>
            <w:tcW w:w="1701" w:type="dxa"/>
            <w:vAlign w:val="center"/>
          </w:tcPr>
          <w:p w14:paraId="2D88183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5915FC0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Оценивать результаты усвоения учеб-ного материала, делать выводы, пла-нировать действия по устранению вы-явленных недочётов, проявлять лич-ностную заинтересованность в расши-рении знаний и способов действий</w:t>
            </w:r>
          </w:p>
        </w:tc>
        <w:tc>
          <w:tcPr>
            <w:tcW w:w="3628" w:type="dxa"/>
            <w:vAlign w:val="center"/>
          </w:tcPr>
          <w:p w14:paraId="3B7270A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приёмы де-ления многозначного числа на однозначное. Решать задачи арифметическим способом</w:t>
            </w:r>
          </w:p>
        </w:tc>
        <w:tc>
          <w:tcPr>
            <w:tcW w:w="2270" w:type="dxa"/>
            <w:vAlign w:val="center"/>
          </w:tcPr>
          <w:p w14:paraId="3058CE4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обнару-живать и устранять ошибки логического ха-рактера (в ходе реше-ния) и ошибки вычисли-тельного характера</w:t>
            </w:r>
          </w:p>
        </w:tc>
      </w:tr>
      <w:tr w:rsidR="00DE60F7" w:rsidRPr="00F52B28" w14:paraId="4200A5C8" w14:textId="77777777" w:rsidTr="0078209C">
        <w:trPr>
          <w:cantSplit/>
        </w:trPr>
        <w:tc>
          <w:tcPr>
            <w:tcW w:w="510" w:type="dxa"/>
            <w:vAlign w:val="center"/>
          </w:tcPr>
          <w:p w14:paraId="7BB0D2D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50" w:type="dxa"/>
            <w:vAlign w:val="center"/>
          </w:tcPr>
          <w:p w14:paraId="4995C53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1BBCEE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5 по теме «Умножение и деление на однозначное число»</w:t>
            </w:r>
          </w:p>
        </w:tc>
        <w:tc>
          <w:tcPr>
            <w:tcW w:w="1701" w:type="dxa"/>
            <w:vAlign w:val="center"/>
          </w:tcPr>
          <w:p w14:paraId="6CFC904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3037443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Соотносить результат проведённого самоконтроля с целями, поставлен-ными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5340BEC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75E3DF7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Оценка — выделение и осознание обучающим-ся того, что уже усвоено и что ещё нужно усво-ить, осознание качества и уровня усвоения; оценка результатов ра- боты</w:t>
            </w:r>
          </w:p>
        </w:tc>
      </w:tr>
      <w:tr w:rsidR="00DE60F7" w:rsidRPr="00F52B28" w14:paraId="4C8867E6" w14:textId="77777777" w:rsidTr="0078209C">
        <w:trPr>
          <w:cantSplit/>
        </w:trPr>
        <w:tc>
          <w:tcPr>
            <w:tcW w:w="510" w:type="dxa"/>
            <w:vAlign w:val="center"/>
          </w:tcPr>
          <w:p w14:paraId="2DE4C37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850" w:type="dxa"/>
            <w:vAlign w:val="center"/>
          </w:tcPr>
          <w:p w14:paraId="3C2CB0C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987CE9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кон-трольной ра-боты и работа над ошибками. Решение тек-стовых задач</w:t>
            </w:r>
          </w:p>
        </w:tc>
        <w:tc>
          <w:tcPr>
            <w:tcW w:w="1701" w:type="dxa"/>
            <w:vAlign w:val="center"/>
          </w:tcPr>
          <w:p w14:paraId="0A0D451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3A20026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арифметическим спо-собом. Находить периметр прямо-угольника (квадрата). Решать уравне-ния. Совершенствовать вычислитель-ные навыки</w:t>
            </w:r>
          </w:p>
        </w:tc>
        <w:tc>
          <w:tcPr>
            <w:tcW w:w="3628" w:type="dxa"/>
            <w:vAlign w:val="center"/>
          </w:tcPr>
          <w:p w14:paraId="7908359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для решения задач</w:t>
            </w:r>
          </w:p>
        </w:tc>
        <w:tc>
          <w:tcPr>
            <w:tcW w:w="2270" w:type="dxa"/>
            <w:vAlign w:val="center"/>
          </w:tcPr>
          <w:p w14:paraId="4AFC4FA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6F64CAD8" w14:textId="77777777" w:rsidTr="0078209C">
        <w:trPr>
          <w:cantSplit/>
        </w:trPr>
        <w:tc>
          <w:tcPr>
            <w:tcW w:w="510" w:type="dxa"/>
            <w:vAlign w:val="center"/>
          </w:tcPr>
          <w:p w14:paraId="2806BF2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50" w:type="dxa"/>
            <w:vAlign w:val="center"/>
          </w:tcPr>
          <w:p w14:paraId="25E09B9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4BD572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Скорость. Время. Рас-стояние. Еди-ницы скорости</w:t>
            </w:r>
          </w:p>
        </w:tc>
        <w:tc>
          <w:tcPr>
            <w:tcW w:w="1701" w:type="dxa"/>
            <w:vAlign w:val="center"/>
          </w:tcPr>
          <w:p w14:paraId="5EC4691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 ния умений и навыков</w:t>
            </w:r>
          </w:p>
        </w:tc>
        <w:tc>
          <w:tcPr>
            <w:tcW w:w="4025" w:type="dxa"/>
            <w:vAlign w:val="center"/>
          </w:tcPr>
          <w:p w14:paraId="2FFFE0C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взаимосвязи между величинами: скорость, время, рассто-яние. Переводить одни единицы ско-рости в другие. Находить значение буквенных и числовых выражений</w:t>
            </w:r>
          </w:p>
        </w:tc>
        <w:tc>
          <w:tcPr>
            <w:tcW w:w="3628" w:type="dxa"/>
            <w:vAlign w:val="center"/>
          </w:tcPr>
          <w:p w14:paraId="0660360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Составлять план действий и определять наиболее эф-фективные способы реше-ния задачи</w:t>
            </w:r>
          </w:p>
        </w:tc>
        <w:tc>
          <w:tcPr>
            <w:tcW w:w="2270" w:type="dxa"/>
            <w:vAlign w:val="center"/>
          </w:tcPr>
          <w:p w14:paraId="340643D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содер- жащиеся в тексте зада-чи зависимости; плани-ровать ход решения задачи</w:t>
            </w:r>
          </w:p>
        </w:tc>
      </w:tr>
      <w:tr w:rsidR="00DE60F7" w:rsidRPr="00F52B28" w14:paraId="09D20235" w14:textId="77777777" w:rsidTr="0078209C">
        <w:trPr>
          <w:cantSplit/>
        </w:trPr>
        <w:tc>
          <w:tcPr>
            <w:tcW w:w="510" w:type="dxa"/>
            <w:vAlign w:val="center"/>
          </w:tcPr>
          <w:p w14:paraId="08C6AE7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0" w:type="dxa"/>
            <w:vAlign w:val="center"/>
          </w:tcPr>
          <w:p w14:paraId="491FD79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59E4C7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Взаимосвязь между скоро-стью, време-нем и рассто-янием</w:t>
            </w:r>
          </w:p>
        </w:tc>
        <w:tc>
          <w:tcPr>
            <w:tcW w:w="1701" w:type="dxa"/>
            <w:vAlign w:val="center"/>
          </w:tcPr>
          <w:p w14:paraId="04E93DB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02F0607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Записывать задачи с величинами: скорость, время, расстояние в таблицу и решать их. Составлять по выраже-нию задачи с величинами: скорость, время, расстояние. Находить значе- ние уравнений и числовых выражений</w:t>
            </w:r>
          </w:p>
        </w:tc>
        <w:tc>
          <w:tcPr>
            <w:tcW w:w="3628" w:type="dxa"/>
            <w:vAlign w:val="center"/>
          </w:tcPr>
          <w:p w14:paraId="5AB121F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с величи-нами: скорость, время, рас- стояние. Называть единицы скорости. Понимать взаи-мосвязь между скоростью, временем и расстоянием</w:t>
            </w:r>
          </w:p>
        </w:tc>
        <w:tc>
          <w:tcPr>
            <w:tcW w:w="2270" w:type="dxa"/>
            <w:vAlign w:val="center"/>
          </w:tcPr>
          <w:p w14:paraId="5871338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содер-жащиеся в тексте зада-чи зависимости; плани-ровать ход решения задачи</w:t>
            </w:r>
          </w:p>
        </w:tc>
      </w:tr>
      <w:tr w:rsidR="00DE60F7" w:rsidRPr="00F52B28" w14:paraId="2E526A36" w14:textId="77777777" w:rsidTr="0078209C">
        <w:trPr>
          <w:cantSplit/>
        </w:trPr>
        <w:tc>
          <w:tcPr>
            <w:tcW w:w="510" w:type="dxa"/>
            <w:vAlign w:val="center"/>
          </w:tcPr>
          <w:p w14:paraId="58AB680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850" w:type="dxa"/>
            <w:vAlign w:val="center"/>
          </w:tcPr>
          <w:p w14:paraId="42C26D9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7F2472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с величи-нами: ско-рость, время, расстояние</w:t>
            </w:r>
          </w:p>
        </w:tc>
        <w:tc>
          <w:tcPr>
            <w:tcW w:w="1701" w:type="dxa"/>
            <w:vAlign w:val="center"/>
          </w:tcPr>
          <w:p w14:paraId="64A0066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6A22341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Записывать задачи с величинами: скорость, время, расстояние в таблицу и решать их. Переводить одни едини-цы длины, массы, времени, площади в другие</w:t>
            </w:r>
          </w:p>
        </w:tc>
        <w:tc>
          <w:tcPr>
            <w:tcW w:w="3628" w:type="dxa"/>
            <w:vAlign w:val="center"/>
          </w:tcPr>
          <w:p w14:paraId="3D36648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с величи-нами: скорость, время, рас- стояние. Называть единицы скорости. Понимать взаи-мосвязь между скоростью, временем и расстоянием</w:t>
            </w:r>
          </w:p>
        </w:tc>
        <w:tc>
          <w:tcPr>
            <w:tcW w:w="2270" w:type="dxa"/>
            <w:vAlign w:val="center"/>
          </w:tcPr>
          <w:p w14:paraId="6ABB4BA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содер-жащиеся в тексте зада-чи зависимости; плани-ровать ход решения задачи</w:t>
            </w:r>
          </w:p>
        </w:tc>
      </w:tr>
      <w:tr w:rsidR="00DE60F7" w:rsidRPr="00F52B28" w14:paraId="6E48F95B" w14:textId="77777777" w:rsidTr="0078209C">
        <w:trPr>
          <w:cantSplit/>
        </w:trPr>
        <w:tc>
          <w:tcPr>
            <w:tcW w:w="510" w:type="dxa"/>
            <w:vAlign w:val="center"/>
          </w:tcPr>
          <w:p w14:paraId="2AC16EF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50" w:type="dxa"/>
            <w:vAlign w:val="center"/>
          </w:tcPr>
          <w:p w14:paraId="59CAA8E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EBFC34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задач на движение. Проверочная работа № 6 по теме «Скорость. Время. Рас-стояние»</w:t>
            </w:r>
          </w:p>
        </w:tc>
        <w:tc>
          <w:tcPr>
            <w:tcW w:w="1701" w:type="dxa"/>
            <w:vAlign w:val="center"/>
          </w:tcPr>
          <w:p w14:paraId="2DB418B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71252A1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Записывать задачи с величинами: скорость, время, расстояние в таблицу и решать их. Составлять задачу по чертежу на одновременное встречное движение. Находить значение число-вых выражений и проверять вычисле-ния на калькуляторе</w:t>
            </w:r>
          </w:p>
        </w:tc>
        <w:tc>
          <w:tcPr>
            <w:tcW w:w="3628" w:type="dxa"/>
            <w:vAlign w:val="center"/>
          </w:tcPr>
          <w:p w14:paraId="39CC15E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с величи-нами: скорость, время, рас- стояние. Понимать взаимо-связь между скоростью, временем и расстоянием</w:t>
            </w:r>
          </w:p>
        </w:tc>
        <w:tc>
          <w:tcPr>
            <w:tcW w:w="2270" w:type="dxa"/>
            <w:vAlign w:val="center"/>
          </w:tcPr>
          <w:p w14:paraId="6572558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содер-жащиеся в тексте зада-чи зависимости; плани-ровать ход решения задачи. Контролировать свою деятельность: об-наруживать и устранять ошибки.</w:t>
            </w:r>
          </w:p>
        </w:tc>
      </w:tr>
      <w:tr w:rsidR="00DE60F7" w:rsidRPr="00F52B28" w14:paraId="5F8388B2" w14:textId="77777777" w:rsidTr="0078209C">
        <w:trPr>
          <w:cantSplit/>
        </w:trPr>
        <w:tc>
          <w:tcPr>
            <w:tcW w:w="510" w:type="dxa"/>
            <w:vAlign w:val="center"/>
          </w:tcPr>
          <w:p w14:paraId="009310E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50" w:type="dxa"/>
            <w:vAlign w:val="center"/>
          </w:tcPr>
          <w:p w14:paraId="24FCE0C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447671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Умножение числа на про-изведение</w:t>
            </w:r>
          </w:p>
        </w:tc>
        <w:tc>
          <w:tcPr>
            <w:tcW w:w="1701" w:type="dxa"/>
            <w:vAlign w:val="center"/>
          </w:tcPr>
          <w:p w14:paraId="1249CE6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34812C9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свойство умножения числа на произведение в устных и письмен-ных вычислениях. Выполнять умноже-ние числа на произведение разными способами, сравнивать результаты вычислений</w:t>
            </w:r>
          </w:p>
        </w:tc>
        <w:tc>
          <w:tcPr>
            <w:tcW w:w="3628" w:type="dxa"/>
            <w:vAlign w:val="center"/>
          </w:tcPr>
          <w:p w14:paraId="5A9857C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свойства арифметических действий при выполнении вычис-лений. Находить результат при умножении числа на произведение удобным спо-собом</w:t>
            </w:r>
          </w:p>
        </w:tc>
        <w:tc>
          <w:tcPr>
            <w:tcW w:w="2270" w:type="dxa"/>
            <w:vAlign w:val="center"/>
          </w:tcPr>
          <w:p w14:paraId="216CA1A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со-здание алгоритмов дея-тельности при решении проблем творческого и поискового характера</w:t>
            </w:r>
          </w:p>
        </w:tc>
      </w:tr>
      <w:tr w:rsidR="00DE60F7" w:rsidRPr="00F52B28" w14:paraId="3F1B91EA" w14:textId="77777777" w:rsidTr="0078209C">
        <w:trPr>
          <w:cantSplit/>
        </w:trPr>
        <w:tc>
          <w:tcPr>
            <w:tcW w:w="510" w:type="dxa"/>
            <w:vAlign w:val="center"/>
          </w:tcPr>
          <w:p w14:paraId="541FF18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850" w:type="dxa"/>
            <w:vAlign w:val="center"/>
          </w:tcPr>
          <w:p w14:paraId="6880975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83B98C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на числа, оканчи-вающиеся ну-лями</w:t>
            </w:r>
          </w:p>
        </w:tc>
        <w:tc>
          <w:tcPr>
            <w:tcW w:w="1701" w:type="dxa"/>
            <w:vAlign w:val="center"/>
          </w:tcPr>
          <w:p w14:paraId="1161343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591D93C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свойство умножения числа на произведение в письменных вы- числениях, записывать решение стол-биком. Решать задачи на одновремен-ное встречное движение</w:t>
            </w:r>
          </w:p>
        </w:tc>
        <w:tc>
          <w:tcPr>
            <w:tcW w:w="3628" w:type="dxa"/>
            <w:vAlign w:val="center"/>
          </w:tcPr>
          <w:p w14:paraId="5EBAF2B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умножение на числа, окан-чивающиеся нулями</w:t>
            </w:r>
          </w:p>
        </w:tc>
        <w:tc>
          <w:tcPr>
            <w:tcW w:w="2270" w:type="dxa"/>
            <w:vAlign w:val="center"/>
          </w:tcPr>
          <w:p w14:paraId="44FD290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со-здание алгоритмов дея-тельности при решении проблем творческого и поискового характера</w:t>
            </w:r>
          </w:p>
        </w:tc>
      </w:tr>
      <w:tr w:rsidR="00DE60F7" w:rsidRPr="00F52B28" w14:paraId="26DDDE20" w14:textId="77777777" w:rsidTr="0078209C">
        <w:trPr>
          <w:cantSplit/>
        </w:trPr>
        <w:tc>
          <w:tcPr>
            <w:tcW w:w="510" w:type="dxa"/>
            <w:vAlign w:val="center"/>
          </w:tcPr>
          <w:p w14:paraId="1FB9837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vAlign w:val="center"/>
          </w:tcPr>
          <w:p w14:paraId="2AF554A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0BE78F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Умножение на числа, оканчи- вающиеся ну-лями</w:t>
            </w:r>
          </w:p>
        </w:tc>
        <w:tc>
          <w:tcPr>
            <w:tcW w:w="1701" w:type="dxa"/>
            <w:vAlign w:val="center"/>
          </w:tcPr>
          <w:p w14:paraId="463483B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67ACC17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свойство умножения числа на произведение в письменных вы- числениях, записывать решение стол-биком. Сравнивать именованные чис-ла. Решать задачи на одновременное встречное движение</w:t>
            </w:r>
          </w:p>
        </w:tc>
        <w:tc>
          <w:tcPr>
            <w:tcW w:w="3628" w:type="dxa"/>
            <w:vAlign w:val="center"/>
          </w:tcPr>
          <w:p w14:paraId="6987CE5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умножение на числа, окан- чивающиеся нулями</w:t>
            </w:r>
          </w:p>
        </w:tc>
        <w:tc>
          <w:tcPr>
            <w:tcW w:w="2270" w:type="dxa"/>
            <w:vAlign w:val="center"/>
          </w:tcPr>
          <w:p w14:paraId="1A04026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 ленного банка данных</w:t>
            </w:r>
          </w:p>
        </w:tc>
      </w:tr>
      <w:tr w:rsidR="00DE60F7" w:rsidRPr="00F52B28" w14:paraId="7C565FC1" w14:textId="77777777" w:rsidTr="0078209C">
        <w:trPr>
          <w:cantSplit/>
        </w:trPr>
        <w:tc>
          <w:tcPr>
            <w:tcW w:w="510" w:type="dxa"/>
            <w:vAlign w:val="center"/>
          </w:tcPr>
          <w:p w14:paraId="289F32E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850" w:type="dxa"/>
            <w:vAlign w:val="center"/>
          </w:tcPr>
          <w:p w14:paraId="7E70105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C2EFC2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двух чисел, оканчиваю- щихся нулями</w:t>
            </w:r>
          </w:p>
        </w:tc>
        <w:tc>
          <w:tcPr>
            <w:tcW w:w="1701" w:type="dxa"/>
            <w:vAlign w:val="center"/>
          </w:tcPr>
          <w:p w14:paraId="218CEA7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360CBAB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свойство умножения числа на произведение в письменных вы- числениях, записывать решение стол-биком. Решать задачи на одновремен-ное встречное движение. Переводить одни единицы площади в другие</w:t>
            </w:r>
          </w:p>
        </w:tc>
        <w:tc>
          <w:tcPr>
            <w:tcW w:w="3628" w:type="dxa"/>
            <w:vAlign w:val="center"/>
          </w:tcPr>
          <w:p w14:paraId="2162E6C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умножение на числа, окан-чивающиеся нулями</w:t>
            </w:r>
          </w:p>
        </w:tc>
        <w:tc>
          <w:tcPr>
            <w:tcW w:w="2270" w:type="dxa"/>
            <w:vAlign w:val="center"/>
          </w:tcPr>
          <w:p w14:paraId="6A3B346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Учебное сотрудниче-ство с учителем и сверстниками в поиске и сборе информации; умение с достаточной полнотой и точностью выражать свои мысли в соответствии с задача-ми и условиями комму- никации</w:t>
            </w:r>
          </w:p>
        </w:tc>
      </w:tr>
      <w:tr w:rsidR="00DE60F7" w:rsidRPr="00F52B28" w14:paraId="42359D68" w14:textId="77777777" w:rsidTr="0078209C">
        <w:trPr>
          <w:cantSplit/>
        </w:trPr>
        <w:tc>
          <w:tcPr>
            <w:tcW w:w="510" w:type="dxa"/>
            <w:vAlign w:val="center"/>
          </w:tcPr>
          <w:p w14:paraId="18A4777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850" w:type="dxa"/>
            <w:vAlign w:val="center"/>
          </w:tcPr>
          <w:p w14:paraId="788899F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B88D68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на одно-временное встречное движение</w:t>
            </w:r>
          </w:p>
        </w:tc>
        <w:tc>
          <w:tcPr>
            <w:tcW w:w="1701" w:type="dxa"/>
            <w:vAlign w:val="center"/>
          </w:tcPr>
          <w:p w14:paraId="3B9BD66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647E39C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на одновременное встречное движение: выполнять схе-матические чертежи, сравнивать за-дачи и их решения</w:t>
            </w:r>
          </w:p>
        </w:tc>
        <w:tc>
          <w:tcPr>
            <w:tcW w:w="3628" w:type="dxa"/>
            <w:vAlign w:val="center"/>
          </w:tcPr>
          <w:p w14:paraId="597BCF9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на одно-временное встречное дви-жение, развивать навык уст-ного счёта; развивать вни-мание, творческое мышле-ние</w:t>
            </w:r>
          </w:p>
        </w:tc>
        <w:tc>
          <w:tcPr>
            <w:tcW w:w="2270" w:type="dxa"/>
            <w:vAlign w:val="center"/>
          </w:tcPr>
          <w:p w14:paraId="7DD7286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285D4F80" w14:textId="77777777" w:rsidTr="0078209C">
        <w:trPr>
          <w:cantSplit/>
        </w:trPr>
        <w:tc>
          <w:tcPr>
            <w:tcW w:w="510" w:type="dxa"/>
            <w:vAlign w:val="center"/>
          </w:tcPr>
          <w:p w14:paraId="1DE47C3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50" w:type="dxa"/>
            <w:vAlign w:val="center"/>
          </w:tcPr>
          <w:p w14:paraId="617E373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2197F7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Перестановка и группировка множителей</w:t>
            </w:r>
          </w:p>
        </w:tc>
        <w:tc>
          <w:tcPr>
            <w:tcW w:w="1701" w:type="dxa"/>
            <w:vAlign w:val="center"/>
          </w:tcPr>
          <w:p w14:paraId="673BD87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7DEB233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Используя переместительное свой-ство умножения и свойство группиров-ки множителей, находить значение числового выражения. Решать задачи на одновременное встречное движе-ние</w:t>
            </w:r>
          </w:p>
        </w:tc>
        <w:tc>
          <w:tcPr>
            <w:tcW w:w="3628" w:type="dxa"/>
            <w:vAlign w:val="center"/>
          </w:tcPr>
          <w:p w14:paraId="40B2EFB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свойства умно-жения при решении число-вых выражений</w:t>
            </w:r>
          </w:p>
        </w:tc>
        <w:tc>
          <w:tcPr>
            <w:tcW w:w="2270" w:type="dxa"/>
            <w:vAlign w:val="center"/>
          </w:tcPr>
          <w:p w14:paraId="2BA3075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предъяв-ленного банка данных</w:t>
            </w:r>
          </w:p>
        </w:tc>
      </w:tr>
      <w:tr w:rsidR="00DE60F7" w:rsidRPr="00F52B28" w14:paraId="0BC0AF9F" w14:textId="77777777" w:rsidTr="0078209C">
        <w:trPr>
          <w:cantSplit/>
        </w:trPr>
        <w:tc>
          <w:tcPr>
            <w:tcW w:w="510" w:type="dxa"/>
            <w:vAlign w:val="center"/>
          </w:tcPr>
          <w:p w14:paraId="1EBFB28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50" w:type="dxa"/>
            <w:vAlign w:val="center"/>
          </w:tcPr>
          <w:p w14:paraId="3B2F998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C22101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Повторение пройденного. «Что узнали. Чему научи-лись». Взаимная про-верка знаний: «Помогаем друг другу сделать шаг к успеху»</w:t>
            </w:r>
          </w:p>
        </w:tc>
        <w:tc>
          <w:tcPr>
            <w:tcW w:w="1701" w:type="dxa"/>
            <w:vAlign w:val="center"/>
          </w:tcPr>
          <w:p w14:paraId="31CFE46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0F78FC3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Оценивать результаты освоения темы, проявлять личную заинтересован-ность в приобретении и расширении знаний и способов действий. Анализи-ровать свои действия и управлять ими</w:t>
            </w:r>
          </w:p>
        </w:tc>
        <w:tc>
          <w:tcPr>
            <w:tcW w:w="3628" w:type="dxa"/>
            <w:vAlign w:val="center"/>
          </w:tcPr>
          <w:p w14:paraId="2F6F719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на одно-временное встречное дви-жение, развивать навык уст-ного счёта; развивать вни-мание, творческое мышле-ние</w:t>
            </w:r>
          </w:p>
        </w:tc>
        <w:tc>
          <w:tcPr>
            <w:tcW w:w="2270" w:type="dxa"/>
            <w:vAlign w:val="center"/>
          </w:tcPr>
          <w:p w14:paraId="6165718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51E5B13D" w14:textId="77777777" w:rsidTr="0078209C">
        <w:trPr>
          <w:cantSplit/>
        </w:trPr>
        <w:tc>
          <w:tcPr>
            <w:tcW w:w="510" w:type="dxa"/>
            <w:vAlign w:val="center"/>
          </w:tcPr>
          <w:p w14:paraId="7A1E11F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50" w:type="dxa"/>
            <w:vAlign w:val="center"/>
          </w:tcPr>
          <w:p w14:paraId="6EA5360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317AFC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числа на произведе-ние</w:t>
            </w:r>
          </w:p>
        </w:tc>
        <w:tc>
          <w:tcPr>
            <w:tcW w:w="1701" w:type="dxa"/>
            <w:vAlign w:val="center"/>
          </w:tcPr>
          <w:p w14:paraId="4EBFF09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347C9AC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свойство деления числа на произведение в устных и письменных вычислениях. Решать тестовые зада-чи арифметическим способом</w:t>
            </w:r>
          </w:p>
        </w:tc>
        <w:tc>
          <w:tcPr>
            <w:tcW w:w="3628" w:type="dxa"/>
            <w:vAlign w:val="center"/>
          </w:tcPr>
          <w:p w14:paraId="2B4AB5A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свойства арифметических действий при выполнении вычис- лений. Находить результат при делении числа на про-изведение удобным спосо- бом</w:t>
            </w:r>
          </w:p>
        </w:tc>
        <w:tc>
          <w:tcPr>
            <w:tcW w:w="2270" w:type="dxa"/>
            <w:vAlign w:val="center"/>
          </w:tcPr>
          <w:p w14:paraId="6C27E76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со-здание алгоритмов дея-тельности при решении проблем творческого и поискового характера</w:t>
            </w:r>
          </w:p>
        </w:tc>
      </w:tr>
      <w:tr w:rsidR="00DE60F7" w:rsidRPr="00F52B28" w14:paraId="155FCB73" w14:textId="77777777" w:rsidTr="0078209C">
        <w:trPr>
          <w:cantSplit/>
        </w:trPr>
        <w:tc>
          <w:tcPr>
            <w:tcW w:w="510" w:type="dxa"/>
            <w:vAlign w:val="center"/>
          </w:tcPr>
          <w:p w14:paraId="73CD420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50" w:type="dxa"/>
            <w:vAlign w:val="center"/>
          </w:tcPr>
          <w:p w14:paraId="246A203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661CD2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числа на произведе-ние</w:t>
            </w:r>
          </w:p>
        </w:tc>
        <w:tc>
          <w:tcPr>
            <w:tcW w:w="1701" w:type="dxa"/>
            <w:vAlign w:val="center"/>
          </w:tcPr>
          <w:p w14:paraId="4107DA0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6543693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свойство деления числа на произведение в устных и письменных вычислениях. Решать тестовые зада-чи арифметическим способом</w:t>
            </w:r>
          </w:p>
        </w:tc>
        <w:tc>
          <w:tcPr>
            <w:tcW w:w="3628" w:type="dxa"/>
            <w:vAlign w:val="center"/>
          </w:tcPr>
          <w:p w14:paraId="6627A7A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свойства арифметических действий при выполнении вычис-лений. Находить результат при делении числа на про-изведение удобным спосо- бом</w:t>
            </w:r>
          </w:p>
        </w:tc>
        <w:tc>
          <w:tcPr>
            <w:tcW w:w="2270" w:type="dxa"/>
            <w:vAlign w:val="center"/>
          </w:tcPr>
          <w:p w14:paraId="1A56F77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4F3657BE" w14:textId="77777777" w:rsidTr="0078209C">
        <w:trPr>
          <w:cantSplit/>
        </w:trPr>
        <w:tc>
          <w:tcPr>
            <w:tcW w:w="510" w:type="dxa"/>
            <w:vAlign w:val="center"/>
          </w:tcPr>
          <w:p w14:paraId="170CB7F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850" w:type="dxa"/>
            <w:vAlign w:val="center"/>
          </w:tcPr>
          <w:p w14:paraId="5DFB747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2B020B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с остатком на 10, 100, 1 000</w:t>
            </w:r>
          </w:p>
        </w:tc>
        <w:tc>
          <w:tcPr>
            <w:tcW w:w="1701" w:type="dxa"/>
            <w:vAlign w:val="center"/>
          </w:tcPr>
          <w:p w14:paraId="09E3253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6A1816B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устно и письменно деление с остатком на 10, 100, 1 000. Решать тестовые задачи арифметическим способом. Находить значение буквен-ных выражений</w:t>
            </w:r>
          </w:p>
        </w:tc>
        <w:tc>
          <w:tcPr>
            <w:tcW w:w="3628" w:type="dxa"/>
            <w:vAlign w:val="center"/>
          </w:tcPr>
          <w:p w14:paraId="392CFD0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приём письмен-ного деления многозначного числа на 10, 100, 1 000 с остатком</w:t>
            </w:r>
          </w:p>
        </w:tc>
        <w:tc>
          <w:tcPr>
            <w:tcW w:w="2270" w:type="dxa"/>
            <w:vAlign w:val="center"/>
          </w:tcPr>
          <w:p w14:paraId="0DF370A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со-здание алгоритмов дея-тельности при решении проблем творческого и поискового характера</w:t>
            </w:r>
          </w:p>
        </w:tc>
      </w:tr>
      <w:tr w:rsidR="00DE60F7" w:rsidRPr="00F52B28" w14:paraId="78C12E9B" w14:textId="77777777" w:rsidTr="0078209C">
        <w:trPr>
          <w:cantSplit/>
        </w:trPr>
        <w:tc>
          <w:tcPr>
            <w:tcW w:w="510" w:type="dxa"/>
            <w:vAlign w:val="center"/>
          </w:tcPr>
          <w:p w14:paraId="72D0E50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50" w:type="dxa"/>
            <w:vAlign w:val="center"/>
          </w:tcPr>
          <w:p w14:paraId="52EED83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FE9A94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Составление и решение за-дач, обратных данной</w:t>
            </w:r>
          </w:p>
        </w:tc>
        <w:tc>
          <w:tcPr>
            <w:tcW w:w="1701" w:type="dxa"/>
            <w:vAlign w:val="center"/>
          </w:tcPr>
          <w:p w14:paraId="321090F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4097259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Анализировать задачи, устанавливать зависимости между величинами, со-ставлять план решения задачи, ре-шать текстовые задачи. Записывать равенства и неравенства, выполнять проверку. Выполнять деление с остат- ком и проверять решение</w:t>
            </w:r>
          </w:p>
        </w:tc>
        <w:tc>
          <w:tcPr>
            <w:tcW w:w="3628" w:type="dxa"/>
            <w:vAlign w:val="center"/>
          </w:tcPr>
          <w:p w14:paraId="01899FA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для решения задач</w:t>
            </w:r>
          </w:p>
        </w:tc>
        <w:tc>
          <w:tcPr>
            <w:tcW w:w="2270" w:type="dxa"/>
            <w:vAlign w:val="center"/>
          </w:tcPr>
          <w:p w14:paraId="17BE409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творческого и поискового характера</w:t>
            </w:r>
          </w:p>
        </w:tc>
      </w:tr>
      <w:tr w:rsidR="00DE60F7" w:rsidRPr="00F52B28" w14:paraId="268E578A" w14:textId="77777777" w:rsidTr="0078209C">
        <w:trPr>
          <w:cantSplit/>
        </w:trPr>
        <w:tc>
          <w:tcPr>
            <w:tcW w:w="510" w:type="dxa"/>
            <w:vAlign w:val="center"/>
          </w:tcPr>
          <w:p w14:paraId="2625F3C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850" w:type="dxa"/>
            <w:vAlign w:val="center"/>
          </w:tcPr>
          <w:p w14:paraId="1905ADC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9E768C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на числа, оканчи-вающиеся ну- лями</w:t>
            </w:r>
          </w:p>
        </w:tc>
        <w:tc>
          <w:tcPr>
            <w:tcW w:w="1701" w:type="dxa"/>
            <w:vAlign w:val="center"/>
          </w:tcPr>
          <w:p w14:paraId="0DAB85D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08396F8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устно и письменно деление на числа, оканчивающиеся нулями, объяснять используемые приёмы</w:t>
            </w:r>
          </w:p>
        </w:tc>
        <w:tc>
          <w:tcPr>
            <w:tcW w:w="3628" w:type="dxa"/>
            <w:vAlign w:val="center"/>
          </w:tcPr>
          <w:p w14:paraId="1E7773C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приём деления на числа, оканчивающиеся нулями</w:t>
            </w:r>
          </w:p>
        </w:tc>
        <w:tc>
          <w:tcPr>
            <w:tcW w:w="2270" w:type="dxa"/>
            <w:vAlign w:val="center"/>
          </w:tcPr>
          <w:p w14:paraId="67A1001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7F56AE85" w14:textId="77777777" w:rsidTr="0078209C">
        <w:trPr>
          <w:cantSplit/>
        </w:trPr>
        <w:tc>
          <w:tcPr>
            <w:tcW w:w="510" w:type="dxa"/>
            <w:vAlign w:val="center"/>
          </w:tcPr>
          <w:p w14:paraId="3DC11E6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vAlign w:val="center"/>
          </w:tcPr>
          <w:p w14:paraId="34B8240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74A9C0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на числа, оканчи-вающиеся ну-лями</w:t>
            </w:r>
          </w:p>
        </w:tc>
        <w:tc>
          <w:tcPr>
            <w:tcW w:w="1701" w:type="dxa"/>
            <w:vAlign w:val="center"/>
          </w:tcPr>
          <w:p w14:paraId="2451561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5F60B97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устно и письменно деление на числа, оканчивающиеся нулями, объяснять используемые приёмы. Со-вершенствовать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1CB8403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приём деления на числа, оканчивающиеся нулями</w:t>
            </w:r>
          </w:p>
        </w:tc>
        <w:tc>
          <w:tcPr>
            <w:tcW w:w="2270" w:type="dxa"/>
            <w:vAlign w:val="center"/>
          </w:tcPr>
          <w:p w14:paraId="6384F92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объектов с це-лью выделения призна-ков (существенных, не-существенных)</w:t>
            </w:r>
          </w:p>
        </w:tc>
      </w:tr>
      <w:tr w:rsidR="00DE60F7" w:rsidRPr="00F52B28" w14:paraId="3AAECC2D" w14:textId="77777777" w:rsidTr="0078209C">
        <w:trPr>
          <w:cantSplit/>
        </w:trPr>
        <w:tc>
          <w:tcPr>
            <w:tcW w:w="510" w:type="dxa"/>
            <w:vAlign w:val="center"/>
          </w:tcPr>
          <w:p w14:paraId="3B72195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0" w:type="dxa"/>
            <w:vAlign w:val="center"/>
          </w:tcPr>
          <w:p w14:paraId="2343876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0AE885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на числа, оканчи-вающиеся ну-лями</w:t>
            </w:r>
          </w:p>
        </w:tc>
        <w:tc>
          <w:tcPr>
            <w:tcW w:w="1701" w:type="dxa"/>
            <w:vAlign w:val="center"/>
          </w:tcPr>
          <w:p w14:paraId="72B0FFC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0B50E8C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устно и письменно деление на числа, оканчивающиеся нулями, объяснять используемые приёмы. Со-вершенствовать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39FF0DC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приём деления на числа, оканчивающиеся нулями</w:t>
            </w:r>
          </w:p>
        </w:tc>
        <w:tc>
          <w:tcPr>
            <w:tcW w:w="2270" w:type="dxa"/>
            <w:vAlign w:val="center"/>
          </w:tcPr>
          <w:p w14:paraId="08BFA1C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объектов с це-лью выделения призна-ков (существенных, не-существенных)</w:t>
            </w:r>
          </w:p>
        </w:tc>
      </w:tr>
      <w:tr w:rsidR="00DE60F7" w:rsidRPr="00F52B28" w14:paraId="48BA9AE2" w14:textId="77777777" w:rsidTr="0078209C">
        <w:trPr>
          <w:cantSplit/>
        </w:trPr>
        <w:tc>
          <w:tcPr>
            <w:tcW w:w="510" w:type="dxa"/>
            <w:vAlign w:val="center"/>
          </w:tcPr>
          <w:p w14:paraId="5EDBB59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850" w:type="dxa"/>
            <w:vAlign w:val="center"/>
          </w:tcPr>
          <w:p w14:paraId="2DD304A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366527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на числа, оканчи-вающиеся ну-лями</w:t>
            </w:r>
          </w:p>
        </w:tc>
        <w:tc>
          <w:tcPr>
            <w:tcW w:w="1701" w:type="dxa"/>
            <w:vAlign w:val="center"/>
          </w:tcPr>
          <w:p w14:paraId="5777346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1321B5E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устно и письменно деление на числа, оканчивающиеся нулями, объяснять используемые приёмы. Со-вершенствовать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0F4BFCA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приём деления на числа, оканчивающиеся нулями</w:t>
            </w:r>
          </w:p>
        </w:tc>
        <w:tc>
          <w:tcPr>
            <w:tcW w:w="2270" w:type="dxa"/>
            <w:vAlign w:val="center"/>
          </w:tcPr>
          <w:p w14:paraId="7128E3D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 нове анализа предъяв-ленного банка данных</w:t>
            </w:r>
          </w:p>
        </w:tc>
      </w:tr>
      <w:tr w:rsidR="00DE60F7" w:rsidRPr="00F52B28" w14:paraId="5A2F4E25" w14:textId="77777777" w:rsidTr="0078209C">
        <w:trPr>
          <w:cantSplit/>
        </w:trPr>
        <w:tc>
          <w:tcPr>
            <w:tcW w:w="510" w:type="dxa"/>
            <w:vAlign w:val="center"/>
          </w:tcPr>
          <w:p w14:paraId="39D4A4D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vAlign w:val="center"/>
          </w:tcPr>
          <w:p w14:paraId="2DC4DD0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45FC78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на одно-временное движение в противопо-ложных направлениях</w:t>
            </w:r>
          </w:p>
        </w:tc>
        <w:tc>
          <w:tcPr>
            <w:tcW w:w="1701" w:type="dxa"/>
            <w:vAlign w:val="center"/>
          </w:tcPr>
          <w:p w14:paraId="1976878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7339CE5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схематические чертежи по текстовым задачам на одновременное движение в противоположных направ-лениях и решать задачи. Составлять план решения. Обнаруживать допу-щенные ошибки</w:t>
            </w:r>
          </w:p>
        </w:tc>
        <w:tc>
          <w:tcPr>
            <w:tcW w:w="3628" w:type="dxa"/>
            <w:vAlign w:val="center"/>
          </w:tcPr>
          <w:p w14:paraId="0BAE7F7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для решения задач. Решать задачи на одно-временное движение в про-тивоположных направлени-ях</w:t>
            </w:r>
          </w:p>
        </w:tc>
        <w:tc>
          <w:tcPr>
            <w:tcW w:w="2270" w:type="dxa"/>
            <w:vAlign w:val="center"/>
          </w:tcPr>
          <w:p w14:paraId="405D666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объектов с це-лью выделения призна-ков (существенных, не-существенных)</w:t>
            </w:r>
          </w:p>
        </w:tc>
      </w:tr>
      <w:tr w:rsidR="00DE60F7" w:rsidRPr="00F52B28" w14:paraId="14B97EAC" w14:textId="77777777" w:rsidTr="0078209C">
        <w:trPr>
          <w:cantSplit/>
        </w:trPr>
        <w:tc>
          <w:tcPr>
            <w:tcW w:w="510" w:type="dxa"/>
            <w:vAlign w:val="center"/>
          </w:tcPr>
          <w:p w14:paraId="63D5C68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0" w:type="dxa"/>
            <w:vAlign w:val="center"/>
          </w:tcPr>
          <w:p w14:paraId="1B2DB76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3E2CC0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на числа, оканчи-вающиеся ну-лями. Проверочная работа № 7 по теме «Де-ление на чис-ла, оканчи-вающиеся нулями»</w:t>
            </w:r>
          </w:p>
        </w:tc>
        <w:tc>
          <w:tcPr>
            <w:tcW w:w="1701" w:type="dxa"/>
            <w:vAlign w:val="center"/>
          </w:tcPr>
          <w:p w14:paraId="6EB9226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4F6A5DD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устно и письменно деление на числа, оканчивающиеся нулями, объяснять используемые приёмы. Со-вершенствовать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3E9E6AB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Находить ошибки в вычис-лениях и решать правильно. Применять полученные знания для решения задач. Использовать приём деле-ния на числа, оканчивающи-еся нулями</w:t>
            </w:r>
          </w:p>
        </w:tc>
        <w:tc>
          <w:tcPr>
            <w:tcW w:w="2270" w:type="dxa"/>
            <w:vAlign w:val="center"/>
          </w:tcPr>
          <w:p w14:paraId="5E70495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обнару-живать и устранять ошибки логического ха-рактера (в ходе реше-ния) и ошибки вычисли-тельного характера</w:t>
            </w:r>
          </w:p>
        </w:tc>
      </w:tr>
      <w:tr w:rsidR="00DE60F7" w:rsidRPr="00F52B28" w14:paraId="70D7FAE4" w14:textId="77777777" w:rsidTr="0078209C">
        <w:trPr>
          <w:cantSplit/>
        </w:trPr>
        <w:tc>
          <w:tcPr>
            <w:tcW w:w="510" w:type="dxa"/>
            <w:vAlign w:val="center"/>
          </w:tcPr>
          <w:p w14:paraId="2B3D429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0" w:type="dxa"/>
            <w:vAlign w:val="center"/>
          </w:tcPr>
          <w:p w14:paraId="68302D8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B4EDD3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Повторение пройденного. «Что узнали. Чему научи-лись». Математи-ческий дик-тант №4</w:t>
            </w:r>
          </w:p>
        </w:tc>
        <w:tc>
          <w:tcPr>
            <w:tcW w:w="1701" w:type="dxa"/>
            <w:vAlign w:val="center"/>
          </w:tcPr>
          <w:p w14:paraId="3B88A28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03CEF27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устно и письменно деление на числа, оканчивающиеся нулями. Совершенствовать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3537F97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умножение на числа, окан-чивающиеся нулями. Ис-пользовать приём деления на числа, оканчивающиеся нулями. Решать задачи на одновременное встречное движение, на одновремен- ное движение в противопо-ложных направлениях</w:t>
            </w:r>
          </w:p>
        </w:tc>
        <w:tc>
          <w:tcPr>
            <w:tcW w:w="2270" w:type="dxa"/>
            <w:vAlign w:val="center"/>
          </w:tcPr>
          <w:p w14:paraId="3F6A6CA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7E83E2F1" w14:textId="77777777" w:rsidTr="0078209C">
        <w:trPr>
          <w:cantSplit/>
        </w:trPr>
        <w:tc>
          <w:tcPr>
            <w:tcW w:w="510" w:type="dxa"/>
            <w:vAlign w:val="center"/>
          </w:tcPr>
          <w:p w14:paraId="28C0F91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0" w:type="dxa"/>
            <w:vAlign w:val="center"/>
          </w:tcPr>
          <w:p w14:paraId="0E1F949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6C93F3B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Тест № 4 «Проверим себя и оце-ним свои до-стижения». Анализ ре-зультатов</w:t>
            </w:r>
          </w:p>
        </w:tc>
        <w:tc>
          <w:tcPr>
            <w:tcW w:w="1701" w:type="dxa"/>
            <w:vAlign w:val="center"/>
          </w:tcPr>
          <w:p w14:paraId="02F8A5C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17FD242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Оценивать результаты усвоения учеб-ного материала, делать выводы, пла-нировать действия по устранению вы-явленных недочётов, проявлять лич-ностную заинтересованность в расши-рении знаний и способов действий</w:t>
            </w:r>
          </w:p>
        </w:tc>
        <w:tc>
          <w:tcPr>
            <w:tcW w:w="3628" w:type="dxa"/>
            <w:vAlign w:val="center"/>
          </w:tcPr>
          <w:p w14:paraId="6560C9F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умножение на числа, окан-чивающиеся нулями. Ис-пользовать приём деления на числа, оканчивающиеся нулями. Решать задачи на одновременное встречное движение, на одновремен- ное движение в противопо-ложных направлениях</w:t>
            </w:r>
          </w:p>
        </w:tc>
        <w:tc>
          <w:tcPr>
            <w:tcW w:w="2270" w:type="dxa"/>
            <w:vAlign w:val="center"/>
          </w:tcPr>
          <w:p w14:paraId="4D317C8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обнару-живать и устранять ошибки логического ха-рактера (в ходе реше-ния) и ошибки вычисли-тельного характера</w:t>
            </w:r>
          </w:p>
        </w:tc>
      </w:tr>
      <w:tr w:rsidR="00DE60F7" w:rsidRPr="00F52B28" w14:paraId="6AB2EAE0" w14:textId="77777777" w:rsidTr="0078209C">
        <w:trPr>
          <w:cantSplit/>
        </w:trPr>
        <w:tc>
          <w:tcPr>
            <w:tcW w:w="510" w:type="dxa"/>
            <w:vAlign w:val="center"/>
          </w:tcPr>
          <w:p w14:paraId="24A640D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0" w:type="dxa"/>
            <w:vAlign w:val="center"/>
          </w:tcPr>
          <w:p w14:paraId="1911892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0C6DD2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Проект: «Ма-тематика во-круг нас»</w:t>
            </w:r>
          </w:p>
        </w:tc>
        <w:tc>
          <w:tcPr>
            <w:tcW w:w="1701" w:type="dxa"/>
            <w:vAlign w:val="center"/>
          </w:tcPr>
          <w:p w14:paraId="782002E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Урок-проект</w:t>
            </w:r>
          </w:p>
        </w:tc>
        <w:tc>
          <w:tcPr>
            <w:tcW w:w="4025" w:type="dxa"/>
            <w:vAlign w:val="center"/>
          </w:tcPr>
          <w:p w14:paraId="7F1C45E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и систематизировать ин-формацию по разделам, отбирать, составлять и решать математические задачи и задания повышенного уровня сложности. Составлять план работы. Составлять сборник математических заданий. Анализировать и оценивать результаты работы</w:t>
            </w:r>
          </w:p>
        </w:tc>
        <w:tc>
          <w:tcPr>
            <w:tcW w:w="3628" w:type="dxa"/>
            <w:vAlign w:val="center"/>
          </w:tcPr>
          <w:p w14:paraId="7AB2EE5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Определять цель проекта, работать с известной ин-формацией, собирать до-полнительный материал, создавать способы решения проблем творческого и поис-кового характера, состав-лять связный текст</w:t>
            </w:r>
          </w:p>
        </w:tc>
        <w:tc>
          <w:tcPr>
            <w:tcW w:w="2270" w:type="dxa"/>
            <w:vAlign w:val="center"/>
          </w:tcPr>
          <w:p w14:paraId="3D6F1CD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творческого и поискового характера. Поиск и выделение не-обходимой информа-ции. Контроль и оценка процесса и результатов деятельности</w:t>
            </w:r>
          </w:p>
        </w:tc>
      </w:tr>
      <w:tr w:rsidR="00DE60F7" w:rsidRPr="00F52B28" w14:paraId="3177F1EA" w14:textId="77777777" w:rsidTr="0078209C">
        <w:trPr>
          <w:cantSplit/>
        </w:trPr>
        <w:tc>
          <w:tcPr>
            <w:tcW w:w="510" w:type="dxa"/>
            <w:vAlign w:val="center"/>
          </w:tcPr>
          <w:p w14:paraId="6CE9941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0" w:type="dxa"/>
            <w:vAlign w:val="center"/>
          </w:tcPr>
          <w:p w14:paraId="57E3858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E86956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6 за 3 четверть</w:t>
            </w:r>
          </w:p>
        </w:tc>
        <w:tc>
          <w:tcPr>
            <w:tcW w:w="1701" w:type="dxa"/>
            <w:vAlign w:val="center"/>
          </w:tcPr>
          <w:p w14:paraId="1C1DCEC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3E92A40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Соотносить результат проведённого самоконтроля с целями, поставлен-ными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1AAA699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16A0CA2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Оценка — выделение и осознание обучающим-ся того, что уже усвоено и что ещё нужно усво-ить, осознание качества и уровня усвоения; оценка результатов ра- боты</w:t>
            </w:r>
          </w:p>
        </w:tc>
      </w:tr>
      <w:tr w:rsidR="00DE60F7" w:rsidRPr="00F52B28" w14:paraId="41069BAC" w14:textId="77777777" w:rsidTr="0078209C">
        <w:trPr>
          <w:cantSplit/>
        </w:trPr>
        <w:tc>
          <w:tcPr>
            <w:tcW w:w="510" w:type="dxa"/>
            <w:vAlign w:val="center"/>
          </w:tcPr>
          <w:p w14:paraId="61887D3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vAlign w:val="center"/>
          </w:tcPr>
          <w:p w14:paraId="4C39883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62AA36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кон-трольной ра-боты и работа над ошибками. Умножение числа на сум-му</w:t>
            </w:r>
          </w:p>
        </w:tc>
        <w:tc>
          <w:tcPr>
            <w:tcW w:w="1701" w:type="dxa"/>
            <w:vAlign w:val="center"/>
          </w:tcPr>
          <w:p w14:paraId="3CCAA97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45D3086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в вычислениях свойство умножения числа на сумму нескольких слагаемых. Находить значение выра-жения двумя способами, удобным способом. Сравнивать выражения. Составлять задачу по выражению.</w:t>
            </w:r>
          </w:p>
        </w:tc>
        <w:tc>
          <w:tcPr>
            <w:tcW w:w="3628" w:type="dxa"/>
            <w:vAlign w:val="center"/>
          </w:tcPr>
          <w:p w14:paraId="4BF7162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задачи, развивать навык устного счёта; разви-вать внимание, творческое мышление</w:t>
            </w:r>
          </w:p>
        </w:tc>
        <w:tc>
          <w:tcPr>
            <w:tcW w:w="2270" w:type="dxa"/>
            <w:vAlign w:val="center"/>
          </w:tcPr>
          <w:p w14:paraId="611A178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содер-жащиеся в тексте зада-чи зависимости; плани-ровать ход решения задачи. Моделировать ситуацию, иллюстриру-ющую данное арифме- тическое действие</w:t>
            </w:r>
          </w:p>
        </w:tc>
      </w:tr>
      <w:tr w:rsidR="00DE60F7" w:rsidRPr="00F52B28" w14:paraId="70525A22" w14:textId="77777777" w:rsidTr="0078209C">
        <w:trPr>
          <w:cantSplit/>
        </w:trPr>
        <w:tc>
          <w:tcPr>
            <w:tcW w:w="510" w:type="dxa"/>
            <w:vAlign w:val="center"/>
          </w:tcPr>
          <w:p w14:paraId="358EDD5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44CE33D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5A8764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Умножение числа на сум-му</w:t>
            </w:r>
          </w:p>
        </w:tc>
        <w:tc>
          <w:tcPr>
            <w:tcW w:w="1701" w:type="dxa"/>
            <w:vAlign w:val="center"/>
          </w:tcPr>
          <w:p w14:paraId="1ACE8F8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01662DE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вычисления с объяснени-ем. Выполнять действия и сравнивать приёмы вычислений. Находить часть от целого. Совершенствовать вычис-лительные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47FBBF4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Объяснять, как выполнено умножение числа на сумму</w:t>
            </w:r>
          </w:p>
        </w:tc>
        <w:tc>
          <w:tcPr>
            <w:tcW w:w="2270" w:type="dxa"/>
            <w:vAlign w:val="center"/>
          </w:tcPr>
          <w:p w14:paraId="1FE6B24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6D0D650B" w14:textId="77777777" w:rsidTr="0078209C">
        <w:trPr>
          <w:cantSplit/>
        </w:trPr>
        <w:tc>
          <w:tcPr>
            <w:tcW w:w="510" w:type="dxa"/>
            <w:vAlign w:val="center"/>
          </w:tcPr>
          <w:p w14:paraId="2258AC5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0" w:type="dxa"/>
            <w:vAlign w:val="center"/>
          </w:tcPr>
          <w:p w14:paraId="3ED90F6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82FBA6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многозначного числа на дву-значное</w:t>
            </w:r>
          </w:p>
        </w:tc>
        <w:tc>
          <w:tcPr>
            <w:tcW w:w="1701" w:type="dxa"/>
            <w:vAlign w:val="center"/>
          </w:tcPr>
          <w:p w14:paraId="4A0FDEA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5DDDC4E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умножения многозначного числа на двузначное. Осуществлять пошаговый контроль правильности и полноты вы-полнения алгоритма арифметического действия умножение</w:t>
            </w:r>
          </w:p>
        </w:tc>
        <w:tc>
          <w:tcPr>
            <w:tcW w:w="3628" w:type="dxa"/>
            <w:vAlign w:val="center"/>
          </w:tcPr>
          <w:p w14:paraId="1FD86F2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алгоритм письменного умножения многозначного числа на дву-значное</w:t>
            </w:r>
          </w:p>
        </w:tc>
        <w:tc>
          <w:tcPr>
            <w:tcW w:w="2270" w:type="dxa"/>
            <w:vAlign w:val="center"/>
          </w:tcPr>
          <w:p w14:paraId="4D2DB1D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 (в том числе с опорой на изученные определе-ния, законы арифмети- ческих действий)</w:t>
            </w:r>
          </w:p>
        </w:tc>
      </w:tr>
      <w:tr w:rsidR="00DE60F7" w:rsidRPr="00F52B28" w14:paraId="35AE522A" w14:textId="77777777" w:rsidTr="0078209C">
        <w:trPr>
          <w:cantSplit/>
        </w:trPr>
        <w:tc>
          <w:tcPr>
            <w:tcW w:w="510" w:type="dxa"/>
            <w:vAlign w:val="center"/>
          </w:tcPr>
          <w:p w14:paraId="35EA373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50" w:type="dxa"/>
            <w:vAlign w:val="center"/>
          </w:tcPr>
          <w:p w14:paraId="7554A86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BCE0B9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многозначного числа на дву-значное</w:t>
            </w:r>
          </w:p>
        </w:tc>
        <w:tc>
          <w:tcPr>
            <w:tcW w:w="1701" w:type="dxa"/>
            <w:vAlign w:val="center"/>
          </w:tcPr>
          <w:p w14:paraId="3AA0012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2759898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умножения многозначного числа на двузначное. Осуществлять пошаговый контроль правильности и полноты вы-полнения алгоритма арифметического действия умножение</w:t>
            </w:r>
          </w:p>
        </w:tc>
        <w:tc>
          <w:tcPr>
            <w:tcW w:w="3628" w:type="dxa"/>
            <w:vAlign w:val="center"/>
          </w:tcPr>
          <w:p w14:paraId="30FD5DF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алгоритм письменного умножения многозначного числа на дву-значное. Объяснять, как выполнено умножение мно-гозначного числа на дву- значное</w:t>
            </w:r>
          </w:p>
        </w:tc>
        <w:tc>
          <w:tcPr>
            <w:tcW w:w="2270" w:type="dxa"/>
            <w:vAlign w:val="center"/>
          </w:tcPr>
          <w:p w14:paraId="030A1AA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2AE48DCB" w14:textId="77777777" w:rsidTr="0078209C">
        <w:trPr>
          <w:cantSplit/>
        </w:trPr>
        <w:tc>
          <w:tcPr>
            <w:tcW w:w="510" w:type="dxa"/>
            <w:vAlign w:val="center"/>
          </w:tcPr>
          <w:p w14:paraId="7B92DDA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0" w:type="dxa"/>
            <w:vAlign w:val="center"/>
          </w:tcPr>
          <w:p w14:paraId="4C4DB8E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CBAD44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 на нахож-дение неиз-вестного по двум разно-стям</w:t>
            </w:r>
          </w:p>
        </w:tc>
        <w:tc>
          <w:tcPr>
            <w:tcW w:w="1701" w:type="dxa"/>
            <w:vAlign w:val="center"/>
          </w:tcPr>
          <w:p w14:paraId="066E6C4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553CBA6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на нахождение неиз-вестного по двум разностям. Анализи-ровать задачи, выполнять прикидку результата, проверять полученный результат. Обнаруживать допущенные ошибки</w:t>
            </w:r>
          </w:p>
        </w:tc>
        <w:tc>
          <w:tcPr>
            <w:tcW w:w="3628" w:type="dxa"/>
            <w:vAlign w:val="center"/>
          </w:tcPr>
          <w:p w14:paraId="15C70C3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Составлять план действий и определять наиболее эф-фективные способы реше-ния задачи</w:t>
            </w:r>
          </w:p>
        </w:tc>
        <w:tc>
          <w:tcPr>
            <w:tcW w:w="2270" w:type="dxa"/>
            <w:vAlign w:val="center"/>
          </w:tcPr>
          <w:p w14:paraId="102D09F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содер-жащиеся в тексте зада-чи зависимости; плани-ровать ход решения задачи</w:t>
            </w:r>
          </w:p>
        </w:tc>
      </w:tr>
      <w:tr w:rsidR="00DE60F7" w:rsidRPr="00F52B28" w14:paraId="381F8702" w14:textId="77777777" w:rsidTr="0078209C">
        <w:trPr>
          <w:cantSplit/>
        </w:trPr>
        <w:tc>
          <w:tcPr>
            <w:tcW w:w="510" w:type="dxa"/>
            <w:vAlign w:val="center"/>
          </w:tcPr>
          <w:p w14:paraId="1D2073A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0" w:type="dxa"/>
            <w:vAlign w:val="center"/>
          </w:tcPr>
          <w:p w14:paraId="0101650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D8E4A9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тек-стовых задач Числа, которые больше 1000. Умножение и деление (продолжение) (24 часов)</w:t>
            </w:r>
          </w:p>
        </w:tc>
        <w:tc>
          <w:tcPr>
            <w:tcW w:w="1701" w:type="dxa"/>
            <w:vAlign w:val="center"/>
          </w:tcPr>
          <w:p w14:paraId="46D126E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 Числа, которые больше 1000. Умножение и деление (продолжение) (24 часов)</w:t>
            </w:r>
          </w:p>
        </w:tc>
        <w:tc>
          <w:tcPr>
            <w:tcW w:w="4025" w:type="dxa"/>
            <w:vAlign w:val="center"/>
          </w:tcPr>
          <w:p w14:paraId="60CF38C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арифметическими спо-собами. Объяснять выбор действия для решения. Выполнять вычитание именованных величин. Находить ошибки в примерах на деление, де-лать проверку Числа, которые больше 1000. Умножение и деление (продолжение) (24 часов)</w:t>
            </w:r>
          </w:p>
        </w:tc>
        <w:tc>
          <w:tcPr>
            <w:tcW w:w="3628" w:type="dxa"/>
            <w:vAlign w:val="center"/>
          </w:tcPr>
          <w:p w14:paraId="08C261B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для решения задач Числа, которые больше 1000. Умножение и деление (продолжение) (24 часов)</w:t>
            </w:r>
          </w:p>
        </w:tc>
        <w:tc>
          <w:tcPr>
            <w:tcW w:w="2270" w:type="dxa"/>
            <w:vAlign w:val="center"/>
          </w:tcPr>
          <w:p w14:paraId="242B9C7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поискового характера Числа, которые больше 1000. Умножение и деление (продолжение) (24 часов)</w:t>
            </w:r>
          </w:p>
        </w:tc>
      </w:tr>
      <w:tr w:rsidR="00DE60F7" w:rsidRPr="00F52B28" w14:paraId="28795AD3" w14:textId="77777777" w:rsidTr="0078209C">
        <w:trPr>
          <w:cantSplit/>
        </w:trPr>
        <w:tc>
          <w:tcPr>
            <w:tcW w:w="510" w:type="dxa"/>
            <w:vAlign w:val="center"/>
          </w:tcPr>
          <w:p w14:paraId="2C8B2D8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vAlign w:val="center"/>
          </w:tcPr>
          <w:p w14:paraId="725E205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00B2EA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многозначного числа на трёх-значное</w:t>
            </w:r>
          </w:p>
        </w:tc>
        <w:tc>
          <w:tcPr>
            <w:tcW w:w="1701" w:type="dxa"/>
            <w:vAlign w:val="center"/>
          </w:tcPr>
          <w:p w14:paraId="6808908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2B9E8F0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умножения многозначного числа на трёхзначное. Осуществлять пошаго- вый контроль правильности и полноты выполнения алгоритма арифметиче-ского действия умножение</w:t>
            </w:r>
          </w:p>
        </w:tc>
        <w:tc>
          <w:tcPr>
            <w:tcW w:w="3628" w:type="dxa"/>
            <w:vAlign w:val="center"/>
          </w:tcPr>
          <w:p w14:paraId="7CE1A12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Объяснять, как получают каждое неполное произве-дение при умножении на трёхзначное число</w:t>
            </w:r>
          </w:p>
        </w:tc>
        <w:tc>
          <w:tcPr>
            <w:tcW w:w="2270" w:type="dxa"/>
            <w:vAlign w:val="center"/>
          </w:tcPr>
          <w:p w14:paraId="76F1774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поискового характера.</w:t>
            </w:r>
          </w:p>
        </w:tc>
      </w:tr>
      <w:tr w:rsidR="00DE60F7" w:rsidRPr="00F52B28" w14:paraId="096E645A" w14:textId="77777777" w:rsidTr="0078209C">
        <w:trPr>
          <w:cantSplit/>
        </w:trPr>
        <w:tc>
          <w:tcPr>
            <w:tcW w:w="510" w:type="dxa"/>
            <w:vAlign w:val="center"/>
          </w:tcPr>
          <w:p w14:paraId="529E128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50" w:type="dxa"/>
            <w:vAlign w:val="center"/>
          </w:tcPr>
          <w:p w14:paraId="15391ED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B6092C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многозначного числа на трёх-значное</w:t>
            </w:r>
          </w:p>
        </w:tc>
        <w:tc>
          <w:tcPr>
            <w:tcW w:w="1701" w:type="dxa"/>
            <w:vAlign w:val="center"/>
          </w:tcPr>
          <w:p w14:paraId="52EC3F2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4C407B7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умножения многозначного числа на трёхзначное. Осуществлять пошаго- вый контроль правильности и полноты выполнения алгоритма арифметиче-ского действия умножение.</w:t>
            </w:r>
          </w:p>
        </w:tc>
        <w:tc>
          <w:tcPr>
            <w:tcW w:w="3628" w:type="dxa"/>
            <w:vAlign w:val="center"/>
          </w:tcPr>
          <w:p w14:paraId="60CE319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Объяснять, почему при умножении на трёхзначное число, в записи которого есть нуль, записывают толь-ко два неполных произведе- ния</w:t>
            </w:r>
          </w:p>
        </w:tc>
        <w:tc>
          <w:tcPr>
            <w:tcW w:w="2270" w:type="dxa"/>
            <w:vAlign w:val="center"/>
          </w:tcPr>
          <w:p w14:paraId="61515D1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математи-ческих доказательств</w:t>
            </w:r>
          </w:p>
        </w:tc>
      </w:tr>
      <w:tr w:rsidR="00DE60F7" w:rsidRPr="00F52B28" w14:paraId="00276644" w14:textId="77777777" w:rsidTr="0078209C">
        <w:trPr>
          <w:cantSplit/>
        </w:trPr>
        <w:tc>
          <w:tcPr>
            <w:tcW w:w="510" w:type="dxa"/>
            <w:vAlign w:val="center"/>
          </w:tcPr>
          <w:p w14:paraId="6B0C8E5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850" w:type="dxa"/>
            <w:vAlign w:val="center"/>
          </w:tcPr>
          <w:p w14:paraId="5BBE4C1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E7910B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многозначного числа на трёх-значное</w:t>
            </w:r>
          </w:p>
        </w:tc>
        <w:tc>
          <w:tcPr>
            <w:tcW w:w="1701" w:type="dxa"/>
            <w:vAlign w:val="center"/>
          </w:tcPr>
          <w:p w14:paraId="75828BC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2C39289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умножения многозначного числа на трёхзначное. Осуществлять пошаго- вый контроль правильности и полноты выполнения алгоритма арифметиче-ского действия умножение</w:t>
            </w:r>
          </w:p>
        </w:tc>
        <w:tc>
          <w:tcPr>
            <w:tcW w:w="3628" w:type="dxa"/>
            <w:vAlign w:val="center"/>
          </w:tcPr>
          <w:p w14:paraId="27D6CD7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приёмы умно- жения многозначного числа на трёхзначное, когда в за-писи обоих множителей встречаются нули</w:t>
            </w:r>
          </w:p>
        </w:tc>
        <w:tc>
          <w:tcPr>
            <w:tcW w:w="2270" w:type="dxa"/>
            <w:vAlign w:val="center"/>
          </w:tcPr>
          <w:p w14:paraId="7696542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требуемую информацию из указан- ных источников; фикси-ровать результаты раз-ными способами</w:t>
            </w:r>
          </w:p>
        </w:tc>
      </w:tr>
      <w:tr w:rsidR="00DE60F7" w:rsidRPr="00F52B28" w14:paraId="05AA409F" w14:textId="77777777" w:rsidTr="0078209C">
        <w:trPr>
          <w:cantSplit/>
        </w:trPr>
        <w:tc>
          <w:tcPr>
            <w:tcW w:w="510" w:type="dxa"/>
            <w:vAlign w:val="center"/>
          </w:tcPr>
          <w:p w14:paraId="028AE93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50" w:type="dxa"/>
            <w:vAlign w:val="center"/>
          </w:tcPr>
          <w:p w14:paraId="2620AFE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F09147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умножение многозначного числа на трёх-значное</w:t>
            </w:r>
          </w:p>
        </w:tc>
        <w:tc>
          <w:tcPr>
            <w:tcW w:w="1701" w:type="dxa"/>
            <w:vAlign w:val="center"/>
          </w:tcPr>
          <w:p w14:paraId="2A63C25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повторения и закрепления</w:t>
            </w:r>
          </w:p>
        </w:tc>
        <w:tc>
          <w:tcPr>
            <w:tcW w:w="4025" w:type="dxa"/>
            <w:vAlign w:val="center"/>
          </w:tcPr>
          <w:p w14:paraId="5024156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Закреплять пройденный материал. Совершенствовать вычислительные навыки, умение решать задачи.</w:t>
            </w:r>
          </w:p>
        </w:tc>
        <w:tc>
          <w:tcPr>
            <w:tcW w:w="3628" w:type="dxa"/>
            <w:vAlign w:val="center"/>
          </w:tcPr>
          <w:p w14:paraId="1355929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задачи, развивать навык устного и письменного счёта; развивать внимание, творческое мышление.</w:t>
            </w:r>
          </w:p>
        </w:tc>
        <w:tc>
          <w:tcPr>
            <w:tcW w:w="2270" w:type="dxa"/>
            <w:vAlign w:val="center"/>
          </w:tcPr>
          <w:p w14:paraId="54E58EF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объектов с це-лью выделения призна-ков (существенных, не-существенных)</w:t>
            </w:r>
          </w:p>
        </w:tc>
      </w:tr>
      <w:tr w:rsidR="00DE60F7" w:rsidRPr="00F52B28" w14:paraId="3D267FA1" w14:textId="77777777" w:rsidTr="0078209C">
        <w:trPr>
          <w:cantSplit/>
        </w:trPr>
        <w:tc>
          <w:tcPr>
            <w:tcW w:w="510" w:type="dxa"/>
            <w:vAlign w:val="center"/>
          </w:tcPr>
          <w:p w14:paraId="6F7DD1A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0" w:type="dxa"/>
            <w:vAlign w:val="center"/>
          </w:tcPr>
          <w:p w14:paraId="48E0CED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36C83A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Повторение пройденного. «Что узнали. Чему научи-лись». Математи-ческий дик- тант № 5</w:t>
            </w:r>
          </w:p>
        </w:tc>
        <w:tc>
          <w:tcPr>
            <w:tcW w:w="1701" w:type="dxa"/>
            <w:vAlign w:val="center"/>
          </w:tcPr>
          <w:p w14:paraId="250333D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06E8DCA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Соотносить результат проведённого самоконтроля с целями, поставлен-ными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2E66D8A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задачи, развивать навык устного и письменного счёта; развивать внимание, творческое мышление</w:t>
            </w:r>
          </w:p>
        </w:tc>
        <w:tc>
          <w:tcPr>
            <w:tcW w:w="2270" w:type="dxa"/>
            <w:vAlign w:val="center"/>
          </w:tcPr>
          <w:p w14:paraId="3A933A0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59D7552D" w14:textId="77777777" w:rsidTr="0078209C">
        <w:trPr>
          <w:cantSplit/>
        </w:trPr>
        <w:tc>
          <w:tcPr>
            <w:tcW w:w="510" w:type="dxa"/>
            <w:vAlign w:val="center"/>
          </w:tcPr>
          <w:p w14:paraId="08FB0FD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vAlign w:val="center"/>
          </w:tcPr>
          <w:p w14:paraId="229B887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3CF238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мно-гозначного числа на дву-значное</w:t>
            </w:r>
          </w:p>
        </w:tc>
        <w:tc>
          <w:tcPr>
            <w:tcW w:w="1701" w:type="dxa"/>
            <w:vAlign w:val="center"/>
          </w:tcPr>
          <w:p w14:paraId="7C9209B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098C9DD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де-ления многозначного числа на дву-значное, объяснять каждый шаг</w:t>
            </w:r>
          </w:p>
        </w:tc>
        <w:tc>
          <w:tcPr>
            <w:tcW w:w="3628" w:type="dxa"/>
            <w:vAlign w:val="center"/>
          </w:tcPr>
          <w:p w14:paraId="7290C0A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двузнач-ное, когда цифра в частном находится методом подбора</w:t>
            </w:r>
          </w:p>
        </w:tc>
        <w:tc>
          <w:tcPr>
            <w:tcW w:w="2270" w:type="dxa"/>
            <w:vAlign w:val="center"/>
          </w:tcPr>
          <w:p w14:paraId="363CE98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поискового характера</w:t>
            </w:r>
          </w:p>
        </w:tc>
      </w:tr>
      <w:tr w:rsidR="00DE60F7" w:rsidRPr="00F52B28" w14:paraId="0968EB47" w14:textId="77777777" w:rsidTr="0078209C">
        <w:trPr>
          <w:cantSplit/>
        </w:trPr>
        <w:tc>
          <w:tcPr>
            <w:tcW w:w="510" w:type="dxa"/>
            <w:vAlign w:val="center"/>
          </w:tcPr>
          <w:p w14:paraId="34EB929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850" w:type="dxa"/>
            <w:vAlign w:val="center"/>
          </w:tcPr>
          <w:p w14:paraId="4C636C4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D3D5C8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мно-гозначного числа на дву-значное с остатком</w:t>
            </w:r>
          </w:p>
        </w:tc>
        <w:tc>
          <w:tcPr>
            <w:tcW w:w="1701" w:type="dxa"/>
            <w:vAlign w:val="center"/>
          </w:tcPr>
          <w:p w14:paraId="56124E4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1751C0F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деление с остатком на двузначное число, при этом рассуж-дать так же, как и при делении без остатка, проверять решение. Совер- шенствовать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3664FFB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двузнач-ное с остатком</w:t>
            </w:r>
          </w:p>
        </w:tc>
        <w:tc>
          <w:tcPr>
            <w:tcW w:w="2270" w:type="dxa"/>
            <w:vAlign w:val="center"/>
          </w:tcPr>
          <w:p w14:paraId="5BB3524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поискового характера</w:t>
            </w:r>
          </w:p>
        </w:tc>
      </w:tr>
      <w:tr w:rsidR="00DE60F7" w:rsidRPr="00F52B28" w14:paraId="32EAF7C4" w14:textId="77777777" w:rsidTr="0078209C">
        <w:trPr>
          <w:cantSplit/>
        </w:trPr>
        <w:tc>
          <w:tcPr>
            <w:tcW w:w="510" w:type="dxa"/>
            <w:vAlign w:val="center"/>
          </w:tcPr>
          <w:p w14:paraId="1916C91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50" w:type="dxa"/>
            <w:vAlign w:val="center"/>
          </w:tcPr>
          <w:p w14:paraId="1A2CC64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2BF6C9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мно-гозначного числа на дву-значное</w:t>
            </w:r>
          </w:p>
        </w:tc>
        <w:tc>
          <w:tcPr>
            <w:tcW w:w="1701" w:type="dxa"/>
            <w:vAlign w:val="center"/>
          </w:tcPr>
          <w:p w14:paraId="44B655D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220809A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де-ления многозначного числа на дву-значное, объяснять каждый шаг. Вы-полнять письменное деление много-значных чисел на двузначные, опира-ясь на знание алгоритмов письменно-го выполнения действия умножение. Осуществлять пошаговый контроль правильности и полноты выполнения алгоритма арифметического действия деления</w:t>
            </w:r>
          </w:p>
        </w:tc>
        <w:tc>
          <w:tcPr>
            <w:tcW w:w="3628" w:type="dxa"/>
            <w:vAlign w:val="center"/>
          </w:tcPr>
          <w:p w14:paraId="2966F86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двузнач-ное</w:t>
            </w:r>
          </w:p>
        </w:tc>
        <w:tc>
          <w:tcPr>
            <w:tcW w:w="2270" w:type="dxa"/>
            <w:vAlign w:val="center"/>
          </w:tcPr>
          <w:p w14:paraId="6E544BC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поискового характера</w:t>
            </w:r>
          </w:p>
        </w:tc>
      </w:tr>
      <w:tr w:rsidR="00DE60F7" w:rsidRPr="00F52B28" w14:paraId="2779CF91" w14:textId="77777777" w:rsidTr="0078209C">
        <w:trPr>
          <w:cantSplit/>
        </w:trPr>
        <w:tc>
          <w:tcPr>
            <w:tcW w:w="510" w:type="dxa"/>
            <w:vAlign w:val="center"/>
          </w:tcPr>
          <w:p w14:paraId="7B2FED2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850" w:type="dxa"/>
            <w:vAlign w:val="center"/>
          </w:tcPr>
          <w:p w14:paraId="78A9A79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F8E3AB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мно-гозначного числа на дву-значное по плану</w:t>
            </w:r>
          </w:p>
        </w:tc>
        <w:tc>
          <w:tcPr>
            <w:tcW w:w="1701" w:type="dxa"/>
            <w:vAlign w:val="center"/>
          </w:tcPr>
          <w:p w14:paraId="2E6F84F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074D466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де-ления многозначного числа на дву-значное, объяснять каждый шаг. Объ-яснять, как выполнено деление по плану. Решать задачи и сравнивать их решения. Проверять, верны ли равен- ства</w:t>
            </w:r>
          </w:p>
        </w:tc>
        <w:tc>
          <w:tcPr>
            <w:tcW w:w="3628" w:type="dxa"/>
            <w:vAlign w:val="center"/>
          </w:tcPr>
          <w:p w14:paraId="3A91F61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двузнач-ное по плану</w:t>
            </w:r>
          </w:p>
        </w:tc>
        <w:tc>
          <w:tcPr>
            <w:tcW w:w="2270" w:type="dxa"/>
            <w:vAlign w:val="center"/>
          </w:tcPr>
          <w:p w14:paraId="0C9ABE0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объектов с це-лью выделения призна-ков (существенных, не-существенных)</w:t>
            </w:r>
          </w:p>
        </w:tc>
      </w:tr>
      <w:tr w:rsidR="00DE60F7" w:rsidRPr="00F52B28" w14:paraId="3D6A9D01" w14:textId="77777777" w:rsidTr="0078209C">
        <w:trPr>
          <w:cantSplit/>
        </w:trPr>
        <w:tc>
          <w:tcPr>
            <w:tcW w:w="510" w:type="dxa"/>
            <w:vAlign w:val="center"/>
          </w:tcPr>
          <w:p w14:paraId="071CB52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850" w:type="dxa"/>
            <w:vAlign w:val="center"/>
          </w:tcPr>
          <w:p w14:paraId="735EA44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0D2504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на двузначное число. Изме-нение пробной цифры</w:t>
            </w:r>
          </w:p>
        </w:tc>
        <w:tc>
          <w:tcPr>
            <w:tcW w:w="1701" w:type="dxa"/>
            <w:vAlign w:val="center"/>
          </w:tcPr>
          <w:p w14:paraId="6F5F7F7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3DAB300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деление многозначного числа на двузначное методом подбо-ра, изменяя пробную цифру. Решать примеры на деление с объяснением. Находить значение уравнений</w:t>
            </w:r>
          </w:p>
        </w:tc>
        <w:tc>
          <w:tcPr>
            <w:tcW w:w="3628" w:type="dxa"/>
            <w:vAlign w:val="center"/>
          </w:tcPr>
          <w:p w14:paraId="6B5F924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двузнач-ное методом подбора (из- меняя пробную цифру)</w:t>
            </w:r>
          </w:p>
        </w:tc>
        <w:tc>
          <w:tcPr>
            <w:tcW w:w="2270" w:type="dxa"/>
            <w:vAlign w:val="center"/>
          </w:tcPr>
          <w:p w14:paraId="4C7B9E0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предъяв-ленного банка данных</w:t>
            </w:r>
          </w:p>
        </w:tc>
      </w:tr>
      <w:tr w:rsidR="00DE60F7" w:rsidRPr="00F52B28" w14:paraId="142BACBA" w14:textId="77777777" w:rsidTr="0078209C">
        <w:trPr>
          <w:cantSplit/>
        </w:trPr>
        <w:tc>
          <w:tcPr>
            <w:tcW w:w="510" w:type="dxa"/>
            <w:vAlign w:val="center"/>
          </w:tcPr>
          <w:p w14:paraId="3E16121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850" w:type="dxa"/>
            <w:vAlign w:val="center"/>
          </w:tcPr>
          <w:p w14:paraId="6FC1F22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E7463B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мно-гозначного числа на дву-значное</w:t>
            </w:r>
          </w:p>
        </w:tc>
        <w:tc>
          <w:tcPr>
            <w:tcW w:w="1701" w:type="dxa"/>
            <w:vAlign w:val="center"/>
          </w:tcPr>
          <w:p w14:paraId="522151B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6349DB2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де-ления многозначного числа на дву-значное, объяснять каждый шаг. Ре-шать задачи арифметическими спосо-бами. Объяснять выбор действия для решения</w:t>
            </w:r>
          </w:p>
        </w:tc>
        <w:tc>
          <w:tcPr>
            <w:tcW w:w="3628" w:type="dxa"/>
            <w:vAlign w:val="center"/>
          </w:tcPr>
          <w:p w14:paraId="2368A3E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деление с объ-яснением. Переводить одни единицы площади в другие</w:t>
            </w:r>
          </w:p>
        </w:tc>
        <w:tc>
          <w:tcPr>
            <w:tcW w:w="2270" w:type="dxa"/>
            <w:vAlign w:val="center"/>
          </w:tcPr>
          <w:p w14:paraId="0063EA9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Поиск и выделение не-обходимой информа-ции; анализ объектов с целью выделения при-знаков (существенных, несущественных)</w:t>
            </w:r>
          </w:p>
        </w:tc>
      </w:tr>
      <w:tr w:rsidR="00DE60F7" w:rsidRPr="00F52B28" w14:paraId="39FC431F" w14:textId="77777777" w:rsidTr="0078209C">
        <w:trPr>
          <w:cantSplit/>
        </w:trPr>
        <w:tc>
          <w:tcPr>
            <w:tcW w:w="510" w:type="dxa"/>
            <w:vAlign w:val="center"/>
          </w:tcPr>
          <w:p w14:paraId="6A8E177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850" w:type="dxa"/>
            <w:vAlign w:val="center"/>
          </w:tcPr>
          <w:p w14:paraId="682610E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763BC4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</w:t>
            </w:r>
          </w:p>
        </w:tc>
        <w:tc>
          <w:tcPr>
            <w:tcW w:w="1701" w:type="dxa"/>
            <w:vAlign w:val="center"/>
          </w:tcPr>
          <w:p w14:paraId="683A860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2835522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Решать задачи арифметическими спо-собами. Выполнять вычитание и сло-жение именованных величин. Выпол-нять деление с остатком и делать проверку</w:t>
            </w:r>
          </w:p>
        </w:tc>
        <w:tc>
          <w:tcPr>
            <w:tcW w:w="3628" w:type="dxa"/>
            <w:vAlign w:val="center"/>
          </w:tcPr>
          <w:p w14:paraId="209E5DB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для решения задач. Объяснять выбор действия для решения</w:t>
            </w:r>
          </w:p>
        </w:tc>
        <w:tc>
          <w:tcPr>
            <w:tcW w:w="2270" w:type="dxa"/>
            <w:vAlign w:val="center"/>
          </w:tcPr>
          <w:p w14:paraId="767D24D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Прогнозировать резуль-таты вычислений; кон-тролировать свою дея-тельность: проверять правильность выполне-ния вычислений изу- ченными способами</w:t>
            </w:r>
          </w:p>
        </w:tc>
      </w:tr>
      <w:tr w:rsidR="00DE60F7" w:rsidRPr="00F52B28" w14:paraId="3A9A5AF8" w14:textId="77777777" w:rsidTr="0078209C">
        <w:trPr>
          <w:cantSplit/>
        </w:trPr>
        <w:tc>
          <w:tcPr>
            <w:tcW w:w="510" w:type="dxa"/>
            <w:vAlign w:val="center"/>
          </w:tcPr>
          <w:p w14:paraId="1DA7DA7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850" w:type="dxa"/>
            <w:vAlign w:val="center"/>
          </w:tcPr>
          <w:p w14:paraId="4B742D9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306D6F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на двузначное число (закреп-ление)</w:t>
            </w:r>
          </w:p>
        </w:tc>
        <w:tc>
          <w:tcPr>
            <w:tcW w:w="1701" w:type="dxa"/>
            <w:vAlign w:val="center"/>
          </w:tcPr>
          <w:p w14:paraId="7870E5D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обобщения и закрепления</w:t>
            </w:r>
          </w:p>
        </w:tc>
        <w:tc>
          <w:tcPr>
            <w:tcW w:w="4025" w:type="dxa"/>
            <w:vAlign w:val="center"/>
          </w:tcPr>
          <w:p w14:paraId="1E2F5B5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де-ления многозначного числа на дву-значное, объяснять каждый шаг. Ре-шать задачи арифметическими спосо-бами и сравнивать их решения. Объ-яснять выбор действия для решения. Умножать на именованные числа, ре- шать уравнения</w:t>
            </w:r>
          </w:p>
        </w:tc>
        <w:tc>
          <w:tcPr>
            <w:tcW w:w="3628" w:type="dxa"/>
            <w:vAlign w:val="center"/>
          </w:tcPr>
          <w:p w14:paraId="19CF6BB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де-ление многозначного числа на однозначное по алгорит-му</w:t>
            </w:r>
          </w:p>
        </w:tc>
        <w:tc>
          <w:tcPr>
            <w:tcW w:w="2270" w:type="dxa"/>
            <w:vAlign w:val="center"/>
          </w:tcPr>
          <w:p w14:paraId="4564799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обнару-живать и устранять ошибки логического ха-рактера (в ходе реше-ния) и ошибки вычисли-тельного характера</w:t>
            </w:r>
          </w:p>
        </w:tc>
      </w:tr>
      <w:tr w:rsidR="00DE60F7" w:rsidRPr="00F52B28" w14:paraId="51AC8434" w14:textId="77777777" w:rsidTr="0078209C">
        <w:trPr>
          <w:cantSplit/>
        </w:trPr>
        <w:tc>
          <w:tcPr>
            <w:tcW w:w="510" w:type="dxa"/>
            <w:vAlign w:val="center"/>
          </w:tcPr>
          <w:p w14:paraId="4EA0BB4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850" w:type="dxa"/>
            <w:vAlign w:val="center"/>
          </w:tcPr>
          <w:p w14:paraId="073C7A5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62D36C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на двузначное число, когда в част-ном есть нули</w:t>
            </w:r>
          </w:p>
        </w:tc>
        <w:tc>
          <w:tcPr>
            <w:tcW w:w="1701" w:type="dxa"/>
            <w:vAlign w:val="center"/>
          </w:tcPr>
          <w:p w14:paraId="7F9ABFA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6EB7BB0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де-ления многозначного числа на дву-значное, когда в частном есть нули, объяснять каждый шаг, сравнивать решения. Рассматривать более корот-кую запись</w:t>
            </w:r>
          </w:p>
        </w:tc>
        <w:tc>
          <w:tcPr>
            <w:tcW w:w="3628" w:type="dxa"/>
            <w:vAlign w:val="center"/>
          </w:tcPr>
          <w:p w14:paraId="198E75C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письменное де-ление многозначного числа на однозначное, когда в частном есть нули</w:t>
            </w:r>
          </w:p>
        </w:tc>
        <w:tc>
          <w:tcPr>
            <w:tcW w:w="2270" w:type="dxa"/>
            <w:vAlign w:val="center"/>
          </w:tcPr>
          <w:p w14:paraId="0949075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Делать выводы на ос-нове анализа предъяв-ленного банка данных</w:t>
            </w:r>
          </w:p>
        </w:tc>
      </w:tr>
      <w:tr w:rsidR="00DE60F7" w:rsidRPr="00F52B28" w14:paraId="65149022" w14:textId="77777777" w:rsidTr="0078209C">
        <w:trPr>
          <w:cantSplit/>
        </w:trPr>
        <w:tc>
          <w:tcPr>
            <w:tcW w:w="510" w:type="dxa"/>
            <w:vAlign w:val="center"/>
          </w:tcPr>
          <w:p w14:paraId="62589DA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0" w:type="dxa"/>
            <w:vAlign w:val="center"/>
          </w:tcPr>
          <w:p w14:paraId="7CA5C71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ED2D37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на двузначное число (закреп-ление). Проверочная работа № 8 по теме «Де-ление на дву-значное чис- ло»</w:t>
            </w:r>
          </w:p>
        </w:tc>
        <w:tc>
          <w:tcPr>
            <w:tcW w:w="1701" w:type="dxa"/>
            <w:vAlign w:val="center"/>
          </w:tcPr>
          <w:p w14:paraId="7907FCB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обобщения и систематизации</w:t>
            </w:r>
          </w:p>
        </w:tc>
        <w:tc>
          <w:tcPr>
            <w:tcW w:w="4025" w:type="dxa"/>
            <w:vAlign w:val="center"/>
          </w:tcPr>
          <w:p w14:paraId="4276A2A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вычисления и делать про-верку. Совершенствовать вычисли-тельные навыки, умение решать зада-чи</w:t>
            </w:r>
          </w:p>
        </w:tc>
        <w:tc>
          <w:tcPr>
            <w:tcW w:w="3628" w:type="dxa"/>
            <w:vAlign w:val="center"/>
          </w:tcPr>
          <w:p w14:paraId="5C4B37C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Пользоваться вычисли-тельными навыками, решать составные задачи</w:t>
            </w:r>
          </w:p>
        </w:tc>
        <w:tc>
          <w:tcPr>
            <w:tcW w:w="2270" w:type="dxa"/>
            <w:vAlign w:val="center"/>
          </w:tcPr>
          <w:p w14:paraId="4CA806A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обнару-живать и устранять ошибки логического ха-рактера (в ходе реше-ния) и ошибки вычисли-тельного характера</w:t>
            </w:r>
          </w:p>
        </w:tc>
      </w:tr>
      <w:tr w:rsidR="00DE60F7" w:rsidRPr="00F52B28" w14:paraId="58E0826D" w14:textId="77777777" w:rsidTr="0078209C">
        <w:trPr>
          <w:cantSplit/>
        </w:trPr>
        <w:tc>
          <w:tcPr>
            <w:tcW w:w="510" w:type="dxa"/>
            <w:vAlign w:val="center"/>
          </w:tcPr>
          <w:p w14:paraId="60EA432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0" w:type="dxa"/>
            <w:vAlign w:val="center"/>
          </w:tcPr>
          <w:p w14:paraId="161F81C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51C312E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Повторение пройденного. «Что узнали. Чему научи-лись». Математи-ческий дик-тант №6</w:t>
            </w:r>
          </w:p>
        </w:tc>
        <w:tc>
          <w:tcPr>
            <w:tcW w:w="1701" w:type="dxa"/>
            <w:vAlign w:val="center"/>
          </w:tcPr>
          <w:p w14:paraId="43B9E13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4D00FF8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де-ления многозначного числа на дву-значное, объяснять каждый шаг. Ре-шать задачи арифметическим спосо-бом. Выполнять вычитание и сложе-ние именованных величин, решать уравнения</w:t>
            </w:r>
          </w:p>
        </w:tc>
        <w:tc>
          <w:tcPr>
            <w:tcW w:w="3628" w:type="dxa"/>
            <w:vAlign w:val="center"/>
          </w:tcPr>
          <w:p w14:paraId="3A569E2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27FE110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082DF571" w14:textId="77777777" w:rsidTr="0078209C">
        <w:trPr>
          <w:cantSplit/>
        </w:trPr>
        <w:tc>
          <w:tcPr>
            <w:tcW w:w="510" w:type="dxa"/>
            <w:vAlign w:val="center"/>
          </w:tcPr>
          <w:p w14:paraId="37F8689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850" w:type="dxa"/>
            <w:vAlign w:val="center"/>
          </w:tcPr>
          <w:p w14:paraId="4FD220C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B40790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7 по теме «Умножение и деление»</w:t>
            </w:r>
          </w:p>
        </w:tc>
        <w:tc>
          <w:tcPr>
            <w:tcW w:w="1701" w:type="dxa"/>
            <w:vAlign w:val="center"/>
          </w:tcPr>
          <w:p w14:paraId="036F589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61A5321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Соотносить результат проведённого самоконтроля с целями, поставлен-ными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197EF1B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360C127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Оценка — выделение и осознание обучающим-ся того, что уже усвоено и что ещё нужно усво-ить, осознание качества и уровня усвоения; оценка результатов ра- боты</w:t>
            </w:r>
          </w:p>
        </w:tc>
      </w:tr>
      <w:tr w:rsidR="00DE60F7" w:rsidRPr="00F52B28" w14:paraId="62FB007F" w14:textId="77777777" w:rsidTr="0078209C">
        <w:trPr>
          <w:cantSplit/>
        </w:trPr>
        <w:tc>
          <w:tcPr>
            <w:tcW w:w="510" w:type="dxa"/>
            <w:vAlign w:val="center"/>
          </w:tcPr>
          <w:p w14:paraId="662DB41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850" w:type="dxa"/>
            <w:vAlign w:val="center"/>
          </w:tcPr>
          <w:p w14:paraId="0262872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8E706B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кон-трольной ра-боты и работа над ошибками. Письменное деление мно-гозначного числа на трёх- значное</w:t>
            </w:r>
          </w:p>
        </w:tc>
        <w:tc>
          <w:tcPr>
            <w:tcW w:w="1701" w:type="dxa"/>
            <w:vAlign w:val="center"/>
          </w:tcPr>
          <w:p w14:paraId="71F9220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изучения нового материа-ла</w:t>
            </w:r>
          </w:p>
        </w:tc>
        <w:tc>
          <w:tcPr>
            <w:tcW w:w="4025" w:type="dxa"/>
            <w:vAlign w:val="center"/>
          </w:tcPr>
          <w:p w14:paraId="7D9C247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алгоритм письменного де-ления многозначного числа на трёх-значное, объяснять каждый шаг. Вы-полнять письменное деление много-значных чисел на двузначные, опира-ясь на знание алгоритмов письменно-го выполнения действия умножение</w:t>
            </w:r>
          </w:p>
        </w:tc>
        <w:tc>
          <w:tcPr>
            <w:tcW w:w="3628" w:type="dxa"/>
            <w:vAlign w:val="center"/>
          </w:tcPr>
          <w:p w14:paraId="6A2FB7A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трёхзнач-ное</w:t>
            </w:r>
          </w:p>
        </w:tc>
        <w:tc>
          <w:tcPr>
            <w:tcW w:w="2270" w:type="dxa"/>
            <w:vAlign w:val="center"/>
          </w:tcPr>
          <w:p w14:paraId="43A66EF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Постановка и формули-рование проблемы, са-мостоятельное созда-ние алгоритмов дея-тельности при решении проблем поискового характера</w:t>
            </w:r>
          </w:p>
        </w:tc>
      </w:tr>
      <w:tr w:rsidR="00DE60F7" w:rsidRPr="00F52B28" w14:paraId="550BF72A" w14:textId="77777777" w:rsidTr="0078209C">
        <w:trPr>
          <w:cantSplit/>
        </w:trPr>
        <w:tc>
          <w:tcPr>
            <w:tcW w:w="510" w:type="dxa"/>
            <w:vAlign w:val="center"/>
          </w:tcPr>
          <w:p w14:paraId="524EE60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850" w:type="dxa"/>
            <w:vAlign w:val="center"/>
          </w:tcPr>
          <w:p w14:paraId="37DB3E8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0F9E24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Письменное деление мно-гозначного числа на трёх- значное.</w:t>
            </w:r>
          </w:p>
        </w:tc>
        <w:tc>
          <w:tcPr>
            <w:tcW w:w="1701" w:type="dxa"/>
            <w:vAlign w:val="center"/>
          </w:tcPr>
          <w:p w14:paraId="3D69E06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навыков.</w:t>
            </w:r>
          </w:p>
        </w:tc>
        <w:tc>
          <w:tcPr>
            <w:tcW w:w="4025" w:type="dxa"/>
            <w:vAlign w:val="center"/>
          </w:tcPr>
          <w:p w14:paraId="21D3CFE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Объяснять, как выполнено деление. Называть в каждом случае неполные делимые и рассказывать, как находи-ли цифры частного. Совершенство- вать вычислительные навыки, умение решать задачи.</w:t>
            </w:r>
          </w:p>
        </w:tc>
        <w:tc>
          <w:tcPr>
            <w:tcW w:w="3628" w:type="dxa"/>
            <w:vAlign w:val="center"/>
          </w:tcPr>
          <w:p w14:paraId="55DA9E2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трёхзнач- ное.</w:t>
            </w:r>
          </w:p>
        </w:tc>
        <w:tc>
          <w:tcPr>
            <w:tcW w:w="2270" w:type="dxa"/>
            <w:vAlign w:val="center"/>
          </w:tcPr>
          <w:p w14:paraId="3EF195C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Учебное сотрудниче-ство с учителем и сверстниками в поиске и сборе информации; умение с достаточной полнотой и точностью выражать свои мысли в соответствии с задача-ми и условиями комму- никации.</w:t>
            </w:r>
          </w:p>
        </w:tc>
      </w:tr>
      <w:tr w:rsidR="00DE60F7" w:rsidRPr="00F52B28" w14:paraId="31F6CB35" w14:textId="77777777" w:rsidTr="0078209C">
        <w:trPr>
          <w:cantSplit/>
        </w:trPr>
        <w:tc>
          <w:tcPr>
            <w:tcW w:w="510" w:type="dxa"/>
            <w:vAlign w:val="center"/>
          </w:tcPr>
          <w:p w14:paraId="4715FA7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850" w:type="dxa"/>
            <w:vAlign w:val="center"/>
          </w:tcPr>
          <w:p w14:paraId="3136C33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CEC8F0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Деление на трёхзначное число</w:t>
            </w:r>
          </w:p>
        </w:tc>
        <w:tc>
          <w:tcPr>
            <w:tcW w:w="1701" w:type="dxa"/>
            <w:vAlign w:val="center"/>
          </w:tcPr>
          <w:p w14:paraId="3A376B7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7B2273F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деление с объяснением и проверять вычисления. Делать чертёж к задаче и решать её. Составлять за-дачу по выражению. Сравнивать вы- ражения</w:t>
            </w:r>
          </w:p>
        </w:tc>
        <w:tc>
          <w:tcPr>
            <w:tcW w:w="3628" w:type="dxa"/>
            <w:vAlign w:val="center"/>
          </w:tcPr>
          <w:p w14:paraId="73C8C73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трёхзнач-ное, делать проверку</w:t>
            </w:r>
          </w:p>
        </w:tc>
        <w:tc>
          <w:tcPr>
            <w:tcW w:w="2270" w:type="dxa"/>
            <w:vAlign w:val="center"/>
          </w:tcPr>
          <w:p w14:paraId="788F713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159A3338" w14:textId="77777777" w:rsidTr="0078209C">
        <w:trPr>
          <w:cantSplit/>
        </w:trPr>
        <w:tc>
          <w:tcPr>
            <w:tcW w:w="510" w:type="dxa"/>
            <w:vAlign w:val="center"/>
          </w:tcPr>
          <w:p w14:paraId="63DE78B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850" w:type="dxa"/>
            <w:vAlign w:val="center"/>
          </w:tcPr>
          <w:p w14:paraId="68C9AA6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1B9ABB1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Проверка умножения делением и деления умножением</w:t>
            </w:r>
          </w:p>
        </w:tc>
        <w:tc>
          <w:tcPr>
            <w:tcW w:w="1701" w:type="dxa"/>
            <w:vAlign w:val="center"/>
          </w:tcPr>
          <w:p w14:paraId="1A07FF0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развития умений и навыков</w:t>
            </w:r>
          </w:p>
        </w:tc>
        <w:tc>
          <w:tcPr>
            <w:tcW w:w="4025" w:type="dxa"/>
            <w:vAlign w:val="center"/>
          </w:tcPr>
          <w:p w14:paraId="3FCF86A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деление с объяснением и проверять вычисления. Совершен-ствовать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176ECAE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трёхзнач-ное, делать проверку</w:t>
            </w:r>
          </w:p>
        </w:tc>
        <w:tc>
          <w:tcPr>
            <w:tcW w:w="2270" w:type="dxa"/>
            <w:vAlign w:val="center"/>
          </w:tcPr>
          <w:p w14:paraId="106BE0C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30B23C77" w14:textId="77777777" w:rsidTr="0078209C">
        <w:trPr>
          <w:cantSplit/>
        </w:trPr>
        <w:tc>
          <w:tcPr>
            <w:tcW w:w="510" w:type="dxa"/>
            <w:vAlign w:val="center"/>
          </w:tcPr>
          <w:p w14:paraId="57AB9C6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850" w:type="dxa"/>
            <w:vAlign w:val="center"/>
          </w:tcPr>
          <w:p w14:paraId="6D9CB41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FB60D4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Проверка де-ления с остат-ком</w:t>
            </w:r>
          </w:p>
        </w:tc>
        <w:tc>
          <w:tcPr>
            <w:tcW w:w="1701" w:type="dxa"/>
            <w:vAlign w:val="center"/>
          </w:tcPr>
          <w:p w14:paraId="76275F4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формирова-ния умений и навыков</w:t>
            </w:r>
          </w:p>
        </w:tc>
        <w:tc>
          <w:tcPr>
            <w:tcW w:w="4025" w:type="dxa"/>
            <w:vAlign w:val="center"/>
          </w:tcPr>
          <w:p w14:paraId="5F7F6A3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Проверять, правильно ли выполнено деление с остатком. Находить дели-мое, если известны: делитель, част-ное и остаток. Проверять, выполнив деление</w:t>
            </w:r>
          </w:p>
        </w:tc>
        <w:tc>
          <w:tcPr>
            <w:tcW w:w="3628" w:type="dxa"/>
            <w:vAlign w:val="center"/>
          </w:tcPr>
          <w:p w14:paraId="361A424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Объяснять алгоритм пись-менного деления много-значного числа на трёхзнач-ное, делать проверку</w:t>
            </w:r>
          </w:p>
        </w:tc>
        <w:tc>
          <w:tcPr>
            <w:tcW w:w="2270" w:type="dxa"/>
            <w:vAlign w:val="center"/>
          </w:tcPr>
          <w:p w14:paraId="286E760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65F8A0CB" w14:textId="77777777" w:rsidTr="0078209C">
        <w:trPr>
          <w:cantSplit/>
        </w:trPr>
        <w:tc>
          <w:tcPr>
            <w:tcW w:w="510" w:type="dxa"/>
            <w:vAlign w:val="center"/>
          </w:tcPr>
          <w:p w14:paraId="40C65FD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850" w:type="dxa"/>
            <w:vAlign w:val="center"/>
          </w:tcPr>
          <w:p w14:paraId="1558C22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91D51B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Проверка де-ления</w:t>
            </w:r>
          </w:p>
        </w:tc>
        <w:tc>
          <w:tcPr>
            <w:tcW w:w="1701" w:type="dxa"/>
            <w:vAlign w:val="center"/>
          </w:tcPr>
          <w:p w14:paraId="44D3F95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Комбинирован-ный урок</w:t>
            </w:r>
          </w:p>
        </w:tc>
        <w:tc>
          <w:tcPr>
            <w:tcW w:w="4025" w:type="dxa"/>
            <w:vAlign w:val="center"/>
          </w:tcPr>
          <w:p w14:paraId="1311A37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Находить ошибки и записывать пра-вильное решение. Совершенствовать вычислительные навыки, умение ре-шать задачи, уравнения</w:t>
            </w:r>
          </w:p>
        </w:tc>
        <w:tc>
          <w:tcPr>
            <w:tcW w:w="3628" w:type="dxa"/>
            <w:vAlign w:val="center"/>
          </w:tcPr>
          <w:p w14:paraId="26B83DA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Находить ошибки при деле-нии, исправлять их</w:t>
            </w:r>
          </w:p>
        </w:tc>
        <w:tc>
          <w:tcPr>
            <w:tcW w:w="2270" w:type="dxa"/>
            <w:vAlign w:val="center"/>
          </w:tcPr>
          <w:p w14:paraId="052134F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 (в том числе с опорой на изученные определе- ния, законы арифмети-ческих действий)</w:t>
            </w:r>
          </w:p>
        </w:tc>
      </w:tr>
      <w:tr w:rsidR="00DE60F7" w:rsidRPr="00F52B28" w14:paraId="7EA72869" w14:textId="77777777" w:rsidTr="0078209C">
        <w:trPr>
          <w:cantSplit/>
        </w:trPr>
        <w:tc>
          <w:tcPr>
            <w:tcW w:w="510" w:type="dxa"/>
            <w:vAlign w:val="center"/>
          </w:tcPr>
          <w:p w14:paraId="0E3D822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850" w:type="dxa"/>
            <w:vAlign w:val="center"/>
          </w:tcPr>
          <w:p w14:paraId="68B62BE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FBEA5F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8 за год Итоговое повторение (8 часов)</w:t>
            </w:r>
          </w:p>
        </w:tc>
        <w:tc>
          <w:tcPr>
            <w:tcW w:w="1701" w:type="dxa"/>
            <w:vAlign w:val="center"/>
          </w:tcPr>
          <w:p w14:paraId="3FF2C4C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 Итоговое повторение (8 часов)</w:t>
            </w:r>
          </w:p>
        </w:tc>
        <w:tc>
          <w:tcPr>
            <w:tcW w:w="4025" w:type="dxa"/>
            <w:vAlign w:val="center"/>
          </w:tcPr>
          <w:p w14:paraId="5F741FB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Оценить результаты освоения тем за 4 класс, проявить личностную заинте-ресованность в приобретении и рас-ширении знаний и способов действий Итоговое повторение (8 часов)</w:t>
            </w:r>
          </w:p>
        </w:tc>
        <w:tc>
          <w:tcPr>
            <w:tcW w:w="3628" w:type="dxa"/>
            <w:vAlign w:val="center"/>
          </w:tcPr>
          <w:p w14:paraId="04F2BC3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 Итоговое повторение (8 часов)</w:t>
            </w:r>
          </w:p>
        </w:tc>
        <w:tc>
          <w:tcPr>
            <w:tcW w:w="2270" w:type="dxa"/>
            <w:vAlign w:val="center"/>
          </w:tcPr>
          <w:p w14:paraId="6F2BCEB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Оценка — выделение и осознание обучающим-ся того, что уже усвоено и что ещё нужно усво-ить, осознание качества и уровня усвоения; оценка результатов ра- боты Итоговое повторение (8 часов)</w:t>
            </w:r>
          </w:p>
        </w:tc>
      </w:tr>
      <w:tr w:rsidR="00DE60F7" w:rsidRPr="00F52B28" w14:paraId="13D83C9D" w14:textId="77777777" w:rsidTr="0078209C">
        <w:trPr>
          <w:cantSplit/>
        </w:trPr>
        <w:tc>
          <w:tcPr>
            <w:tcW w:w="510" w:type="dxa"/>
            <w:vAlign w:val="center"/>
          </w:tcPr>
          <w:p w14:paraId="6DC638C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850" w:type="dxa"/>
            <w:vAlign w:val="center"/>
          </w:tcPr>
          <w:p w14:paraId="687E2FF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4C04188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Анализ кон-трольной ра- боты и работа над ошибками. Повторение пройденного: «Что узнали. Чему научи-лись». Математи- ческий дик-тант № 7</w:t>
            </w:r>
          </w:p>
        </w:tc>
        <w:tc>
          <w:tcPr>
            <w:tcW w:w="1701" w:type="dxa"/>
            <w:vAlign w:val="center"/>
          </w:tcPr>
          <w:p w14:paraId="542E23D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Комбинирован- ный урок</w:t>
            </w:r>
          </w:p>
        </w:tc>
        <w:tc>
          <w:tcPr>
            <w:tcW w:w="4025" w:type="dxa"/>
            <w:vAlign w:val="center"/>
          </w:tcPr>
          <w:p w14:paraId="092315A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навыки, умение решать задачи. Соот- носить результат проведённого само-контроля с целями, поставленными при изучении темы, оценивать их и делать выводы</w:t>
            </w:r>
          </w:p>
        </w:tc>
        <w:tc>
          <w:tcPr>
            <w:tcW w:w="3628" w:type="dxa"/>
            <w:vAlign w:val="center"/>
          </w:tcPr>
          <w:p w14:paraId="22017F6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 вать свою работу, её ре- 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2E80876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 рять правильность вы-полнения вычислений изученными способами</w:t>
            </w:r>
          </w:p>
        </w:tc>
      </w:tr>
      <w:tr w:rsidR="00DE60F7" w:rsidRPr="00F52B28" w14:paraId="7DCC0CFF" w14:textId="77777777" w:rsidTr="0078209C">
        <w:trPr>
          <w:cantSplit/>
        </w:trPr>
        <w:tc>
          <w:tcPr>
            <w:tcW w:w="510" w:type="dxa"/>
            <w:vAlign w:val="center"/>
          </w:tcPr>
          <w:p w14:paraId="699A089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50" w:type="dxa"/>
            <w:vAlign w:val="center"/>
          </w:tcPr>
          <w:p w14:paraId="55491DA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102F5A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Итоговая диагности-ческая рабо-та</w:t>
            </w:r>
          </w:p>
        </w:tc>
        <w:tc>
          <w:tcPr>
            <w:tcW w:w="1701" w:type="dxa"/>
            <w:vAlign w:val="center"/>
          </w:tcPr>
          <w:p w14:paraId="199779D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знаний, умений и навыков</w:t>
            </w:r>
          </w:p>
        </w:tc>
        <w:tc>
          <w:tcPr>
            <w:tcW w:w="4025" w:type="dxa"/>
            <w:vAlign w:val="center"/>
          </w:tcPr>
          <w:p w14:paraId="6329E2FA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свои знания для выполне-ния итоговой работы</w:t>
            </w:r>
          </w:p>
        </w:tc>
        <w:tc>
          <w:tcPr>
            <w:tcW w:w="3628" w:type="dxa"/>
            <w:vAlign w:val="center"/>
          </w:tcPr>
          <w:p w14:paraId="58F581A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оцени-вать свою работу, её ре-зультат, делать выводы на будущее</w:t>
            </w:r>
          </w:p>
        </w:tc>
        <w:tc>
          <w:tcPr>
            <w:tcW w:w="2270" w:type="dxa"/>
            <w:vAlign w:val="center"/>
          </w:tcPr>
          <w:p w14:paraId="5D7C1F5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Контроль и оценка про-цесса и результатов деятельности</w:t>
            </w:r>
          </w:p>
        </w:tc>
      </w:tr>
      <w:tr w:rsidR="00DE60F7" w:rsidRPr="00F52B28" w14:paraId="7BCCA0ED" w14:textId="77777777" w:rsidTr="0078209C">
        <w:trPr>
          <w:cantSplit/>
        </w:trPr>
        <w:tc>
          <w:tcPr>
            <w:tcW w:w="510" w:type="dxa"/>
            <w:vAlign w:val="center"/>
          </w:tcPr>
          <w:p w14:paraId="181B872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850" w:type="dxa"/>
            <w:vAlign w:val="center"/>
          </w:tcPr>
          <w:p w14:paraId="731CA80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D66EB9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Нумерация. Выражения и уравнения</w:t>
            </w:r>
          </w:p>
        </w:tc>
        <w:tc>
          <w:tcPr>
            <w:tcW w:w="1701" w:type="dxa"/>
            <w:vAlign w:val="center"/>
          </w:tcPr>
          <w:p w14:paraId="60699C3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обобщения и систематизации</w:t>
            </w:r>
          </w:p>
        </w:tc>
        <w:tc>
          <w:tcPr>
            <w:tcW w:w="4025" w:type="dxa"/>
            <w:vAlign w:val="center"/>
          </w:tcPr>
          <w:p w14:paraId="4E9A839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Оценить результаты освоения темы, проявить личностную заинтересован-ность в приобретении и расширении знаний и способов действий</w:t>
            </w:r>
          </w:p>
        </w:tc>
        <w:tc>
          <w:tcPr>
            <w:tcW w:w="3628" w:type="dxa"/>
            <w:vAlign w:val="center"/>
          </w:tcPr>
          <w:p w14:paraId="18B7AFC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числа натураль-ного ряда, которые больше 1 000. Читать и записы-вать числа, которые боль-ше 1 000, используя прави-ло, по которому составлена числовая последователь-ность. Решать числовые выражения и уравнения</w:t>
            </w:r>
          </w:p>
        </w:tc>
        <w:tc>
          <w:tcPr>
            <w:tcW w:w="2270" w:type="dxa"/>
            <w:vAlign w:val="center"/>
          </w:tcPr>
          <w:p w14:paraId="59DFDA7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 (в том числе с опорой на изученные определе- ния, законы арифмети-ческих действий)</w:t>
            </w:r>
          </w:p>
        </w:tc>
      </w:tr>
      <w:tr w:rsidR="00DE60F7" w:rsidRPr="00F52B28" w14:paraId="5CFCE105" w14:textId="77777777" w:rsidTr="0078209C">
        <w:trPr>
          <w:cantSplit/>
        </w:trPr>
        <w:tc>
          <w:tcPr>
            <w:tcW w:w="510" w:type="dxa"/>
            <w:vAlign w:val="center"/>
          </w:tcPr>
          <w:p w14:paraId="7446AFE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850" w:type="dxa"/>
            <w:vAlign w:val="center"/>
          </w:tcPr>
          <w:p w14:paraId="56D77BB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23B3433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Арифметиче-ские действия</w:t>
            </w:r>
          </w:p>
        </w:tc>
        <w:tc>
          <w:tcPr>
            <w:tcW w:w="1701" w:type="dxa"/>
            <w:vAlign w:val="center"/>
          </w:tcPr>
          <w:p w14:paraId="2F25DC30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обобщения и систематизации</w:t>
            </w:r>
          </w:p>
        </w:tc>
        <w:tc>
          <w:tcPr>
            <w:tcW w:w="4025" w:type="dxa"/>
            <w:vAlign w:val="center"/>
          </w:tcPr>
          <w:p w14:paraId="5A7CDD0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навыки, умение решать задачи</w:t>
            </w:r>
          </w:p>
        </w:tc>
        <w:tc>
          <w:tcPr>
            <w:tcW w:w="3628" w:type="dxa"/>
            <w:vAlign w:val="center"/>
          </w:tcPr>
          <w:p w14:paraId="03391DB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Использовать приёмы сло-жения и вычитания, умноже-ния и деления чисел, кото-рые больше 1 000</w:t>
            </w:r>
          </w:p>
        </w:tc>
        <w:tc>
          <w:tcPr>
            <w:tcW w:w="2270" w:type="dxa"/>
            <w:vAlign w:val="center"/>
          </w:tcPr>
          <w:p w14:paraId="413658E3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свою деятельность: прове-рять правильность вы-полнения вычислений изученными способами</w:t>
            </w:r>
          </w:p>
        </w:tc>
      </w:tr>
      <w:tr w:rsidR="00DE60F7" w:rsidRPr="00F52B28" w14:paraId="19145ADF" w14:textId="77777777" w:rsidTr="0078209C">
        <w:trPr>
          <w:cantSplit/>
        </w:trPr>
        <w:tc>
          <w:tcPr>
            <w:tcW w:w="510" w:type="dxa"/>
            <w:vAlign w:val="center"/>
          </w:tcPr>
          <w:p w14:paraId="6C51648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850" w:type="dxa"/>
            <w:vAlign w:val="center"/>
          </w:tcPr>
          <w:p w14:paraId="098A04C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0EE624A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Порядок вы-полнения дей-ствий.</w:t>
            </w:r>
          </w:p>
        </w:tc>
        <w:tc>
          <w:tcPr>
            <w:tcW w:w="1701" w:type="dxa"/>
            <w:vAlign w:val="center"/>
          </w:tcPr>
          <w:p w14:paraId="2E180244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обобщения и систематизации</w:t>
            </w:r>
          </w:p>
        </w:tc>
        <w:tc>
          <w:tcPr>
            <w:tcW w:w="4025" w:type="dxa"/>
            <w:vAlign w:val="center"/>
          </w:tcPr>
          <w:p w14:paraId="6A1BB30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Оценить результаты освоения темы, проявить личностную заинтересован-ность в приобретении и расширении знаний и способов действий</w:t>
            </w:r>
          </w:p>
        </w:tc>
        <w:tc>
          <w:tcPr>
            <w:tcW w:w="3628" w:type="dxa"/>
            <w:vAlign w:val="center"/>
          </w:tcPr>
          <w:p w14:paraId="43AF386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правила о по-рядке выполнения действий в числовых выражениях со скобками и без скобок при вычислениях значений чис-ловых выражений</w:t>
            </w:r>
          </w:p>
        </w:tc>
        <w:tc>
          <w:tcPr>
            <w:tcW w:w="2270" w:type="dxa"/>
            <w:vAlign w:val="center"/>
          </w:tcPr>
          <w:p w14:paraId="3414B299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Собирать требуемую информацию из указан-ных источников; фикси-ровать результаты раз-ными способами</w:t>
            </w:r>
          </w:p>
        </w:tc>
      </w:tr>
      <w:tr w:rsidR="00DE60F7" w:rsidRPr="00F52B28" w14:paraId="57896859" w14:textId="77777777" w:rsidTr="0078209C">
        <w:trPr>
          <w:cantSplit/>
        </w:trPr>
        <w:tc>
          <w:tcPr>
            <w:tcW w:w="510" w:type="dxa"/>
            <w:vAlign w:val="center"/>
          </w:tcPr>
          <w:p w14:paraId="3CEED4D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50" w:type="dxa"/>
            <w:vAlign w:val="center"/>
          </w:tcPr>
          <w:p w14:paraId="3167D595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77985A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Величины</w:t>
            </w:r>
          </w:p>
        </w:tc>
        <w:tc>
          <w:tcPr>
            <w:tcW w:w="1701" w:type="dxa"/>
            <w:vAlign w:val="center"/>
          </w:tcPr>
          <w:p w14:paraId="0C0A21C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обобщения и систематизации</w:t>
            </w:r>
          </w:p>
        </w:tc>
        <w:tc>
          <w:tcPr>
            <w:tcW w:w="4025" w:type="dxa"/>
            <w:vAlign w:val="center"/>
          </w:tcPr>
          <w:p w14:paraId="7BBF9B4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Выполнять сложение и вычитание ве-личин, заменяя крупные единицы ве-личин более мелкими. Решать задачи с использованием величин</w:t>
            </w:r>
          </w:p>
        </w:tc>
        <w:tc>
          <w:tcPr>
            <w:tcW w:w="3628" w:type="dxa"/>
            <w:vAlign w:val="center"/>
          </w:tcPr>
          <w:p w14:paraId="00B5AD0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знания о вели- чинах в ходе решения задач и выражений</w:t>
            </w:r>
          </w:p>
        </w:tc>
        <w:tc>
          <w:tcPr>
            <w:tcW w:w="2270" w:type="dxa"/>
            <w:vAlign w:val="center"/>
          </w:tcPr>
          <w:p w14:paraId="54BC515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Актуализировать свои знания для проведения простейших математи- ческих доказательств</w:t>
            </w:r>
          </w:p>
        </w:tc>
      </w:tr>
      <w:tr w:rsidR="00DE60F7" w:rsidRPr="00F52B28" w14:paraId="58558F10" w14:textId="77777777" w:rsidTr="0078209C">
        <w:trPr>
          <w:cantSplit/>
        </w:trPr>
        <w:tc>
          <w:tcPr>
            <w:tcW w:w="510" w:type="dxa"/>
            <w:vAlign w:val="center"/>
          </w:tcPr>
          <w:p w14:paraId="4D74F94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850" w:type="dxa"/>
            <w:vAlign w:val="center"/>
          </w:tcPr>
          <w:p w14:paraId="1B8C9FB8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7CD817C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Геометриче-ские фигуры.</w:t>
            </w:r>
          </w:p>
        </w:tc>
        <w:tc>
          <w:tcPr>
            <w:tcW w:w="1701" w:type="dxa"/>
            <w:vAlign w:val="center"/>
          </w:tcPr>
          <w:p w14:paraId="0915278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Урок обобщения и систематизации</w:t>
            </w:r>
          </w:p>
        </w:tc>
        <w:tc>
          <w:tcPr>
            <w:tcW w:w="4025" w:type="dxa"/>
            <w:vAlign w:val="center"/>
          </w:tcPr>
          <w:p w14:paraId="0B993D3C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Классифицировать геометрические фигуры по заданному или найденному основанию классификации</w:t>
            </w:r>
          </w:p>
        </w:tc>
        <w:tc>
          <w:tcPr>
            <w:tcW w:w="3628" w:type="dxa"/>
            <w:vAlign w:val="center"/>
          </w:tcPr>
          <w:p w14:paraId="10CED136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Называть виды геометри-ческих фигур. Выполнять чертежи изученных геомет-рических фигур.</w:t>
            </w:r>
          </w:p>
        </w:tc>
        <w:tc>
          <w:tcPr>
            <w:tcW w:w="2270" w:type="dxa"/>
            <w:vAlign w:val="center"/>
          </w:tcPr>
          <w:p w14:paraId="693CB0BF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Контролировать и оценивать свою рабо- ту, её результат, делать выводы на будущее</w:t>
            </w:r>
          </w:p>
        </w:tc>
      </w:tr>
      <w:tr w:rsidR="00DE60F7" w:rsidRPr="00F52B28" w14:paraId="3D99E90B" w14:textId="77777777" w:rsidTr="0078209C">
        <w:trPr>
          <w:cantSplit/>
        </w:trPr>
        <w:tc>
          <w:tcPr>
            <w:tcW w:w="510" w:type="dxa"/>
            <w:vAlign w:val="center"/>
          </w:tcPr>
          <w:p w14:paraId="655E466E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50" w:type="dxa"/>
            <w:vAlign w:val="center"/>
          </w:tcPr>
          <w:p w14:paraId="6CC0E03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vAlign w:val="center"/>
          </w:tcPr>
          <w:p w14:paraId="3E65D021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Решение за-дач</w:t>
            </w:r>
          </w:p>
        </w:tc>
        <w:tc>
          <w:tcPr>
            <w:tcW w:w="1701" w:type="dxa"/>
            <w:vAlign w:val="center"/>
          </w:tcPr>
          <w:p w14:paraId="62EE6677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5" w:type="dxa"/>
            <w:vAlign w:val="center"/>
          </w:tcPr>
          <w:p w14:paraId="6EDDD352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Оценить результаты освоения темы, проявить личностную заинтересован-ность в приобретении и расширении знаний и способов действий</w:t>
            </w:r>
          </w:p>
        </w:tc>
        <w:tc>
          <w:tcPr>
            <w:tcW w:w="3628" w:type="dxa"/>
            <w:vAlign w:val="center"/>
          </w:tcPr>
          <w:p w14:paraId="4F00E6CD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для решения задач. Записывать и решать за-дачи изученных видов</w:t>
            </w:r>
          </w:p>
        </w:tc>
        <w:tc>
          <w:tcPr>
            <w:tcW w:w="2270" w:type="dxa"/>
            <w:vAlign w:val="center"/>
          </w:tcPr>
          <w:p w14:paraId="70A3239B" w14:textId="77777777" w:rsidR="00DE60F7" w:rsidRPr="00F52B28" w:rsidRDefault="00DE60F7" w:rsidP="00782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B28">
              <w:rPr>
                <w:rFonts w:ascii="Times New Roman" w:hAnsi="Times New Roman" w:cs="Times New Roman"/>
                <w:sz w:val="20"/>
                <w:szCs w:val="20"/>
              </w:rPr>
              <w:t>Моделировать содер-жащиеся в тексте зада-чи зависимости; плани- ровать ход решения задачи</w:t>
            </w:r>
          </w:p>
        </w:tc>
      </w:tr>
    </w:tbl>
    <w:p w14:paraId="3C354B10" w14:textId="77777777" w:rsidR="0056613C" w:rsidRPr="00DE60F7" w:rsidRDefault="0056613C" w:rsidP="00DE60F7"/>
    <w:sectPr w:rsidR="0056613C" w:rsidRPr="00DE60F7">
      <w:footerReference w:type="default" r:id="rId7"/>
      <w:pgSz w:w="16840" w:h="11910" w:orient="landscape"/>
      <w:pgMar w:top="1100" w:right="566" w:bottom="1200" w:left="1559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2020" w14:textId="77777777" w:rsidR="003E0B4D" w:rsidRDefault="003E0B4D">
      <w:r>
        <w:separator/>
      </w:r>
    </w:p>
  </w:endnote>
  <w:endnote w:type="continuationSeparator" w:id="0">
    <w:p w14:paraId="114E5478" w14:textId="77777777" w:rsidR="003E0B4D" w:rsidRDefault="003E0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6953" w14:textId="77777777" w:rsidR="0016370C" w:rsidRDefault="00000000">
    <w:pPr>
      <w:pStyle w:val="a5"/>
      <w:spacing w:line="14" w:lineRule="auto"/>
      <w:ind w:left="0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5213696" behindDoc="1" locked="0" layoutInCell="1" allowOverlap="1" wp14:anchorId="2DD36C5E" wp14:editId="22F114B0">
              <wp:simplePos x="0" y="0"/>
              <wp:positionH relativeFrom="page">
                <wp:posOffset>9999726</wp:posOffset>
              </wp:positionH>
              <wp:positionV relativeFrom="page">
                <wp:posOffset>6776415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B362CE" w14:textId="77777777" w:rsidR="0016370C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D36C5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87.4pt;margin-top:533.6pt;width:16.3pt;height:13.05pt;z-index:-181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" filled="f" stroked="f">
              <v:textbox inset="0,0,0,0">
                <w:txbxContent>
                  <w:p w14:paraId="15B362CE" w14:textId="77777777" w:rsidR="0016370C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18A7E" w14:textId="77777777" w:rsidR="003E0B4D" w:rsidRDefault="003E0B4D">
      <w:r>
        <w:separator/>
      </w:r>
    </w:p>
  </w:footnote>
  <w:footnote w:type="continuationSeparator" w:id="0">
    <w:p w14:paraId="40041AED" w14:textId="77777777" w:rsidR="003E0B4D" w:rsidRDefault="003E0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0C480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E609D1"/>
    <w:multiLevelType w:val="hybridMultilevel"/>
    <w:tmpl w:val="B2806396"/>
    <w:lvl w:ilvl="0" w:tplc="0AE0866C">
      <w:start w:val="1"/>
      <w:numFmt w:val="decimal"/>
      <w:lvlText w:val="%1."/>
      <w:lvlJc w:val="left"/>
      <w:pPr>
        <w:ind w:left="448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6A8868">
      <w:numFmt w:val="bullet"/>
      <w:lvlText w:val="•"/>
      <w:lvlJc w:val="left"/>
      <w:pPr>
        <w:ind w:left="5503" w:hanging="360"/>
      </w:pPr>
      <w:rPr>
        <w:rFonts w:hint="default"/>
        <w:lang w:val="ru-RU" w:eastAsia="en-US" w:bidi="ar-SA"/>
      </w:rPr>
    </w:lvl>
    <w:lvl w:ilvl="2" w:tplc="6DF27DA8">
      <w:numFmt w:val="bullet"/>
      <w:lvlText w:val="•"/>
      <w:lvlJc w:val="left"/>
      <w:pPr>
        <w:ind w:left="6526" w:hanging="360"/>
      </w:pPr>
      <w:rPr>
        <w:rFonts w:hint="default"/>
        <w:lang w:val="ru-RU" w:eastAsia="en-US" w:bidi="ar-SA"/>
      </w:rPr>
    </w:lvl>
    <w:lvl w:ilvl="3" w:tplc="FB709466">
      <w:numFmt w:val="bullet"/>
      <w:lvlText w:val="•"/>
      <w:lvlJc w:val="left"/>
      <w:pPr>
        <w:ind w:left="7550" w:hanging="360"/>
      </w:pPr>
      <w:rPr>
        <w:rFonts w:hint="default"/>
        <w:lang w:val="ru-RU" w:eastAsia="en-US" w:bidi="ar-SA"/>
      </w:rPr>
    </w:lvl>
    <w:lvl w:ilvl="4" w:tplc="9B9AD48C">
      <w:numFmt w:val="bullet"/>
      <w:lvlText w:val="•"/>
      <w:lvlJc w:val="left"/>
      <w:pPr>
        <w:ind w:left="8573" w:hanging="360"/>
      </w:pPr>
      <w:rPr>
        <w:rFonts w:hint="default"/>
        <w:lang w:val="ru-RU" w:eastAsia="en-US" w:bidi="ar-SA"/>
      </w:rPr>
    </w:lvl>
    <w:lvl w:ilvl="5" w:tplc="BD9CB194">
      <w:numFmt w:val="bullet"/>
      <w:lvlText w:val="•"/>
      <w:lvlJc w:val="left"/>
      <w:pPr>
        <w:ind w:left="9596" w:hanging="360"/>
      </w:pPr>
      <w:rPr>
        <w:rFonts w:hint="default"/>
        <w:lang w:val="ru-RU" w:eastAsia="en-US" w:bidi="ar-SA"/>
      </w:rPr>
    </w:lvl>
    <w:lvl w:ilvl="6" w:tplc="F7563A48">
      <w:numFmt w:val="bullet"/>
      <w:lvlText w:val="•"/>
      <w:lvlJc w:val="left"/>
      <w:pPr>
        <w:ind w:left="10620" w:hanging="360"/>
      </w:pPr>
      <w:rPr>
        <w:rFonts w:hint="default"/>
        <w:lang w:val="ru-RU" w:eastAsia="en-US" w:bidi="ar-SA"/>
      </w:rPr>
    </w:lvl>
    <w:lvl w:ilvl="7" w:tplc="52D8AB2C">
      <w:numFmt w:val="bullet"/>
      <w:lvlText w:val="•"/>
      <w:lvlJc w:val="left"/>
      <w:pPr>
        <w:ind w:left="11643" w:hanging="360"/>
      </w:pPr>
      <w:rPr>
        <w:rFonts w:hint="default"/>
        <w:lang w:val="ru-RU" w:eastAsia="en-US" w:bidi="ar-SA"/>
      </w:rPr>
    </w:lvl>
    <w:lvl w:ilvl="8" w:tplc="66C86C06">
      <w:numFmt w:val="bullet"/>
      <w:lvlText w:val="•"/>
      <w:lvlJc w:val="left"/>
      <w:pPr>
        <w:ind w:left="12666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69A413C"/>
    <w:multiLevelType w:val="hybridMultilevel"/>
    <w:tmpl w:val="ABF6A446"/>
    <w:lvl w:ilvl="0" w:tplc="BBC4FB26">
      <w:numFmt w:val="bullet"/>
      <w:lvlText w:val="—"/>
      <w:lvlJc w:val="left"/>
      <w:pPr>
        <w:ind w:left="142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5EF558">
      <w:numFmt w:val="bullet"/>
      <w:lvlText w:val="•"/>
      <w:lvlJc w:val="left"/>
      <w:pPr>
        <w:ind w:left="1597" w:hanging="301"/>
      </w:pPr>
      <w:rPr>
        <w:rFonts w:hint="default"/>
        <w:lang w:val="ru-RU" w:eastAsia="en-US" w:bidi="ar-SA"/>
      </w:rPr>
    </w:lvl>
    <w:lvl w:ilvl="2" w:tplc="D0AE3D28">
      <w:numFmt w:val="bullet"/>
      <w:lvlText w:val="•"/>
      <w:lvlJc w:val="left"/>
      <w:pPr>
        <w:ind w:left="3054" w:hanging="301"/>
      </w:pPr>
      <w:rPr>
        <w:rFonts w:hint="default"/>
        <w:lang w:val="ru-RU" w:eastAsia="en-US" w:bidi="ar-SA"/>
      </w:rPr>
    </w:lvl>
    <w:lvl w:ilvl="3" w:tplc="830CC3BA">
      <w:numFmt w:val="bullet"/>
      <w:lvlText w:val="•"/>
      <w:lvlJc w:val="left"/>
      <w:pPr>
        <w:ind w:left="4512" w:hanging="301"/>
      </w:pPr>
      <w:rPr>
        <w:rFonts w:hint="default"/>
        <w:lang w:val="ru-RU" w:eastAsia="en-US" w:bidi="ar-SA"/>
      </w:rPr>
    </w:lvl>
    <w:lvl w:ilvl="4" w:tplc="5F640D76">
      <w:numFmt w:val="bullet"/>
      <w:lvlText w:val="•"/>
      <w:lvlJc w:val="left"/>
      <w:pPr>
        <w:ind w:left="5969" w:hanging="301"/>
      </w:pPr>
      <w:rPr>
        <w:rFonts w:hint="default"/>
        <w:lang w:val="ru-RU" w:eastAsia="en-US" w:bidi="ar-SA"/>
      </w:rPr>
    </w:lvl>
    <w:lvl w:ilvl="5" w:tplc="C3BA72C8">
      <w:numFmt w:val="bullet"/>
      <w:lvlText w:val="•"/>
      <w:lvlJc w:val="left"/>
      <w:pPr>
        <w:ind w:left="7426" w:hanging="301"/>
      </w:pPr>
      <w:rPr>
        <w:rFonts w:hint="default"/>
        <w:lang w:val="ru-RU" w:eastAsia="en-US" w:bidi="ar-SA"/>
      </w:rPr>
    </w:lvl>
    <w:lvl w:ilvl="6" w:tplc="E45C57F8">
      <w:numFmt w:val="bullet"/>
      <w:lvlText w:val="•"/>
      <w:lvlJc w:val="left"/>
      <w:pPr>
        <w:ind w:left="8884" w:hanging="301"/>
      </w:pPr>
      <w:rPr>
        <w:rFonts w:hint="default"/>
        <w:lang w:val="ru-RU" w:eastAsia="en-US" w:bidi="ar-SA"/>
      </w:rPr>
    </w:lvl>
    <w:lvl w:ilvl="7" w:tplc="4BE05328">
      <w:numFmt w:val="bullet"/>
      <w:lvlText w:val="•"/>
      <w:lvlJc w:val="left"/>
      <w:pPr>
        <w:ind w:left="10341" w:hanging="301"/>
      </w:pPr>
      <w:rPr>
        <w:rFonts w:hint="default"/>
        <w:lang w:val="ru-RU" w:eastAsia="en-US" w:bidi="ar-SA"/>
      </w:rPr>
    </w:lvl>
    <w:lvl w:ilvl="8" w:tplc="AAF8869E">
      <w:numFmt w:val="bullet"/>
      <w:lvlText w:val="•"/>
      <w:lvlJc w:val="left"/>
      <w:pPr>
        <w:ind w:left="11798" w:hanging="301"/>
      </w:pPr>
      <w:rPr>
        <w:rFonts w:hint="default"/>
        <w:lang w:val="ru-RU" w:eastAsia="en-US" w:bidi="ar-SA"/>
      </w:rPr>
    </w:lvl>
  </w:abstractNum>
  <w:abstractNum w:abstractNumId="11" w15:restartNumberingAfterBreak="0">
    <w:nsid w:val="4E02749B"/>
    <w:multiLevelType w:val="hybridMultilevel"/>
    <w:tmpl w:val="44420E02"/>
    <w:lvl w:ilvl="0" w:tplc="A914F4B2">
      <w:numFmt w:val="bullet"/>
      <w:lvlText w:val=""/>
      <w:lvlJc w:val="left"/>
      <w:pPr>
        <w:ind w:left="86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6AB8BA">
      <w:numFmt w:val="bullet"/>
      <w:lvlText w:val="•"/>
      <w:lvlJc w:val="left"/>
      <w:pPr>
        <w:ind w:left="2245" w:hanging="180"/>
      </w:pPr>
      <w:rPr>
        <w:rFonts w:hint="default"/>
        <w:lang w:val="ru-RU" w:eastAsia="en-US" w:bidi="ar-SA"/>
      </w:rPr>
    </w:lvl>
    <w:lvl w:ilvl="2" w:tplc="57908046">
      <w:numFmt w:val="bullet"/>
      <w:lvlText w:val="•"/>
      <w:lvlJc w:val="left"/>
      <w:pPr>
        <w:ind w:left="3630" w:hanging="180"/>
      </w:pPr>
      <w:rPr>
        <w:rFonts w:hint="default"/>
        <w:lang w:val="ru-RU" w:eastAsia="en-US" w:bidi="ar-SA"/>
      </w:rPr>
    </w:lvl>
    <w:lvl w:ilvl="3" w:tplc="A612751C">
      <w:numFmt w:val="bullet"/>
      <w:lvlText w:val="•"/>
      <w:lvlJc w:val="left"/>
      <w:pPr>
        <w:ind w:left="5016" w:hanging="180"/>
      </w:pPr>
      <w:rPr>
        <w:rFonts w:hint="default"/>
        <w:lang w:val="ru-RU" w:eastAsia="en-US" w:bidi="ar-SA"/>
      </w:rPr>
    </w:lvl>
    <w:lvl w:ilvl="4" w:tplc="23FA9C34">
      <w:numFmt w:val="bullet"/>
      <w:lvlText w:val="•"/>
      <w:lvlJc w:val="left"/>
      <w:pPr>
        <w:ind w:left="6401" w:hanging="180"/>
      </w:pPr>
      <w:rPr>
        <w:rFonts w:hint="default"/>
        <w:lang w:val="ru-RU" w:eastAsia="en-US" w:bidi="ar-SA"/>
      </w:rPr>
    </w:lvl>
    <w:lvl w:ilvl="5" w:tplc="140437FE">
      <w:numFmt w:val="bullet"/>
      <w:lvlText w:val="•"/>
      <w:lvlJc w:val="left"/>
      <w:pPr>
        <w:ind w:left="7786" w:hanging="180"/>
      </w:pPr>
      <w:rPr>
        <w:rFonts w:hint="default"/>
        <w:lang w:val="ru-RU" w:eastAsia="en-US" w:bidi="ar-SA"/>
      </w:rPr>
    </w:lvl>
    <w:lvl w:ilvl="6" w:tplc="8BA0F44A">
      <w:numFmt w:val="bullet"/>
      <w:lvlText w:val="•"/>
      <w:lvlJc w:val="left"/>
      <w:pPr>
        <w:ind w:left="9172" w:hanging="180"/>
      </w:pPr>
      <w:rPr>
        <w:rFonts w:hint="default"/>
        <w:lang w:val="ru-RU" w:eastAsia="en-US" w:bidi="ar-SA"/>
      </w:rPr>
    </w:lvl>
    <w:lvl w:ilvl="7" w:tplc="7CF68C0C">
      <w:numFmt w:val="bullet"/>
      <w:lvlText w:val="•"/>
      <w:lvlJc w:val="left"/>
      <w:pPr>
        <w:ind w:left="10557" w:hanging="180"/>
      </w:pPr>
      <w:rPr>
        <w:rFonts w:hint="default"/>
        <w:lang w:val="ru-RU" w:eastAsia="en-US" w:bidi="ar-SA"/>
      </w:rPr>
    </w:lvl>
    <w:lvl w:ilvl="8" w:tplc="2286DA62">
      <w:numFmt w:val="bullet"/>
      <w:lvlText w:val="•"/>
      <w:lvlJc w:val="left"/>
      <w:pPr>
        <w:ind w:left="11942" w:hanging="180"/>
      </w:pPr>
      <w:rPr>
        <w:rFonts w:hint="default"/>
        <w:lang w:val="ru-RU" w:eastAsia="en-US" w:bidi="ar-SA"/>
      </w:rPr>
    </w:lvl>
  </w:abstractNum>
  <w:abstractNum w:abstractNumId="12" w15:restartNumberingAfterBreak="0">
    <w:nsid w:val="6EF87CD0"/>
    <w:multiLevelType w:val="hybridMultilevel"/>
    <w:tmpl w:val="34DC5C6C"/>
    <w:lvl w:ilvl="0" w:tplc="1F402036">
      <w:numFmt w:val="bullet"/>
      <w:lvlText w:val=""/>
      <w:lvlJc w:val="left"/>
      <w:pPr>
        <w:ind w:left="14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5C318A">
      <w:numFmt w:val="bullet"/>
      <w:lvlText w:val="•"/>
      <w:lvlJc w:val="left"/>
      <w:pPr>
        <w:ind w:left="1597" w:hanging="142"/>
      </w:pPr>
      <w:rPr>
        <w:rFonts w:hint="default"/>
        <w:lang w:val="ru-RU" w:eastAsia="en-US" w:bidi="ar-SA"/>
      </w:rPr>
    </w:lvl>
    <w:lvl w:ilvl="2" w:tplc="0C8810D6">
      <w:numFmt w:val="bullet"/>
      <w:lvlText w:val="•"/>
      <w:lvlJc w:val="left"/>
      <w:pPr>
        <w:ind w:left="3054" w:hanging="142"/>
      </w:pPr>
      <w:rPr>
        <w:rFonts w:hint="default"/>
        <w:lang w:val="ru-RU" w:eastAsia="en-US" w:bidi="ar-SA"/>
      </w:rPr>
    </w:lvl>
    <w:lvl w:ilvl="3" w:tplc="1F460E42">
      <w:numFmt w:val="bullet"/>
      <w:lvlText w:val="•"/>
      <w:lvlJc w:val="left"/>
      <w:pPr>
        <w:ind w:left="4512" w:hanging="142"/>
      </w:pPr>
      <w:rPr>
        <w:rFonts w:hint="default"/>
        <w:lang w:val="ru-RU" w:eastAsia="en-US" w:bidi="ar-SA"/>
      </w:rPr>
    </w:lvl>
    <w:lvl w:ilvl="4" w:tplc="58EE1978">
      <w:numFmt w:val="bullet"/>
      <w:lvlText w:val="•"/>
      <w:lvlJc w:val="left"/>
      <w:pPr>
        <w:ind w:left="5969" w:hanging="142"/>
      </w:pPr>
      <w:rPr>
        <w:rFonts w:hint="default"/>
        <w:lang w:val="ru-RU" w:eastAsia="en-US" w:bidi="ar-SA"/>
      </w:rPr>
    </w:lvl>
    <w:lvl w:ilvl="5" w:tplc="70C0ECE0">
      <w:numFmt w:val="bullet"/>
      <w:lvlText w:val="•"/>
      <w:lvlJc w:val="left"/>
      <w:pPr>
        <w:ind w:left="7426" w:hanging="142"/>
      </w:pPr>
      <w:rPr>
        <w:rFonts w:hint="default"/>
        <w:lang w:val="ru-RU" w:eastAsia="en-US" w:bidi="ar-SA"/>
      </w:rPr>
    </w:lvl>
    <w:lvl w:ilvl="6" w:tplc="F5F41A7C">
      <w:numFmt w:val="bullet"/>
      <w:lvlText w:val="•"/>
      <w:lvlJc w:val="left"/>
      <w:pPr>
        <w:ind w:left="8884" w:hanging="142"/>
      </w:pPr>
      <w:rPr>
        <w:rFonts w:hint="default"/>
        <w:lang w:val="ru-RU" w:eastAsia="en-US" w:bidi="ar-SA"/>
      </w:rPr>
    </w:lvl>
    <w:lvl w:ilvl="7" w:tplc="7FB6F38C">
      <w:numFmt w:val="bullet"/>
      <w:lvlText w:val="•"/>
      <w:lvlJc w:val="left"/>
      <w:pPr>
        <w:ind w:left="10341" w:hanging="142"/>
      </w:pPr>
      <w:rPr>
        <w:rFonts w:hint="default"/>
        <w:lang w:val="ru-RU" w:eastAsia="en-US" w:bidi="ar-SA"/>
      </w:rPr>
    </w:lvl>
    <w:lvl w:ilvl="8" w:tplc="FD1CB8C4">
      <w:numFmt w:val="bullet"/>
      <w:lvlText w:val="•"/>
      <w:lvlJc w:val="left"/>
      <w:pPr>
        <w:ind w:left="11798" w:hanging="142"/>
      </w:pPr>
      <w:rPr>
        <w:rFonts w:hint="default"/>
        <w:lang w:val="ru-RU" w:eastAsia="en-US" w:bidi="ar-SA"/>
      </w:rPr>
    </w:lvl>
  </w:abstractNum>
  <w:abstractNum w:abstractNumId="13" w15:restartNumberingAfterBreak="0">
    <w:nsid w:val="726D055B"/>
    <w:multiLevelType w:val="multilevel"/>
    <w:tmpl w:val="49D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4359644">
    <w:abstractNumId w:val="12"/>
  </w:num>
  <w:num w:numId="2" w16cid:durableId="2029404642">
    <w:abstractNumId w:val="9"/>
  </w:num>
  <w:num w:numId="3" w16cid:durableId="294802336">
    <w:abstractNumId w:val="10"/>
  </w:num>
  <w:num w:numId="4" w16cid:durableId="1916428086">
    <w:abstractNumId w:val="11"/>
  </w:num>
  <w:num w:numId="5" w16cid:durableId="1521551672">
    <w:abstractNumId w:val="8"/>
  </w:num>
  <w:num w:numId="6" w16cid:durableId="1671561310">
    <w:abstractNumId w:val="6"/>
  </w:num>
  <w:num w:numId="7" w16cid:durableId="80421452">
    <w:abstractNumId w:val="5"/>
  </w:num>
  <w:num w:numId="8" w16cid:durableId="1195002296">
    <w:abstractNumId w:val="4"/>
  </w:num>
  <w:num w:numId="9" w16cid:durableId="1098403732">
    <w:abstractNumId w:val="7"/>
  </w:num>
  <w:num w:numId="10" w16cid:durableId="526021671">
    <w:abstractNumId w:val="3"/>
  </w:num>
  <w:num w:numId="11" w16cid:durableId="1844005536">
    <w:abstractNumId w:val="2"/>
  </w:num>
  <w:num w:numId="12" w16cid:durableId="277494125">
    <w:abstractNumId w:val="1"/>
  </w:num>
  <w:num w:numId="13" w16cid:durableId="1310013888">
    <w:abstractNumId w:val="0"/>
  </w:num>
  <w:num w:numId="14" w16cid:durableId="15044685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370C"/>
    <w:rsid w:val="0016370C"/>
    <w:rsid w:val="003E0B4D"/>
    <w:rsid w:val="004A04BD"/>
    <w:rsid w:val="00504B15"/>
    <w:rsid w:val="0056613C"/>
    <w:rsid w:val="007B59FA"/>
    <w:rsid w:val="00DE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A3254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1"/>
    <w:link w:val="10"/>
    <w:uiPriority w:val="9"/>
    <w:qFormat/>
    <w:pPr>
      <w:spacing w:line="275" w:lineRule="exact"/>
      <w:ind w:left="70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1">
    <w:name w:val="heading 2"/>
    <w:basedOn w:val="a1"/>
    <w:link w:val="22"/>
    <w:uiPriority w:val="9"/>
    <w:unhideWhenUsed/>
    <w:qFormat/>
    <w:pPr>
      <w:spacing w:before="4" w:line="275" w:lineRule="exact"/>
      <w:ind w:left="709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31">
    <w:name w:val="heading 3"/>
    <w:basedOn w:val="a1"/>
    <w:next w:val="a1"/>
    <w:link w:val="32"/>
    <w:uiPriority w:val="9"/>
    <w:unhideWhenUsed/>
    <w:qFormat/>
    <w:rsid w:val="00DE60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E60F7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E60F7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E60F7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E60F7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E60F7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E60F7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ind w:left="142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1"/>
    <w:link w:val="a8"/>
    <w:uiPriority w:val="10"/>
    <w:qFormat/>
    <w:pPr>
      <w:spacing w:before="62"/>
      <w:ind w:left="5462" w:right="4369" w:hanging="75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List Paragraph"/>
    <w:basedOn w:val="a1"/>
    <w:uiPriority w:val="34"/>
    <w:qFormat/>
    <w:pPr>
      <w:spacing w:line="293" w:lineRule="exact"/>
      <w:ind w:left="850" w:hanging="14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1"/>
    <w:uiPriority w:val="1"/>
    <w:qFormat/>
    <w:pPr>
      <w:ind w:left="109"/>
    </w:pPr>
  </w:style>
  <w:style w:type="character" w:customStyle="1" w:styleId="a8">
    <w:name w:val="Заголовок Знак"/>
    <w:basedOn w:val="a2"/>
    <w:link w:val="a7"/>
    <w:uiPriority w:val="10"/>
    <w:rsid w:val="00DE60F7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DE60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2"/>
    <w:link w:val="4"/>
    <w:uiPriority w:val="9"/>
    <w:semiHidden/>
    <w:rsid w:val="00DE60F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50">
    <w:name w:val="Заголовок 5 Знак"/>
    <w:basedOn w:val="a2"/>
    <w:link w:val="5"/>
    <w:uiPriority w:val="9"/>
    <w:semiHidden/>
    <w:rsid w:val="00DE60F7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60">
    <w:name w:val="Заголовок 6 Знак"/>
    <w:basedOn w:val="a2"/>
    <w:link w:val="6"/>
    <w:uiPriority w:val="9"/>
    <w:semiHidden/>
    <w:rsid w:val="00DE60F7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70">
    <w:name w:val="Заголовок 7 Знак"/>
    <w:basedOn w:val="a2"/>
    <w:link w:val="7"/>
    <w:uiPriority w:val="9"/>
    <w:semiHidden/>
    <w:rsid w:val="00DE60F7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80">
    <w:name w:val="Заголовок 8 Знак"/>
    <w:basedOn w:val="a2"/>
    <w:link w:val="8"/>
    <w:uiPriority w:val="9"/>
    <w:semiHidden/>
    <w:rsid w:val="00DE60F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DE60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a">
    <w:name w:val="header"/>
    <w:basedOn w:val="a1"/>
    <w:link w:val="ab"/>
    <w:uiPriority w:val="99"/>
    <w:unhideWhenUsed/>
    <w:rsid w:val="00DE60F7"/>
    <w:pPr>
      <w:widowControl/>
      <w:tabs>
        <w:tab w:val="center" w:pos="4680"/>
        <w:tab w:val="right" w:pos="9360"/>
      </w:tabs>
      <w:autoSpaceDE/>
      <w:autoSpaceDN/>
    </w:pPr>
    <w:rPr>
      <w:rFonts w:ascii="Times New Roman" w:eastAsiaTheme="minorEastAsia" w:hAnsi="Times New Roman" w:cstheme="minorBidi"/>
      <w:sz w:val="20"/>
      <w:lang w:val="en-US"/>
    </w:rPr>
  </w:style>
  <w:style w:type="character" w:customStyle="1" w:styleId="ab">
    <w:name w:val="Верхний колонтитул Знак"/>
    <w:basedOn w:val="a2"/>
    <w:link w:val="aa"/>
    <w:uiPriority w:val="99"/>
    <w:rsid w:val="00DE60F7"/>
    <w:rPr>
      <w:rFonts w:ascii="Times New Roman" w:eastAsiaTheme="minorEastAsia" w:hAnsi="Times New Roman"/>
      <w:sz w:val="20"/>
    </w:rPr>
  </w:style>
  <w:style w:type="paragraph" w:styleId="ac">
    <w:name w:val="footer"/>
    <w:basedOn w:val="a1"/>
    <w:link w:val="ad"/>
    <w:uiPriority w:val="99"/>
    <w:unhideWhenUsed/>
    <w:rsid w:val="00DE60F7"/>
    <w:pPr>
      <w:widowControl/>
      <w:tabs>
        <w:tab w:val="center" w:pos="4680"/>
        <w:tab w:val="right" w:pos="9360"/>
      </w:tabs>
      <w:autoSpaceDE/>
      <w:autoSpaceDN/>
    </w:pPr>
    <w:rPr>
      <w:rFonts w:ascii="Times New Roman" w:eastAsiaTheme="minorEastAsia" w:hAnsi="Times New Roman" w:cstheme="minorBidi"/>
      <w:sz w:val="20"/>
      <w:lang w:val="en-US"/>
    </w:rPr>
  </w:style>
  <w:style w:type="character" w:customStyle="1" w:styleId="ad">
    <w:name w:val="Нижний колонтитул Знак"/>
    <w:basedOn w:val="a2"/>
    <w:link w:val="ac"/>
    <w:uiPriority w:val="99"/>
    <w:rsid w:val="00DE60F7"/>
    <w:rPr>
      <w:rFonts w:ascii="Times New Roman" w:eastAsiaTheme="minorEastAsia" w:hAnsi="Times New Roman"/>
      <w:sz w:val="20"/>
    </w:rPr>
  </w:style>
  <w:style w:type="paragraph" w:styleId="ae">
    <w:name w:val="No Spacing"/>
    <w:uiPriority w:val="1"/>
    <w:qFormat/>
    <w:rsid w:val="00DE60F7"/>
    <w:pPr>
      <w:widowControl/>
      <w:autoSpaceDE/>
      <w:autoSpaceDN/>
    </w:pPr>
    <w:rPr>
      <w:rFonts w:eastAsiaTheme="minorEastAsia"/>
    </w:rPr>
  </w:style>
  <w:style w:type="character" w:customStyle="1" w:styleId="10">
    <w:name w:val="Заголовок 1 Знак"/>
    <w:basedOn w:val="a2"/>
    <w:link w:val="1"/>
    <w:uiPriority w:val="9"/>
    <w:rsid w:val="00DE60F7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DE60F7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f">
    <w:name w:val="Subtitle"/>
    <w:basedOn w:val="a1"/>
    <w:next w:val="a1"/>
    <w:link w:val="af0"/>
    <w:uiPriority w:val="11"/>
    <w:qFormat/>
    <w:rsid w:val="00DE60F7"/>
    <w:pPr>
      <w:widowControl/>
      <w:numPr>
        <w:ilvl w:val="1"/>
      </w:numPr>
      <w:autoSpaceDE/>
      <w:autoSpaceDN/>
      <w:spacing w:after="6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0">
    <w:name w:val="Подзаголовок Знак"/>
    <w:basedOn w:val="a2"/>
    <w:link w:val="af"/>
    <w:uiPriority w:val="11"/>
    <w:rsid w:val="00DE60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DE60F7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DE60F7"/>
    <w:pPr>
      <w:widowControl/>
      <w:autoSpaceDE/>
      <w:autoSpaceDN/>
      <w:spacing w:after="120" w:line="480" w:lineRule="auto"/>
    </w:pPr>
    <w:rPr>
      <w:rFonts w:ascii="Times New Roman" w:eastAsiaTheme="minorEastAsia" w:hAnsi="Times New Roman" w:cstheme="minorBidi"/>
      <w:sz w:val="20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DE60F7"/>
    <w:rPr>
      <w:rFonts w:ascii="Times New Roman" w:eastAsiaTheme="minorEastAsia" w:hAnsi="Times New Roman"/>
      <w:sz w:val="20"/>
    </w:rPr>
  </w:style>
  <w:style w:type="paragraph" w:styleId="33">
    <w:name w:val="Body Text 3"/>
    <w:basedOn w:val="a1"/>
    <w:link w:val="34"/>
    <w:uiPriority w:val="99"/>
    <w:unhideWhenUsed/>
    <w:rsid w:val="00DE60F7"/>
    <w:pPr>
      <w:widowControl/>
      <w:autoSpaceDE/>
      <w:autoSpaceDN/>
      <w:spacing w:after="120" w:line="276" w:lineRule="auto"/>
    </w:pPr>
    <w:rPr>
      <w:rFonts w:ascii="Times New Roman" w:eastAsiaTheme="minorEastAsia" w:hAnsi="Times New Roman"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DE60F7"/>
    <w:rPr>
      <w:rFonts w:ascii="Times New Roman" w:eastAsiaTheme="minorEastAsia" w:hAnsi="Times New Roman"/>
      <w:sz w:val="16"/>
      <w:szCs w:val="16"/>
    </w:rPr>
  </w:style>
  <w:style w:type="paragraph" w:styleId="af1">
    <w:name w:val="List"/>
    <w:basedOn w:val="a1"/>
    <w:uiPriority w:val="99"/>
    <w:unhideWhenUsed/>
    <w:rsid w:val="00DE60F7"/>
    <w:pPr>
      <w:widowControl/>
      <w:autoSpaceDE/>
      <w:autoSpaceDN/>
      <w:spacing w:after="60" w:line="276" w:lineRule="auto"/>
      <w:ind w:left="360" w:hanging="36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25">
    <w:name w:val="List 2"/>
    <w:basedOn w:val="a1"/>
    <w:uiPriority w:val="99"/>
    <w:unhideWhenUsed/>
    <w:rsid w:val="00DE60F7"/>
    <w:pPr>
      <w:widowControl/>
      <w:autoSpaceDE/>
      <w:autoSpaceDN/>
      <w:spacing w:after="60" w:line="276" w:lineRule="auto"/>
      <w:ind w:left="720" w:hanging="36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35">
    <w:name w:val="List 3"/>
    <w:basedOn w:val="a1"/>
    <w:uiPriority w:val="99"/>
    <w:unhideWhenUsed/>
    <w:rsid w:val="00DE60F7"/>
    <w:pPr>
      <w:widowControl/>
      <w:autoSpaceDE/>
      <w:autoSpaceDN/>
      <w:spacing w:after="60" w:line="276" w:lineRule="auto"/>
      <w:ind w:left="1080" w:hanging="36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a0">
    <w:name w:val="List Bullet"/>
    <w:basedOn w:val="a1"/>
    <w:uiPriority w:val="99"/>
    <w:unhideWhenUsed/>
    <w:rsid w:val="00DE60F7"/>
    <w:pPr>
      <w:widowControl/>
      <w:numPr>
        <w:numId w:val="5"/>
      </w:numPr>
      <w:tabs>
        <w:tab w:val="clear" w:pos="360"/>
      </w:tabs>
      <w:autoSpaceDE/>
      <w:autoSpaceDN/>
      <w:spacing w:after="60" w:line="276" w:lineRule="auto"/>
      <w:ind w:left="0" w:firstLine="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20">
    <w:name w:val="List Bullet 2"/>
    <w:basedOn w:val="a1"/>
    <w:uiPriority w:val="99"/>
    <w:unhideWhenUsed/>
    <w:rsid w:val="00DE60F7"/>
    <w:pPr>
      <w:widowControl/>
      <w:numPr>
        <w:numId w:val="6"/>
      </w:numPr>
      <w:tabs>
        <w:tab w:val="clear" w:pos="720"/>
      </w:tabs>
      <w:autoSpaceDE/>
      <w:autoSpaceDN/>
      <w:spacing w:after="60" w:line="276" w:lineRule="auto"/>
      <w:ind w:left="0" w:firstLine="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30">
    <w:name w:val="List Bullet 3"/>
    <w:basedOn w:val="a1"/>
    <w:uiPriority w:val="99"/>
    <w:unhideWhenUsed/>
    <w:rsid w:val="00DE60F7"/>
    <w:pPr>
      <w:widowControl/>
      <w:numPr>
        <w:numId w:val="7"/>
      </w:numPr>
      <w:tabs>
        <w:tab w:val="clear" w:pos="1080"/>
      </w:tabs>
      <w:autoSpaceDE/>
      <w:autoSpaceDN/>
      <w:spacing w:after="60" w:line="276" w:lineRule="auto"/>
      <w:ind w:left="0" w:firstLine="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a">
    <w:name w:val="List Number"/>
    <w:basedOn w:val="a1"/>
    <w:uiPriority w:val="99"/>
    <w:unhideWhenUsed/>
    <w:rsid w:val="00DE60F7"/>
    <w:pPr>
      <w:widowControl/>
      <w:numPr>
        <w:numId w:val="9"/>
      </w:numPr>
      <w:tabs>
        <w:tab w:val="clear" w:pos="360"/>
      </w:tabs>
      <w:autoSpaceDE/>
      <w:autoSpaceDN/>
      <w:spacing w:after="60" w:line="276" w:lineRule="auto"/>
      <w:ind w:left="0" w:firstLine="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2">
    <w:name w:val="List Number 2"/>
    <w:basedOn w:val="a1"/>
    <w:uiPriority w:val="99"/>
    <w:unhideWhenUsed/>
    <w:rsid w:val="00DE60F7"/>
    <w:pPr>
      <w:widowControl/>
      <w:numPr>
        <w:numId w:val="10"/>
      </w:numPr>
      <w:tabs>
        <w:tab w:val="clear" w:pos="720"/>
      </w:tabs>
      <w:autoSpaceDE/>
      <w:autoSpaceDN/>
      <w:spacing w:after="60" w:line="276" w:lineRule="auto"/>
      <w:ind w:left="0" w:firstLine="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3">
    <w:name w:val="List Number 3"/>
    <w:basedOn w:val="a1"/>
    <w:uiPriority w:val="99"/>
    <w:unhideWhenUsed/>
    <w:rsid w:val="00DE60F7"/>
    <w:pPr>
      <w:widowControl/>
      <w:numPr>
        <w:numId w:val="11"/>
      </w:numPr>
      <w:tabs>
        <w:tab w:val="clear" w:pos="1080"/>
      </w:tabs>
      <w:autoSpaceDE/>
      <w:autoSpaceDN/>
      <w:spacing w:after="60" w:line="276" w:lineRule="auto"/>
      <w:ind w:left="0" w:firstLine="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af2">
    <w:name w:val="List Continue"/>
    <w:basedOn w:val="a1"/>
    <w:uiPriority w:val="99"/>
    <w:unhideWhenUsed/>
    <w:rsid w:val="00DE60F7"/>
    <w:pPr>
      <w:widowControl/>
      <w:autoSpaceDE/>
      <w:autoSpaceDN/>
      <w:spacing w:after="120" w:line="276" w:lineRule="auto"/>
      <w:ind w:left="36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26">
    <w:name w:val="List Continue 2"/>
    <w:basedOn w:val="a1"/>
    <w:uiPriority w:val="99"/>
    <w:unhideWhenUsed/>
    <w:rsid w:val="00DE60F7"/>
    <w:pPr>
      <w:widowControl/>
      <w:autoSpaceDE/>
      <w:autoSpaceDN/>
      <w:spacing w:after="120" w:line="276" w:lineRule="auto"/>
      <w:ind w:left="72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36">
    <w:name w:val="List Continue 3"/>
    <w:basedOn w:val="a1"/>
    <w:uiPriority w:val="99"/>
    <w:unhideWhenUsed/>
    <w:rsid w:val="00DE60F7"/>
    <w:pPr>
      <w:widowControl/>
      <w:autoSpaceDE/>
      <w:autoSpaceDN/>
      <w:spacing w:after="120" w:line="276" w:lineRule="auto"/>
      <w:ind w:left="1080"/>
      <w:contextualSpacing/>
    </w:pPr>
    <w:rPr>
      <w:rFonts w:ascii="Times New Roman" w:eastAsiaTheme="minorEastAsia" w:hAnsi="Times New Roman" w:cstheme="minorBidi"/>
      <w:sz w:val="20"/>
      <w:lang w:val="en-US"/>
    </w:rPr>
  </w:style>
  <w:style w:type="paragraph" w:styleId="af3">
    <w:name w:val="macro"/>
    <w:link w:val="af4"/>
    <w:uiPriority w:val="99"/>
    <w:unhideWhenUsed/>
    <w:rsid w:val="00DE60F7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DE60F7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DE60F7"/>
    <w:pPr>
      <w:widowControl/>
      <w:autoSpaceDE/>
      <w:autoSpaceDN/>
      <w:spacing w:after="60" w:line="276" w:lineRule="auto"/>
    </w:pPr>
    <w:rPr>
      <w:rFonts w:ascii="Times New Roman" w:eastAsiaTheme="minorEastAsia" w:hAnsi="Times New Roman" w:cstheme="minorBidi"/>
      <w:i/>
      <w:iCs/>
      <w:color w:val="000000" w:themeColor="text1"/>
      <w:sz w:val="20"/>
      <w:lang w:val="en-US"/>
    </w:rPr>
  </w:style>
  <w:style w:type="character" w:customStyle="1" w:styleId="28">
    <w:name w:val="Цитата 2 Знак"/>
    <w:basedOn w:val="a2"/>
    <w:link w:val="27"/>
    <w:uiPriority w:val="29"/>
    <w:rsid w:val="00DE60F7"/>
    <w:rPr>
      <w:rFonts w:ascii="Times New Roman" w:eastAsiaTheme="minorEastAsia" w:hAnsi="Times New Roman"/>
      <w:i/>
      <w:iCs/>
      <w:color w:val="000000" w:themeColor="text1"/>
      <w:sz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DE60F7"/>
    <w:pPr>
      <w:widowControl/>
      <w:autoSpaceDE/>
      <w:autoSpaceDN/>
      <w:spacing w:after="60"/>
    </w:pPr>
    <w:rPr>
      <w:rFonts w:ascii="Times New Roman" w:eastAsiaTheme="minorEastAsia" w:hAnsi="Times New Roman" w:cstheme="minorBidi"/>
      <w:b/>
      <w:bCs/>
      <w:color w:val="4F81BD" w:themeColor="accent1"/>
      <w:sz w:val="18"/>
      <w:szCs w:val="18"/>
      <w:lang w:val="en-US"/>
    </w:rPr>
  </w:style>
  <w:style w:type="character" w:styleId="af6">
    <w:name w:val="Strong"/>
    <w:basedOn w:val="a2"/>
    <w:uiPriority w:val="22"/>
    <w:qFormat/>
    <w:rsid w:val="00DE60F7"/>
    <w:rPr>
      <w:b/>
      <w:bCs/>
    </w:rPr>
  </w:style>
  <w:style w:type="character" w:styleId="af7">
    <w:name w:val="Emphasis"/>
    <w:basedOn w:val="a2"/>
    <w:uiPriority w:val="20"/>
    <w:qFormat/>
    <w:rsid w:val="00DE60F7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DE60F7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ascii="Times New Roman" w:eastAsiaTheme="minorEastAsia" w:hAnsi="Times New Roman" w:cstheme="minorBidi"/>
      <w:b/>
      <w:bCs/>
      <w:i/>
      <w:iCs/>
      <w:color w:val="4F81BD" w:themeColor="accent1"/>
      <w:sz w:val="20"/>
      <w:lang w:val="en-US"/>
    </w:rPr>
  </w:style>
  <w:style w:type="character" w:customStyle="1" w:styleId="af9">
    <w:name w:val="Выделенная цитата Знак"/>
    <w:basedOn w:val="a2"/>
    <w:link w:val="af8"/>
    <w:uiPriority w:val="30"/>
    <w:rsid w:val="00DE60F7"/>
    <w:rPr>
      <w:rFonts w:ascii="Times New Roman" w:eastAsiaTheme="minorEastAsia" w:hAnsi="Times New Roman"/>
      <w:b/>
      <w:bCs/>
      <w:i/>
      <w:iCs/>
      <w:color w:val="4F81BD" w:themeColor="accent1"/>
      <w:sz w:val="20"/>
    </w:rPr>
  </w:style>
  <w:style w:type="character" w:styleId="afa">
    <w:name w:val="Subtle Emphasis"/>
    <w:basedOn w:val="a2"/>
    <w:uiPriority w:val="19"/>
    <w:qFormat/>
    <w:rsid w:val="00DE60F7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DE60F7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DE60F7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DE60F7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DE60F7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DE60F7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1E3043"/>
      <w:sz w:val="26"/>
      <w:szCs w:val="28"/>
      <w:lang w:val="en-US"/>
    </w:rPr>
  </w:style>
  <w:style w:type="table" w:styleId="aff0">
    <w:name w:val="Table Grid"/>
    <w:basedOn w:val="a3"/>
    <w:uiPriority w:val="59"/>
    <w:rsid w:val="00DE60F7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DE60F7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DE60F7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DE60F7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DE60F7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DE60F7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DE60F7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DE60F7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DE60F7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DE60F7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DE60F7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DE60F7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DE60F7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DE60F7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DE60F7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DE60F7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DE60F7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DE60F7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DE60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35</Pages>
  <Words>12919</Words>
  <Characters>71060</Characters>
  <Application>Microsoft Office Word</Application>
  <DocSecurity>0</DocSecurity>
  <Lines>592</Lines>
  <Paragraphs>167</Paragraphs>
  <ScaleCrop>false</ScaleCrop>
  <Company/>
  <LinksUpToDate>false</LinksUpToDate>
  <CharactersWithSpaces>83812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Серия «Образовательный стандарт»</dc:title>
  <dc:creator>Admin</dc:creator>
  <cp:lastModifiedBy>Анна Ерахтина</cp:lastModifiedBy>
  <cp:revision>3</cp:revision>
  <dcterms:created xsi:type="dcterms:W3CDTF">2026-07-13T12:29:00Z</dcterms:created>
  <dcterms:modified xsi:type="dcterms:W3CDTF">2026-09-23T09:22:00Z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2010</vt:lpwstr>
  </property>
</Properties>
</file>