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C7F9E" w14:textId="77777777" w:rsidR="0081274E" w:rsidRDefault="00FC0C51">
      <w:pPr>
        <w:pStyle w:val="1"/>
        <w:spacing w:before="71"/>
        <w:ind w:left="811"/>
        <w:jc w:val="center"/>
      </w:pPr>
      <w:r>
        <w:t>Рабочая программа «Испанский язык» (</w:t>
      </w:r>
      <w:proofErr w:type="gramStart"/>
      <w:r>
        <w:t>2-4</w:t>
      </w:r>
      <w:proofErr w:type="gramEnd"/>
      <w:r>
        <w:t xml:space="preserve"> классы)</w:t>
      </w:r>
    </w:p>
    <w:p w14:paraId="1E48C1C4" w14:textId="77777777" w:rsidR="0081274E" w:rsidRPr="00A469A4" w:rsidRDefault="00FC0C51" w:rsidP="00A469A4">
      <w:pPr>
        <w:ind w:firstLine="720"/>
        <w:rPr>
          <w:b/>
          <w:bCs/>
          <w:i/>
          <w:sz w:val="24"/>
          <w:szCs w:val="24"/>
        </w:rPr>
      </w:pPr>
      <w:r w:rsidRPr="00A469A4">
        <w:rPr>
          <w:b/>
          <w:bCs/>
          <w:sz w:val="24"/>
          <w:szCs w:val="24"/>
        </w:rPr>
        <w:t>ПОЯСНИТЕЛЬНАЯ ЗАПИСКА</w:t>
      </w:r>
    </w:p>
    <w:p w14:paraId="3975014F" w14:textId="2EF08D84" w:rsidR="0081274E" w:rsidRPr="00A469A4" w:rsidRDefault="00AD0D8E" w:rsidP="00A469A4">
      <w:pPr>
        <w:pStyle w:val="a5"/>
        <w:ind w:left="0" w:firstLine="720"/>
      </w:pPr>
      <w:r w:rsidRPr="00A469A4">
        <w:t xml:space="preserve">Рабочая программа учебного предмета «Испанский язык» для 2–4 классов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</w:t>
      </w:r>
      <w:proofErr w:type="spellStart"/>
      <w:r w:rsidRPr="00A469A4">
        <w:t>Кристофор</w:t>
      </w:r>
      <w:proofErr w:type="spellEnd"/>
      <w:r w:rsidRPr="00A469A4">
        <w:t xml:space="preserve"> Колумб» на 2026/2027 учебный год.</w:t>
      </w:r>
    </w:p>
    <w:p w14:paraId="6C4A47CF" w14:textId="77777777" w:rsidR="00AD0D8E" w:rsidRPr="00A469A4" w:rsidRDefault="00AD0D8E" w:rsidP="00A469A4">
      <w:pPr>
        <w:ind w:firstLine="720"/>
        <w:rPr>
          <w:sz w:val="24"/>
          <w:szCs w:val="24"/>
        </w:rPr>
      </w:pPr>
    </w:p>
    <w:p w14:paraId="27C7B882" w14:textId="77777777" w:rsidR="00AD0D8E" w:rsidRPr="00A469A4" w:rsidRDefault="00AD0D8E" w:rsidP="00A469A4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ОБЩАЯ ХАРАКТЕРИСТИКА УЧЕБНОГО ПРЕДМЕТА</w:t>
      </w:r>
    </w:p>
    <w:p w14:paraId="33FE08BA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Учебный предмет «Испанский язык» направлен на формирование у обучающихся начальной школы элементарной иноязычной коммуникативной компетенции, обеспечивающей способность и готовность осуществлять межличностное и межкультурное общение на испанском языке в устной и письменной форме в пределах тематики и ситуаций общения, доступных обучающимся 2–4 классов.</w:t>
      </w:r>
    </w:p>
    <w:p w14:paraId="33A1A113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Изучение испанского языка предусматривает овладение основными видами речевой деятельности: аудированием, говорением, смысловым чтением и письменной речью. Обучающиеся осваивают языковые средства, необходимые для решения элементарных коммуникативных задач, приобретают первоначальные знания о системе испанского языка и учатся использовать изученный языковой материал в различных ситуациях общения.</w:t>
      </w:r>
    </w:p>
    <w:p w14:paraId="5AAD1B66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Особенностью учебного предмета является его деятельностный и коммуникативный характер. Овладение испанским языком осуществляется преимущественно в процессе практической речевой деятельности: диалогического и монологического общения, восприятия речи на слух, чтения, выполнения письменных заданий, участия в игровых и учебных ситуациях, парной и групповой работе.</w:t>
      </w:r>
    </w:p>
    <w:p w14:paraId="3E00F0CF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Изучение испанского языка способствует общему речевому развитию обучающихся, расширению их лингвистического кругозора, развитию внимания, памяти, мышления и воображения, формированию умений работать с текстовой и звуковой информацией, пользоваться справочными материалами и применять доступные цифровые образовательные ресурсы.</w:t>
      </w:r>
    </w:p>
    <w:p w14:paraId="452301C7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Содержание учебного предмета обеспечивает знакомство обучающихся с элементами культуры, традициями и повседневной жизнью стран изучаемого языка. Сопоставление отдельных языковых и культурных явлений способствует осознанию многообразия языков и культур, формированию уважительного отношения к представителям других народов и культур.</w:t>
      </w:r>
    </w:p>
    <w:p w14:paraId="6B07FB31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Обучение испанскому языку строится с учётом возрастных особенностей обучающихся начальной школы и предусматривает использование игровых, коммуникативных, творческих и проектных форм деятельности. Учебный материал осваивается последовательно, с постепенным расширением тематического, лексического и грамматического содержания и развитием самостоятельности обучающихся в использовании испанского языка.</w:t>
      </w:r>
    </w:p>
    <w:p w14:paraId="2C3C8714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Учебный предмет «Испанский язык» имеет межпредметный характер и связан с русским языком, литературным чтением, окружающим миром, музыкой, изобразительным искусством и другими учебными предметами. Межпредметные связи используются для развития речевых, познавательных и коммуникативных умений обучающихся.</w:t>
      </w:r>
    </w:p>
    <w:p w14:paraId="2916E2E8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 условиях реализации образовательной программы ООО «Образовательный центр </w:t>
      </w:r>
      <w:proofErr w:type="spellStart"/>
      <w:r w:rsidRPr="00A469A4">
        <w:rPr>
          <w:sz w:val="24"/>
          <w:szCs w:val="24"/>
          <w:lang w:eastAsia="es-ES"/>
        </w:rPr>
        <w:t>Кристофор</w:t>
      </w:r>
      <w:proofErr w:type="spellEnd"/>
      <w:r w:rsidRPr="00A469A4">
        <w:rPr>
          <w:sz w:val="24"/>
          <w:szCs w:val="24"/>
          <w:lang w:eastAsia="es-ES"/>
        </w:rPr>
        <w:t xml:space="preserve"> Колумб» в Испании изучение испанского языка имеет дополнительное практическое значение, поскольку позволяет обучающимся применять формируемые речевые умения в естественной языковой и социокультурной среде.</w:t>
      </w:r>
    </w:p>
    <w:p w14:paraId="5CA5AEBA" w14:textId="77777777" w:rsidR="0081274E" w:rsidRPr="00A469A4" w:rsidRDefault="0081274E" w:rsidP="00A469A4">
      <w:pPr>
        <w:pStyle w:val="a5"/>
        <w:ind w:left="0" w:firstLine="720"/>
      </w:pPr>
    </w:p>
    <w:p w14:paraId="216821D6" w14:textId="77777777" w:rsidR="00AD0D8E" w:rsidRPr="00A469A4" w:rsidRDefault="00AD0D8E" w:rsidP="00A469A4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ЦЕЛИ И ЗАДАЧИ ИЗУЧЕНИЯ УЧЕБНОГО ПРЕДМЕТА</w:t>
      </w:r>
    </w:p>
    <w:p w14:paraId="32E6CFB5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Целью изучения учебного предмета «Испанский язык» в 2–4 классах является формирование элементарной иноязычной коммуникативной компетенции обучающихся, то есть способности и готовности осуществлять межличностное и межкультурное общение на испанском языке в устной и </w:t>
      </w:r>
      <w:r w:rsidRPr="00A469A4">
        <w:rPr>
          <w:sz w:val="24"/>
          <w:szCs w:val="24"/>
          <w:lang w:eastAsia="es-ES"/>
        </w:rPr>
        <w:lastRenderedPageBreak/>
        <w:t>письменной форме в пределах тематики и ситуаций общения, доступных обучающимся начальной школы.</w:t>
      </w:r>
    </w:p>
    <w:p w14:paraId="5BBB18BC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Изучение учебного предмета «Испанский язык» направлено на достижение следующих целей:</w:t>
      </w:r>
    </w:p>
    <w:p w14:paraId="33B0D72A" w14:textId="77777777" w:rsidR="00AD0D8E" w:rsidRPr="00A469A4" w:rsidRDefault="00AD0D8E" w:rsidP="00A469A4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умений общаться на испанском языке на элементарном уровне с учётом речевых возможностей и потребностей обучающихся в устной (аудирование и говорение) и письменной (чтение и письмо) формах; </w:t>
      </w:r>
    </w:p>
    <w:p w14:paraId="223B2B32" w14:textId="77777777" w:rsidR="00AD0D8E" w:rsidRPr="00A469A4" w:rsidRDefault="00AD0D8E" w:rsidP="00A469A4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речевых, интеллектуальных и познавательных способностей обучающихся, а также </w:t>
      </w:r>
      <w:proofErr w:type="spellStart"/>
      <w:r w:rsidRPr="00A469A4">
        <w:rPr>
          <w:sz w:val="24"/>
          <w:szCs w:val="24"/>
          <w:lang w:eastAsia="es-ES"/>
        </w:rPr>
        <w:t>общеучебных</w:t>
      </w:r>
      <w:proofErr w:type="spellEnd"/>
      <w:r w:rsidRPr="00A469A4">
        <w:rPr>
          <w:sz w:val="24"/>
          <w:szCs w:val="24"/>
          <w:lang w:eastAsia="es-ES"/>
        </w:rPr>
        <w:t xml:space="preserve"> умений; </w:t>
      </w:r>
    </w:p>
    <w:p w14:paraId="52F4D4D6" w14:textId="77777777" w:rsidR="00AD0D8E" w:rsidRPr="00A469A4" w:rsidRDefault="00AD0D8E" w:rsidP="00A469A4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мотивации к дальнейшему изучению испанского языка; </w:t>
      </w:r>
    </w:p>
    <w:p w14:paraId="1595EE03" w14:textId="77777777" w:rsidR="00AD0D8E" w:rsidRPr="00A469A4" w:rsidRDefault="00AD0D8E" w:rsidP="00A469A4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приобщение обучающихся к новому социальному опыту посредством испанского языка, знакомство с культурой, традициями и повседневной жизнью стран изучаемого языка; </w:t>
      </w:r>
    </w:p>
    <w:p w14:paraId="33D89B85" w14:textId="77777777" w:rsidR="00AD0D8E" w:rsidRPr="00A469A4" w:rsidRDefault="00AD0D8E" w:rsidP="00A469A4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уважительного отношения к представителям других народов и культур; </w:t>
      </w:r>
    </w:p>
    <w:p w14:paraId="17D2FA29" w14:textId="77777777" w:rsidR="00AD0D8E" w:rsidRPr="00A469A4" w:rsidRDefault="00AD0D8E" w:rsidP="00A469A4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способности использовать испанский язык как средство общения в учебных и доступных обучающимся реальных коммуникативных ситуациях. </w:t>
      </w:r>
    </w:p>
    <w:p w14:paraId="13D3BD41" w14:textId="77777777" w:rsidR="00AD0D8E" w:rsidRPr="00A469A4" w:rsidRDefault="00AD0D8E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Для достижения поставленных целей предусматривается решение следующих задач:</w:t>
      </w:r>
    </w:p>
    <w:p w14:paraId="3D102F98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представления об испанском языке как средстве общения, позволяющем взаимодействовать с людьми, получать и передавать информацию; </w:t>
      </w:r>
    </w:p>
    <w:p w14:paraId="30FEB0E9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и последовательное развитие умений в основных видах речевой деятельности: аудировании, говорении, смысловом чтении и письменной речи; </w:t>
      </w:r>
    </w:p>
    <w:p w14:paraId="35D5BA8E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освоение элементарных языковых средств испанского языка — фонетических, орфографических, лексических и грамматических — и формирование навыков их использования в устной и письменной речи; </w:t>
      </w:r>
    </w:p>
    <w:p w14:paraId="6362A03E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расширение лингвистического кругозора обучающихся и формирование элементарных представлений о системе испанского языка; </w:t>
      </w:r>
    </w:p>
    <w:p w14:paraId="59AA4F60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умений вести этикетный диалог, диалог-расспрос и диалог-побуждение к действию в типичных ситуациях общения; </w:t>
      </w:r>
    </w:p>
    <w:p w14:paraId="75B40271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умений создавать небольшие устные и письменные высказывания в пределах изученной тематики; </w:t>
      </w:r>
    </w:p>
    <w:p w14:paraId="15CEB0D3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способности воспринимать на слух и понимать доступные по содержанию и языковому материалу тексты; </w:t>
      </w:r>
    </w:p>
    <w:p w14:paraId="35624739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навыков чтения и понимания небольших текстов разных типов с использованием различных стратегий смыслового чтения; </w:t>
      </w:r>
    </w:p>
    <w:p w14:paraId="165334DE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первоначальных навыков письменной речи на испанском языке; </w:t>
      </w:r>
    </w:p>
    <w:p w14:paraId="111FF65A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языковой догадки и способности использовать контекст, иллюстрации и другие опоры для понимания иноязычной речи; </w:t>
      </w:r>
    </w:p>
    <w:p w14:paraId="123A9C09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умений пользоваться учебными, справочными и доступными цифровыми ресурсами при изучении испанского языка; </w:t>
      </w:r>
    </w:p>
    <w:p w14:paraId="6D80C7BA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внимания, памяти, мышления, воображения и познавательной активности обучающихся; </w:t>
      </w:r>
    </w:p>
    <w:p w14:paraId="007B2F33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формирование навыков самостоятельной, парной и групповой учебной деятельности; </w:t>
      </w:r>
    </w:p>
    <w:p w14:paraId="10CE5820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развитие социокультурной компетенции посредством знакомства с культурой, традициями, нормами речевого этикета и повседневной жизнью испаноязычных стран; </w:t>
      </w:r>
    </w:p>
    <w:p w14:paraId="571777A0" w14:textId="77777777" w:rsidR="00AD0D8E" w:rsidRPr="00A469A4" w:rsidRDefault="00AD0D8E" w:rsidP="00A469A4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создание условий для практического применения испанского языка в естественной языковой среде.</w:t>
      </w:r>
    </w:p>
    <w:p w14:paraId="7266BB1A" w14:textId="77777777" w:rsidR="0081274E" w:rsidRPr="00A469A4" w:rsidRDefault="0081274E" w:rsidP="00A469A4">
      <w:pPr>
        <w:pStyle w:val="a5"/>
        <w:ind w:left="0" w:firstLine="720"/>
      </w:pPr>
    </w:p>
    <w:p w14:paraId="6CE53BFE" w14:textId="77777777" w:rsidR="00AD0D8E" w:rsidRPr="00A469A4" w:rsidRDefault="00AD0D8E" w:rsidP="00A469A4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A469A4">
        <w:rPr>
          <w:rStyle w:val="a8"/>
          <w:lang w:val="ru-RU"/>
        </w:rPr>
        <w:t>Срок реализации программы — 2026/2027 учебный год.</w:t>
      </w:r>
    </w:p>
    <w:p w14:paraId="313B79DB" w14:textId="77777777" w:rsidR="00AD0D8E" w:rsidRPr="00A469A4" w:rsidRDefault="00AD0D8E" w:rsidP="00A469A4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A469A4">
        <w:rPr>
          <w:lang w:val="ru-RU"/>
        </w:rPr>
        <w:t>Содержание учебного предмета «Испанский язык» способствует формированию у обучающихся умений грамматически и лексически корректно оформлять устные и письменные высказывания в пределах изученного языкового материала, развитию речевой, языковой и социокультурной компетенций. В процессе обучения совершенствуются основные виды речевой деятельности: аудирование, говорение, смысловое чтение и письменная речь.</w:t>
      </w:r>
    </w:p>
    <w:p w14:paraId="51BEA6B1" w14:textId="77777777" w:rsidR="00AD0D8E" w:rsidRPr="00A469A4" w:rsidRDefault="00AD0D8E" w:rsidP="00A469A4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A469A4">
        <w:rPr>
          <w:lang w:val="ru-RU"/>
        </w:rPr>
        <w:t>Отбор и организация учебного материала осуществляются с учётом коммуникативной направленности обучения, возрастных особенностей обучающихся 2–4 классов и возможности практического применения испанского языка. В образовательном процессе используются доступные аутентичные и учебные материалы: тексты, диалоги, аудио- и видеоматериалы, произведения детского фольклора, песни, стихотворения, иллюстративные и справочные материалы.</w:t>
      </w:r>
    </w:p>
    <w:p w14:paraId="1A0DAFDE" w14:textId="77777777" w:rsidR="00AD0D8E" w:rsidRPr="00A469A4" w:rsidRDefault="00AD0D8E" w:rsidP="00A469A4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A469A4">
        <w:rPr>
          <w:lang w:val="ru-RU"/>
        </w:rPr>
        <w:t>Содержание обучения имеет социокультурную направленность и предусматривает знакомство обучающихся с традициями, культурой, нормами речевого этикета и особенностями повседневной жизни испаноязычных стран. Особое значение придаётся развитию способности использовать испанский язык в реальных и моделируемых ситуациях общения.</w:t>
      </w:r>
    </w:p>
    <w:p w14:paraId="1A2089C7" w14:textId="77777777" w:rsidR="00AD0D8E" w:rsidRPr="00A469A4" w:rsidRDefault="00AD0D8E" w:rsidP="00A469A4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A469A4">
        <w:rPr>
          <w:lang w:val="ru-RU"/>
        </w:rPr>
        <w:t>При реализации программы учитывается нахождение образовательной организации в Испании, что создаёт дополнительные возможности для практического применения изучаемого языка в естественной языковой и социокультурной среде.</w:t>
      </w:r>
    </w:p>
    <w:p w14:paraId="33C6761E" w14:textId="77777777" w:rsidR="00BC6872" w:rsidRPr="00A469A4" w:rsidRDefault="00BC6872" w:rsidP="00A469A4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ОБРАЗОВАТЕЛЬНЫЕ ЦЕЛИ</w:t>
      </w:r>
    </w:p>
    <w:p w14:paraId="5FAE2ABF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В процессе изучения учебного предмета «Испанский язык» в 2–4 классах осуществляется последовательное развитие иноязычной коммуникативной компетенции обучающихся в основных видах речевой деятельности: говорении, аудировании, смысловом чтении и письменной речи.</w:t>
      </w:r>
    </w:p>
    <w:p w14:paraId="37AAD706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Говорение</w:t>
      </w:r>
    </w:p>
    <w:p w14:paraId="3007E1C3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В области говорения обучение направлено на формирование умений:</w:t>
      </w:r>
    </w:p>
    <w:p w14:paraId="396CD4DA" w14:textId="77777777" w:rsidR="00BC6872" w:rsidRPr="00A469A4" w:rsidRDefault="00BC6872" w:rsidP="00A469A4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вести диалог этикетного характера в типичных ситуациях общения: приветствовать и отвечать на приветствие, знакомиться, представляться, прощаться, поздравлять, благодарить, извиняться; </w:t>
      </w:r>
    </w:p>
    <w:p w14:paraId="1F2E6EF6" w14:textId="77777777" w:rsidR="00BC6872" w:rsidRPr="00A469A4" w:rsidRDefault="00BC6872" w:rsidP="00A469A4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вести диалог-расспрос: задавать вопросы и отвечать на них в пределах изученной тематики; </w:t>
      </w:r>
    </w:p>
    <w:p w14:paraId="53639CF2" w14:textId="77777777" w:rsidR="00BC6872" w:rsidRPr="00A469A4" w:rsidRDefault="00BC6872" w:rsidP="00A469A4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вести диалог-побуждение: обращаться с просьбой, выражать согласие или отказ, предлагать совместное действие и реагировать на предложение собеседника; </w:t>
      </w:r>
    </w:p>
    <w:p w14:paraId="2F88D7FE" w14:textId="77777777" w:rsidR="00BC6872" w:rsidRPr="00A469A4" w:rsidRDefault="00BC6872" w:rsidP="00A469A4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составлять небольшие устные высказывания о себе, своей семье, друзьях, школе, увлечениях, повседневной жизни и других темах, предусмотренных содержанием программы; </w:t>
      </w:r>
    </w:p>
    <w:p w14:paraId="2FD2EA37" w14:textId="77777777" w:rsidR="00BC6872" w:rsidRPr="00A469A4" w:rsidRDefault="00BC6872" w:rsidP="00A469A4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описывать предмет, человека, животное, изображение или персонажа с использованием изученных лексических и грамматических средств; </w:t>
      </w:r>
    </w:p>
    <w:p w14:paraId="497009A2" w14:textId="77777777" w:rsidR="00BC6872" w:rsidRPr="00A469A4" w:rsidRDefault="00BC6872" w:rsidP="00A469A4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передавать основное содержание прочитанного или прослушанного текста с опорой на вопросы, иллюстрации, ключевые слова и другие средства наглядности. </w:t>
      </w:r>
    </w:p>
    <w:p w14:paraId="6A2E7AE5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Аудирование</w:t>
      </w:r>
    </w:p>
    <w:p w14:paraId="142D8460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В области аудирования обучение направлено на формирование умений:</w:t>
      </w:r>
    </w:p>
    <w:p w14:paraId="313C20E8" w14:textId="77777777" w:rsidR="00BC6872" w:rsidRPr="00A469A4" w:rsidRDefault="00BC6872" w:rsidP="00A469A4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воспринимать на слух и понимать речь учителя и собеседников в процессе учебного общения; </w:t>
      </w:r>
    </w:p>
    <w:p w14:paraId="6AC72970" w14:textId="77777777" w:rsidR="00BC6872" w:rsidRPr="00A469A4" w:rsidRDefault="00BC6872" w:rsidP="00A469A4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понимать основное содержание доступных по объёму и языковому материалу текстов, построенных преимущественно на изученном языковом материале; </w:t>
      </w:r>
    </w:p>
    <w:p w14:paraId="758DA0A0" w14:textId="77777777" w:rsidR="00BC6872" w:rsidRPr="00A469A4" w:rsidRDefault="00BC6872" w:rsidP="00A469A4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воспринимать на слух небольшие диалоги, рассказы, сообщения, стихотворения и песни; </w:t>
      </w:r>
    </w:p>
    <w:p w14:paraId="55580C8A" w14:textId="77777777" w:rsidR="00BC6872" w:rsidRPr="00A469A4" w:rsidRDefault="00BC6872" w:rsidP="00A469A4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понимать запрашиваемую информацию в прослушанном тексте; </w:t>
      </w:r>
    </w:p>
    <w:p w14:paraId="2DE5F20F" w14:textId="77777777" w:rsidR="00BC6872" w:rsidRPr="00A469A4" w:rsidRDefault="00BC6872" w:rsidP="00A469A4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использовать языковую и контекстуальную догадку, иллюстрации и другие опоры для понимания звучащей речи. </w:t>
      </w:r>
    </w:p>
    <w:p w14:paraId="698400D0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Смысловое чтение</w:t>
      </w:r>
    </w:p>
    <w:p w14:paraId="082023D3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В области чтения обучение направлено на формирование умений:</w:t>
      </w:r>
    </w:p>
    <w:p w14:paraId="540B1D95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читать вслух небольшие тексты с соблюдением основных правил произношения и соответствующей интонации; </w:t>
      </w:r>
    </w:p>
    <w:p w14:paraId="497AC55B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читать про себя и понимать основное содержание небольших текстов, построенных преимущественно на изученном языковом материале; </w:t>
      </w:r>
    </w:p>
    <w:p w14:paraId="05F200F0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находить в тексте необходимую информацию; </w:t>
      </w:r>
    </w:p>
    <w:p w14:paraId="301AB89A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определять основную тему и главную мысль доступного текста; </w:t>
      </w:r>
    </w:p>
    <w:p w14:paraId="0C28B561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469A4">
        <w:rPr>
          <w:sz w:val="24"/>
          <w:szCs w:val="24"/>
          <w:lang w:val="es-ES" w:eastAsia="es-ES"/>
        </w:rPr>
        <w:t>устанавливать</w:t>
      </w:r>
      <w:proofErr w:type="spellEnd"/>
      <w:r w:rsidRPr="00A469A4">
        <w:rPr>
          <w:sz w:val="24"/>
          <w:szCs w:val="24"/>
          <w:lang w:val="es-ES" w:eastAsia="es-ES"/>
        </w:rPr>
        <w:t xml:space="preserve"> </w:t>
      </w:r>
      <w:proofErr w:type="spellStart"/>
      <w:r w:rsidRPr="00A469A4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A469A4">
        <w:rPr>
          <w:sz w:val="24"/>
          <w:szCs w:val="24"/>
          <w:lang w:val="es-ES" w:eastAsia="es-ES"/>
        </w:rPr>
        <w:t xml:space="preserve"> </w:t>
      </w:r>
      <w:proofErr w:type="spellStart"/>
      <w:r w:rsidRPr="00A469A4">
        <w:rPr>
          <w:sz w:val="24"/>
          <w:szCs w:val="24"/>
          <w:lang w:val="es-ES" w:eastAsia="es-ES"/>
        </w:rPr>
        <w:t>событий</w:t>
      </w:r>
      <w:proofErr w:type="spellEnd"/>
      <w:r w:rsidRPr="00A469A4">
        <w:rPr>
          <w:sz w:val="24"/>
          <w:szCs w:val="24"/>
          <w:lang w:val="es-ES" w:eastAsia="es-ES"/>
        </w:rPr>
        <w:t xml:space="preserve">; </w:t>
      </w:r>
    </w:p>
    <w:p w14:paraId="10C2FE04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понимать содержание текста с использованием языковой и контекстуальной догадки, иллюстраций и других опор; </w:t>
      </w:r>
    </w:p>
    <w:p w14:paraId="2397A6A3" w14:textId="77777777" w:rsidR="00BC6872" w:rsidRPr="00A469A4" w:rsidRDefault="00BC6872" w:rsidP="00A469A4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различать доступные обучающимся виды текстов. </w:t>
      </w:r>
    </w:p>
    <w:p w14:paraId="0BE08420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b/>
          <w:bCs/>
          <w:sz w:val="24"/>
          <w:szCs w:val="24"/>
          <w:lang w:eastAsia="es-ES"/>
        </w:rPr>
        <w:t>Письменная речь</w:t>
      </w:r>
    </w:p>
    <w:p w14:paraId="3F3968FC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В области письменной речи обучение направлено на формирование умений:</w:t>
      </w:r>
    </w:p>
    <w:p w14:paraId="187D6F94" w14:textId="77777777" w:rsidR="00BC6872" w:rsidRPr="00A469A4" w:rsidRDefault="00BC6872" w:rsidP="00A469A4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правильно писать изученные слова и словосочетания; </w:t>
      </w:r>
    </w:p>
    <w:p w14:paraId="1F2E470D" w14:textId="77777777" w:rsidR="00BC6872" w:rsidRPr="00A469A4" w:rsidRDefault="00BC6872" w:rsidP="00A469A4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списывать текст без ошибок и выписывать из него необходимую информацию; </w:t>
      </w:r>
    </w:p>
    <w:p w14:paraId="4D687FBC" w14:textId="77777777" w:rsidR="00BC6872" w:rsidRPr="00A469A4" w:rsidRDefault="00BC6872" w:rsidP="00A469A4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заполнять простые формуляры и анкеты с указанием основных сведений о себе; </w:t>
      </w:r>
    </w:p>
    <w:p w14:paraId="3CF92A1C" w14:textId="77777777" w:rsidR="00BC6872" w:rsidRPr="00A469A4" w:rsidRDefault="00BC6872" w:rsidP="00A469A4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составлять краткие письменные сообщения в пределах изученной тематики; </w:t>
      </w:r>
    </w:p>
    <w:p w14:paraId="3DD153B5" w14:textId="77777777" w:rsidR="00BC6872" w:rsidRPr="00A469A4" w:rsidRDefault="00BC6872" w:rsidP="00A469A4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писать с опорой на образец небольшие поздравления, личные сообщения и другие элементарные тексты; </w:t>
      </w:r>
    </w:p>
    <w:p w14:paraId="228510EF" w14:textId="77777777" w:rsidR="00BC6872" w:rsidRPr="00A469A4" w:rsidRDefault="00BC6872" w:rsidP="00A469A4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 xml:space="preserve">восстанавливать слово, предложение или небольшой текст в соответствии с поставленной учебной задачей. </w:t>
      </w:r>
    </w:p>
    <w:p w14:paraId="65E773EB" w14:textId="77777777" w:rsidR="00BC6872" w:rsidRPr="00A469A4" w:rsidRDefault="00BC6872" w:rsidP="00A469A4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469A4">
        <w:rPr>
          <w:sz w:val="24"/>
          <w:szCs w:val="24"/>
          <w:lang w:eastAsia="es-ES"/>
        </w:rPr>
        <w:t>Формирование указанных умений осуществляется постепенно, с учётом возрастных особенностей обучающихся и последовательного усложнения языкового материала от 2 к 4 классу. Конкретные предметные результаты освоения учебного предмета устанавливаются отдельно для каждого года обучения.</w:t>
      </w:r>
    </w:p>
    <w:p w14:paraId="56B0014A" w14:textId="77777777" w:rsidR="0081274E" w:rsidRDefault="0081274E">
      <w:pPr>
        <w:pStyle w:val="a5"/>
        <w:ind w:left="0"/>
      </w:pPr>
    </w:p>
    <w:p w14:paraId="4FAF8FFE" w14:textId="77777777" w:rsidR="00A469A4" w:rsidRDefault="00A469A4" w:rsidP="00A469A4">
      <w:pPr>
        <w:jc w:val="center"/>
      </w:pPr>
      <w:r>
        <w:rPr>
          <w:b/>
          <w:sz w:val="28"/>
        </w:rPr>
        <w:t>ТЕМАТИЧЕСКОЕ ПЛАНИРОВАНИЕ</w:t>
      </w:r>
      <w:r>
        <w:rPr>
          <w:b/>
          <w:sz w:val="28"/>
        </w:rPr>
        <w:br/>
      </w:r>
      <w:r>
        <w:rPr>
          <w:b/>
          <w:sz w:val="26"/>
        </w:rPr>
        <w:t>учебного предмета «Испанский язык»</w:t>
      </w:r>
      <w:r>
        <w:rPr>
          <w:b/>
          <w:sz w:val="26"/>
        </w:rPr>
        <w:br/>
        <w:t>2–4 классы</w:t>
      </w:r>
      <w:r>
        <w:rPr>
          <w:b/>
          <w:sz w:val="26"/>
        </w:rPr>
        <w:br/>
        <w:t>2026/2027 учебный год</w:t>
      </w:r>
    </w:p>
    <w:p w14:paraId="1D33D805" w14:textId="77777777" w:rsidR="00A469A4" w:rsidRDefault="00A469A4" w:rsidP="00A469A4">
      <w:pPr>
        <w:jc w:val="both"/>
      </w:pPr>
      <w:r>
        <w:t>Тематическое планирование составлено для реализации рабочей программы учебного предмета «Испанский язык» в 2–4 классах. Объём учебного времени составляет 68 часов в каждом классе (2 часа в неделю), всего 204 часа за период обучения во 2–4 классах. Тематические блоки сохранены в соответствии с используемой школой программой и приведены к единому современному оформлению.</w:t>
      </w:r>
    </w:p>
    <w:p w14:paraId="68F2FC00" w14:textId="77777777" w:rsidR="00A469A4" w:rsidRDefault="00A469A4" w:rsidP="00A469A4">
      <w:pPr>
        <w:jc w:val="center"/>
      </w:pPr>
      <w:r>
        <w:rPr>
          <w:b/>
          <w:sz w:val="24"/>
        </w:rPr>
        <w:t>2 КЛАСС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2438"/>
        <w:gridCol w:w="5783"/>
        <w:gridCol w:w="1286"/>
      </w:tblGrid>
      <w:tr w:rsidR="00A469A4" w14:paraId="741925B9" w14:textId="77777777" w:rsidTr="005A76E1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4CBA7114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438" w:type="dxa"/>
            <w:shd w:val="clear" w:color="auto" w:fill="D9EAF7"/>
            <w:vAlign w:val="center"/>
          </w:tcPr>
          <w:p w14:paraId="2790E761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Тематический раздел</w:t>
            </w:r>
          </w:p>
        </w:tc>
        <w:tc>
          <w:tcPr>
            <w:tcW w:w="5783" w:type="dxa"/>
            <w:shd w:val="clear" w:color="auto" w:fill="D9EAF7"/>
            <w:vAlign w:val="center"/>
          </w:tcPr>
          <w:p w14:paraId="7D094947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Основное содержание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684D2F36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Количество часов</w:t>
            </w:r>
          </w:p>
        </w:tc>
      </w:tr>
      <w:tr w:rsidR="00A469A4" w14:paraId="0C45AC31" w14:textId="77777777" w:rsidTr="005A76E1">
        <w:trPr>
          <w:jc w:val="center"/>
        </w:trPr>
        <w:tc>
          <w:tcPr>
            <w:tcW w:w="454" w:type="dxa"/>
            <w:vAlign w:val="center"/>
          </w:tcPr>
          <w:p w14:paraId="03C914C2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438" w:type="dxa"/>
            <w:vAlign w:val="center"/>
          </w:tcPr>
          <w:p w14:paraId="542E1557" w14:textId="77777777" w:rsidR="00A469A4" w:rsidRDefault="00A469A4" w:rsidP="005A76E1">
            <w:r>
              <w:rPr>
                <w:sz w:val="20"/>
              </w:rPr>
              <w:t>Я, мои друзья и родные</w:t>
            </w:r>
          </w:p>
        </w:tc>
        <w:tc>
          <w:tcPr>
            <w:tcW w:w="5783" w:type="dxa"/>
            <w:vAlign w:val="center"/>
          </w:tcPr>
          <w:p w14:paraId="06F593A9" w14:textId="77777777" w:rsidR="00A469A4" w:rsidRDefault="00A469A4" w:rsidP="005A76E1">
            <w:r>
              <w:rPr>
                <w:sz w:val="20"/>
              </w:rPr>
              <w:t>Знакомство и речевой этикет. Рассказ о себе, семье и друзьях. Возраст, внешность, интересы, профессии членов семьи. Элементарные диалоги и монологические высказывания.</w:t>
            </w:r>
          </w:p>
        </w:tc>
        <w:tc>
          <w:tcPr>
            <w:tcW w:w="1191" w:type="dxa"/>
            <w:vAlign w:val="center"/>
          </w:tcPr>
          <w:p w14:paraId="162E60D6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24</w:t>
            </w:r>
          </w:p>
        </w:tc>
      </w:tr>
      <w:tr w:rsidR="00A469A4" w14:paraId="30615826" w14:textId="77777777" w:rsidTr="005A76E1">
        <w:trPr>
          <w:jc w:val="center"/>
        </w:trPr>
        <w:tc>
          <w:tcPr>
            <w:tcW w:w="454" w:type="dxa"/>
            <w:vAlign w:val="center"/>
          </w:tcPr>
          <w:p w14:paraId="67EB7AFC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438" w:type="dxa"/>
            <w:vAlign w:val="center"/>
          </w:tcPr>
          <w:p w14:paraId="4FDA15AC" w14:textId="77777777" w:rsidR="00A469A4" w:rsidRDefault="00A469A4" w:rsidP="005A76E1">
            <w:r>
              <w:rPr>
                <w:sz w:val="20"/>
              </w:rPr>
              <w:t>Новый год</w:t>
            </w:r>
          </w:p>
        </w:tc>
        <w:tc>
          <w:tcPr>
            <w:tcW w:w="5783" w:type="dxa"/>
            <w:vAlign w:val="center"/>
          </w:tcPr>
          <w:p w14:paraId="7C7E588C" w14:textId="77777777" w:rsidR="00A469A4" w:rsidRDefault="00A469A4" w:rsidP="005A76E1">
            <w:r>
              <w:rPr>
                <w:sz w:val="20"/>
              </w:rPr>
              <w:t>Новогодние и рождественские традиции. Поздравления, праздничная лексика, песни и короткие тексты.</w:t>
            </w:r>
          </w:p>
        </w:tc>
        <w:tc>
          <w:tcPr>
            <w:tcW w:w="1191" w:type="dxa"/>
            <w:vAlign w:val="center"/>
          </w:tcPr>
          <w:p w14:paraId="1617F6BC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5FEF8C73" w14:textId="77777777" w:rsidTr="005A76E1">
        <w:trPr>
          <w:jc w:val="center"/>
        </w:trPr>
        <w:tc>
          <w:tcPr>
            <w:tcW w:w="454" w:type="dxa"/>
            <w:vAlign w:val="center"/>
          </w:tcPr>
          <w:p w14:paraId="217F7915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438" w:type="dxa"/>
            <w:vAlign w:val="center"/>
          </w:tcPr>
          <w:p w14:paraId="3254D4D9" w14:textId="77777777" w:rsidR="00A469A4" w:rsidRDefault="00A469A4" w:rsidP="005A76E1">
            <w:r>
              <w:rPr>
                <w:sz w:val="20"/>
              </w:rPr>
              <w:t>В школе</w:t>
            </w:r>
          </w:p>
        </w:tc>
        <w:tc>
          <w:tcPr>
            <w:tcW w:w="5783" w:type="dxa"/>
            <w:vAlign w:val="center"/>
          </w:tcPr>
          <w:p w14:paraId="7B7667D6" w14:textId="77777777" w:rsidR="00A469A4" w:rsidRDefault="00A469A4" w:rsidP="005A76E1">
            <w:r>
              <w:rPr>
                <w:sz w:val="20"/>
              </w:rPr>
              <w:t>Школа, классная комната, школьные принадлежности. Общение в учебных ситуациях.</w:t>
            </w:r>
          </w:p>
        </w:tc>
        <w:tc>
          <w:tcPr>
            <w:tcW w:w="1191" w:type="dxa"/>
            <w:vAlign w:val="center"/>
          </w:tcPr>
          <w:p w14:paraId="087A893D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11</w:t>
            </w:r>
          </w:p>
        </w:tc>
      </w:tr>
      <w:tr w:rsidR="00A469A4" w14:paraId="68B9381D" w14:textId="77777777" w:rsidTr="005A76E1">
        <w:trPr>
          <w:jc w:val="center"/>
        </w:trPr>
        <w:tc>
          <w:tcPr>
            <w:tcW w:w="454" w:type="dxa"/>
            <w:vAlign w:val="center"/>
          </w:tcPr>
          <w:p w14:paraId="03EC06D3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438" w:type="dxa"/>
            <w:vAlign w:val="center"/>
          </w:tcPr>
          <w:p w14:paraId="10CE8779" w14:textId="77777777" w:rsidR="00A469A4" w:rsidRDefault="00A469A4" w:rsidP="005A76E1">
            <w:r>
              <w:rPr>
                <w:sz w:val="20"/>
              </w:rPr>
              <w:t>Мой рабочий день</w:t>
            </w:r>
          </w:p>
        </w:tc>
        <w:tc>
          <w:tcPr>
            <w:tcW w:w="5783" w:type="dxa"/>
            <w:vAlign w:val="center"/>
          </w:tcPr>
          <w:p w14:paraId="5E2FF6FC" w14:textId="77777777" w:rsidR="00A469A4" w:rsidRDefault="00A469A4" w:rsidP="005A76E1">
            <w:r>
              <w:rPr>
                <w:sz w:val="20"/>
              </w:rPr>
              <w:t>Распорядок дня, дни недели, время и повседневные действия.</w:t>
            </w:r>
          </w:p>
        </w:tc>
        <w:tc>
          <w:tcPr>
            <w:tcW w:w="1191" w:type="dxa"/>
            <w:vAlign w:val="center"/>
          </w:tcPr>
          <w:p w14:paraId="71230D11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274FD81B" w14:textId="77777777" w:rsidTr="005A76E1">
        <w:trPr>
          <w:jc w:val="center"/>
        </w:trPr>
        <w:tc>
          <w:tcPr>
            <w:tcW w:w="454" w:type="dxa"/>
            <w:vAlign w:val="center"/>
          </w:tcPr>
          <w:p w14:paraId="24AAA2F4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438" w:type="dxa"/>
            <w:vAlign w:val="center"/>
          </w:tcPr>
          <w:p w14:paraId="413A2C21" w14:textId="77777777" w:rsidR="00A469A4" w:rsidRDefault="00A469A4" w:rsidP="005A76E1">
            <w:r>
              <w:rPr>
                <w:sz w:val="20"/>
              </w:rPr>
              <w:t>Автопортрет</w:t>
            </w:r>
          </w:p>
        </w:tc>
        <w:tc>
          <w:tcPr>
            <w:tcW w:w="5783" w:type="dxa"/>
            <w:vAlign w:val="center"/>
          </w:tcPr>
          <w:p w14:paraId="6FBBBE62" w14:textId="77777777" w:rsidR="00A469A4" w:rsidRDefault="00A469A4" w:rsidP="005A76E1">
            <w:r>
              <w:rPr>
                <w:sz w:val="20"/>
              </w:rPr>
              <w:t>Описание себя: внешность, характер, интересы и предпочтения.</w:t>
            </w:r>
          </w:p>
        </w:tc>
        <w:tc>
          <w:tcPr>
            <w:tcW w:w="1191" w:type="dxa"/>
            <w:vAlign w:val="center"/>
          </w:tcPr>
          <w:p w14:paraId="1083B1FC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A469A4" w14:paraId="634AE17C" w14:textId="77777777" w:rsidTr="005A76E1">
        <w:trPr>
          <w:jc w:val="center"/>
        </w:trPr>
        <w:tc>
          <w:tcPr>
            <w:tcW w:w="454" w:type="dxa"/>
            <w:vAlign w:val="center"/>
          </w:tcPr>
          <w:p w14:paraId="3D224931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438" w:type="dxa"/>
            <w:vAlign w:val="center"/>
          </w:tcPr>
          <w:p w14:paraId="675EBE48" w14:textId="77777777" w:rsidR="00A469A4" w:rsidRDefault="00A469A4" w:rsidP="005A76E1">
            <w:r>
              <w:rPr>
                <w:sz w:val="20"/>
              </w:rPr>
              <w:t>Зоопарк</w:t>
            </w:r>
          </w:p>
        </w:tc>
        <w:tc>
          <w:tcPr>
            <w:tcW w:w="5783" w:type="dxa"/>
            <w:vAlign w:val="center"/>
          </w:tcPr>
          <w:p w14:paraId="38B6B60F" w14:textId="77777777" w:rsidR="00A469A4" w:rsidRDefault="00A469A4" w:rsidP="005A76E1">
            <w:r>
              <w:rPr>
                <w:sz w:val="20"/>
              </w:rPr>
              <w:t>Дикие животные, их признаки и действия. Посещение зоопарка.</w:t>
            </w:r>
          </w:p>
        </w:tc>
        <w:tc>
          <w:tcPr>
            <w:tcW w:w="1191" w:type="dxa"/>
            <w:vAlign w:val="center"/>
          </w:tcPr>
          <w:p w14:paraId="5473387C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7</w:t>
            </w:r>
          </w:p>
        </w:tc>
      </w:tr>
      <w:tr w:rsidR="00A469A4" w14:paraId="6ABD90F1" w14:textId="77777777" w:rsidTr="005A76E1">
        <w:trPr>
          <w:jc w:val="center"/>
        </w:trPr>
        <w:tc>
          <w:tcPr>
            <w:tcW w:w="454" w:type="dxa"/>
            <w:vAlign w:val="center"/>
          </w:tcPr>
          <w:p w14:paraId="4AB9363A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438" w:type="dxa"/>
            <w:vAlign w:val="center"/>
          </w:tcPr>
          <w:p w14:paraId="3E62234A" w14:textId="77777777" w:rsidR="00A469A4" w:rsidRDefault="00A469A4" w:rsidP="005A76E1">
            <w:r>
              <w:rPr>
                <w:sz w:val="20"/>
              </w:rPr>
              <w:t>Домашние животные</w:t>
            </w:r>
          </w:p>
        </w:tc>
        <w:tc>
          <w:tcPr>
            <w:tcW w:w="5783" w:type="dxa"/>
            <w:vAlign w:val="center"/>
          </w:tcPr>
          <w:p w14:paraId="55F0AE04" w14:textId="77777777" w:rsidR="00A469A4" w:rsidRDefault="00A469A4" w:rsidP="005A76E1">
            <w:r>
              <w:rPr>
                <w:sz w:val="20"/>
              </w:rPr>
              <w:t>Домашние питомцы: название, описание, уход, отношение к животным.</w:t>
            </w:r>
          </w:p>
        </w:tc>
        <w:tc>
          <w:tcPr>
            <w:tcW w:w="1191" w:type="dxa"/>
            <w:vAlign w:val="center"/>
          </w:tcPr>
          <w:p w14:paraId="0D50AB05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4</w:t>
            </w:r>
          </w:p>
        </w:tc>
      </w:tr>
      <w:tr w:rsidR="00A469A4" w14:paraId="491A83DD" w14:textId="77777777" w:rsidTr="005A76E1">
        <w:trPr>
          <w:jc w:val="center"/>
        </w:trPr>
        <w:tc>
          <w:tcPr>
            <w:tcW w:w="454" w:type="dxa"/>
            <w:vAlign w:val="center"/>
          </w:tcPr>
          <w:p w14:paraId="056E5B40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438" w:type="dxa"/>
            <w:vAlign w:val="center"/>
          </w:tcPr>
          <w:p w14:paraId="75AF56BA" w14:textId="77777777" w:rsidR="00A469A4" w:rsidRDefault="00A469A4" w:rsidP="005A76E1">
            <w:r>
              <w:rPr>
                <w:sz w:val="20"/>
              </w:rPr>
              <w:t>Повторение лексико-грамматического материала</w:t>
            </w:r>
          </w:p>
        </w:tc>
        <w:tc>
          <w:tcPr>
            <w:tcW w:w="5783" w:type="dxa"/>
            <w:vAlign w:val="center"/>
          </w:tcPr>
          <w:p w14:paraId="629F0B6A" w14:textId="77777777" w:rsidR="00A469A4" w:rsidRDefault="00A469A4" w:rsidP="005A76E1">
            <w:r>
              <w:rPr>
                <w:sz w:val="20"/>
              </w:rPr>
              <w:t>Обобщение и систематизация изученного материала. Применение речевых умений в типичных ситуациях общения.</w:t>
            </w:r>
          </w:p>
        </w:tc>
        <w:tc>
          <w:tcPr>
            <w:tcW w:w="1191" w:type="dxa"/>
            <w:vAlign w:val="center"/>
          </w:tcPr>
          <w:p w14:paraId="0A85C671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A469A4" w14:paraId="4A7F93F8" w14:textId="77777777" w:rsidTr="005A76E1">
        <w:trPr>
          <w:jc w:val="center"/>
        </w:trPr>
        <w:tc>
          <w:tcPr>
            <w:tcW w:w="5783" w:type="dxa"/>
            <w:gridSpan w:val="3"/>
            <w:shd w:val="clear" w:color="auto" w:fill="EDEDED"/>
            <w:vAlign w:val="center"/>
          </w:tcPr>
          <w:p w14:paraId="19419293" w14:textId="77777777" w:rsidR="00A469A4" w:rsidRDefault="00A469A4" w:rsidP="005A76E1">
            <w:pPr>
              <w:jc w:val="right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191" w:type="dxa"/>
            <w:shd w:val="clear" w:color="auto" w:fill="EDEDED"/>
            <w:vAlign w:val="center"/>
          </w:tcPr>
          <w:p w14:paraId="03A0CA5A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68</w:t>
            </w:r>
          </w:p>
        </w:tc>
      </w:tr>
    </w:tbl>
    <w:p w14:paraId="1B5C708E" w14:textId="77777777" w:rsidR="00A469A4" w:rsidRDefault="00A469A4" w:rsidP="00A469A4"/>
    <w:p w14:paraId="4456BACC" w14:textId="77777777" w:rsidR="00A469A4" w:rsidRDefault="00A469A4" w:rsidP="00A469A4">
      <w:pPr>
        <w:jc w:val="center"/>
      </w:pPr>
      <w:r>
        <w:rPr>
          <w:b/>
          <w:sz w:val="24"/>
        </w:rPr>
        <w:t>3 КЛАСС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2438"/>
        <w:gridCol w:w="5783"/>
        <w:gridCol w:w="1286"/>
      </w:tblGrid>
      <w:tr w:rsidR="00A469A4" w14:paraId="7FFAF52B" w14:textId="77777777" w:rsidTr="005A76E1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4E48FB53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438" w:type="dxa"/>
            <w:shd w:val="clear" w:color="auto" w:fill="D9EAF7"/>
            <w:vAlign w:val="center"/>
          </w:tcPr>
          <w:p w14:paraId="60DE8979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Тематический раздел</w:t>
            </w:r>
          </w:p>
        </w:tc>
        <w:tc>
          <w:tcPr>
            <w:tcW w:w="5783" w:type="dxa"/>
            <w:shd w:val="clear" w:color="auto" w:fill="D9EAF7"/>
            <w:vAlign w:val="center"/>
          </w:tcPr>
          <w:p w14:paraId="544CDD7E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Основное содержание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23DA1240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Количество часов</w:t>
            </w:r>
          </w:p>
        </w:tc>
      </w:tr>
      <w:tr w:rsidR="00A469A4" w14:paraId="557AF7F7" w14:textId="77777777" w:rsidTr="005A76E1">
        <w:trPr>
          <w:jc w:val="center"/>
        </w:trPr>
        <w:tc>
          <w:tcPr>
            <w:tcW w:w="454" w:type="dxa"/>
            <w:vAlign w:val="center"/>
          </w:tcPr>
          <w:p w14:paraId="599C5D3E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438" w:type="dxa"/>
            <w:vAlign w:val="center"/>
          </w:tcPr>
          <w:p w14:paraId="5EB1FFA5" w14:textId="77777777" w:rsidR="00A469A4" w:rsidRDefault="00A469A4" w:rsidP="005A76E1">
            <w:r>
              <w:rPr>
                <w:sz w:val="20"/>
              </w:rPr>
              <w:t>Повторение изученного</w:t>
            </w:r>
          </w:p>
        </w:tc>
        <w:tc>
          <w:tcPr>
            <w:tcW w:w="5783" w:type="dxa"/>
            <w:vAlign w:val="center"/>
          </w:tcPr>
          <w:p w14:paraId="6DA93AE6" w14:textId="77777777" w:rsidR="00A469A4" w:rsidRDefault="00A469A4" w:rsidP="005A76E1">
            <w:r>
              <w:rPr>
                <w:sz w:val="20"/>
              </w:rPr>
              <w:t>Актуализация лексических, фонетических и грамматических навыков, сформированных во 2 классе.</w:t>
            </w:r>
          </w:p>
        </w:tc>
        <w:tc>
          <w:tcPr>
            <w:tcW w:w="1191" w:type="dxa"/>
            <w:vAlign w:val="center"/>
          </w:tcPr>
          <w:p w14:paraId="10458138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657DCD7D" w14:textId="77777777" w:rsidTr="005A76E1">
        <w:trPr>
          <w:jc w:val="center"/>
        </w:trPr>
        <w:tc>
          <w:tcPr>
            <w:tcW w:w="454" w:type="dxa"/>
            <w:vAlign w:val="center"/>
          </w:tcPr>
          <w:p w14:paraId="6987A887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438" w:type="dxa"/>
            <w:vAlign w:val="center"/>
          </w:tcPr>
          <w:p w14:paraId="14592F2B" w14:textId="77777777" w:rsidR="00A469A4" w:rsidRDefault="00A469A4" w:rsidP="005A76E1">
            <w:r>
              <w:rPr>
                <w:sz w:val="20"/>
              </w:rPr>
              <w:t>Я, мои друзья и родные</w:t>
            </w:r>
          </w:p>
        </w:tc>
        <w:tc>
          <w:tcPr>
            <w:tcW w:w="5783" w:type="dxa"/>
            <w:vAlign w:val="center"/>
          </w:tcPr>
          <w:p w14:paraId="3C733C38" w14:textId="77777777" w:rsidR="00A469A4" w:rsidRDefault="00A469A4" w:rsidP="005A76E1">
            <w:r>
              <w:rPr>
                <w:sz w:val="20"/>
              </w:rPr>
              <w:t>Семья, друзья, внешность, характер, интересы. Дом и родственники. Развитие диалогической и монологической речи.</w:t>
            </w:r>
          </w:p>
        </w:tc>
        <w:tc>
          <w:tcPr>
            <w:tcW w:w="1191" w:type="dxa"/>
            <w:vAlign w:val="center"/>
          </w:tcPr>
          <w:p w14:paraId="2BDA01A4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11</w:t>
            </w:r>
          </w:p>
        </w:tc>
      </w:tr>
      <w:tr w:rsidR="00A469A4" w14:paraId="0B91A53B" w14:textId="77777777" w:rsidTr="005A76E1">
        <w:trPr>
          <w:jc w:val="center"/>
        </w:trPr>
        <w:tc>
          <w:tcPr>
            <w:tcW w:w="454" w:type="dxa"/>
            <w:vAlign w:val="center"/>
          </w:tcPr>
          <w:p w14:paraId="2641173E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438" w:type="dxa"/>
            <w:vAlign w:val="center"/>
          </w:tcPr>
          <w:p w14:paraId="2A256F68" w14:textId="77777777" w:rsidR="00A469A4" w:rsidRDefault="00A469A4" w:rsidP="005A76E1">
            <w:r>
              <w:rPr>
                <w:sz w:val="20"/>
              </w:rPr>
              <w:t>В школе</w:t>
            </w:r>
          </w:p>
        </w:tc>
        <w:tc>
          <w:tcPr>
            <w:tcW w:w="5783" w:type="dxa"/>
            <w:vAlign w:val="center"/>
          </w:tcPr>
          <w:p w14:paraId="792FA000" w14:textId="77777777" w:rsidR="00A469A4" w:rsidRDefault="00A469A4" w:rsidP="005A76E1">
            <w:r>
              <w:rPr>
                <w:sz w:val="20"/>
              </w:rPr>
              <w:t>Школьная жизнь, предметы, расписание, учебные принадлежности, действия на уроке.</w:t>
            </w:r>
          </w:p>
        </w:tc>
        <w:tc>
          <w:tcPr>
            <w:tcW w:w="1191" w:type="dxa"/>
            <w:vAlign w:val="center"/>
          </w:tcPr>
          <w:p w14:paraId="331A1B2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11</w:t>
            </w:r>
          </w:p>
        </w:tc>
      </w:tr>
      <w:tr w:rsidR="00A469A4" w14:paraId="46668CDE" w14:textId="77777777" w:rsidTr="005A76E1">
        <w:trPr>
          <w:jc w:val="center"/>
        </w:trPr>
        <w:tc>
          <w:tcPr>
            <w:tcW w:w="454" w:type="dxa"/>
            <w:vAlign w:val="center"/>
          </w:tcPr>
          <w:p w14:paraId="6D7C8306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438" w:type="dxa"/>
            <w:vAlign w:val="center"/>
          </w:tcPr>
          <w:p w14:paraId="5CBB7F07" w14:textId="77777777" w:rsidR="00A469A4" w:rsidRDefault="00A469A4" w:rsidP="005A76E1">
            <w:r>
              <w:rPr>
                <w:sz w:val="20"/>
              </w:rPr>
              <w:t>Мой рабочий день</w:t>
            </w:r>
          </w:p>
        </w:tc>
        <w:tc>
          <w:tcPr>
            <w:tcW w:w="5783" w:type="dxa"/>
            <w:vAlign w:val="center"/>
          </w:tcPr>
          <w:p w14:paraId="20052781" w14:textId="77777777" w:rsidR="00A469A4" w:rsidRDefault="00A469A4" w:rsidP="005A76E1">
            <w:r>
              <w:rPr>
                <w:sz w:val="20"/>
              </w:rPr>
              <w:t>Распорядок дня, время, повседневные обязанности и занятия.</w:t>
            </w:r>
          </w:p>
        </w:tc>
        <w:tc>
          <w:tcPr>
            <w:tcW w:w="1191" w:type="dxa"/>
            <w:vAlign w:val="center"/>
          </w:tcPr>
          <w:p w14:paraId="00C9524A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9</w:t>
            </w:r>
          </w:p>
        </w:tc>
      </w:tr>
      <w:tr w:rsidR="00A469A4" w14:paraId="4278AA8E" w14:textId="77777777" w:rsidTr="005A76E1">
        <w:trPr>
          <w:jc w:val="center"/>
        </w:trPr>
        <w:tc>
          <w:tcPr>
            <w:tcW w:w="454" w:type="dxa"/>
            <w:vAlign w:val="center"/>
          </w:tcPr>
          <w:p w14:paraId="6736EC07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438" w:type="dxa"/>
            <w:vAlign w:val="center"/>
          </w:tcPr>
          <w:p w14:paraId="4109A382" w14:textId="77777777" w:rsidR="00A469A4" w:rsidRDefault="00A469A4" w:rsidP="005A76E1">
            <w:r>
              <w:rPr>
                <w:sz w:val="20"/>
              </w:rPr>
              <w:t>Мой день рождения</w:t>
            </w:r>
          </w:p>
        </w:tc>
        <w:tc>
          <w:tcPr>
            <w:tcW w:w="5783" w:type="dxa"/>
            <w:vAlign w:val="center"/>
          </w:tcPr>
          <w:p w14:paraId="29D27956" w14:textId="77777777" w:rsidR="00A469A4" w:rsidRDefault="00A469A4" w:rsidP="005A76E1">
            <w:r>
              <w:rPr>
                <w:sz w:val="20"/>
              </w:rPr>
              <w:t>Дата рождения, возраст, поздравления, подарки, праздничное общение.</w:t>
            </w:r>
          </w:p>
        </w:tc>
        <w:tc>
          <w:tcPr>
            <w:tcW w:w="1191" w:type="dxa"/>
            <w:vAlign w:val="center"/>
          </w:tcPr>
          <w:p w14:paraId="0A859A2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9</w:t>
            </w:r>
          </w:p>
        </w:tc>
      </w:tr>
      <w:tr w:rsidR="00A469A4" w14:paraId="35A00B07" w14:textId="77777777" w:rsidTr="005A76E1">
        <w:trPr>
          <w:jc w:val="center"/>
        </w:trPr>
        <w:tc>
          <w:tcPr>
            <w:tcW w:w="454" w:type="dxa"/>
            <w:vAlign w:val="center"/>
          </w:tcPr>
          <w:p w14:paraId="2A33ED3E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438" w:type="dxa"/>
            <w:vAlign w:val="center"/>
          </w:tcPr>
          <w:p w14:paraId="25212D54" w14:textId="77777777" w:rsidR="00A469A4" w:rsidRDefault="00A469A4" w:rsidP="005A76E1">
            <w:r>
              <w:rPr>
                <w:sz w:val="20"/>
              </w:rPr>
              <w:t>Идём в зоопарк</w:t>
            </w:r>
          </w:p>
        </w:tc>
        <w:tc>
          <w:tcPr>
            <w:tcW w:w="5783" w:type="dxa"/>
            <w:vAlign w:val="center"/>
          </w:tcPr>
          <w:p w14:paraId="04D4C623" w14:textId="77777777" w:rsidR="00A469A4" w:rsidRDefault="00A469A4" w:rsidP="005A76E1">
            <w:r>
              <w:rPr>
                <w:sz w:val="20"/>
              </w:rPr>
              <w:t>Дикие животные, описание животных, действия и поведение. Посещение зоопарка.</w:t>
            </w:r>
          </w:p>
        </w:tc>
        <w:tc>
          <w:tcPr>
            <w:tcW w:w="1191" w:type="dxa"/>
            <w:vAlign w:val="center"/>
          </w:tcPr>
          <w:p w14:paraId="71C1DF4A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7</w:t>
            </w:r>
          </w:p>
        </w:tc>
      </w:tr>
      <w:tr w:rsidR="00A469A4" w14:paraId="1BAA49CA" w14:textId="77777777" w:rsidTr="005A76E1">
        <w:trPr>
          <w:jc w:val="center"/>
        </w:trPr>
        <w:tc>
          <w:tcPr>
            <w:tcW w:w="454" w:type="dxa"/>
            <w:vAlign w:val="center"/>
          </w:tcPr>
          <w:p w14:paraId="57D3C9C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438" w:type="dxa"/>
            <w:vAlign w:val="center"/>
          </w:tcPr>
          <w:p w14:paraId="72F1E1DD" w14:textId="77777777" w:rsidR="00A469A4" w:rsidRDefault="00A469A4" w:rsidP="005A76E1">
            <w:r>
              <w:rPr>
                <w:sz w:val="20"/>
              </w:rPr>
              <w:t>Идём в цирк</w:t>
            </w:r>
          </w:p>
        </w:tc>
        <w:tc>
          <w:tcPr>
            <w:tcW w:w="5783" w:type="dxa"/>
            <w:vAlign w:val="center"/>
          </w:tcPr>
          <w:p w14:paraId="4472C90E" w14:textId="77777777" w:rsidR="00A469A4" w:rsidRDefault="00A469A4" w:rsidP="005A76E1">
            <w:r>
              <w:rPr>
                <w:sz w:val="20"/>
              </w:rPr>
              <w:t>Цирк, профессии, представление, животные и впечатления.</w:t>
            </w:r>
          </w:p>
        </w:tc>
        <w:tc>
          <w:tcPr>
            <w:tcW w:w="1191" w:type="dxa"/>
            <w:vAlign w:val="center"/>
          </w:tcPr>
          <w:p w14:paraId="0297FBFA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9</w:t>
            </w:r>
          </w:p>
        </w:tc>
      </w:tr>
      <w:tr w:rsidR="00A469A4" w14:paraId="6966EEDE" w14:textId="77777777" w:rsidTr="005A76E1">
        <w:trPr>
          <w:jc w:val="center"/>
        </w:trPr>
        <w:tc>
          <w:tcPr>
            <w:tcW w:w="454" w:type="dxa"/>
            <w:vAlign w:val="center"/>
          </w:tcPr>
          <w:p w14:paraId="6EDD850D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438" w:type="dxa"/>
            <w:vAlign w:val="center"/>
          </w:tcPr>
          <w:p w14:paraId="43463D2E" w14:textId="77777777" w:rsidR="00A469A4" w:rsidRDefault="00A469A4" w:rsidP="005A76E1">
            <w:r>
              <w:rPr>
                <w:sz w:val="20"/>
              </w:rPr>
              <w:t>Повторение лексико-грамматического материала</w:t>
            </w:r>
          </w:p>
        </w:tc>
        <w:tc>
          <w:tcPr>
            <w:tcW w:w="5783" w:type="dxa"/>
            <w:vAlign w:val="center"/>
          </w:tcPr>
          <w:p w14:paraId="78A5F87B" w14:textId="77777777" w:rsidR="00A469A4" w:rsidRDefault="00A469A4" w:rsidP="005A76E1">
            <w:r>
              <w:rPr>
                <w:sz w:val="20"/>
              </w:rPr>
              <w:t>Обобщение изученного содержания и развитие коммуникативных умений.</w:t>
            </w:r>
          </w:p>
        </w:tc>
        <w:tc>
          <w:tcPr>
            <w:tcW w:w="1191" w:type="dxa"/>
            <w:vAlign w:val="center"/>
          </w:tcPr>
          <w:p w14:paraId="123A80AC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7E1BEF64" w14:textId="77777777" w:rsidTr="005A76E1">
        <w:trPr>
          <w:jc w:val="center"/>
        </w:trPr>
        <w:tc>
          <w:tcPr>
            <w:tcW w:w="5783" w:type="dxa"/>
            <w:gridSpan w:val="3"/>
            <w:shd w:val="clear" w:color="auto" w:fill="EDEDED"/>
            <w:vAlign w:val="center"/>
          </w:tcPr>
          <w:p w14:paraId="2CE6B72E" w14:textId="77777777" w:rsidR="00A469A4" w:rsidRDefault="00A469A4" w:rsidP="005A76E1">
            <w:pPr>
              <w:jc w:val="right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191" w:type="dxa"/>
            <w:shd w:val="clear" w:color="auto" w:fill="EDEDED"/>
            <w:vAlign w:val="center"/>
          </w:tcPr>
          <w:p w14:paraId="2A0E3535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68</w:t>
            </w:r>
          </w:p>
        </w:tc>
      </w:tr>
    </w:tbl>
    <w:p w14:paraId="10BBD7ED" w14:textId="77777777" w:rsidR="00A469A4" w:rsidRDefault="00A469A4" w:rsidP="00A469A4"/>
    <w:p w14:paraId="115757AC" w14:textId="77777777" w:rsidR="00A469A4" w:rsidRDefault="00A469A4" w:rsidP="00A469A4">
      <w:pPr>
        <w:jc w:val="center"/>
      </w:pPr>
      <w:r>
        <w:rPr>
          <w:b/>
          <w:sz w:val="24"/>
        </w:rPr>
        <w:t>4 КЛАСС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2438"/>
        <w:gridCol w:w="5783"/>
        <w:gridCol w:w="1286"/>
      </w:tblGrid>
      <w:tr w:rsidR="00A469A4" w14:paraId="39EB20BC" w14:textId="77777777" w:rsidTr="005A76E1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5ECB1A47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438" w:type="dxa"/>
            <w:shd w:val="clear" w:color="auto" w:fill="D9EAF7"/>
            <w:vAlign w:val="center"/>
          </w:tcPr>
          <w:p w14:paraId="30BC09DC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Тематический раздел</w:t>
            </w:r>
          </w:p>
        </w:tc>
        <w:tc>
          <w:tcPr>
            <w:tcW w:w="5783" w:type="dxa"/>
            <w:shd w:val="clear" w:color="auto" w:fill="D9EAF7"/>
            <w:vAlign w:val="center"/>
          </w:tcPr>
          <w:p w14:paraId="38D2FE43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Основное содержание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117112CE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Количество часов</w:t>
            </w:r>
          </w:p>
        </w:tc>
      </w:tr>
      <w:tr w:rsidR="00A469A4" w14:paraId="62C4367E" w14:textId="77777777" w:rsidTr="005A76E1">
        <w:trPr>
          <w:jc w:val="center"/>
        </w:trPr>
        <w:tc>
          <w:tcPr>
            <w:tcW w:w="454" w:type="dxa"/>
            <w:vAlign w:val="center"/>
          </w:tcPr>
          <w:p w14:paraId="0C53931C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438" w:type="dxa"/>
            <w:vAlign w:val="center"/>
          </w:tcPr>
          <w:p w14:paraId="7D3F3F3B" w14:textId="77777777" w:rsidR="00A469A4" w:rsidRDefault="00A469A4" w:rsidP="005A76E1">
            <w:r>
              <w:rPr>
                <w:sz w:val="20"/>
              </w:rPr>
              <w:t>Повторение изученного в 3 классе</w:t>
            </w:r>
          </w:p>
        </w:tc>
        <w:tc>
          <w:tcPr>
            <w:tcW w:w="5783" w:type="dxa"/>
            <w:vAlign w:val="center"/>
          </w:tcPr>
          <w:p w14:paraId="7E69C51F" w14:textId="77777777" w:rsidR="00A469A4" w:rsidRDefault="00A469A4" w:rsidP="005A76E1">
            <w:r>
              <w:rPr>
                <w:sz w:val="20"/>
              </w:rPr>
              <w:t>Актуализация и систематизация ранее изученного языкового и речевого материала.</w:t>
            </w:r>
          </w:p>
        </w:tc>
        <w:tc>
          <w:tcPr>
            <w:tcW w:w="1191" w:type="dxa"/>
            <w:vAlign w:val="center"/>
          </w:tcPr>
          <w:p w14:paraId="3ABC3EDB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15C25E13" w14:textId="77777777" w:rsidTr="005A76E1">
        <w:trPr>
          <w:jc w:val="center"/>
        </w:trPr>
        <w:tc>
          <w:tcPr>
            <w:tcW w:w="454" w:type="dxa"/>
            <w:vAlign w:val="center"/>
          </w:tcPr>
          <w:p w14:paraId="1C6B5EE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438" w:type="dxa"/>
            <w:vAlign w:val="center"/>
          </w:tcPr>
          <w:p w14:paraId="5E25C486" w14:textId="77777777" w:rsidR="00A469A4" w:rsidRDefault="00A469A4" w:rsidP="005A76E1">
            <w:r>
              <w:rPr>
                <w:sz w:val="20"/>
              </w:rPr>
              <w:t>Позвольте представиться</w:t>
            </w:r>
          </w:p>
        </w:tc>
        <w:tc>
          <w:tcPr>
            <w:tcW w:w="5783" w:type="dxa"/>
            <w:vAlign w:val="center"/>
          </w:tcPr>
          <w:p w14:paraId="69F13061" w14:textId="77777777" w:rsidR="00A469A4" w:rsidRDefault="00A469A4" w:rsidP="005A76E1">
            <w:r>
              <w:rPr>
                <w:sz w:val="20"/>
              </w:rPr>
              <w:t>Знакомство, представление себя и других, личная информация, речевой этикет.</w:t>
            </w:r>
          </w:p>
        </w:tc>
        <w:tc>
          <w:tcPr>
            <w:tcW w:w="1191" w:type="dxa"/>
            <w:vAlign w:val="center"/>
          </w:tcPr>
          <w:p w14:paraId="64D9E210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A469A4" w14:paraId="4235E3F6" w14:textId="77777777" w:rsidTr="005A76E1">
        <w:trPr>
          <w:jc w:val="center"/>
        </w:trPr>
        <w:tc>
          <w:tcPr>
            <w:tcW w:w="454" w:type="dxa"/>
            <w:vAlign w:val="center"/>
          </w:tcPr>
          <w:p w14:paraId="5C9FC5B5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438" w:type="dxa"/>
            <w:vAlign w:val="center"/>
          </w:tcPr>
          <w:p w14:paraId="7870A38A" w14:textId="77777777" w:rsidR="00A469A4" w:rsidRDefault="00A469A4" w:rsidP="005A76E1">
            <w:r>
              <w:rPr>
                <w:sz w:val="20"/>
              </w:rPr>
              <w:t>Моя семья</w:t>
            </w:r>
          </w:p>
        </w:tc>
        <w:tc>
          <w:tcPr>
            <w:tcW w:w="5783" w:type="dxa"/>
            <w:vAlign w:val="center"/>
          </w:tcPr>
          <w:p w14:paraId="143EEFD4" w14:textId="77777777" w:rsidR="00A469A4" w:rsidRDefault="00A469A4" w:rsidP="005A76E1">
            <w:r>
              <w:rPr>
                <w:sz w:val="20"/>
              </w:rPr>
              <w:t>Состав семьи, родственники, профессии, внешность, характер и семейные отношения.</w:t>
            </w:r>
          </w:p>
        </w:tc>
        <w:tc>
          <w:tcPr>
            <w:tcW w:w="1191" w:type="dxa"/>
            <w:vAlign w:val="center"/>
          </w:tcPr>
          <w:p w14:paraId="4D8353E2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7</w:t>
            </w:r>
          </w:p>
        </w:tc>
      </w:tr>
      <w:tr w:rsidR="00A469A4" w14:paraId="6488B8B8" w14:textId="77777777" w:rsidTr="005A76E1">
        <w:trPr>
          <w:jc w:val="center"/>
        </w:trPr>
        <w:tc>
          <w:tcPr>
            <w:tcW w:w="454" w:type="dxa"/>
            <w:vAlign w:val="center"/>
          </w:tcPr>
          <w:p w14:paraId="28772C8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438" w:type="dxa"/>
            <w:vAlign w:val="center"/>
          </w:tcPr>
          <w:p w14:paraId="7EF53BC4" w14:textId="77777777" w:rsidR="00A469A4" w:rsidRDefault="00A469A4" w:rsidP="005A76E1">
            <w:r>
              <w:rPr>
                <w:sz w:val="20"/>
              </w:rPr>
              <w:t>Домашнее чтение</w:t>
            </w:r>
          </w:p>
        </w:tc>
        <w:tc>
          <w:tcPr>
            <w:tcW w:w="5783" w:type="dxa"/>
            <w:vAlign w:val="center"/>
          </w:tcPr>
          <w:p w14:paraId="2102DBE5" w14:textId="77777777" w:rsidR="00A469A4" w:rsidRDefault="00A469A4" w:rsidP="005A76E1">
            <w:r>
              <w:rPr>
                <w:sz w:val="20"/>
              </w:rPr>
              <w:t>Чтение и понимание адаптированных текстов, работа с основной и запрашиваемой информацией.</w:t>
            </w:r>
          </w:p>
        </w:tc>
        <w:tc>
          <w:tcPr>
            <w:tcW w:w="1191" w:type="dxa"/>
            <w:vAlign w:val="center"/>
          </w:tcPr>
          <w:p w14:paraId="05BAA641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0AF78A41" w14:textId="77777777" w:rsidTr="005A76E1">
        <w:trPr>
          <w:jc w:val="center"/>
        </w:trPr>
        <w:tc>
          <w:tcPr>
            <w:tcW w:w="454" w:type="dxa"/>
            <w:vAlign w:val="center"/>
          </w:tcPr>
          <w:p w14:paraId="6C235205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438" w:type="dxa"/>
            <w:vAlign w:val="center"/>
          </w:tcPr>
          <w:p w14:paraId="220E683A" w14:textId="77777777" w:rsidR="00A469A4" w:rsidRDefault="00A469A4" w:rsidP="005A76E1">
            <w:r>
              <w:rPr>
                <w:sz w:val="20"/>
              </w:rPr>
              <w:t>Переезжаем в новый дом</w:t>
            </w:r>
          </w:p>
        </w:tc>
        <w:tc>
          <w:tcPr>
            <w:tcW w:w="5783" w:type="dxa"/>
            <w:vAlign w:val="center"/>
          </w:tcPr>
          <w:p w14:paraId="1DC14DD1" w14:textId="77777777" w:rsidR="00A469A4" w:rsidRDefault="00A469A4" w:rsidP="005A76E1">
            <w:r>
              <w:rPr>
                <w:sz w:val="20"/>
              </w:rPr>
              <w:t>Дом, квартира, комнаты, мебель, местоположение предметов.</w:t>
            </w:r>
          </w:p>
        </w:tc>
        <w:tc>
          <w:tcPr>
            <w:tcW w:w="1191" w:type="dxa"/>
            <w:vAlign w:val="center"/>
          </w:tcPr>
          <w:p w14:paraId="1BD30F1D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3</w:t>
            </w:r>
          </w:p>
        </w:tc>
      </w:tr>
      <w:tr w:rsidR="00A469A4" w14:paraId="48B7F2BF" w14:textId="77777777" w:rsidTr="005A76E1">
        <w:trPr>
          <w:jc w:val="center"/>
        </w:trPr>
        <w:tc>
          <w:tcPr>
            <w:tcW w:w="454" w:type="dxa"/>
            <w:vAlign w:val="center"/>
          </w:tcPr>
          <w:p w14:paraId="557F945D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438" w:type="dxa"/>
            <w:vAlign w:val="center"/>
          </w:tcPr>
          <w:p w14:paraId="1A6B88D5" w14:textId="77777777" w:rsidR="00A469A4" w:rsidRDefault="00A469A4" w:rsidP="005A76E1">
            <w:r>
              <w:rPr>
                <w:sz w:val="20"/>
              </w:rPr>
              <w:t>Новогодние праздники</w:t>
            </w:r>
          </w:p>
        </w:tc>
        <w:tc>
          <w:tcPr>
            <w:tcW w:w="5783" w:type="dxa"/>
            <w:vAlign w:val="center"/>
          </w:tcPr>
          <w:p w14:paraId="2A6D0D13" w14:textId="77777777" w:rsidR="00A469A4" w:rsidRDefault="00A469A4" w:rsidP="005A76E1">
            <w:r>
              <w:rPr>
                <w:sz w:val="20"/>
              </w:rPr>
              <w:t>Праздники, традиции, поздравления, культурные особенности испаноязычных стран.</w:t>
            </w:r>
          </w:p>
        </w:tc>
        <w:tc>
          <w:tcPr>
            <w:tcW w:w="1191" w:type="dxa"/>
            <w:vAlign w:val="center"/>
          </w:tcPr>
          <w:p w14:paraId="349B667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A469A4" w14:paraId="509462FD" w14:textId="77777777" w:rsidTr="005A76E1">
        <w:trPr>
          <w:jc w:val="center"/>
        </w:trPr>
        <w:tc>
          <w:tcPr>
            <w:tcW w:w="454" w:type="dxa"/>
            <w:vAlign w:val="center"/>
          </w:tcPr>
          <w:p w14:paraId="53E876B5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438" w:type="dxa"/>
            <w:vAlign w:val="center"/>
          </w:tcPr>
          <w:p w14:paraId="181ED81F" w14:textId="77777777" w:rsidR="00A469A4" w:rsidRDefault="00A469A4" w:rsidP="005A76E1">
            <w:r>
              <w:rPr>
                <w:sz w:val="20"/>
              </w:rPr>
              <w:t>В школе</w:t>
            </w:r>
          </w:p>
        </w:tc>
        <w:tc>
          <w:tcPr>
            <w:tcW w:w="5783" w:type="dxa"/>
            <w:vAlign w:val="center"/>
          </w:tcPr>
          <w:p w14:paraId="7255D2FC" w14:textId="77777777" w:rsidR="00A469A4" w:rsidRDefault="00A469A4" w:rsidP="005A76E1">
            <w:r>
              <w:rPr>
                <w:sz w:val="20"/>
              </w:rPr>
              <w:t>Школьные предметы, расписание, учебная деятельность, школьное общение.</w:t>
            </w:r>
          </w:p>
        </w:tc>
        <w:tc>
          <w:tcPr>
            <w:tcW w:w="1191" w:type="dxa"/>
            <w:vAlign w:val="center"/>
          </w:tcPr>
          <w:p w14:paraId="618BF073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11</w:t>
            </w:r>
          </w:p>
        </w:tc>
      </w:tr>
      <w:tr w:rsidR="00A469A4" w14:paraId="25BAE39B" w14:textId="77777777" w:rsidTr="005A76E1">
        <w:trPr>
          <w:jc w:val="center"/>
        </w:trPr>
        <w:tc>
          <w:tcPr>
            <w:tcW w:w="454" w:type="dxa"/>
            <w:vAlign w:val="center"/>
          </w:tcPr>
          <w:p w14:paraId="67A65D5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438" w:type="dxa"/>
            <w:vAlign w:val="center"/>
          </w:tcPr>
          <w:p w14:paraId="74590111" w14:textId="77777777" w:rsidR="00A469A4" w:rsidRDefault="00A469A4" w:rsidP="005A76E1">
            <w:r>
              <w:rPr>
                <w:sz w:val="20"/>
              </w:rPr>
              <w:t>Пойдём за покупками</w:t>
            </w:r>
          </w:p>
        </w:tc>
        <w:tc>
          <w:tcPr>
            <w:tcW w:w="5783" w:type="dxa"/>
            <w:vAlign w:val="center"/>
          </w:tcPr>
          <w:p w14:paraId="158AD72C" w14:textId="77777777" w:rsidR="00A469A4" w:rsidRDefault="00A469A4" w:rsidP="005A76E1">
            <w:r>
              <w:rPr>
                <w:sz w:val="20"/>
              </w:rPr>
              <w:t>Магазины, покупки, продукты и товары, количество, цена, диалог покупателя и продавца.</w:t>
            </w:r>
          </w:p>
        </w:tc>
        <w:tc>
          <w:tcPr>
            <w:tcW w:w="1191" w:type="dxa"/>
            <w:vAlign w:val="center"/>
          </w:tcPr>
          <w:p w14:paraId="0A6D7F57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A469A4" w14:paraId="75F91D0C" w14:textId="77777777" w:rsidTr="005A76E1">
        <w:trPr>
          <w:jc w:val="center"/>
        </w:trPr>
        <w:tc>
          <w:tcPr>
            <w:tcW w:w="454" w:type="dxa"/>
            <w:vAlign w:val="center"/>
          </w:tcPr>
          <w:p w14:paraId="0DBA713A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2438" w:type="dxa"/>
            <w:vAlign w:val="center"/>
          </w:tcPr>
          <w:p w14:paraId="44966F39" w14:textId="77777777" w:rsidR="00A469A4" w:rsidRDefault="00A469A4" w:rsidP="005A76E1">
            <w:r>
              <w:rPr>
                <w:sz w:val="20"/>
              </w:rPr>
              <w:t>Мой досуг</w:t>
            </w:r>
          </w:p>
        </w:tc>
        <w:tc>
          <w:tcPr>
            <w:tcW w:w="5783" w:type="dxa"/>
            <w:vAlign w:val="center"/>
          </w:tcPr>
          <w:p w14:paraId="5A35BD8A" w14:textId="77777777" w:rsidR="00A469A4" w:rsidRDefault="00A469A4" w:rsidP="005A76E1">
            <w:r>
              <w:rPr>
                <w:sz w:val="20"/>
              </w:rPr>
              <w:t>Увлечения, свободное время, любимые занятия, планы.</w:t>
            </w:r>
          </w:p>
        </w:tc>
        <w:tc>
          <w:tcPr>
            <w:tcW w:w="1191" w:type="dxa"/>
            <w:vAlign w:val="center"/>
          </w:tcPr>
          <w:p w14:paraId="5AB53D2F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A469A4" w14:paraId="6928E3A0" w14:textId="77777777" w:rsidTr="005A76E1">
        <w:trPr>
          <w:jc w:val="center"/>
        </w:trPr>
        <w:tc>
          <w:tcPr>
            <w:tcW w:w="454" w:type="dxa"/>
            <w:vAlign w:val="center"/>
          </w:tcPr>
          <w:p w14:paraId="70DC418E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2438" w:type="dxa"/>
            <w:vAlign w:val="center"/>
          </w:tcPr>
          <w:p w14:paraId="4CCBC984" w14:textId="77777777" w:rsidR="00A469A4" w:rsidRDefault="00A469A4" w:rsidP="005A76E1">
            <w:r>
              <w:rPr>
                <w:sz w:val="20"/>
              </w:rPr>
              <w:t>Едем в лагерь на летние каникулы</w:t>
            </w:r>
          </w:p>
        </w:tc>
        <w:tc>
          <w:tcPr>
            <w:tcW w:w="5783" w:type="dxa"/>
            <w:vAlign w:val="center"/>
          </w:tcPr>
          <w:p w14:paraId="40FE9A34" w14:textId="77777777" w:rsidR="00A469A4" w:rsidRDefault="00A469A4" w:rsidP="005A76E1">
            <w:r>
              <w:rPr>
                <w:sz w:val="20"/>
              </w:rPr>
              <w:t>Каникулы, поездки, летний отдых, планы и впечатления.</w:t>
            </w:r>
          </w:p>
        </w:tc>
        <w:tc>
          <w:tcPr>
            <w:tcW w:w="1191" w:type="dxa"/>
            <w:vAlign w:val="center"/>
          </w:tcPr>
          <w:p w14:paraId="026EA126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4</w:t>
            </w:r>
          </w:p>
        </w:tc>
      </w:tr>
      <w:tr w:rsidR="00A469A4" w14:paraId="5F073439" w14:textId="77777777" w:rsidTr="005A76E1">
        <w:trPr>
          <w:jc w:val="center"/>
        </w:trPr>
        <w:tc>
          <w:tcPr>
            <w:tcW w:w="454" w:type="dxa"/>
            <w:vAlign w:val="center"/>
          </w:tcPr>
          <w:p w14:paraId="60B17380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2438" w:type="dxa"/>
            <w:vAlign w:val="center"/>
          </w:tcPr>
          <w:p w14:paraId="12A8E871" w14:textId="77777777" w:rsidR="00A469A4" w:rsidRDefault="00A469A4" w:rsidP="005A76E1">
            <w:r>
              <w:rPr>
                <w:sz w:val="20"/>
              </w:rPr>
              <w:t>Повторение лексико-грамматического материала</w:t>
            </w:r>
          </w:p>
        </w:tc>
        <w:tc>
          <w:tcPr>
            <w:tcW w:w="5783" w:type="dxa"/>
            <w:vAlign w:val="center"/>
          </w:tcPr>
          <w:p w14:paraId="74EA02F3" w14:textId="77777777" w:rsidR="00A469A4" w:rsidRDefault="00A469A4" w:rsidP="005A76E1">
            <w:r>
              <w:rPr>
                <w:sz w:val="20"/>
              </w:rPr>
              <w:t>Итоговое обобщение и систематизация изученного материала.</w:t>
            </w:r>
          </w:p>
        </w:tc>
        <w:tc>
          <w:tcPr>
            <w:tcW w:w="1191" w:type="dxa"/>
            <w:vAlign w:val="center"/>
          </w:tcPr>
          <w:p w14:paraId="5080248E" w14:textId="77777777" w:rsidR="00A469A4" w:rsidRDefault="00A469A4" w:rsidP="005A76E1">
            <w:pPr>
              <w:jc w:val="center"/>
            </w:pPr>
            <w:r>
              <w:rPr>
                <w:sz w:val="20"/>
              </w:rPr>
              <w:t>6</w:t>
            </w:r>
          </w:p>
        </w:tc>
      </w:tr>
      <w:tr w:rsidR="00A469A4" w14:paraId="43206B7C" w14:textId="77777777" w:rsidTr="005A76E1">
        <w:trPr>
          <w:jc w:val="center"/>
        </w:trPr>
        <w:tc>
          <w:tcPr>
            <w:tcW w:w="5783" w:type="dxa"/>
            <w:gridSpan w:val="3"/>
            <w:shd w:val="clear" w:color="auto" w:fill="EDEDED"/>
            <w:vAlign w:val="center"/>
          </w:tcPr>
          <w:p w14:paraId="326B6A57" w14:textId="77777777" w:rsidR="00A469A4" w:rsidRDefault="00A469A4" w:rsidP="005A76E1">
            <w:pPr>
              <w:jc w:val="right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191" w:type="dxa"/>
            <w:shd w:val="clear" w:color="auto" w:fill="EDEDED"/>
            <w:vAlign w:val="center"/>
          </w:tcPr>
          <w:p w14:paraId="5DDB5A34" w14:textId="77777777" w:rsidR="00A469A4" w:rsidRDefault="00A469A4" w:rsidP="005A76E1">
            <w:pPr>
              <w:jc w:val="center"/>
            </w:pPr>
            <w:r>
              <w:rPr>
                <w:b/>
                <w:sz w:val="20"/>
              </w:rPr>
              <w:t>68</w:t>
            </w:r>
          </w:p>
        </w:tc>
      </w:tr>
    </w:tbl>
    <w:p w14:paraId="13DE44BC" w14:textId="77777777" w:rsidR="0081274E" w:rsidRDefault="0081274E">
      <w:pPr>
        <w:pStyle w:val="a5"/>
        <w:ind w:left="0"/>
        <w:rPr>
          <w:b/>
        </w:rPr>
      </w:pPr>
    </w:p>
    <w:p w14:paraId="0440F5A9" w14:textId="77777777" w:rsidR="00A469A4" w:rsidRDefault="00A469A4">
      <w:pPr>
        <w:pStyle w:val="a5"/>
        <w:ind w:left="0"/>
        <w:rPr>
          <w:b/>
        </w:rPr>
      </w:pPr>
    </w:p>
    <w:p w14:paraId="6D8BB0D3" w14:textId="77777777" w:rsidR="00A469A4" w:rsidRDefault="00A469A4" w:rsidP="00A469A4">
      <w:pPr>
        <w:jc w:val="center"/>
      </w:pPr>
      <w:r>
        <w:rPr>
          <w:b/>
          <w:sz w:val="28"/>
        </w:rPr>
        <w:t>КАЛЕНДАРНО-ТЕМАТИЧЕСКОЕ ПЛАНИРОВАНИЕ</w:t>
      </w:r>
      <w:r>
        <w:rPr>
          <w:b/>
          <w:sz w:val="28"/>
        </w:rPr>
        <w:br/>
      </w:r>
      <w:r>
        <w:rPr>
          <w:b/>
          <w:sz w:val="24"/>
        </w:rPr>
        <w:t>учебного предмета «Испанский язык»</w:t>
      </w:r>
      <w:r>
        <w:rPr>
          <w:b/>
          <w:sz w:val="24"/>
        </w:rPr>
        <w:br/>
        <w:t>2–4 классы, 2026/2027 учебный год</w:t>
      </w:r>
    </w:p>
    <w:p w14:paraId="230B8F02" w14:textId="77777777" w:rsidR="00A469A4" w:rsidRDefault="00A469A4" w:rsidP="00A469A4">
      <w:pPr>
        <w:spacing w:after="120"/>
        <w:jc w:val="both"/>
      </w:pPr>
      <w:r>
        <w:rPr>
          <w:b/>
        </w:rPr>
        <w:t xml:space="preserve">Объём: </w:t>
      </w:r>
      <w:r>
        <w:t>2 часа в неделю, 68 часов в год в каждом классе. Всего во 2–4 классах — 204 часа.</w:t>
      </w:r>
    </w:p>
    <w:p w14:paraId="0D79F90D" w14:textId="77777777" w:rsidR="00A469A4" w:rsidRDefault="00A469A4" w:rsidP="00A469A4">
      <w:pPr>
        <w:jc w:val="center"/>
      </w:pPr>
      <w:r>
        <w:rPr>
          <w:b/>
          <w:sz w:val="24"/>
        </w:rPr>
        <w:t>2 КЛАСС — 68 ЧАСОВ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324"/>
        <w:gridCol w:w="3118"/>
        <w:gridCol w:w="850"/>
        <w:gridCol w:w="3402"/>
      </w:tblGrid>
      <w:tr w:rsidR="00A469A4" w14:paraId="5CAC945F" w14:textId="77777777" w:rsidTr="005A76E1">
        <w:trPr>
          <w:tblHeader/>
          <w:jc w:val="center"/>
        </w:trPr>
        <w:tc>
          <w:tcPr>
            <w:tcW w:w="680" w:type="dxa"/>
            <w:shd w:val="clear" w:color="auto" w:fill="D9EAF7"/>
            <w:vAlign w:val="center"/>
          </w:tcPr>
          <w:p w14:paraId="1B54197A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№ урока</w:t>
            </w:r>
          </w:p>
        </w:tc>
        <w:tc>
          <w:tcPr>
            <w:tcW w:w="2324" w:type="dxa"/>
            <w:shd w:val="clear" w:color="auto" w:fill="D9EAF7"/>
            <w:vAlign w:val="center"/>
          </w:tcPr>
          <w:p w14:paraId="0462282D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Тематический раздел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44AC0B6E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Тема урока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173F66EF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Кол-во часов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765CAED8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Основные виды деятельности обучающихся</w:t>
            </w:r>
          </w:p>
        </w:tc>
      </w:tr>
      <w:tr w:rsidR="00A469A4" w14:paraId="1AE88F55" w14:textId="77777777" w:rsidTr="005A76E1">
        <w:trPr>
          <w:jc w:val="center"/>
        </w:trPr>
        <w:tc>
          <w:tcPr>
            <w:tcW w:w="680" w:type="dxa"/>
            <w:vAlign w:val="center"/>
          </w:tcPr>
          <w:p w14:paraId="63C4DCB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324" w:type="dxa"/>
            <w:vAlign w:val="center"/>
          </w:tcPr>
          <w:p w14:paraId="12557C3B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748BAC09" w14:textId="77777777" w:rsidR="00A469A4" w:rsidRDefault="00A469A4" w:rsidP="005A76E1">
            <w:r>
              <w:rPr>
                <w:sz w:val="16"/>
              </w:rPr>
              <w:t>Знакомство. Приветствие и прощание</w:t>
            </w:r>
          </w:p>
        </w:tc>
        <w:tc>
          <w:tcPr>
            <w:tcW w:w="850" w:type="dxa"/>
            <w:vAlign w:val="center"/>
          </w:tcPr>
          <w:p w14:paraId="2D53D5D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43FB3FC" w14:textId="77777777" w:rsidR="00A469A4" w:rsidRDefault="00A469A4" w:rsidP="005A76E1">
            <w:r>
              <w:rPr>
                <w:sz w:val="16"/>
              </w:rPr>
              <w:t>Вести этикетный диалог; приветствовать, представляться и прощаться.</w:t>
            </w:r>
          </w:p>
        </w:tc>
      </w:tr>
      <w:tr w:rsidR="00A469A4" w14:paraId="03C39A97" w14:textId="77777777" w:rsidTr="005A76E1">
        <w:trPr>
          <w:jc w:val="center"/>
        </w:trPr>
        <w:tc>
          <w:tcPr>
            <w:tcW w:w="680" w:type="dxa"/>
            <w:vAlign w:val="center"/>
          </w:tcPr>
          <w:p w14:paraId="66CF7FF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24" w:type="dxa"/>
            <w:vAlign w:val="center"/>
          </w:tcPr>
          <w:p w14:paraId="416D7A54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1FFAC08F" w14:textId="77777777" w:rsidR="00A469A4" w:rsidRDefault="00A469A4" w:rsidP="005A76E1">
            <w:r>
              <w:rPr>
                <w:sz w:val="16"/>
              </w:rPr>
              <w:t>Как тебя зовут? Представление себя</w:t>
            </w:r>
          </w:p>
        </w:tc>
        <w:tc>
          <w:tcPr>
            <w:tcW w:w="850" w:type="dxa"/>
            <w:vAlign w:val="center"/>
          </w:tcPr>
          <w:p w14:paraId="71B9F1D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57F67F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B521E0C" w14:textId="77777777" w:rsidTr="005A76E1">
        <w:trPr>
          <w:jc w:val="center"/>
        </w:trPr>
        <w:tc>
          <w:tcPr>
            <w:tcW w:w="680" w:type="dxa"/>
            <w:vAlign w:val="center"/>
          </w:tcPr>
          <w:p w14:paraId="020E470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324" w:type="dxa"/>
            <w:vAlign w:val="center"/>
          </w:tcPr>
          <w:p w14:paraId="78C6DB62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7FDB3FA0" w14:textId="77777777" w:rsidR="00A469A4" w:rsidRDefault="00A469A4" w:rsidP="005A76E1">
            <w:r>
              <w:rPr>
                <w:sz w:val="16"/>
              </w:rPr>
              <w:t>Моё имя и возраст</w:t>
            </w:r>
          </w:p>
        </w:tc>
        <w:tc>
          <w:tcPr>
            <w:tcW w:w="850" w:type="dxa"/>
            <w:vAlign w:val="center"/>
          </w:tcPr>
          <w:p w14:paraId="1924EC2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884D7A8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20B49F5F" w14:textId="77777777" w:rsidTr="005A76E1">
        <w:trPr>
          <w:jc w:val="center"/>
        </w:trPr>
        <w:tc>
          <w:tcPr>
            <w:tcW w:w="680" w:type="dxa"/>
            <w:vAlign w:val="center"/>
          </w:tcPr>
          <w:p w14:paraId="7857A04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324" w:type="dxa"/>
            <w:vAlign w:val="center"/>
          </w:tcPr>
          <w:p w14:paraId="54ACAF8A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7FD722C3" w14:textId="77777777" w:rsidR="00A469A4" w:rsidRDefault="00A469A4" w:rsidP="005A76E1">
            <w:r>
              <w:rPr>
                <w:sz w:val="16"/>
              </w:rPr>
              <w:t>Числа. Сколько тебе лет?</w:t>
            </w:r>
          </w:p>
        </w:tc>
        <w:tc>
          <w:tcPr>
            <w:tcW w:w="850" w:type="dxa"/>
            <w:vAlign w:val="center"/>
          </w:tcPr>
          <w:p w14:paraId="7B5D86A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E049428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491F6392" w14:textId="77777777" w:rsidTr="005A76E1">
        <w:trPr>
          <w:jc w:val="center"/>
        </w:trPr>
        <w:tc>
          <w:tcPr>
            <w:tcW w:w="680" w:type="dxa"/>
            <w:vAlign w:val="center"/>
          </w:tcPr>
          <w:p w14:paraId="4C52B50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324" w:type="dxa"/>
            <w:vAlign w:val="center"/>
          </w:tcPr>
          <w:p w14:paraId="1BF70218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E180990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850" w:type="dxa"/>
            <w:vAlign w:val="center"/>
          </w:tcPr>
          <w:p w14:paraId="2B33D80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EF2F148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8AC2F38" w14:textId="77777777" w:rsidTr="005A76E1">
        <w:trPr>
          <w:jc w:val="center"/>
        </w:trPr>
        <w:tc>
          <w:tcPr>
            <w:tcW w:w="680" w:type="dxa"/>
            <w:vAlign w:val="center"/>
          </w:tcPr>
          <w:p w14:paraId="543BC12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324" w:type="dxa"/>
            <w:vAlign w:val="center"/>
          </w:tcPr>
          <w:p w14:paraId="136E3C08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0701B53C" w14:textId="77777777" w:rsidR="00A469A4" w:rsidRDefault="00A469A4" w:rsidP="005A76E1">
            <w:r>
              <w:rPr>
                <w:sz w:val="16"/>
              </w:rPr>
              <w:t>Члены семьи</w:t>
            </w:r>
          </w:p>
        </w:tc>
        <w:tc>
          <w:tcPr>
            <w:tcW w:w="850" w:type="dxa"/>
            <w:vAlign w:val="center"/>
          </w:tcPr>
          <w:p w14:paraId="6792665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66DADA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345E84C" w14:textId="77777777" w:rsidTr="005A76E1">
        <w:trPr>
          <w:jc w:val="center"/>
        </w:trPr>
        <w:tc>
          <w:tcPr>
            <w:tcW w:w="680" w:type="dxa"/>
            <w:vAlign w:val="center"/>
          </w:tcPr>
          <w:p w14:paraId="309C56E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324" w:type="dxa"/>
            <w:vAlign w:val="center"/>
          </w:tcPr>
          <w:p w14:paraId="78BDBFEA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22786D78" w14:textId="77777777" w:rsidR="00A469A4" w:rsidRDefault="00A469A4" w:rsidP="005A76E1">
            <w:r>
              <w:rPr>
                <w:sz w:val="16"/>
              </w:rPr>
              <w:t>Мои родители</w:t>
            </w:r>
          </w:p>
        </w:tc>
        <w:tc>
          <w:tcPr>
            <w:tcW w:w="850" w:type="dxa"/>
            <w:vAlign w:val="center"/>
          </w:tcPr>
          <w:p w14:paraId="010C590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1BF4EFC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A689B08" w14:textId="77777777" w:rsidTr="005A76E1">
        <w:trPr>
          <w:jc w:val="center"/>
        </w:trPr>
        <w:tc>
          <w:tcPr>
            <w:tcW w:w="680" w:type="dxa"/>
            <w:vAlign w:val="center"/>
          </w:tcPr>
          <w:p w14:paraId="1BED8D3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324" w:type="dxa"/>
            <w:vAlign w:val="center"/>
          </w:tcPr>
          <w:p w14:paraId="03505101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3B403FCC" w14:textId="77777777" w:rsidR="00A469A4" w:rsidRDefault="00A469A4" w:rsidP="005A76E1">
            <w:r>
              <w:rPr>
                <w:sz w:val="16"/>
              </w:rPr>
              <w:t>Мои братья и сёстры</w:t>
            </w:r>
          </w:p>
        </w:tc>
        <w:tc>
          <w:tcPr>
            <w:tcW w:w="850" w:type="dxa"/>
            <w:vAlign w:val="center"/>
          </w:tcPr>
          <w:p w14:paraId="2ADC43F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F271BF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B24DE5D" w14:textId="77777777" w:rsidTr="005A76E1">
        <w:trPr>
          <w:jc w:val="center"/>
        </w:trPr>
        <w:tc>
          <w:tcPr>
            <w:tcW w:w="680" w:type="dxa"/>
            <w:vAlign w:val="center"/>
          </w:tcPr>
          <w:p w14:paraId="1A108CF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324" w:type="dxa"/>
            <w:vAlign w:val="center"/>
          </w:tcPr>
          <w:p w14:paraId="07FD0B18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119F5B02" w14:textId="77777777" w:rsidR="00A469A4" w:rsidRDefault="00A469A4" w:rsidP="005A76E1">
            <w:r>
              <w:rPr>
                <w:sz w:val="16"/>
              </w:rPr>
              <w:t>Мой друг</w:t>
            </w:r>
          </w:p>
        </w:tc>
        <w:tc>
          <w:tcPr>
            <w:tcW w:w="850" w:type="dxa"/>
            <w:vAlign w:val="center"/>
          </w:tcPr>
          <w:p w14:paraId="2973138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EC1C810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E5B448E" w14:textId="77777777" w:rsidTr="005A76E1">
        <w:trPr>
          <w:jc w:val="center"/>
        </w:trPr>
        <w:tc>
          <w:tcPr>
            <w:tcW w:w="680" w:type="dxa"/>
            <w:vAlign w:val="center"/>
          </w:tcPr>
          <w:p w14:paraId="4073536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324" w:type="dxa"/>
            <w:vAlign w:val="center"/>
          </w:tcPr>
          <w:p w14:paraId="23526F8E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2C8E60B8" w14:textId="77777777" w:rsidR="00A469A4" w:rsidRDefault="00A469A4" w:rsidP="005A76E1">
            <w:r>
              <w:rPr>
                <w:sz w:val="16"/>
              </w:rPr>
              <w:t>Знакомство с другом</w:t>
            </w:r>
          </w:p>
        </w:tc>
        <w:tc>
          <w:tcPr>
            <w:tcW w:w="850" w:type="dxa"/>
            <w:vAlign w:val="center"/>
          </w:tcPr>
          <w:p w14:paraId="6D214D4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19EA636" w14:textId="77777777" w:rsidR="00A469A4" w:rsidRDefault="00A469A4" w:rsidP="005A76E1">
            <w:r>
              <w:rPr>
                <w:sz w:val="16"/>
              </w:rPr>
              <w:t>Вести этикетный диалог; приветствовать, представляться и прощаться.</w:t>
            </w:r>
          </w:p>
        </w:tc>
      </w:tr>
      <w:tr w:rsidR="00A469A4" w14:paraId="3EE3A561" w14:textId="77777777" w:rsidTr="005A76E1">
        <w:trPr>
          <w:jc w:val="center"/>
        </w:trPr>
        <w:tc>
          <w:tcPr>
            <w:tcW w:w="680" w:type="dxa"/>
            <w:vAlign w:val="center"/>
          </w:tcPr>
          <w:p w14:paraId="7E61B46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324" w:type="dxa"/>
            <w:vAlign w:val="center"/>
          </w:tcPr>
          <w:p w14:paraId="0551E14E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313D2EC0" w14:textId="77777777" w:rsidR="00A469A4" w:rsidRDefault="00A469A4" w:rsidP="005A76E1">
            <w:r>
              <w:rPr>
                <w:sz w:val="16"/>
              </w:rPr>
              <w:t>Внешность человека</w:t>
            </w:r>
          </w:p>
        </w:tc>
        <w:tc>
          <w:tcPr>
            <w:tcW w:w="850" w:type="dxa"/>
            <w:vAlign w:val="center"/>
          </w:tcPr>
          <w:p w14:paraId="1337452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A65CFD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7156AAA" w14:textId="77777777" w:rsidTr="005A76E1">
        <w:trPr>
          <w:jc w:val="center"/>
        </w:trPr>
        <w:tc>
          <w:tcPr>
            <w:tcW w:w="680" w:type="dxa"/>
            <w:vAlign w:val="center"/>
          </w:tcPr>
          <w:p w14:paraId="3E4C432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324" w:type="dxa"/>
            <w:vAlign w:val="center"/>
          </w:tcPr>
          <w:p w14:paraId="0EB8B22B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5E97D949" w14:textId="77777777" w:rsidR="00A469A4" w:rsidRDefault="00A469A4" w:rsidP="005A76E1">
            <w:r>
              <w:rPr>
                <w:sz w:val="16"/>
              </w:rPr>
              <w:t>Описание внешности</w:t>
            </w:r>
          </w:p>
        </w:tc>
        <w:tc>
          <w:tcPr>
            <w:tcW w:w="850" w:type="dxa"/>
            <w:vAlign w:val="center"/>
          </w:tcPr>
          <w:p w14:paraId="0277B22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4FADDA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DE1A11D" w14:textId="77777777" w:rsidTr="005A76E1">
        <w:trPr>
          <w:jc w:val="center"/>
        </w:trPr>
        <w:tc>
          <w:tcPr>
            <w:tcW w:w="680" w:type="dxa"/>
            <w:vAlign w:val="center"/>
          </w:tcPr>
          <w:p w14:paraId="3BA9F24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324" w:type="dxa"/>
            <w:vAlign w:val="center"/>
          </w:tcPr>
          <w:p w14:paraId="01C10EBA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65EA320" w14:textId="77777777" w:rsidR="00A469A4" w:rsidRDefault="00A469A4" w:rsidP="005A76E1">
            <w:r>
              <w:rPr>
                <w:sz w:val="16"/>
              </w:rPr>
              <w:t>Характер человека</w:t>
            </w:r>
          </w:p>
        </w:tc>
        <w:tc>
          <w:tcPr>
            <w:tcW w:w="850" w:type="dxa"/>
            <w:vAlign w:val="center"/>
          </w:tcPr>
          <w:p w14:paraId="57A4ED4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D2E8CE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A324560" w14:textId="77777777" w:rsidTr="005A76E1">
        <w:trPr>
          <w:jc w:val="center"/>
        </w:trPr>
        <w:tc>
          <w:tcPr>
            <w:tcW w:w="680" w:type="dxa"/>
            <w:vAlign w:val="center"/>
          </w:tcPr>
          <w:p w14:paraId="43EEABC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324" w:type="dxa"/>
            <w:vAlign w:val="center"/>
          </w:tcPr>
          <w:p w14:paraId="3640CDC1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F22447F" w14:textId="77777777" w:rsidR="00A469A4" w:rsidRDefault="00A469A4" w:rsidP="005A76E1">
            <w:r>
              <w:rPr>
                <w:sz w:val="16"/>
              </w:rPr>
              <w:t>Какой мой друг?</w:t>
            </w:r>
          </w:p>
        </w:tc>
        <w:tc>
          <w:tcPr>
            <w:tcW w:w="850" w:type="dxa"/>
            <w:vAlign w:val="center"/>
          </w:tcPr>
          <w:p w14:paraId="10AA9EB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C98BA5C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50992CF" w14:textId="77777777" w:rsidTr="005A76E1">
        <w:trPr>
          <w:jc w:val="center"/>
        </w:trPr>
        <w:tc>
          <w:tcPr>
            <w:tcW w:w="680" w:type="dxa"/>
            <w:vAlign w:val="center"/>
          </w:tcPr>
          <w:p w14:paraId="459C215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324" w:type="dxa"/>
            <w:vAlign w:val="center"/>
          </w:tcPr>
          <w:p w14:paraId="11B883B7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EA1CD48" w14:textId="77777777" w:rsidR="00A469A4" w:rsidRDefault="00A469A4" w:rsidP="005A76E1">
            <w:r>
              <w:rPr>
                <w:sz w:val="16"/>
              </w:rPr>
              <w:t>Любимые занятия</w:t>
            </w:r>
          </w:p>
        </w:tc>
        <w:tc>
          <w:tcPr>
            <w:tcW w:w="850" w:type="dxa"/>
            <w:vAlign w:val="center"/>
          </w:tcPr>
          <w:p w14:paraId="504D402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EA257A8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D7CDF38" w14:textId="77777777" w:rsidTr="005A76E1">
        <w:trPr>
          <w:jc w:val="center"/>
        </w:trPr>
        <w:tc>
          <w:tcPr>
            <w:tcW w:w="680" w:type="dxa"/>
            <w:vAlign w:val="center"/>
          </w:tcPr>
          <w:p w14:paraId="0B51F3A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2324" w:type="dxa"/>
            <w:vAlign w:val="center"/>
          </w:tcPr>
          <w:p w14:paraId="61FE2403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DB88411" w14:textId="77777777" w:rsidR="00A469A4" w:rsidRDefault="00A469A4" w:rsidP="005A76E1">
            <w:r>
              <w:rPr>
                <w:sz w:val="16"/>
              </w:rPr>
              <w:t>Мои интересы</w:t>
            </w:r>
          </w:p>
        </w:tc>
        <w:tc>
          <w:tcPr>
            <w:tcW w:w="850" w:type="dxa"/>
            <w:vAlign w:val="center"/>
          </w:tcPr>
          <w:p w14:paraId="5AAF7F7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9BA5C8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22A40C8" w14:textId="77777777" w:rsidTr="005A76E1">
        <w:trPr>
          <w:jc w:val="center"/>
        </w:trPr>
        <w:tc>
          <w:tcPr>
            <w:tcW w:w="680" w:type="dxa"/>
            <w:vAlign w:val="center"/>
          </w:tcPr>
          <w:p w14:paraId="5A8C2CF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2324" w:type="dxa"/>
            <w:vAlign w:val="center"/>
          </w:tcPr>
          <w:p w14:paraId="4EA55CAA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38E0BF4C" w14:textId="77777777" w:rsidR="00A469A4" w:rsidRDefault="00A469A4" w:rsidP="005A76E1">
            <w:r>
              <w:rPr>
                <w:sz w:val="16"/>
              </w:rPr>
              <w:t>Что я люблю делать</w:t>
            </w:r>
          </w:p>
        </w:tc>
        <w:tc>
          <w:tcPr>
            <w:tcW w:w="850" w:type="dxa"/>
            <w:vAlign w:val="center"/>
          </w:tcPr>
          <w:p w14:paraId="2117A2C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2CC497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C1B28E3" w14:textId="77777777" w:rsidTr="005A76E1">
        <w:trPr>
          <w:jc w:val="center"/>
        </w:trPr>
        <w:tc>
          <w:tcPr>
            <w:tcW w:w="680" w:type="dxa"/>
            <w:vAlign w:val="center"/>
          </w:tcPr>
          <w:p w14:paraId="7A03EC2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2324" w:type="dxa"/>
            <w:vAlign w:val="center"/>
          </w:tcPr>
          <w:p w14:paraId="0386A607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5F9C0DB8" w14:textId="77777777" w:rsidR="00A469A4" w:rsidRDefault="00A469A4" w:rsidP="005A76E1">
            <w:r>
              <w:rPr>
                <w:sz w:val="16"/>
              </w:rPr>
              <w:t>Профессии членов семьи</w:t>
            </w:r>
          </w:p>
        </w:tc>
        <w:tc>
          <w:tcPr>
            <w:tcW w:w="850" w:type="dxa"/>
            <w:vAlign w:val="center"/>
          </w:tcPr>
          <w:p w14:paraId="00C7280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356983C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EB5F2A0" w14:textId="77777777" w:rsidTr="005A76E1">
        <w:trPr>
          <w:jc w:val="center"/>
        </w:trPr>
        <w:tc>
          <w:tcPr>
            <w:tcW w:w="680" w:type="dxa"/>
            <w:vAlign w:val="center"/>
          </w:tcPr>
          <w:p w14:paraId="18FC71D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2324" w:type="dxa"/>
            <w:vAlign w:val="center"/>
          </w:tcPr>
          <w:p w14:paraId="27A83C18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7C162946" w14:textId="77777777" w:rsidR="00A469A4" w:rsidRDefault="00A469A4" w:rsidP="005A76E1">
            <w:r>
              <w:rPr>
                <w:sz w:val="16"/>
              </w:rPr>
              <w:t>Кем работают мои родители?</w:t>
            </w:r>
          </w:p>
        </w:tc>
        <w:tc>
          <w:tcPr>
            <w:tcW w:w="850" w:type="dxa"/>
            <w:vAlign w:val="center"/>
          </w:tcPr>
          <w:p w14:paraId="793A6A5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10EC55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5E20B7C" w14:textId="77777777" w:rsidTr="005A76E1">
        <w:trPr>
          <w:jc w:val="center"/>
        </w:trPr>
        <w:tc>
          <w:tcPr>
            <w:tcW w:w="680" w:type="dxa"/>
            <w:vAlign w:val="center"/>
          </w:tcPr>
          <w:p w14:paraId="6529B14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2324" w:type="dxa"/>
            <w:vAlign w:val="center"/>
          </w:tcPr>
          <w:p w14:paraId="0B83B443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56A72749" w14:textId="77777777" w:rsidR="00A469A4" w:rsidRDefault="00A469A4" w:rsidP="005A76E1">
            <w:r>
              <w:rPr>
                <w:sz w:val="16"/>
              </w:rPr>
              <w:t>Дом и семья</w:t>
            </w:r>
          </w:p>
        </w:tc>
        <w:tc>
          <w:tcPr>
            <w:tcW w:w="850" w:type="dxa"/>
            <w:vAlign w:val="center"/>
          </w:tcPr>
          <w:p w14:paraId="659AF72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50898F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D363E6E" w14:textId="77777777" w:rsidTr="005A76E1">
        <w:trPr>
          <w:jc w:val="center"/>
        </w:trPr>
        <w:tc>
          <w:tcPr>
            <w:tcW w:w="680" w:type="dxa"/>
            <w:vAlign w:val="center"/>
          </w:tcPr>
          <w:p w14:paraId="3BDF6B4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2324" w:type="dxa"/>
            <w:vAlign w:val="center"/>
          </w:tcPr>
          <w:p w14:paraId="0522D3AB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241EF0EF" w14:textId="77777777" w:rsidR="00A469A4" w:rsidRDefault="00A469A4" w:rsidP="005A76E1">
            <w:r>
              <w:rPr>
                <w:sz w:val="16"/>
              </w:rPr>
              <w:t>Рассказ о своей семье</w:t>
            </w:r>
          </w:p>
        </w:tc>
        <w:tc>
          <w:tcPr>
            <w:tcW w:w="850" w:type="dxa"/>
            <w:vAlign w:val="center"/>
          </w:tcPr>
          <w:p w14:paraId="520DC1F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4D5E81B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3500C2F6" w14:textId="77777777" w:rsidTr="005A76E1">
        <w:trPr>
          <w:jc w:val="center"/>
        </w:trPr>
        <w:tc>
          <w:tcPr>
            <w:tcW w:w="680" w:type="dxa"/>
            <w:vAlign w:val="center"/>
          </w:tcPr>
          <w:p w14:paraId="3505EE1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2324" w:type="dxa"/>
            <w:vAlign w:val="center"/>
          </w:tcPr>
          <w:p w14:paraId="3F8B7997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4C46727" w14:textId="77777777" w:rsidR="00A469A4" w:rsidRDefault="00A469A4" w:rsidP="005A76E1">
            <w:r>
              <w:rPr>
                <w:sz w:val="16"/>
              </w:rPr>
              <w:t>Рассказ о своём друге</w:t>
            </w:r>
          </w:p>
        </w:tc>
        <w:tc>
          <w:tcPr>
            <w:tcW w:w="850" w:type="dxa"/>
            <w:vAlign w:val="center"/>
          </w:tcPr>
          <w:p w14:paraId="5DB6201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EF98219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409F8065" w14:textId="77777777" w:rsidTr="005A76E1">
        <w:trPr>
          <w:jc w:val="center"/>
        </w:trPr>
        <w:tc>
          <w:tcPr>
            <w:tcW w:w="680" w:type="dxa"/>
            <w:vAlign w:val="center"/>
          </w:tcPr>
          <w:p w14:paraId="794434F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2324" w:type="dxa"/>
            <w:vAlign w:val="center"/>
          </w:tcPr>
          <w:p w14:paraId="48B04976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2DFEFF06" w14:textId="77777777" w:rsidR="00A469A4" w:rsidRDefault="00A469A4" w:rsidP="005A76E1">
            <w:r>
              <w:rPr>
                <w:sz w:val="16"/>
              </w:rPr>
              <w:t>Диалог по теме «Семья и друзья»</w:t>
            </w:r>
          </w:p>
        </w:tc>
        <w:tc>
          <w:tcPr>
            <w:tcW w:w="850" w:type="dxa"/>
            <w:vAlign w:val="center"/>
          </w:tcPr>
          <w:p w14:paraId="2A8A43C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556DE6C" w14:textId="77777777" w:rsidR="00A469A4" w:rsidRDefault="00A469A4" w:rsidP="005A76E1">
            <w:r>
              <w:rPr>
                <w:sz w:val="16"/>
              </w:rPr>
              <w:t>Вести диалог в пределах изученной тематики; задавать вопросы и отвечать на них.</w:t>
            </w:r>
          </w:p>
        </w:tc>
      </w:tr>
      <w:tr w:rsidR="00A469A4" w14:paraId="4B09F0E0" w14:textId="77777777" w:rsidTr="005A76E1">
        <w:trPr>
          <w:jc w:val="center"/>
        </w:trPr>
        <w:tc>
          <w:tcPr>
            <w:tcW w:w="680" w:type="dxa"/>
            <w:vAlign w:val="center"/>
          </w:tcPr>
          <w:p w14:paraId="420D6E2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2324" w:type="dxa"/>
            <w:vAlign w:val="center"/>
          </w:tcPr>
          <w:p w14:paraId="184757E9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040450A7" w14:textId="77777777" w:rsidR="00A469A4" w:rsidRDefault="00A469A4" w:rsidP="005A76E1">
            <w:r>
              <w:rPr>
                <w:sz w:val="16"/>
              </w:rPr>
              <w:t>Обобщение по теме «Я, мои друзья и родные»</w:t>
            </w:r>
          </w:p>
        </w:tc>
        <w:tc>
          <w:tcPr>
            <w:tcW w:w="850" w:type="dxa"/>
            <w:vAlign w:val="center"/>
          </w:tcPr>
          <w:p w14:paraId="3496C35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6D02AE2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4466E17" w14:textId="77777777" w:rsidTr="005A76E1">
        <w:trPr>
          <w:jc w:val="center"/>
        </w:trPr>
        <w:tc>
          <w:tcPr>
            <w:tcW w:w="680" w:type="dxa"/>
            <w:vAlign w:val="center"/>
          </w:tcPr>
          <w:p w14:paraId="576A93D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2324" w:type="dxa"/>
            <w:vAlign w:val="center"/>
          </w:tcPr>
          <w:p w14:paraId="2EB7AB54" w14:textId="77777777" w:rsidR="00A469A4" w:rsidRDefault="00A469A4" w:rsidP="005A76E1">
            <w:r>
              <w:rPr>
                <w:sz w:val="16"/>
              </w:rPr>
              <w:t>Новый год</w:t>
            </w:r>
          </w:p>
        </w:tc>
        <w:tc>
          <w:tcPr>
            <w:tcW w:w="3118" w:type="dxa"/>
            <w:vAlign w:val="center"/>
          </w:tcPr>
          <w:p w14:paraId="57347CC5" w14:textId="77777777" w:rsidR="00A469A4" w:rsidRDefault="00A469A4" w:rsidP="005A76E1">
            <w:r>
              <w:rPr>
                <w:sz w:val="16"/>
              </w:rPr>
              <w:t>Зимние праздники</w:t>
            </w:r>
          </w:p>
        </w:tc>
        <w:tc>
          <w:tcPr>
            <w:tcW w:w="850" w:type="dxa"/>
            <w:vAlign w:val="center"/>
          </w:tcPr>
          <w:p w14:paraId="13A387C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39DB57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B214636" w14:textId="77777777" w:rsidTr="005A76E1">
        <w:trPr>
          <w:jc w:val="center"/>
        </w:trPr>
        <w:tc>
          <w:tcPr>
            <w:tcW w:w="680" w:type="dxa"/>
            <w:vAlign w:val="center"/>
          </w:tcPr>
          <w:p w14:paraId="2CFA517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2324" w:type="dxa"/>
            <w:vAlign w:val="center"/>
          </w:tcPr>
          <w:p w14:paraId="1A14AF75" w14:textId="77777777" w:rsidR="00A469A4" w:rsidRDefault="00A469A4" w:rsidP="005A76E1">
            <w:r>
              <w:rPr>
                <w:sz w:val="16"/>
              </w:rPr>
              <w:t>Новый год</w:t>
            </w:r>
          </w:p>
        </w:tc>
        <w:tc>
          <w:tcPr>
            <w:tcW w:w="3118" w:type="dxa"/>
            <w:vAlign w:val="center"/>
          </w:tcPr>
          <w:p w14:paraId="269BD1D4" w14:textId="77777777" w:rsidR="00A469A4" w:rsidRDefault="00A469A4" w:rsidP="005A76E1">
            <w:r>
              <w:rPr>
                <w:sz w:val="16"/>
              </w:rPr>
              <w:t>Новый год: праздничная лексика</w:t>
            </w:r>
          </w:p>
        </w:tc>
        <w:tc>
          <w:tcPr>
            <w:tcW w:w="850" w:type="dxa"/>
            <w:vAlign w:val="center"/>
          </w:tcPr>
          <w:p w14:paraId="42CD7FF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0B216CB" w14:textId="77777777" w:rsidR="00A469A4" w:rsidRDefault="00A469A4" w:rsidP="005A76E1">
            <w:r>
              <w:rPr>
                <w:sz w:val="16"/>
              </w:rPr>
              <w:t>Распознавать и употреблять изученные языковые единицы в речи; выполнять тренировочные задания.</w:t>
            </w:r>
          </w:p>
        </w:tc>
      </w:tr>
      <w:tr w:rsidR="00A469A4" w14:paraId="61C0C760" w14:textId="77777777" w:rsidTr="005A76E1">
        <w:trPr>
          <w:jc w:val="center"/>
        </w:trPr>
        <w:tc>
          <w:tcPr>
            <w:tcW w:w="680" w:type="dxa"/>
            <w:vAlign w:val="center"/>
          </w:tcPr>
          <w:p w14:paraId="368F3EA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2324" w:type="dxa"/>
            <w:vAlign w:val="center"/>
          </w:tcPr>
          <w:p w14:paraId="3062D5D2" w14:textId="77777777" w:rsidR="00A469A4" w:rsidRDefault="00A469A4" w:rsidP="005A76E1">
            <w:r>
              <w:rPr>
                <w:sz w:val="16"/>
              </w:rPr>
              <w:t>Новый год</w:t>
            </w:r>
          </w:p>
        </w:tc>
        <w:tc>
          <w:tcPr>
            <w:tcW w:w="3118" w:type="dxa"/>
            <w:vAlign w:val="center"/>
          </w:tcPr>
          <w:p w14:paraId="5AB1B4A0" w14:textId="77777777" w:rsidR="00A469A4" w:rsidRDefault="00A469A4" w:rsidP="005A76E1">
            <w:r>
              <w:rPr>
                <w:sz w:val="16"/>
              </w:rPr>
              <w:t>Новогодние поздравления</w:t>
            </w:r>
          </w:p>
        </w:tc>
        <w:tc>
          <w:tcPr>
            <w:tcW w:w="850" w:type="dxa"/>
            <w:vAlign w:val="center"/>
          </w:tcPr>
          <w:p w14:paraId="6E6B481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4B8D49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5AA1D74" w14:textId="77777777" w:rsidTr="005A76E1">
        <w:trPr>
          <w:jc w:val="center"/>
        </w:trPr>
        <w:tc>
          <w:tcPr>
            <w:tcW w:w="680" w:type="dxa"/>
            <w:vAlign w:val="center"/>
          </w:tcPr>
          <w:p w14:paraId="3BAD86E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2324" w:type="dxa"/>
            <w:vAlign w:val="center"/>
          </w:tcPr>
          <w:p w14:paraId="0B1CAA94" w14:textId="77777777" w:rsidR="00A469A4" w:rsidRDefault="00A469A4" w:rsidP="005A76E1">
            <w:r>
              <w:rPr>
                <w:sz w:val="16"/>
              </w:rPr>
              <w:t>Новый год</w:t>
            </w:r>
          </w:p>
        </w:tc>
        <w:tc>
          <w:tcPr>
            <w:tcW w:w="3118" w:type="dxa"/>
            <w:vAlign w:val="center"/>
          </w:tcPr>
          <w:p w14:paraId="65C8A9C2" w14:textId="77777777" w:rsidR="00A469A4" w:rsidRDefault="00A469A4" w:rsidP="005A76E1">
            <w:r>
              <w:rPr>
                <w:sz w:val="16"/>
              </w:rPr>
              <w:t>Новогодние традиции</w:t>
            </w:r>
          </w:p>
        </w:tc>
        <w:tc>
          <w:tcPr>
            <w:tcW w:w="850" w:type="dxa"/>
            <w:vAlign w:val="center"/>
          </w:tcPr>
          <w:p w14:paraId="5E2567F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C117B0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1DF574F" w14:textId="77777777" w:rsidTr="005A76E1">
        <w:trPr>
          <w:jc w:val="center"/>
        </w:trPr>
        <w:tc>
          <w:tcPr>
            <w:tcW w:w="680" w:type="dxa"/>
            <w:vAlign w:val="center"/>
          </w:tcPr>
          <w:p w14:paraId="0A38B76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2324" w:type="dxa"/>
            <w:vAlign w:val="center"/>
          </w:tcPr>
          <w:p w14:paraId="3CE15A44" w14:textId="77777777" w:rsidR="00A469A4" w:rsidRDefault="00A469A4" w:rsidP="005A76E1">
            <w:r>
              <w:rPr>
                <w:sz w:val="16"/>
              </w:rPr>
              <w:t>Новый год</w:t>
            </w:r>
          </w:p>
        </w:tc>
        <w:tc>
          <w:tcPr>
            <w:tcW w:w="3118" w:type="dxa"/>
            <w:vAlign w:val="center"/>
          </w:tcPr>
          <w:p w14:paraId="2C50A6BD" w14:textId="77777777" w:rsidR="00A469A4" w:rsidRDefault="00A469A4" w:rsidP="005A76E1">
            <w:r>
              <w:rPr>
                <w:sz w:val="16"/>
              </w:rPr>
              <w:t>Песня или стихотворение о Новом годе</w:t>
            </w:r>
          </w:p>
        </w:tc>
        <w:tc>
          <w:tcPr>
            <w:tcW w:w="850" w:type="dxa"/>
            <w:vAlign w:val="center"/>
          </w:tcPr>
          <w:p w14:paraId="2D1977C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515D6D4" w14:textId="77777777" w:rsidR="00A469A4" w:rsidRDefault="00A469A4" w:rsidP="005A76E1">
            <w:r>
              <w:rPr>
                <w:sz w:val="16"/>
              </w:rPr>
              <w:t>Воспринимать текст на слух; воспроизводить отдельные фразы; работать с произношением и интонацией.</w:t>
            </w:r>
          </w:p>
        </w:tc>
      </w:tr>
      <w:tr w:rsidR="00A469A4" w14:paraId="73DC7E33" w14:textId="77777777" w:rsidTr="005A76E1">
        <w:trPr>
          <w:jc w:val="center"/>
        </w:trPr>
        <w:tc>
          <w:tcPr>
            <w:tcW w:w="680" w:type="dxa"/>
            <w:vAlign w:val="center"/>
          </w:tcPr>
          <w:p w14:paraId="202558C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2324" w:type="dxa"/>
            <w:vAlign w:val="center"/>
          </w:tcPr>
          <w:p w14:paraId="53CC87EA" w14:textId="77777777" w:rsidR="00A469A4" w:rsidRDefault="00A469A4" w:rsidP="005A76E1">
            <w:r>
              <w:rPr>
                <w:sz w:val="16"/>
              </w:rPr>
              <w:t>Новый год</w:t>
            </w:r>
          </w:p>
        </w:tc>
        <w:tc>
          <w:tcPr>
            <w:tcW w:w="3118" w:type="dxa"/>
            <w:vAlign w:val="center"/>
          </w:tcPr>
          <w:p w14:paraId="6886F4DF" w14:textId="77777777" w:rsidR="00A469A4" w:rsidRDefault="00A469A4" w:rsidP="005A76E1">
            <w:r>
              <w:rPr>
                <w:sz w:val="16"/>
              </w:rPr>
              <w:t>Обобщение по теме «Новый год»</w:t>
            </w:r>
          </w:p>
        </w:tc>
        <w:tc>
          <w:tcPr>
            <w:tcW w:w="850" w:type="dxa"/>
            <w:vAlign w:val="center"/>
          </w:tcPr>
          <w:p w14:paraId="1C6CF93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BA068AD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C7A9422" w14:textId="77777777" w:rsidTr="005A76E1">
        <w:trPr>
          <w:jc w:val="center"/>
        </w:trPr>
        <w:tc>
          <w:tcPr>
            <w:tcW w:w="680" w:type="dxa"/>
            <w:vAlign w:val="center"/>
          </w:tcPr>
          <w:p w14:paraId="6CE2640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2324" w:type="dxa"/>
            <w:vAlign w:val="center"/>
          </w:tcPr>
          <w:p w14:paraId="44258544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6E76583E" w14:textId="77777777" w:rsidR="00A469A4" w:rsidRDefault="00A469A4" w:rsidP="005A76E1">
            <w:r>
              <w:rPr>
                <w:sz w:val="16"/>
              </w:rPr>
              <w:t>Школа и класс</w:t>
            </w:r>
          </w:p>
        </w:tc>
        <w:tc>
          <w:tcPr>
            <w:tcW w:w="850" w:type="dxa"/>
            <w:vAlign w:val="center"/>
          </w:tcPr>
          <w:p w14:paraId="4D243AD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1F2D8F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DB70AC2" w14:textId="77777777" w:rsidTr="005A76E1">
        <w:trPr>
          <w:jc w:val="center"/>
        </w:trPr>
        <w:tc>
          <w:tcPr>
            <w:tcW w:w="680" w:type="dxa"/>
            <w:vAlign w:val="center"/>
          </w:tcPr>
          <w:p w14:paraId="6591C7B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2324" w:type="dxa"/>
            <w:vAlign w:val="center"/>
          </w:tcPr>
          <w:p w14:paraId="24A80037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5C1D090F" w14:textId="77777777" w:rsidR="00A469A4" w:rsidRDefault="00A469A4" w:rsidP="005A76E1">
            <w:r>
              <w:rPr>
                <w:sz w:val="16"/>
              </w:rPr>
              <w:t>Школьные принадлежности</w:t>
            </w:r>
          </w:p>
        </w:tc>
        <w:tc>
          <w:tcPr>
            <w:tcW w:w="850" w:type="dxa"/>
            <w:vAlign w:val="center"/>
          </w:tcPr>
          <w:p w14:paraId="60F15E7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6C0CE4C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A4A48FE" w14:textId="77777777" w:rsidTr="005A76E1">
        <w:trPr>
          <w:jc w:val="center"/>
        </w:trPr>
        <w:tc>
          <w:tcPr>
            <w:tcW w:w="680" w:type="dxa"/>
            <w:vAlign w:val="center"/>
          </w:tcPr>
          <w:p w14:paraId="0224837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2324" w:type="dxa"/>
            <w:vAlign w:val="center"/>
          </w:tcPr>
          <w:p w14:paraId="4DD3BDD9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4F271D54" w14:textId="77777777" w:rsidR="00A469A4" w:rsidRDefault="00A469A4" w:rsidP="005A76E1">
            <w:r>
              <w:rPr>
                <w:sz w:val="16"/>
              </w:rPr>
              <w:t>Что есть в моём портфеле?</w:t>
            </w:r>
          </w:p>
        </w:tc>
        <w:tc>
          <w:tcPr>
            <w:tcW w:w="850" w:type="dxa"/>
            <w:vAlign w:val="center"/>
          </w:tcPr>
          <w:p w14:paraId="2A9CF4C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267919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4A89CFD" w14:textId="77777777" w:rsidTr="005A76E1">
        <w:trPr>
          <w:jc w:val="center"/>
        </w:trPr>
        <w:tc>
          <w:tcPr>
            <w:tcW w:w="680" w:type="dxa"/>
            <w:vAlign w:val="center"/>
          </w:tcPr>
          <w:p w14:paraId="4EDF160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2324" w:type="dxa"/>
            <w:vAlign w:val="center"/>
          </w:tcPr>
          <w:p w14:paraId="5F5C2D7B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6E49B0F5" w14:textId="77777777" w:rsidR="00A469A4" w:rsidRDefault="00A469A4" w:rsidP="005A76E1">
            <w:r>
              <w:rPr>
                <w:sz w:val="16"/>
              </w:rPr>
              <w:t>Предметы в классе</w:t>
            </w:r>
          </w:p>
        </w:tc>
        <w:tc>
          <w:tcPr>
            <w:tcW w:w="850" w:type="dxa"/>
            <w:vAlign w:val="center"/>
          </w:tcPr>
          <w:p w14:paraId="1C1688B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7878290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61A5882" w14:textId="77777777" w:rsidTr="005A76E1">
        <w:trPr>
          <w:jc w:val="center"/>
        </w:trPr>
        <w:tc>
          <w:tcPr>
            <w:tcW w:w="680" w:type="dxa"/>
            <w:vAlign w:val="center"/>
          </w:tcPr>
          <w:p w14:paraId="239B651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2324" w:type="dxa"/>
            <w:vAlign w:val="center"/>
          </w:tcPr>
          <w:p w14:paraId="1B82BCCA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01914E27" w14:textId="77777777" w:rsidR="00A469A4" w:rsidRDefault="00A469A4" w:rsidP="005A76E1">
            <w:r>
              <w:rPr>
                <w:sz w:val="16"/>
              </w:rPr>
              <w:t>Где находится предмет?</w:t>
            </w:r>
          </w:p>
        </w:tc>
        <w:tc>
          <w:tcPr>
            <w:tcW w:w="850" w:type="dxa"/>
            <w:vAlign w:val="center"/>
          </w:tcPr>
          <w:p w14:paraId="3E6FED8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6F9540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74176AE" w14:textId="77777777" w:rsidTr="005A76E1">
        <w:trPr>
          <w:jc w:val="center"/>
        </w:trPr>
        <w:tc>
          <w:tcPr>
            <w:tcW w:w="680" w:type="dxa"/>
            <w:vAlign w:val="center"/>
          </w:tcPr>
          <w:p w14:paraId="3BC2284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w="2324" w:type="dxa"/>
            <w:vAlign w:val="center"/>
          </w:tcPr>
          <w:p w14:paraId="228FF659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07EA83E9" w14:textId="77777777" w:rsidR="00A469A4" w:rsidRDefault="00A469A4" w:rsidP="005A76E1">
            <w:r>
              <w:rPr>
                <w:sz w:val="16"/>
              </w:rPr>
              <w:t>Цвета и школьные предметы</w:t>
            </w:r>
          </w:p>
        </w:tc>
        <w:tc>
          <w:tcPr>
            <w:tcW w:w="850" w:type="dxa"/>
            <w:vAlign w:val="center"/>
          </w:tcPr>
          <w:p w14:paraId="4AD3316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319FE6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A0CAF24" w14:textId="77777777" w:rsidTr="005A76E1">
        <w:trPr>
          <w:jc w:val="center"/>
        </w:trPr>
        <w:tc>
          <w:tcPr>
            <w:tcW w:w="680" w:type="dxa"/>
            <w:vAlign w:val="center"/>
          </w:tcPr>
          <w:p w14:paraId="6572D31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37</w:t>
            </w:r>
          </w:p>
        </w:tc>
        <w:tc>
          <w:tcPr>
            <w:tcW w:w="2324" w:type="dxa"/>
            <w:vAlign w:val="center"/>
          </w:tcPr>
          <w:p w14:paraId="01181590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13FFD563" w14:textId="77777777" w:rsidR="00A469A4" w:rsidRDefault="00A469A4" w:rsidP="005A76E1">
            <w:r>
              <w:rPr>
                <w:sz w:val="16"/>
              </w:rPr>
              <w:t>Учебные действия на уроке</w:t>
            </w:r>
          </w:p>
        </w:tc>
        <w:tc>
          <w:tcPr>
            <w:tcW w:w="850" w:type="dxa"/>
            <w:vAlign w:val="center"/>
          </w:tcPr>
          <w:p w14:paraId="58A9E08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8185F4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374DFCC" w14:textId="77777777" w:rsidTr="005A76E1">
        <w:trPr>
          <w:jc w:val="center"/>
        </w:trPr>
        <w:tc>
          <w:tcPr>
            <w:tcW w:w="680" w:type="dxa"/>
            <w:vAlign w:val="center"/>
          </w:tcPr>
          <w:p w14:paraId="43A7CB5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38</w:t>
            </w:r>
          </w:p>
        </w:tc>
        <w:tc>
          <w:tcPr>
            <w:tcW w:w="2324" w:type="dxa"/>
            <w:vAlign w:val="center"/>
          </w:tcPr>
          <w:p w14:paraId="1730016D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27B37702" w14:textId="77777777" w:rsidR="00A469A4" w:rsidRDefault="00A469A4" w:rsidP="005A76E1">
            <w:r>
              <w:rPr>
                <w:sz w:val="16"/>
              </w:rPr>
              <w:t>Просьбы и инструкции учителя</w:t>
            </w:r>
          </w:p>
        </w:tc>
        <w:tc>
          <w:tcPr>
            <w:tcW w:w="850" w:type="dxa"/>
            <w:vAlign w:val="center"/>
          </w:tcPr>
          <w:p w14:paraId="2AE95B5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5623415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7B46149" w14:textId="77777777" w:rsidTr="005A76E1">
        <w:trPr>
          <w:jc w:val="center"/>
        </w:trPr>
        <w:tc>
          <w:tcPr>
            <w:tcW w:w="680" w:type="dxa"/>
            <w:vAlign w:val="center"/>
          </w:tcPr>
          <w:p w14:paraId="25BA6A9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2324" w:type="dxa"/>
            <w:vAlign w:val="center"/>
          </w:tcPr>
          <w:p w14:paraId="7B987972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23781303" w14:textId="77777777" w:rsidR="00A469A4" w:rsidRDefault="00A469A4" w:rsidP="005A76E1">
            <w:r>
              <w:rPr>
                <w:sz w:val="16"/>
              </w:rPr>
              <w:t>Моя классная комната</w:t>
            </w:r>
          </w:p>
        </w:tc>
        <w:tc>
          <w:tcPr>
            <w:tcW w:w="850" w:type="dxa"/>
            <w:vAlign w:val="center"/>
          </w:tcPr>
          <w:p w14:paraId="507E12A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F9EBC8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7D9AEDF" w14:textId="77777777" w:rsidTr="005A76E1">
        <w:trPr>
          <w:jc w:val="center"/>
        </w:trPr>
        <w:tc>
          <w:tcPr>
            <w:tcW w:w="680" w:type="dxa"/>
            <w:vAlign w:val="center"/>
          </w:tcPr>
          <w:p w14:paraId="3E05153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2324" w:type="dxa"/>
            <w:vAlign w:val="center"/>
          </w:tcPr>
          <w:p w14:paraId="640BEE2B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38BCC5E2" w14:textId="77777777" w:rsidR="00A469A4" w:rsidRDefault="00A469A4" w:rsidP="005A76E1">
            <w:r>
              <w:rPr>
                <w:sz w:val="16"/>
              </w:rPr>
              <w:t>Рассказ о школе</w:t>
            </w:r>
          </w:p>
        </w:tc>
        <w:tc>
          <w:tcPr>
            <w:tcW w:w="850" w:type="dxa"/>
            <w:vAlign w:val="center"/>
          </w:tcPr>
          <w:p w14:paraId="3D0035E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C20F812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6763DB36" w14:textId="77777777" w:rsidTr="005A76E1">
        <w:trPr>
          <w:jc w:val="center"/>
        </w:trPr>
        <w:tc>
          <w:tcPr>
            <w:tcW w:w="680" w:type="dxa"/>
            <w:vAlign w:val="center"/>
          </w:tcPr>
          <w:p w14:paraId="65165CC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41</w:t>
            </w:r>
          </w:p>
        </w:tc>
        <w:tc>
          <w:tcPr>
            <w:tcW w:w="2324" w:type="dxa"/>
            <w:vAlign w:val="center"/>
          </w:tcPr>
          <w:p w14:paraId="25F322BB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7B8815E1" w14:textId="77777777" w:rsidR="00A469A4" w:rsidRDefault="00A469A4" w:rsidP="005A76E1">
            <w:r>
              <w:rPr>
                <w:sz w:val="16"/>
              </w:rPr>
              <w:t>Обобщение по теме «В школе»</w:t>
            </w:r>
          </w:p>
        </w:tc>
        <w:tc>
          <w:tcPr>
            <w:tcW w:w="850" w:type="dxa"/>
            <w:vAlign w:val="center"/>
          </w:tcPr>
          <w:p w14:paraId="2EBC508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96AF5C9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7AC3EF5F" w14:textId="77777777" w:rsidTr="005A76E1">
        <w:trPr>
          <w:jc w:val="center"/>
        </w:trPr>
        <w:tc>
          <w:tcPr>
            <w:tcW w:w="680" w:type="dxa"/>
            <w:vAlign w:val="center"/>
          </w:tcPr>
          <w:p w14:paraId="7CDD937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2324" w:type="dxa"/>
            <w:vAlign w:val="center"/>
          </w:tcPr>
          <w:p w14:paraId="5B6FF953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71BCD9F6" w14:textId="77777777" w:rsidR="00A469A4" w:rsidRDefault="00A469A4" w:rsidP="005A76E1">
            <w:r>
              <w:rPr>
                <w:sz w:val="16"/>
              </w:rPr>
              <w:t>Распорядок дня</w:t>
            </w:r>
          </w:p>
        </w:tc>
        <w:tc>
          <w:tcPr>
            <w:tcW w:w="850" w:type="dxa"/>
            <w:vAlign w:val="center"/>
          </w:tcPr>
          <w:p w14:paraId="7502B96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48EF11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5A5BA96" w14:textId="77777777" w:rsidTr="005A76E1">
        <w:trPr>
          <w:jc w:val="center"/>
        </w:trPr>
        <w:tc>
          <w:tcPr>
            <w:tcW w:w="680" w:type="dxa"/>
            <w:vAlign w:val="center"/>
          </w:tcPr>
          <w:p w14:paraId="49C2FE8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43</w:t>
            </w:r>
          </w:p>
        </w:tc>
        <w:tc>
          <w:tcPr>
            <w:tcW w:w="2324" w:type="dxa"/>
            <w:vAlign w:val="center"/>
          </w:tcPr>
          <w:p w14:paraId="58AC6EEB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6A280556" w14:textId="77777777" w:rsidR="00A469A4" w:rsidRDefault="00A469A4" w:rsidP="005A76E1">
            <w:r>
              <w:rPr>
                <w:sz w:val="16"/>
              </w:rPr>
              <w:t>Утро школьника</w:t>
            </w:r>
          </w:p>
        </w:tc>
        <w:tc>
          <w:tcPr>
            <w:tcW w:w="850" w:type="dxa"/>
            <w:vAlign w:val="center"/>
          </w:tcPr>
          <w:p w14:paraId="1C61978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6FEBD0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54CF229" w14:textId="77777777" w:rsidTr="005A76E1">
        <w:trPr>
          <w:jc w:val="center"/>
        </w:trPr>
        <w:tc>
          <w:tcPr>
            <w:tcW w:w="680" w:type="dxa"/>
            <w:vAlign w:val="center"/>
          </w:tcPr>
          <w:p w14:paraId="51F3E38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44</w:t>
            </w:r>
          </w:p>
        </w:tc>
        <w:tc>
          <w:tcPr>
            <w:tcW w:w="2324" w:type="dxa"/>
            <w:vAlign w:val="center"/>
          </w:tcPr>
          <w:p w14:paraId="146DC157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519ED8A8" w14:textId="77777777" w:rsidR="00A469A4" w:rsidRDefault="00A469A4" w:rsidP="005A76E1">
            <w:r>
              <w:rPr>
                <w:sz w:val="16"/>
              </w:rPr>
              <w:t>Который час?</w:t>
            </w:r>
          </w:p>
        </w:tc>
        <w:tc>
          <w:tcPr>
            <w:tcW w:w="850" w:type="dxa"/>
            <w:vAlign w:val="center"/>
          </w:tcPr>
          <w:p w14:paraId="55EA8BC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2006C71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4FCE6C19" w14:textId="77777777" w:rsidTr="005A76E1">
        <w:trPr>
          <w:jc w:val="center"/>
        </w:trPr>
        <w:tc>
          <w:tcPr>
            <w:tcW w:w="680" w:type="dxa"/>
            <w:vAlign w:val="center"/>
          </w:tcPr>
          <w:p w14:paraId="73F2D0D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2324" w:type="dxa"/>
            <w:vAlign w:val="center"/>
          </w:tcPr>
          <w:p w14:paraId="45424F39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1BE62170" w14:textId="77777777" w:rsidR="00A469A4" w:rsidRDefault="00A469A4" w:rsidP="005A76E1">
            <w:r>
              <w:rPr>
                <w:sz w:val="16"/>
              </w:rPr>
              <w:t>Мой день</w:t>
            </w:r>
          </w:p>
        </w:tc>
        <w:tc>
          <w:tcPr>
            <w:tcW w:w="850" w:type="dxa"/>
            <w:vAlign w:val="center"/>
          </w:tcPr>
          <w:p w14:paraId="669D967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6A1FF5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0CC62CA" w14:textId="77777777" w:rsidTr="005A76E1">
        <w:trPr>
          <w:jc w:val="center"/>
        </w:trPr>
        <w:tc>
          <w:tcPr>
            <w:tcW w:w="680" w:type="dxa"/>
            <w:vAlign w:val="center"/>
          </w:tcPr>
          <w:p w14:paraId="3D15E8B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46</w:t>
            </w:r>
          </w:p>
        </w:tc>
        <w:tc>
          <w:tcPr>
            <w:tcW w:w="2324" w:type="dxa"/>
            <w:vAlign w:val="center"/>
          </w:tcPr>
          <w:p w14:paraId="0C8D1145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1ADC294F" w14:textId="77777777" w:rsidR="00A469A4" w:rsidRDefault="00A469A4" w:rsidP="005A76E1">
            <w:r>
              <w:rPr>
                <w:sz w:val="16"/>
              </w:rPr>
              <w:t>Дни недели и занятия</w:t>
            </w:r>
          </w:p>
        </w:tc>
        <w:tc>
          <w:tcPr>
            <w:tcW w:w="850" w:type="dxa"/>
            <w:vAlign w:val="center"/>
          </w:tcPr>
          <w:p w14:paraId="0B2979B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13030C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DBCF8F5" w14:textId="77777777" w:rsidTr="005A76E1">
        <w:trPr>
          <w:jc w:val="center"/>
        </w:trPr>
        <w:tc>
          <w:tcPr>
            <w:tcW w:w="680" w:type="dxa"/>
            <w:vAlign w:val="center"/>
          </w:tcPr>
          <w:p w14:paraId="7BF6BC1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2324" w:type="dxa"/>
            <w:vAlign w:val="center"/>
          </w:tcPr>
          <w:p w14:paraId="4399CC77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7E45C778" w14:textId="77777777" w:rsidR="00A469A4" w:rsidRDefault="00A469A4" w:rsidP="005A76E1">
            <w:r>
              <w:rPr>
                <w:sz w:val="16"/>
              </w:rPr>
              <w:t>Обобщение по теме «Мой рабочий день»</w:t>
            </w:r>
          </w:p>
        </w:tc>
        <w:tc>
          <w:tcPr>
            <w:tcW w:w="850" w:type="dxa"/>
            <w:vAlign w:val="center"/>
          </w:tcPr>
          <w:p w14:paraId="5602496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0C76D68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339506DD" w14:textId="77777777" w:rsidTr="005A76E1">
        <w:trPr>
          <w:jc w:val="center"/>
        </w:trPr>
        <w:tc>
          <w:tcPr>
            <w:tcW w:w="680" w:type="dxa"/>
            <w:vAlign w:val="center"/>
          </w:tcPr>
          <w:p w14:paraId="05A7C87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48</w:t>
            </w:r>
          </w:p>
        </w:tc>
        <w:tc>
          <w:tcPr>
            <w:tcW w:w="2324" w:type="dxa"/>
            <w:vAlign w:val="center"/>
          </w:tcPr>
          <w:p w14:paraId="10C241A5" w14:textId="77777777" w:rsidR="00A469A4" w:rsidRDefault="00A469A4" w:rsidP="005A76E1">
            <w:r>
              <w:rPr>
                <w:sz w:val="16"/>
              </w:rPr>
              <w:t>Автопортрет</w:t>
            </w:r>
          </w:p>
        </w:tc>
        <w:tc>
          <w:tcPr>
            <w:tcW w:w="3118" w:type="dxa"/>
            <w:vAlign w:val="center"/>
          </w:tcPr>
          <w:p w14:paraId="075D0434" w14:textId="77777777" w:rsidR="00A469A4" w:rsidRDefault="00A469A4" w:rsidP="005A76E1">
            <w:r>
              <w:rPr>
                <w:sz w:val="16"/>
              </w:rPr>
              <w:t>Как я выгляжу</w:t>
            </w:r>
          </w:p>
        </w:tc>
        <w:tc>
          <w:tcPr>
            <w:tcW w:w="850" w:type="dxa"/>
            <w:vAlign w:val="center"/>
          </w:tcPr>
          <w:p w14:paraId="1676E74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A9364F5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D9DF7AA" w14:textId="77777777" w:rsidTr="005A76E1">
        <w:trPr>
          <w:jc w:val="center"/>
        </w:trPr>
        <w:tc>
          <w:tcPr>
            <w:tcW w:w="680" w:type="dxa"/>
            <w:vAlign w:val="center"/>
          </w:tcPr>
          <w:p w14:paraId="7735096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2324" w:type="dxa"/>
            <w:vAlign w:val="center"/>
          </w:tcPr>
          <w:p w14:paraId="48B77CD4" w14:textId="77777777" w:rsidR="00A469A4" w:rsidRDefault="00A469A4" w:rsidP="005A76E1">
            <w:r>
              <w:rPr>
                <w:sz w:val="16"/>
              </w:rPr>
              <w:t>Автопортрет</w:t>
            </w:r>
          </w:p>
        </w:tc>
        <w:tc>
          <w:tcPr>
            <w:tcW w:w="3118" w:type="dxa"/>
            <w:vAlign w:val="center"/>
          </w:tcPr>
          <w:p w14:paraId="423CAFF3" w14:textId="77777777" w:rsidR="00A469A4" w:rsidRDefault="00A469A4" w:rsidP="005A76E1">
            <w:r>
              <w:rPr>
                <w:sz w:val="16"/>
              </w:rPr>
              <w:t>Моя внешность</w:t>
            </w:r>
          </w:p>
        </w:tc>
        <w:tc>
          <w:tcPr>
            <w:tcW w:w="850" w:type="dxa"/>
            <w:vAlign w:val="center"/>
          </w:tcPr>
          <w:p w14:paraId="2D36DC7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CB3826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6DBF14E" w14:textId="77777777" w:rsidTr="005A76E1">
        <w:trPr>
          <w:jc w:val="center"/>
        </w:trPr>
        <w:tc>
          <w:tcPr>
            <w:tcW w:w="680" w:type="dxa"/>
            <w:vAlign w:val="center"/>
          </w:tcPr>
          <w:p w14:paraId="30331D9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2324" w:type="dxa"/>
            <w:vAlign w:val="center"/>
          </w:tcPr>
          <w:p w14:paraId="3402BB77" w14:textId="77777777" w:rsidR="00A469A4" w:rsidRDefault="00A469A4" w:rsidP="005A76E1">
            <w:r>
              <w:rPr>
                <w:sz w:val="16"/>
              </w:rPr>
              <w:t>Автопортрет</w:t>
            </w:r>
          </w:p>
        </w:tc>
        <w:tc>
          <w:tcPr>
            <w:tcW w:w="3118" w:type="dxa"/>
            <w:vAlign w:val="center"/>
          </w:tcPr>
          <w:p w14:paraId="67DE9201" w14:textId="77777777" w:rsidR="00A469A4" w:rsidRDefault="00A469A4" w:rsidP="005A76E1">
            <w:r>
              <w:rPr>
                <w:sz w:val="16"/>
              </w:rPr>
              <w:t>Мой характер</w:t>
            </w:r>
          </w:p>
        </w:tc>
        <w:tc>
          <w:tcPr>
            <w:tcW w:w="850" w:type="dxa"/>
            <w:vAlign w:val="center"/>
          </w:tcPr>
          <w:p w14:paraId="60941F0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D775A9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0B69AEC" w14:textId="77777777" w:rsidTr="005A76E1">
        <w:trPr>
          <w:jc w:val="center"/>
        </w:trPr>
        <w:tc>
          <w:tcPr>
            <w:tcW w:w="680" w:type="dxa"/>
            <w:vAlign w:val="center"/>
          </w:tcPr>
          <w:p w14:paraId="4EC526F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51</w:t>
            </w:r>
          </w:p>
        </w:tc>
        <w:tc>
          <w:tcPr>
            <w:tcW w:w="2324" w:type="dxa"/>
            <w:vAlign w:val="center"/>
          </w:tcPr>
          <w:p w14:paraId="7C756FBA" w14:textId="77777777" w:rsidR="00A469A4" w:rsidRDefault="00A469A4" w:rsidP="005A76E1">
            <w:r>
              <w:rPr>
                <w:sz w:val="16"/>
              </w:rPr>
              <w:t>Автопортрет</w:t>
            </w:r>
          </w:p>
        </w:tc>
        <w:tc>
          <w:tcPr>
            <w:tcW w:w="3118" w:type="dxa"/>
            <w:vAlign w:val="center"/>
          </w:tcPr>
          <w:p w14:paraId="404C3F23" w14:textId="77777777" w:rsidR="00A469A4" w:rsidRDefault="00A469A4" w:rsidP="005A76E1">
            <w:r>
              <w:rPr>
                <w:sz w:val="16"/>
              </w:rPr>
              <w:t>Мои интересы и предпочтения</w:t>
            </w:r>
          </w:p>
        </w:tc>
        <w:tc>
          <w:tcPr>
            <w:tcW w:w="850" w:type="dxa"/>
            <w:vAlign w:val="center"/>
          </w:tcPr>
          <w:p w14:paraId="481EF24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640D84B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72579CC" w14:textId="77777777" w:rsidTr="005A76E1">
        <w:trPr>
          <w:jc w:val="center"/>
        </w:trPr>
        <w:tc>
          <w:tcPr>
            <w:tcW w:w="680" w:type="dxa"/>
            <w:vAlign w:val="center"/>
          </w:tcPr>
          <w:p w14:paraId="58623C3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52</w:t>
            </w:r>
          </w:p>
        </w:tc>
        <w:tc>
          <w:tcPr>
            <w:tcW w:w="2324" w:type="dxa"/>
            <w:vAlign w:val="center"/>
          </w:tcPr>
          <w:p w14:paraId="4BAD7DDF" w14:textId="77777777" w:rsidR="00A469A4" w:rsidRDefault="00A469A4" w:rsidP="005A76E1">
            <w:r>
              <w:rPr>
                <w:sz w:val="16"/>
              </w:rPr>
              <w:t>Автопортрет</w:t>
            </w:r>
          </w:p>
        </w:tc>
        <w:tc>
          <w:tcPr>
            <w:tcW w:w="3118" w:type="dxa"/>
            <w:vAlign w:val="center"/>
          </w:tcPr>
          <w:p w14:paraId="59C2B711" w14:textId="77777777" w:rsidR="00A469A4" w:rsidRDefault="00A469A4" w:rsidP="005A76E1">
            <w:r>
              <w:rPr>
                <w:sz w:val="16"/>
              </w:rPr>
              <w:t>Мой автопортрет: устный рассказ</w:t>
            </w:r>
          </w:p>
        </w:tc>
        <w:tc>
          <w:tcPr>
            <w:tcW w:w="850" w:type="dxa"/>
            <w:vAlign w:val="center"/>
          </w:tcPr>
          <w:p w14:paraId="1DF5E5F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D83DF9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2462982" w14:textId="77777777" w:rsidTr="005A76E1">
        <w:trPr>
          <w:jc w:val="center"/>
        </w:trPr>
        <w:tc>
          <w:tcPr>
            <w:tcW w:w="680" w:type="dxa"/>
            <w:vAlign w:val="center"/>
          </w:tcPr>
          <w:p w14:paraId="03BE6E2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53</w:t>
            </w:r>
          </w:p>
        </w:tc>
        <w:tc>
          <w:tcPr>
            <w:tcW w:w="2324" w:type="dxa"/>
            <w:vAlign w:val="center"/>
          </w:tcPr>
          <w:p w14:paraId="3B940530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3897DF6D" w14:textId="77777777" w:rsidR="00A469A4" w:rsidRDefault="00A469A4" w:rsidP="005A76E1">
            <w:r>
              <w:rPr>
                <w:sz w:val="16"/>
              </w:rPr>
              <w:t>В зоопарке</w:t>
            </w:r>
          </w:p>
        </w:tc>
        <w:tc>
          <w:tcPr>
            <w:tcW w:w="850" w:type="dxa"/>
            <w:vAlign w:val="center"/>
          </w:tcPr>
          <w:p w14:paraId="35631C0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6374B0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CEFC58F" w14:textId="77777777" w:rsidTr="005A76E1">
        <w:trPr>
          <w:jc w:val="center"/>
        </w:trPr>
        <w:tc>
          <w:tcPr>
            <w:tcW w:w="680" w:type="dxa"/>
            <w:vAlign w:val="center"/>
          </w:tcPr>
          <w:p w14:paraId="58B30B2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54</w:t>
            </w:r>
          </w:p>
        </w:tc>
        <w:tc>
          <w:tcPr>
            <w:tcW w:w="2324" w:type="dxa"/>
            <w:vAlign w:val="center"/>
          </w:tcPr>
          <w:p w14:paraId="67C000CE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4BEBD8AB" w14:textId="77777777" w:rsidR="00A469A4" w:rsidRDefault="00A469A4" w:rsidP="005A76E1">
            <w:r>
              <w:rPr>
                <w:sz w:val="16"/>
              </w:rPr>
              <w:t>Дикие животные</w:t>
            </w:r>
          </w:p>
        </w:tc>
        <w:tc>
          <w:tcPr>
            <w:tcW w:w="850" w:type="dxa"/>
            <w:vAlign w:val="center"/>
          </w:tcPr>
          <w:p w14:paraId="31E3FF4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2C5E50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BAB4825" w14:textId="77777777" w:rsidTr="005A76E1">
        <w:trPr>
          <w:jc w:val="center"/>
        </w:trPr>
        <w:tc>
          <w:tcPr>
            <w:tcW w:w="680" w:type="dxa"/>
            <w:vAlign w:val="center"/>
          </w:tcPr>
          <w:p w14:paraId="257AE98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55</w:t>
            </w:r>
          </w:p>
        </w:tc>
        <w:tc>
          <w:tcPr>
            <w:tcW w:w="2324" w:type="dxa"/>
            <w:vAlign w:val="center"/>
          </w:tcPr>
          <w:p w14:paraId="775C9236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35622318" w14:textId="77777777" w:rsidR="00A469A4" w:rsidRDefault="00A469A4" w:rsidP="005A76E1">
            <w:r>
              <w:rPr>
                <w:sz w:val="16"/>
              </w:rPr>
              <w:t>Как выглядит животное?</w:t>
            </w:r>
          </w:p>
        </w:tc>
        <w:tc>
          <w:tcPr>
            <w:tcW w:w="850" w:type="dxa"/>
            <w:vAlign w:val="center"/>
          </w:tcPr>
          <w:p w14:paraId="10E924C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B342CE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9CED663" w14:textId="77777777" w:rsidTr="005A76E1">
        <w:trPr>
          <w:jc w:val="center"/>
        </w:trPr>
        <w:tc>
          <w:tcPr>
            <w:tcW w:w="680" w:type="dxa"/>
            <w:vAlign w:val="center"/>
          </w:tcPr>
          <w:p w14:paraId="74FBB66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2324" w:type="dxa"/>
            <w:vAlign w:val="center"/>
          </w:tcPr>
          <w:p w14:paraId="7791EDD3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345DB875" w14:textId="77777777" w:rsidR="00A469A4" w:rsidRDefault="00A469A4" w:rsidP="005A76E1">
            <w:r>
              <w:rPr>
                <w:sz w:val="16"/>
              </w:rPr>
              <w:t>Что умеют животные?</w:t>
            </w:r>
          </w:p>
        </w:tc>
        <w:tc>
          <w:tcPr>
            <w:tcW w:w="850" w:type="dxa"/>
            <w:vAlign w:val="center"/>
          </w:tcPr>
          <w:p w14:paraId="0A7A1D4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9C1C5D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9EF6C36" w14:textId="77777777" w:rsidTr="005A76E1">
        <w:trPr>
          <w:jc w:val="center"/>
        </w:trPr>
        <w:tc>
          <w:tcPr>
            <w:tcW w:w="680" w:type="dxa"/>
            <w:vAlign w:val="center"/>
          </w:tcPr>
          <w:p w14:paraId="3F0390A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2324" w:type="dxa"/>
            <w:vAlign w:val="center"/>
          </w:tcPr>
          <w:p w14:paraId="06D0ED60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182F30C7" w14:textId="77777777" w:rsidR="00A469A4" w:rsidRDefault="00A469A4" w:rsidP="005A76E1">
            <w:r>
              <w:rPr>
                <w:sz w:val="16"/>
              </w:rPr>
              <w:t>Где живут животные?</w:t>
            </w:r>
          </w:p>
        </w:tc>
        <w:tc>
          <w:tcPr>
            <w:tcW w:w="850" w:type="dxa"/>
            <w:vAlign w:val="center"/>
          </w:tcPr>
          <w:p w14:paraId="656EFEE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E360875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95A5390" w14:textId="77777777" w:rsidTr="005A76E1">
        <w:trPr>
          <w:jc w:val="center"/>
        </w:trPr>
        <w:tc>
          <w:tcPr>
            <w:tcW w:w="680" w:type="dxa"/>
            <w:vAlign w:val="center"/>
          </w:tcPr>
          <w:p w14:paraId="6117294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58</w:t>
            </w:r>
          </w:p>
        </w:tc>
        <w:tc>
          <w:tcPr>
            <w:tcW w:w="2324" w:type="dxa"/>
            <w:vAlign w:val="center"/>
          </w:tcPr>
          <w:p w14:paraId="5096BA6B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417A74DC" w14:textId="77777777" w:rsidR="00A469A4" w:rsidRDefault="00A469A4" w:rsidP="005A76E1">
            <w:r>
              <w:rPr>
                <w:sz w:val="16"/>
              </w:rPr>
              <w:t>Моё любимое животное</w:t>
            </w:r>
          </w:p>
        </w:tc>
        <w:tc>
          <w:tcPr>
            <w:tcW w:w="850" w:type="dxa"/>
            <w:vAlign w:val="center"/>
          </w:tcPr>
          <w:p w14:paraId="11E1FB8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57B618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63EFA7F" w14:textId="77777777" w:rsidTr="005A76E1">
        <w:trPr>
          <w:jc w:val="center"/>
        </w:trPr>
        <w:tc>
          <w:tcPr>
            <w:tcW w:w="680" w:type="dxa"/>
            <w:vAlign w:val="center"/>
          </w:tcPr>
          <w:p w14:paraId="6944800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59</w:t>
            </w:r>
          </w:p>
        </w:tc>
        <w:tc>
          <w:tcPr>
            <w:tcW w:w="2324" w:type="dxa"/>
            <w:vAlign w:val="center"/>
          </w:tcPr>
          <w:p w14:paraId="03F02F50" w14:textId="77777777" w:rsidR="00A469A4" w:rsidRDefault="00A469A4" w:rsidP="005A76E1">
            <w:r>
              <w:rPr>
                <w:sz w:val="16"/>
              </w:rPr>
              <w:t>Зоопарк</w:t>
            </w:r>
          </w:p>
        </w:tc>
        <w:tc>
          <w:tcPr>
            <w:tcW w:w="3118" w:type="dxa"/>
            <w:vAlign w:val="center"/>
          </w:tcPr>
          <w:p w14:paraId="3053CE54" w14:textId="77777777" w:rsidR="00A469A4" w:rsidRDefault="00A469A4" w:rsidP="005A76E1">
            <w:r>
              <w:rPr>
                <w:sz w:val="16"/>
              </w:rPr>
              <w:t>Обобщение по теме «Зоопарк»</w:t>
            </w:r>
          </w:p>
        </w:tc>
        <w:tc>
          <w:tcPr>
            <w:tcW w:w="850" w:type="dxa"/>
            <w:vAlign w:val="center"/>
          </w:tcPr>
          <w:p w14:paraId="1A1F442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C87867B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772FC384" w14:textId="77777777" w:rsidTr="005A76E1">
        <w:trPr>
          <w:jc w:val="center"/>
        </w:trPr>
        <w:tc>
          <w:tcPr>
            <w:tcW w:w="680" w:type="dxa"/>
            <w:vAlign w:val="center"/>
          </w:tcPr>
          <w:p w14:paraId="291C9D8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2324" w:type="dxa"/>
            <w:vAlign w:val="center"/>
          </w:tcPr>
          <w:p w14:paraId="49D2F64A" w14:textId="77777777" w:rsidR="00A469A4" w:rsidRDefault="00A469A4" w:rsidP="005A76E1">
            <w:r>
              <w:rPr>
                <w:sz w:val="16"/>
              </w:rPr>
              <w:t>Домашние животные</w:t>
            </w:r>
          </w:p>
        </w:tc>
        <w:tc>
          <w:tcPr>
            <w:tcW w:w="3118" w:type="dxa"/>
            <w:vAlign w:val="center"/>
          </w:tcPr>
          <w:p w14:paraId="3D3F56F7" w14:textId="77777777" w:rsidR="00A469A4" w:rsidRDefault="00A469A4" w:rsidP="005A76E1">
            <w:r>
              <w:rPr>
                <w:sz w:val="16"/>
              </w:rPr>
              <w:t>Домашние питомцы</w:t>
            </w:r>
          </w:p>
        </w:tc>
        <w:tc>
          <w:tcPr>
            <w:tcW w:w="850" w:type="dxa"/>
            <w:vAlign w:val="center"/>
          </w:tcPr>
          <w:p w14:paraId="41F812A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4F0711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CD7A0E0" w14:textId="77777777" w:rsidTr="005A76E1">
        <w:trPr>
          <w:jc w:val="center"/>
        </w:trPr>
        <w:tc>
          <w:tcPr>
            <w:tcW w:w="680" w:type="dxa"/>
            <w:vAlign w:val="center"/>
          </w:tcPr>
          <w:p w14:paraId="7E6C8D5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61</w:t>
            </w:r>
          </w:p>
        </w:tc>
        <w:tc>
          <w:tcPr>
            <w:tcW w:w="2324" w:type="dxa"/>
            <w:vAlign w:val="center"/>
          </w:tcPr>
          <w:p w14:paraId="2576720F" w14:textId="77777777" w:rsidR="00A469A4" w:rsidRDefault="00A469A4" w:rsidP="005A76E1">
            <w:r>
              <w:rPr>
                <w:sz w:val="16"/>
              </w:rPr>
              <w:t>Домашние животные</w:t>
            </w:r>
          </w:p>
        </w:tc>
        <w:tc>
          <w:tcPr>
            <w:tcW w:w="3118" w:type="dxa"/>
            <w:vAlign w:val="center"/>
          </w:tcPr>
          <w:p w14:paraId="4C02793F" w14:textId="77777777" w:rsidR="00A469A4" w:rsidRDefault="00A469A4" w:rsidP="005A76E1">
            <w:r>
              <w:rPr>
                <w:sz w:val="16"/>
              </w:rPr>
              <w:t>Описание домашнего животного</w:t>
            </w:r>
          </w:p>
        </w:tc>
        <w:tc>
          <w:tcPr>
            <w:tcW w:w="850" w:type="dxa"/>
            <w:vAlign w:val="center"/>
          </w:tcPr>
          <w:p w14:paraId="15F250E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C15D6A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9ED581B" w14:textId="77777777" w:rsidTr="005A76E1">
        <w:trPr>
          <w:jc w:val="center"/>
        </w:trPr>
        <w:tc>
          <w:tcPr>
            <w:tcW w:w="680" w:type="dxa"/>
            <w:vAlign w:val="center"/>
          </w:tcPr>
          <w:p w14:paraId="374388A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62</w:t>
            </w:r>
          </w:p>
        </w:tc>
        <w:tc>
          <w:tcPr>
            <w:tcW w:w="2324" w:type="dxa"/>
            <w:vAlign w:val="center"/>
          </w:tcPr>
          <w:p w14:paraId="34DED30D" w14:textId="77777777" w:rsidR="00A469A4" w:rsidRDefault="00A469A4" w:rsidP="005A76E1">
            <w:r>
              <w:rPr>
                <w:sz w:val="16"/>
              </w:rPr>
              <w:t>Домашние животные</w:t>
            </w:r>
          </w:p>
        </w:tc>
        <w:tc>
          <w:tcPr>
            <w:tcW w:w="3118" w:type="dxa"/>
            <w:vAlign w:val="center"/>
          </w:tcPr>
          <w:p w14:paraId="635365C6" w14:textId="77777777" w:rsidR="00A469A4" w:rsidRDefault="00A469A4" w:rsidP="005A76E1">
            <w:r>
              <w:rPr>
                <w:sz w:val="16"/>
              </w:rPr>
              <w:t>Уход за домашними животными</w:t>
            </w:r>
          </w:p>
        </w:tc>
        <w:tc>
          <w:tcPr>
            <w:tcW w:w="850" w:type="dxa"/>
            <w:vAlign w:val="center"/>
          </w:tcPr>
          <w:p w14:paraId="117444C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47F7D0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7B04A84" w14:textId="77777777" w:rsidTr="005A76E1">
        <w:trPr>
          <w:jc w:val="center"/>
        </w:trPr>
        <w:tc>
          <w:tcPr>
            <w:tcW w:w="680" w:type="dxa"/>
            <w:vAlign w:val="center"/>
          </w:tcPr>
          <w:p w14:paraId="4159CB5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63</w:t>
            </w:r>
          </w:p>
        </w:tc>
        <w:tc>
          <w:tcPr>
            <w:tcW w:w="2324" w:type="dxa"/>
            <w:vAlign w:val="center"/>
          </w:tcPr>
          <w:p w14:paraId="2CDB9A89" w14:textId="77777777" w:rsidR="00A469A4" w:rsidRDefault="00A469A4" w:rsidP="005A76E1">
            <w:r>
              <w:rPr>
                <w:sz w:val="16"/>
              </w:rPr>
              <w:t>Домашние животные</w:t>
            </w:r>
          </w:p>
        </w:tc>
        <w:tc>
          <w:tcPr>
            <w:tcW w:w="3118" w:type="dxa"/>
            <w:vAlign w:val="center"/>
          </w:tcPr>
          <w:p w14:paraId="7FC434E2" w14:textId="77777777" w:rsidR="00A469A4" w:rsidRDefault="00A469A4" w:rsidP="005A76E1">
            <w:r>
              <w:rPr>
                <w:sz w:val="16"/>
              </w:rPr>
              <w:t>Рассказ «Мой питомец»</w:t>
            </w:r>
          </w:p>
        </w:tc>
        <w:tc>
          <w:tcPr>
            <w:tcW w:w="850" w:type="dxa"/>
            <w:vAlign w:val="center"/>
          </w:tcPr>
          <w:p w14:paraId="252DCE5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952C72F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3D4E4D01" w14:textId="77777777" w:rsidTr="005A76E1">
        <w:trPr>
          <w:jc w:val="center"/>
        </w:trPr>
        <w:tc>
          <w:tcPr>
            <w:tcW w:w="680" w:type="dxa"/>
            <w:vAlign w:val="center"/>
          </w:tcPr>
          <w:p w14:paraId="312767C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64</w:t>
            </w:r>
          </w:p>
        </w:tc>
        <w:tc>
          <w:tcPr>
            <w:tcW w:w="2324" w:type="dxa"/>
            <w:vAlign w:val="center"/>
          </w:tcPr>
          <w:p w14:paraId="4FC4C4C9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4ABE3327" w14:textId="77777777" w:rsidR="00A469A4" w:rsidRDefault="00A469A4" w:rsidP="005A76E1">
            <w:r>
              <w:rPr>
                <w:sz w:val="16"/>
              </w:rPr>
              <w:t>Повторение: знакомство, семья, друзья</w:t>
            </w:r>
          </w:p>
        </w:tc>
        <w:tc>
          <w:tcPr>
            <w:tcW w:w="850" w:type="dxa"/>
            <w:vAlign w:val="center"/>
          </w:tcPr>
          <w:p w14:paraId="7DBD3AB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F82F06C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68911000" w14:textId="77777777" w:rsidTr="005A76E1">
        <w:trPr>
          <w:jc w:val="center"/>
        </w:trPr>
        <w:tc>
          <w:tcPr>
            <w:tcW w:w="680" w:type="dxa"/>
            <w:vAlign w:val="center"/>
          </w:tcPr>
          <w:p w14:paraId="7FECFD2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65</w:t>
            </w:r>
          </w:p>
        </w:tc>
        <w:tc>
          <w:tcPr>
            <w:tcW w:w="2324" w:type="dxa"/>
            <w:vAlign w:val="center"/>
          </w:tcPr>
          <w:p w14:paraId="41B96AB5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013F86FC" w14:textId="77777777" w:rsidR="00A469A4" w:rsidRDefault="00A469A4" w:rsidP="005A76E1">
            <w:r>
              <w:rPr>
                <w:sz w:val="16"/>
              </w:rPr>
              <w:t>Повторение: школа и распорядок дня</w:t>
            </w:r>
          </w:p>
        </w:tc>
        <w:tc>
          <w:tcPr>
            <w:tcW w:w="850" w:type="dxa"/>
            <w:vAlign w:val="center"/>
          </w:tcPr>
          <w:p w14:paraId="7D2A343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722AE99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2519AE1A" w14:textId="77777777" w:rsidTr="005A76E1">
        <w:trPr>
          <w:jc w:val="center"/>
        </w:trPr>
        <w:tc>
          <w:tcPr>
            <w:tcW w:w="680" w:type="dxa"/>
            <w:vAlign w:val="center"/>
          </w:tcPr>
          <w:p w14:paraId="201FC9D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2324" w:type="dxa"/>
            <w:vAlign w:val="center"/>
          </w:tcPr>
          <w:p w14:paraId="7E8ED78D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48F040FF" w14:textId="77777777" w:rsidR="00A469A4" w:rsidRDefault="00A469A4" w:rsidP="005A76E1">
            <w:r>
              <w:rPr>
                <w:sz w:val="16"/>
              </w:rPr>
              <w:t>Повторение: описание человека и животных</w:t>
            </w:r>
          </w:p>
        </w:tc>
        <w:tc>
          <w:tcPr>
            <w:tcW w:w="850" w:type="dxa"/>
            <w:vAlign w:val="center"/>
          </w:tcPr>
          <w:p w14:paraId="43FA4B6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42AB2C9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7287498B" w14:textId="77777777" w:rsidTr="005A76E1">
        <w:trPr>
          <w:jc w:val="center"/>
        </w:trPr>
        <w:tc>
          <w:tcPr>
            <w:tcW w:w="680" w:type="dxa"/>
            <w:vAlign w:val="center"/>
          </w:tcPr>
          <w:p w14:paraId="6538D04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67</w:t>
            </w:r>
          </w:p>
        </w:tc>
        <w:tc>
          <w:tcPr>
            <w:tcW w:w="2324" w:type="dxa"/>
            <w:vAlign w:val="center"/>
          </w:tcPr>
          <w:p w14:paraId="4F9AC314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7F3AB233" w14:textId="77777777" w:rsidR="00A469A4" w:rsidRDefault="00A469A4" w:rsidP="005A76E1">
            <w:r>
              <w:rPr>
                <w:sz w:val="16"/>
              </w:rPr>
              <w:t>Комплексное применение изученного материала</w:t>
            </w:r>
          </w:p>
        </w:tc>
        <w:tc>
          <w:tcPr>
            <w:tcW w:w="850" w:type="dxa"/>
            <w:vAlign w:val="center"/>
          </w:tcPr>
          <w:p w14:paraId="09D349D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9C5562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789E889" w14:textId="77777777" w:rsidTr="005A76E1">
        <w:trPr>
          <w:jc w:val="center"/>
        </w:trPr>
        <w:tc>
          <w:tcPr>
            <w:tcW w:w="680" w:type="dxa"/>
            <w:vAlign w:val="center"/>
          </w:tcPr>
          <w:p w14:paraId="4B1D53D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68</w:t>
            </w:r>
          </w:p>
        </w:tc>
        <w:tc>
          <w:tcPr>
            <w:tcW w:w="2324" w:type="dxa"/>
            <w:vAlign w:val="center"/>
          </w:tcPr>
          <w:p w14:paraId="3F26C3DD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4D34BDD1" w14:textId="77777777" w:rsidR="00A469A4" w:rsidRDefault="00A469A4" w:rsidP="005A76E1">
            <w:r>
              <w:rPr>
                <w:sz w:val="16"/>
              </w:rPr>
              <w:t>Итоговое обобщение за 2 класс</w:t>
            </w:r>
          </w:p>
        </w:tc>
        <w:tc>
          <w:tcPr>
            <w:tcW w:w="850" w:type="dxa"/>
            <w:vAlign w:val="center"/>
          </w:tcPr>
          <w:p w14:paraId="7B62CE2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88C404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D4CB087" w14:textId="77777777" w:rsidTr="005A76E1">
        <w:trPr>
          <w:jc w:val="center"/>
        </w:trPr>
        <w:tc>
          <w:tcPr>
            <w:tcW w:w="3118" w:type="dxa"/>
            <w:gridSpan w:val="3"/>
            <w:shd w:val="clear" w:color="auto" w:fill="EDEDED"/>
            <w:vAlign w:val="center"/>
          </w:tcPr>
          <w:p w14:paraId="60AAB153" w14:textId="77777777" w:rsidR="00A469A4" w:rsidRDefault="00A469A4" w:rsidP="005A76E1">
            <w:pPr>
              <w:jc w:val="right"/>
            </w:pPr>
            <w:r>
              <w:rPr>
                <w:b/>
                <w:sz w:val="16"/>
              </w:rPr>
              <w:t>ИТОГО</w:t>
            </w:r>
          </w:p>
        </w:tc>
        <w:tc>
          <w:tcPr>
            <w:tcW w:w="850" w:type="dxa"/>
            <w:shd w:val="clear" w:color="auto" w:fill="EDEDED"/>
            <w:vAlign w:val="center"/>
          </w:tcPr>
          <w:p w14:paraId="0F61AA07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68</w:t>
            </w:r>
          </w:p>
        </w:tc>
        <w:tc>
          <w:tcPr>
            <w:tcW w:w="3402" w:type="dxa"/>
            <w:shd w:val="clear" w:color="auto" w:fill="EDEDED"/>
            <w:vAlign w:val="center"/>
          </w:tcPr>
          <w:p w14:paraId="30C47F19" w14:textId="77777777" w:rsidR="00A469A4" w:rsidRDefault="00A469A4" w:rsidP="005A76E1"/>
        </w:tc>
      </w:tr>
    </w:tbl>
    <w:p w14:paraId="021D3211" w14:textId="77777777" w:rsidR="00A469A4" w:rsidRDefault="00A469A4" w:rsidP="00A469A4">
      <w:r>
        <w:br w:type="page"/>
      </w:r>
    </w:p>
    <w:p w14:paraId="351675F1" w14:textId="77777777" w:rsidR="00A469A4" w:rsidRDefault="00A469A4" w:rsidP="00A469A4">
      <w:pPr>
        <w:jc w:val="center"/>
      </w:pPr>
      <w:r>
        <w:rPr>
          <w:b/>
          <w:sz w:val="24"/>
        </w:rPr>
        <w:t>3 КЛАСС — 68 ЧАСОВ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324"/>
        <w:gridCol w:w="3118"/>
        <w:gridCol w:w="850"/>
        <w:gridCol w:w="3402"/>
      </w:tblGrid>
      <w:tr w:rsidR="00A469A4" w14:paraId="54D128E8" w14:textId="77777777" w:rsidTr="005A76E1">
        <w:trPr>
          <w:tblHeader/>
          <w:jc w:val="center"/>
        </w:trPr>
        <w:tc>
          <w:tcPr>
            <w:tcW w:w="680" w:type="dxa"/>
            <w:shd w:val="clear" w:color="auto" w:fill="D9EAF7"/>
            <w:vAlign w:val="center"/>
          </w:tcPr>
          <w:p w14:paraId="39B76822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№ урока</w:t>
            </w:r>
          </w:p>
        </w:tc>
        <w:tc>
          <w:tcPr>
            <w:tcW w:w="2324" w:type="dxa"/>
            <w:shd w:val="clear" w:color="auto" w:fill="D9EAF7"/>
            <w:vAlign w:val="center"/>
          </w:tcPr>
          <w:p w14:paraId="4C22B911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Тематический раздел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6B229D69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Тема урока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29FDB5FD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Кол-во часов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053B73AB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Основные виды деятельности обучающихся</w:t>
            </w:r>
          </w:p>
        </w:tc>
      </w:tr>
      <w:tr w:rsidR="00A469A4" w14:paraId="6BD34EB0" w14:textId="77777777" w:rsidTr="005A76E1">
        <w:trPr>
          <w:jc w:val="center"/>
        </w:trPr>
        <w:tc>
          <w:tcPr>
            <w:tcW w:w="680" w:type="dxa"/>
            <w:vAlign w:val="center"/>
          </w:tcPr>
          <w:p w14:paraId="771B388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324" w:type="dxa"/>
            <w:vAlign w:val="center"/>
          </w:tcPr>
          <w:p w14:paraId="6A55651E" w14:textId="77777777" w:rsidR="00A469A4" w:rsidRDefault="00A469A4" w:rsidP="005A76E1">
            <w:r>
              <w:rPr>
                <w:sz w:val="16"/>
              </w:rPr>
              <w:t>Повторение изученного</w:t>
            </w:r>
          </w:p>
        </w:tc>
        <w:tc>
          <w:tcPr>
            <w:tcW w:w="3118" w:type="dxa"/>
            <w:vAlign w:val="center"/>
          </w:tcPr>
          <w:p w14:paraId="69151F51" w14:textId="77777777" w:rsidR="00A469A4" w:rsidRDefault="00A469A4" w:rsidP="005A76E1">
            <w:r>
              <w:rPr>
                <w:sz w:val="16"/>
              </w:rPr>
              <w:t>Повторение лексики 2 класса</w:t>
            </w:r>
          </w:p>
        </w:tc>
        <w:tc>
          <w:tcPr>
            <w:tcW w:w="850" w:type="dxa"/>
            <w:vAlign w:val="center"/>
          </w:tcPr>
          <w:p w14:paraId="6A5F441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3C3DBC7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26F22E40" w14:textId="77777777" w:rsidTr="005A76E1">
        <w:trPr>
          <w:jc w:val="center"/>
        </w:trPr>
        <w:tc>
          <w:tcPr>
            <w:tcW w:w="680" w:type="dxa"/>
            <w:vAlign w:val="center"/>
          </w:tcPr>
          <w:p w14:paraId="247E974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24" w:type="dxa"/>
            <w:vAlign w:val="center"/>
          </w:tcPr>
          <w:p w14:paraId="277E0A1C" w14:textId="77777777" w:rsidR="00A469A4" w:rsidRDefault="00A469A4" w:rsidP="005A76E1">
            <w:r>
              <w:rPr>
                <w:sz w:val="16"/>
              </w:rPr>
              <w:t>Повторение изученного</w:t>
            </w:r>
          </w:p>
        </w:tc>
        <w:tc>
          <w:tcPr>
            <w:tcW w:w="3118" w:type="dxa"/>
            <w:vAlign w:val="center"/>
          </w:tcPr>
          <w:p w14:paraId="2956980F" w14:textId="77777777" w:rsidR="00A469A4" w:rsidRDefault="00A469A4" w:rsidP="005A76E1">
            <w:r>
              <w:rPr>
                <w:sz w:val="16"/>
              </w:rPr>
              <w:t>Повторение изученных речевых образцов</w:t>
            </w:r>
          </w:p>
        </w:tc>
        <w:tc>
          <w:tcPr>
            <w:tcW w:w="850" w:type="dxa"/>
            <w:vAlign w:val="center"/>
          </w:tcPr>
          <w:p w14:paraId="7A1440A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6013243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28429984" w14:textId="77777777" w:rsidTr="005A76E1">
        <w:trPr>
          <w:jc w:val="center"/>
        </w:trPr>
        <w:tc>
          <w:tcPr>
            <w:tcW w:w="680" w:type="dxa"/>
            <w:vAlign w:val="center"/>
          </w:tcPr>
          <w:p w14:paraId="33E5151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324" w:type="dxa"/>
            <w:vAlign w:val="center"/>
          </w:tcPr>
          <w:p w14:paraId="76678E10" w14:textId="77777777" w:rsidR="00A469A4" w:rsidRDefault="00A469A4" w:rsidP="005A76E1">
            <w:r>
              <w:rPr>
                <w:sz w:val="16"/>
              </w:rPr>
              <w:t>Повторение изученного</w:t>
            </w:r>
          </w:p>
        </w:tc>
        <w:tc>
          <w:tcPr>
            <w:tcW w:w="3118" w:type="dxa"/>
            <w:vAlign w:val="center"/>
          </w:tcPr>
          <w:p w14:paraId="7DC1F32B" w14:textId="77777777" w:rsidR="00A469A4" w:rsidRDefault="00A469A4" w:rsidP="005A76E1">
            <w:r>
              <w:rPr>
                <w:sz w:val="16"/>
              </w:rPr>
              <w:t>Повторение грамматических конструкций</w:t>
            </w:r>
          </w:p>
        </w:tc>
        <w:tc>
          <w:tcPr>
            <w:tcW w:w="850" w:type="dxa"/>
            <w:vAlign w:val="center"/>
          </w:tcPr>
          <w:p w14:paraId="149AC67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0BC70DD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5AC11540" w14:textId="77777777" w:rsidTr="005A76E1">
        <w:trPr>
          <w:jc w:val="center"/>
        </w:trPr>
        <w:tc>
          <w:tcPr>
            <w:tcW w:w="680" w:type="dxa"/>
            <w:vAlign w:val="center"/>
          </w:tcPr>
          <w:p w14:paraId="1E081E8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324" w:type="dxa"/>
            <w:vAlign w:val="center"/>
          </w:tcPr>
          <w:p w14:paraId="38878552" w14:textId="77777777" w:rsidR="00A469A4" w:rsidRDefault="00A469A4" w:rsidP="005A76E1">
            <w:r>
              <w:rPr>
                <w:sz w:val="16"/>
              </w:rPr>
              <w:t>Повторение изученного</w:t>
            </w:r>
          </w:p>
        </w:tc>
        <w:tc>
          <w:tcPr>
            <w:tcW w:w="3118" w:type="dxa"/>
            <w:vAlign w:val="center"/>
          </w:tcPr>
          <w:p w14:paraId="42126CB0" w14:textId="77777777" w:rsidR="00A469A4" w:rsidRDefault="00A469A4" w:rsidP="005A76E1">
            <w:r>
              <w:rPr>
                <w:sz w:val="16"/>
              </w:rPr>
              <w:t>Диалогическая речь: повторение</w:t>
            </w:r>
          </w:p>
        </w:tc>
        <w:tc>
          <w:tcPr>
            <w:tcW w:w="850" w:type="dxa"/>
            <w:vAlign w:val="center"/>
          </w:tcPr>
          <w:p w14:paraId="57E063D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66423DF" w14:textId="77777777" w:rsidR="00A469A4" w:rsidRDefault="00A469A4" w:rsidP="005A76E1">
            <w:r>
              <w:rPr>
                <w:sz w:val="16"/>
              </w:rPr>
              <w:t>Вести диалог в пределах изученной тематики; задавать вопросы и отвечать на них.</w:t>
            </w:r>
          </w:p>
        </w:tc>
      </w:tr>
      <w:tr w:rsidR="00A469A4" w14:paraId="620934F8" w14:textId="77777777" w:rsidTr="005A76E1">
        <w:trPr>
          <w:jc w:val="center"/>
        </w:trPr>
        <w:tc>
          <w:tcPr>
            <w:tcW w:w="680" w:type="dxa"/>
            <w:vAlign w:val="center"/>
          </w:tcPr>
          <w:p w14:paraId="3C59200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324" w:type="dxa"/>
            <w:vAlign w:val="center"/>
          </w:tcPr>
          <w:p w14:paraId="422E75F9" w14:textId="77777777" w:rsidR="00A469A4" w:rsidRDefault="00A469A4" w:rsidP="005A76E1">
            <w:r>
              <w:rPr>
                <w:sz w:val="16"/>
              </w:rPr>
              <w:t>Повторение изученного</w:t>
            </w:r>
          </w:p>
        </w:tc>
        <w:tc>
          <w:tcPr>
            <w:tcW w:w="3118" w:type="dxa"/>
            <w:vAlign w:val="center"/>
          </w:tcPr>
          <w:p w14:paraId="0B70AB99" w14:textId="77777777" w:rsidR="00A469A4" w:rsidRDefault="00A469A4" w:rsidP="005A76E1">
            <w:r>
              <w:rPr>
                <w:sz w:val="16"/>
              </w:rPr>
              <w:t>Монологическая речь: повторение</w:t>
            </w:r>
          </w:p>
        </w:tc>
        <w:tc>
          <w:tcPr>
            <w:tcW w:w="850" w:type="dxa"/>
            <w:vAlign w:val="center"/>
          </w:tcPr>
          <w:p w14:paraId="7C73D3C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28FCF1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6C7BB03" w14:textId="77777777" w:rsidTr="005A76E1">
        <w:trPr>
          <w:jc w:val="center"/>
        </w:trPr>
        <w:tc>
          <w:tcPr>
            <w:tcW w:w="680" w:type="dxa"/>
            <w:vAlign w:val="center"/>
          </w:tcPr>
          <w:p w14:paraId="1641F91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324" w:type="dxa"/>
            <w:vAlign w:val="center"/>
          </w:tcPr>
          <w:p w14:paraId="7BFDE6E1" w14:textId="77777777" w:rsidR="00A469A4" w:rsidRDefault="00A469A4" w:rsidP="005A76E1">
            <w:r>
              <w:rPr>
                <w:sz w:val="16"/>
              </w:rPr>
              <w:t>Повторение изученного</w:t>
            </w:r>
          </w:p>
        </w:tc>
        <w:tc>
          <w:tcPr>
            <w:tcW w:w="3118" w:type="dxa"/>
            <w:vAlign w:val="center"/>
          </w:tcPr>
          <w:p w14:paraId="568F4BC9" w14:textId="77777777" w:rsidR="00A469A4" w:rsidRDefault="00A469A4" w:rsidP="005A76E1">
            <w:r>
              <w:rPr>
                <w:sz w:val="16"/>
              </w:rPr>
              <w:t>Обобщение изученного во 2 классе</w:t>
            </w:r>
          </w:p>
        </w:tc>
        <w:tc>
          <w:tcPr>
            <w:tcW w:w="850" w:type="dxa"/>
            <w:vAlign w:val="center"/>
          </w:tcPr>
          <w:p w14:paraId="525B363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03B8771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280AC63C" w14:textId="77777777" w:rsidTr="005A76E1">
        <w:trPr>
          <w:jc w:val="center"/>
        </w:trPr>
        <w:tc>
          <w:tcPr>
            <w:tcW w:w="680" w:type="dxa"/>
            <w:vAlign w:val="center"/>
          </w:tcPr>
          <w:p w14:paraId="475E4E7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324" w:type="dxa"/>
            <w:vAlign w:val="center"/>
          </w:tcPr>
          <w:p w14:paraId="07F3EB31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33927BBC" w14:textId="77777777" w:rsidR="00A469A4" w:rsidRDefault="00A469A4" w:rsidP="005A76E1">
            <w:r>
              <w:rPr>
                <w:sz w:val="16"/>
              </w:rPr>
              <w:t>Я и мои друзья</w:t>
            </w:r>
          </w:p>
        </w:tc>
        <w:tc>
          <w:tcPr>
            <w:tcW w:w="850" w:type="dxa"/>
            <w:vAlign w:val="center"/>
          </w:tcPr>
          <w:p w14:paraId="15A1B95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84FCA2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C76BF05" w14:textId="77777777" w:rsidTr="005A76E1">
        <w:trPr>
          <w:jc w:val="center"/>
        </w:trPr>
        <w:tc>
          <w:tcPr>
            <w:tcW w:w="680" w:type="dxa"/>
            <w:vAlign w:val="center"/>
          </w:tcPr>
          <w:p w14:paraId="4063A8B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324" w:type="dxa"/>
            <w:vAlign w:val="center"/>
          </w:tcPr>
          <w:p w14:paraId="4A4C41CE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6A85670E" w14:textId="77777777" w:rsidR="00A469A4" w:rsidRDefault="00A469A4" w:rsidP="005A76E1">
            <w:r>
              <w:rPr>
                <w:sz w:val="16"/>
              </w:rPr>
              <w:t>Внешность друга</w:t>
            </w:r>
          </w:p>
        </w:tc>
        <w:tc>
          <w:tcPr>
            <w:tcW w:w="850" w:type="dxa"/>
            <w:vAlign w:val="center"/>
          </w:tcPr>
          <w:p w14:paraId="1ACF818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5A8815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EE92CE1" w14:textId="77777777" w:rsidTr="005A76E1">
        <w:trPr>
          <w:jc w:val="center"/>
        </w:trPr>
        <w:tc>
          <w:tcPr>
            <w:tcW w:w="680" w:type="dxa"/>
            <w:vAlign w:val="center"/>
          </w:tcPr>
          <w:p w14:paraId="028B098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324" w:type="dxa"/>
            <w:vAlign w:val="center"/>
          </w:tcPr>
          <w:p w14:paraId="2AF9F476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522419FA" w14:textId="77777777" w:rsidR="00A469A4" w:rsidRDefault="00A469A4" w:rsidP="005A76E1">
            <w:r>
              <w:rPr>
                <w:sz w:val="16"/>
              </w:rPr>
              <w:t>Характер и интересы</w:t>
            </w:r>
          </w:p>
        </w:tc>
        <w:tc>
          <w:tcPr>
            <w:tcW w:w="850" w:type="dxa"/>
            <w:vAlign w:val="center"/>
          </w:tcPr>
          <w:p w14:paraId="4E0564C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FF7579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79C8623" w14:textId="77777777" w:rsidTr="005A76E1">
        <w:trPr>
          <w:jc w:val="center"/>
        </w:trPr>
        <w:tc>
          <w:tcPr>
            <w:tcW w:w="680" w:type="dxa"/>
            <w:vAlign w:val="center"/>
          </w:tcPr>
          <w:p w14:paraId="226B7D7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324" w:type="dxa"/>
            <w:vAlign w:val="center"/>
          </w:tcPr>
          <w:p w14:paraId="10B9343F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2C160B96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850" w:type="dxa"/>
            <w:vAlign w:val="center"/>
          </w:tcPr>
          <w:p w14:paraId="64C743E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B84903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6820612" w14:textId="77777777" w:rsidTr="005A76E1">
        <w:trPr>
          <w:jc w:val="center"/>
        </w:trPr>
        <w:tc>
          <w:tcPr>
            <w:tcW w:w="680" w:type="dxa"/>
            <w:vAlign w:val="center"/>
          </w:tcPr>
          <w:p w14:paraId="0AD2BA7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324" w:type="dxa"/>
            <w:vAlign w:val="center"/>
          </w:tcPr>
          <w:p w14:paraId="51493C14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0192AFF9" w14:textId="77777777" w:rsidR="00A469A4" w:rsidRDefault="00A469A4" w:rsidP="005A76E1">
            <w:r>
              <w:rPr>
                <w:sz w:val="16"/>
              </w:rPr>
              <w:t>Родственные связи</w:t>
            </w:r>
          </w:p>
        </w:tc>
        <w:tc>
          <w:tcPr>
            <w:tcW w:w="850" w:type="dxa"/>
            <w:vAlign w:val="center"/>
          </w:tcPr>
          <w:p w14:paraId="73759BB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1E4183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F4FF3A0" w14:textId="77777777" w:rsidTr="005A76E1">
        <w:trPr>
          <w:jc w:val="center"/>
        </w:trPr>
        <w:tc>
          <w:tcPr>
            <w:tcW w:w="680" w:type="dxa"/>
            <w:vAlign w:val="center"/>
          </w:tcPr>
          <w:p w14:paraId="652F9F5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324" w:type="dxa"/>
            <w:vAlign w:val="center"/>
          </w:tcPr>
          <w:p w14:paraId="6F005299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7A6DA5CC" w14:textId="77777777" w:rsidR="00A469A4" w:rsidRDefault="00A469A4" w:rsidP="005A76E1">
            <w:r>
              <w:rPr>
                <w:sz w:val="16"/>
              </w:rPr>
              <w:t>Профессии членов семьи</w:t>
            </w:r>
          </w:p>
        </w:tc>
        <w:tc>
          <w:tcPr>
            <w:tcW w:w="850" w:type="dxa"/>
            <w:vAlign w:val="center"/>
          </w:tcPr>
          <w:p w14:paraId="5B7E8AC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09FD8E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D904A71" w14:textId="77777777" w:rsidTr="005A76E1">
        <w:trPr>
          <w:jc w:val="center"/>
        </w:trPr>
        <w:tc>
          <w:tcPr>
            <w:tcW w:w="680" w:type="dxa"/>
            <w:vAlign w:val="center"/>
          </w:tcPr>
          <w:p w14:paraId="29420A5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324" w:type="dxa"/>
            <w:vAlign w:val="center"/>
          </w:tcPr>
          <w:p w14:paraId="6593241C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58DD4014" w14:textId="77777777" w:rsidR="00A469A4" w:rsidRDefault="00A469A4" w:rsidP="005A76E1">
            <w:r>
              <w:rPr>
                <w:sz w:val="16"/>
              </w:rPr>
              <w:t>Мой дом</w:t>
            </w:r>
          </w:p>
        </w:tc>
        <w:tc>
          <w:tcPr>
            <w:tcW w:w="850" w:type="dxa"/>
            <w:vAlign w:val="center"/>
          </w:tcPr>
          <w:p w14:paraId="3AF02D6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B0AEF6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DF3999D" w14:textId="77777777" w:rsidTr="005A76E1">
        <w:trPr>
          <w:jc w:val="center"/>
        </w:trPr>
        <w:tc>
          <w:tcPr>
            <w:tcW w:w="680" w:type="dxa"/>
            <w:vAlign w:val="center"/>
          </w:tcPr>
          <w:p w14:paraId="0384B81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324" w:type="dxa"/>
            <w:vAlign w:val="center"/>
          </w:tcPr>
          <w:p w14:paraId="1596A7BE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4FADDAA5" w14:textId="77777777" w:rsidR="00A469A4" w:rsidRDefault="00A469A4" w:rsidP="005A76E1">
            <w:r>
              <w:rPr>
                <w:sz w:val="16"/>
              </w:rPr>
              <w:t>Комнаты и предметы дома</w:t>
            </w:r>
          </w:p>
        </w:tc>
        <w:tc>
          <w:tcPr>
            <w:tcW w:w="850" w:type="dxa"/>
            <w:vAlign w:val="center"/>
          </w:tcPr>
          <w:p w14:paraId="5BA9D5B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D799FC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2841A25" w14:textId="77777777" w:rsidTr="005A76E1">
        <w:trPr>
          <w:jc w:val="center"/>
        </w:trPr>
        <w:tc>
          <w:tcPr>
            <w:tcW w:w="680" w:type="dxa"/>
            <w:vAlign w:val="center"/>
          </w:tcPr>
          <w:p w14:paraId="655913B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324" w:type="dxa"/>
            <w:vAlign w:val="center"/>
          </w:tcPr>
          <w:p w14:paraId="25557094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59CC9A3B" w14:textId="77777777" w:rsidR="00A469A4" w:rsidRDefault="00A469A4" w:rsidP="005A76E1">
            <w:r>
              <w:rPr>
                <w:sz w:val="16"/>
              </w:rPr>
              <w:t>Дом моих родственников</w:t>
            </w:r>
          </w:p>
        </w:tc>
        <w:tc>
          <w:tcPr>
            <w:tcW w:w="850" w:type="dxa"/>
            <w:vAlign w:val="center"/>
          </w:tcPr>
          <w:p w14:paraId="1945B9A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2F0FF6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D088967" w14:textId="77777777" w:rsidTr="005A76E1">
        <w:trPr>
          <w:jc w:val="center"/>
        </w:trPr>
        <w:tc>
          <w:tcPr>
            <w:tcW w:w="680" w:type="dxa"/>
            <w:vAlign w:val="center"/>
          </w:tcPr>
          <w:p w14:paraId="70EBC89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2324" w:type="dxa"/>
            <w:vAlign w:val="center"/>
          </w:tcPr>
          <w:p w14:paraId="207B502E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35BFA9FC" w14:textId="77777777" w:rsidR="00A469A4" w:rsidRDefault="00A469A4" w:rsidP="005A76E1">
            <w:r>
              <w:rPr>
                <w:sz w:val="16"/>
              </w:rPr>
              <w:t>Рассказ о семье и доме</w:t>
            </w:r>
          </w:p>
        </w:tc>
        <w:tc>
          <w:tcPr>
            <w:tcW w:w="850" w:type="dxa"/>
            <w:vAlign w:val="center"/>
          </w:tcPr>
          <w:p w14:paraId="14E9080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AE4F7F0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233B1F86" w14:textId="77777777" w:rsidTr="005A76E1">
        <w:trPr>
          <w:jc w:val="center"/>
        </w:trPr>
        <w:tc>
          <w:tcPr>
            <w:tcW w:w="680" w:type="dxa"/>
            <w:vAlign w:val="center"/>
          </w:tcPr>
          <w:p w14:paraId="5B8C1EB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2324" w:type="dxa"/>
            <w:vAlign w:val="center"/>
          </w:tcPr>
          <w:p w14:paraId="29842F33" w14:textId="77777777" w:rsidR="00A469A4" w:rsidRDefault="00A469A4" w:rsidP="005A76E1">
            <w:r>
              <w:rPr>
                <w:sz w:val="16"/>
              </w:rPr>
              <w:t>Я, мои друзья и родные</w:t>
            </w:r>
          </w:p>
        </w:tc>
        <w:tc>
          <w:tcPr>
            <w:tcW w:w="3118" w:type="dxa"/>
            <w:vAlign w:val="center"/>
          </w:tcPr>
          <w:p w14:paraId="4F1378A4" w14:textId="77777777" w:rsidR="00A469A4" w:rsidRDefault="00A469A4" w:rsidP="005A76E1">
            <w:r>
              <w:rPr>
                <w:sz w:val="16"/>
              </w:rPr>
              <w:t>Обобщение по теме «Я, мои друзья и родные»</w:t>
            </w:r>
          </w:p>
        </w:tc>
        <w:tc>
          <w:tcPr>
            <w:tcW w:w="850" w:type="dxa"/>
            <w:vAlign w:val="center"/>
          </w:tcPr>
          <w:p w14:paraId="3907FF8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2E195C4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612D0F8" w14:textId="77777777" w:rsidTr="005A76E1">
        <w:trPr>
          <w:jc w:val="center"/>
        </w:trPr>
        <w:tc>
          <w:tcPr>
            <w:tcW w:w="680" w:type="dxa"/>
            <w:vAlign w:val="center"/>
          </w:tcPr>
          <w:p w14:paraId="2E352EA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2324" w:type="dxa"/>
            <w:vAlign w:val="center"/>
          </w:tcPr>
          <w:p w14:paraId="494C68E8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13615FC1" w14:textId="77777777" w:rsidR="00A469A4" w:rsidRDefault="00A469A4" w:rsidP="005A76E1">
            <w:r>
              <w:rPr>
                <w:sz w:val="16"/>
              </w:rPr>
              <w:t>Моя школа</w:t>
            </w:r>
          </w:p>
        </w:tc>
        <w:tc>
          <w:tcPr>
            <w:tcW w:w="850" w:type="dxa"/>
            <w:vAlign w:val="center"/>
          </w:tcPr>
          <w:p w14:paraId="19A32FE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472758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2E9B566" w14:textId="77777777" w:rsidTr="005A76E1">
        <w:trPr>
          <w:jc w:val="center"/>
        </w:trPr>
        <w:tc>
          <w:tcPr>
            <w:tcW w:w="680" w:type="dxa"/>
            <w:vAlign w:val="center"/>
          </w:tcPr>
          <w:p w14:paraId="2AE7A4A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2324" w:type="dxa"/>
            <w:vAlign w:val="center"/>
          </w:tcPr>
          <w:p w14:paraId="13A40CA9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17866426" w14:textId="77777777" w:rsidR="00A469A4" w:rsidRDefault="00A469A4" w:rsidP="005A76E1">
            <w:r>
              <w:rPr>
                <w:sz w:val="16"/>
              </w:rPr>
              <w:t>Школьные предметы</w:t>
            </w:r>
          </w:p>
        </w:tc>
        <w:tc>
          <w:tcPr>
            <w:tcW w:w="850" w:type="dxa"/>
            <w:vAlign w:val="center"/>
          </w:tcPr>
          <w:p w14:paraId="19BCB47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764D91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3E5B1EC" w14:textId="77777777" w:rsidTr="005A76E1">
        <w:trPr>
          <w:jc w:val="center"/>
        </w:trPr>
        <w:tc>
          <w:tcPr>
            <w:tcW w:w="680" w:type="dxa"/>
            <w:vAlign w:val="center"/>
          </w:tcPr>
          <w:p w14:paraId="0AE10D1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2324" w:type="dxa"/>
            <w:vAlign w:val="center"/>
          </w:tcPr>
          <w:p w14:paraId="76C092CE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54CCEC69" w14:textId="77777777" w:rsidR="00A469A4" w:rsidRDefault="00A469A4" w:rsidP="005A76E1">
            <w:r>
              <w:rPr>
                <w:sz w:val="16"/>
              </w:rPr>
              <w:t>Моё расписание</w:t>
            </w:r>
          </w:p>
        </w:tc>
        <w:tc>
          <w:tcPr>
            <w:tcW w:w="850" w:type="dxa"/>
            <w:vAlign w:val="center"/>
          </w:tcPr>
          <w:p w14:paraId="5496507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59A84C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68D7840" w14:textId="77777777" w:rsidTr="005A76E1">
        <w:trPr>
          <w:jc w:val="center"/>
        </w:trPr>
        <w:tc>
          <w:tcPr>
            <w:tcW w:w="680" w:type="dxa"/>
            <w:vAlign w:val="center"/>
          </w:tcPr>
          <w:p w14:paraId="0DE7717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2324" w:type="dxa"/>
            <w:vAlign w:val="center"/>
          </w:tcPr>
          <w:p w14:paraId="02F8CE0E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1E05B12D" w14:textId="77777777" w:rsidR="00A469A4" w:rsidRDefault="00A469A4" w:rsidP="005A76E1">
            <w:r>
              <w:rPr>
                <w:sz w:val="16"/>
              </w:rPr>
              <w:t>Любимый школьный предмет</w:t>
            </w:r>
          </w:p>
        </w:tc>
        <w:tc>
          <w:tcPr>
            <w:tcW w:w="850" w:type="dxa"/>
            <w:vAlign w:val="center"/>
          </w:tcPr>
          <w:p w14:paraId="5B6AC6C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A583F9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A13BEF9" w14:textId="77777777" w:rsidTr="005A76E1">
        <w:trPr>
          <w:jc w:val="center"/>
        </w:trPr>
        <w:tc>
          <w:tcPr>
            <w:tcW w:w="680" w:type="dxa"/>
            <w:vAlign w:val="center"/>
          </w:tcPr>
          <w:p w14:paraId="4C4AFFA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2324" w:type="dxa"/>
            <w:vAlign w:val="center"/>
          </w:tcPr>
          <w:p w14:paraId="743E5952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16F58CB6" w14:textId="77777777" w:rsidR="00A469A4" w:rsidRDefault="00A469A4" w:rsidP="005A76E1">
            <w:r>
              <w:rPr>
                <w:sz w:val="16"/>
              </w:rPr>
              <w:t>Учебные принадлежности</w:t>
            </w:r>
          </w:p>
        </w:tc>
        <w:tc>
          <w:tcPr>
            <w:tcW w:w="850" w:type="dxa"/>
            <w:vAlign w:val="center"/>
          </w:tcPr>
          <w:p w14:paraId="6523E79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D77DADB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6BEA85E" w14:textId="77777777" w:rsidTr="005A76E1">
        <w:trPr>
          <w:jc w:val="center"/>
        </w:trPr>
        <w:tc>
          <w:tcPr>
            <w:tcW w:w="680" w:type="dxa"/>
            <w:vAlign w:val="center"/>
          </w:tcPr>
          <w:p w14:paraId="1292583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2324" w:type="dxa"/>
            <w:vAlign w:val="center"/>
          </w:tcPr>
          <w:p w14:paraId="134FC05B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75930C44" w14:textId="77777777" w:rsidR="00A469A4" w:rsidRDefault="00A469A4" w:rsidP="005A76E1">
            <w:r>
              <w:rPr>
                <w:sz w:val="16"/>
              </w:rPr>
              <w:t>На уроке</w:t>
            </w:r>
          </w:p>
        </w:tc>
        <w:tc>
          <w:tcPr>
            <w:tcW w:w="850" w:type="dxa"/>
            <w:vAlign w:val="center"/>
          </w:tcPr>
          <w:p w14:paraId="254A892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77CB87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663ED5C" w14:textId="77777777" w:rsidTr="005A76E1">
        <w:trPr>
          <w:jc w:val="center"/>
        </w:trPr>
        <w:tc>
          <w:tcPr>
            <w:tcW w:w="680" w:type="dxa"/>
            <w:vAlign w:val="center"/>
          </w:tcPr>
          <w:p w14:paraId="1B4DFBE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2324" w:type="dxa"/>
            <w:vAlign w:val="center"/>
          </w:tcPr>
          <w:p w14:paraId="19C4EFDC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33328DD5" w14:textId="77777777" w:rsidR="00A469A4" w:rsidRDefault="00A469A4" w:rsidP="005A76E1">
            <w:r>
              <w:rPr>
                <w:sz w:val="16"/>
              </w:rPr>
              <w:t>Школьные правила и инструкции</w:t>
            </w:r>
          </w:p>
        </w:tc>
        <w:tc>
          <w:tcPr>
            <w:tcW w:w="850" w:type="dxa"/>
            <w:vAlign w:val="center"/>
          </w:tcPr>
          <w:p w14:paraId="3578061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88E4E6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493266A" w14:textId="77777777" w:rsidTr="005A76E1">
        <w:trPr>
          <w:jc w:val="center"/>
        </w:trPr>
        <w:tc>
          <w:tcPr>
            <w:tcW w:w="680" w:type="dxa"/>
            <w:vAlign w:val="center"/>
          </w:tcPr>
          <w:p w14:paraId="2295D7F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2324" w:type="dxa"/>
            <w:vAlign w:val="center"/>
          </w:tcPr>
          <w:p w14:paraId="698BB829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3024E007" w14:textId="77777777" w:rsidR="00A469A4" w:rsidRDefault="00A469A4" w:rsidP="005A76E1">
            <w:r>
              <w:rPr>
                <w:sz w:val="16"/>
              </w:rPr>
              <w:t>Числительные и учебные ситуации</w:t>
            </w:r>
          </w:p>
        </w:tc>
        <w:tc>
          <w:tcPr>
            <w:tcW w:w="850" w:type="dxa"/>
            <w:vAlign w:val="center"/>
          </w:tcPr>
          <w:p w14:paraId="11B32BE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1A93CED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17C6B0CC" w14:textId="77777777" w:rsidTr="005A76E1">
        <w:trPr>
          <w:jc w:val="center"/>
        </w:trPr>
        <w:tc>
          <w:tcPr>
            <w:tcW w:w="680" w:type="dxa"/>
            <w:vAlign w:val="center"/>
          </w:tcPr>
          <w:p w14:paraId="4C3593F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2324" w:type="dxa"/>
            <w:vAlign w:val="center"/>
          </w:tcPr>
          <w:p w14:paraId="3E793987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4BA0B3A1" w14:textId="77777777" w:rsidR="00A469A4" w:rsidRDefault="00A469A4" w:rsidP="005A76E1">
            <w:r>
              <w:rPr>
                <w:sz w:val="16"/>
              </w:rPr>
              <w:t>Моя классная комната</w:t>
            </w:r>
          </w:p>
        </w:tc>
        <w:tc>
          <w:tcPr>
            <w:tcW w:w="850" w:type="dxa"/>
            <w:vAlign w:val="center"/>
          </w:tcPr>
          <w:p w14:paraId="6F17FB2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60C0FCC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1B4DED4" w14:textId="77777777" w:rsidTr="005A76E1">
        <w:trPr>
          <w:jc w:val="center"/>
        </w:trPr>
        <w:tc>
          <w:tcPr>
            <w:tcW w:w="680" w:type="dxa"/>
            <w:vAlign w:val="center"/>
          </w:tcPr>
          <w:p w14:paraId="3C79319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2324" w:type="dxa"/>
            <w:vAlign w:val="center"/>
          </w:tcPr>
          <w:p w14:paraId="10713406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61E57171" w14:textId="77777777" w:rsidR="00A469A4" w:rsidRDefault="00A469A4" w:rsidP="005A76E1">
            <w:r>
              <w:rPr>
                <w:sz w:val="16"/>
              </w:rPr>
              <w:t>Рассказ о школьном дне</w:t>
            </w:r>
          </w:p>
        </w:tc>
        <w:tc>
          <w:tcPr>
            <w:tcW w:w="850" w:type="dxa"/>
            <w:vAlign w:val="center"/>
          </w:tcPr>
          <w:p w14:paraId="3A3DDCC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24BD199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2BB9EB04" w14:textId="77777777" w:rsidTr="005A76E1">
        <w:trPr>
          <w:jc w:val="center"/>
        </w:trPr>
        <w:tc>
          <w:tcPr>
            <w:tcW w:w="680" w:type="dxa"/>
            <w:vAlign w:val="center"/>
          </w:tcPr>
          <w:p w14:paraId="72D55BC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2324" w:type="dxa"/>
            <w:vAlign w:val="center"/>
          </w:tcPr>
          <w:p w14:paraId="7E2EEFA7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69ACDE5D" w14:textId="77777777" w:rsidR="00A469A4" w:rsidRDefault="00A469A4" w:rsidP="005A76E1">
            <w:r>
              <w:rPr>
                <w:sz w:val="16"/>
              </w:rPr>
              <w:t>Обобщение по теме «В школе»</w:t>
            </w:r>
          </w:p>
        </w:tc>
        <w:tc>
          <w:tcPr>
            <w:tcW w:w="850" w:type="dxa"/>
            <w:vAlign w:val="center"/>
          </w:tcPr>
          <w:p w14:paraId="27DB8A0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C49F147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399D0C1" w14:textId="77777777" w:rsidTr="005A76E1">
        <w:trPr>
          <w:jc w:val="center"/>
        </w:trPr>
        <w:tc>
          <w:tcPr>
            <w:tcW w:w="680" w:type="dxa"/>
            <w:vAlign w:val="center"/>
          </w:tcPr>
          <w:p w14:paraId="1679B11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2324" w:type="dxa"/>
            <w:vAlign w:val="center"/>
          </w:tcPr>
          <w:p w14:paraId="558BF235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74D7CB32" w14:textId="77777777" w:rsidR="00A469A4" w:rsidRDefault="00A469A4" w:rsidP="005A76E1">
            <w:r>
              <w:rPr>
                <w:sz w:val="16"/>
              </w:rPr>
              <w:t>Мой распорядок дня</w:t>
            </w:r>
          </w:p>
        </w:tc>
        <w:tc>
          <w:tcPr>
            <w:tcW w:w="850" w:type="dxa"/>
            <w:vAlign w:val="center"/>
          </w:tcPr>
          <w:p w14:paraId="159B253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BF07A8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E584E90" w14:textId="77777777" w:rsidTr="005A76E1">
        <w:trPr>
          <w:jc w:val="center"/>
        </w:trPr>
        <w:tc>
          <w:tcPr>
            <w:tcW w:w="680" w:type="dxa"/>
            <w:vAlign w:val="center"/>
          </w:tcPr>
          <w:p w14:paraId="4EEA670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2324" w:type="dxa"/>
            <w:vAlign w:val="center"/>
          </w:tcPr>
          <w:p w14:paraId="117FA5D4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69097C85" w14:textId="77777777" w:rsidR="00A469A4" w:rsidRDefault="00A469A4" w:rsidP="005A76E1">
            <w:r>
              <w:rPr>
                <w:sz w:val="16"/>
              </w:rPr>
              <w:t>Время и часы</w:t>
            </w:r>
          </w:p>
        </w:tc>
        <w:tc>
          <w:tcPr>
            <w:tcW w:w="850" w:type="dxa"/>
            <w:vAlign w:val="center"/>
          </w:tcPr>
          <w:p w14:paraId="2BFAF79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5F97708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575887F4" w14:textId="77777777" w:rsidTr="005A76E1">
        <w:trPr>
          <w:jc w:val="center"/>
        </w:trPr>
        <w:tc>
          <w:tcPr>
            <w:tcW w:w="680" w:type="dxa"/>
            <w:vAlign w:val="center"/>
          </w:tcPr>
          <w:p w14:paraId="7CCAD04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2324" w:type="dxa"/>
            <w:vAlign w:val="center"/>
          </w:tcPr>
          <w:p w14:paraId="0BA588E4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68815CC8" w14:textId="77777777" w:rsidR="00A469A4" w:rsidRDefault="00A469A4" w:rsidP="005A76E1">
            <w:r>
              <w:rPr>
                <w:sz w:val="16"/>
              </w:rPr>
              <w:t>Утренние дела</w:t>
            </w:r>
          </w:p>
        </w:tc>
        <w:tc>
          <w:tcPr>
            <w:tcW w:w="850" w:type="dxa"/>
            <w:vAlign w:val="center"/>
          </w:tcPr>
          <w:p w14:paraId="45D1493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8F26D5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F48A1D6" w14:textId="77777777" w:rsidTr="005A76E1">
        <w:trPr>
          <w:jc w:val="center"/>
        </w:trPr>
        <w:tc>
          <w:tcPr>
            <w:tcW w:w="680" w:type="dxa"/>
            <w:vAlign w:val="center"/>
          </w:tcPr>
          <w:p w14:paraId="7A64791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2324" w:type="dxa"/>
            <w:vAlign w:val="center"/>
          </w:tcPr>
          <w:p w14:paraId="7B85BB25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54697459" w14:textId="77777777" w:rsidR="00A469A4" w:rsidRDefault="00A469A4" w:rsidP="005A76E1">
            <w:r>
              <w:rPr>
                <w:sz w:val="16"/>
              </w:rPr>
              <w:t>Школьный день</w:t>
            </w:r>
          </w:p>
        </w:tc>
        <w:tc>
          <w:tcPr>
            <w:tcW w:w="850" w:type="dxa"/>
            <w:vAlign w:val="center"/>
          </w:tcPr>
          <w:p w14:paraId="6CA1688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734CA7C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1FBCDB1" w14:textId="77777777" w:rsidTr="005A76E1">
        <w:trPr>
          <w:jc w:val="center"/>
        </w:trPr>
        <w:tc>
          <w:tcPr>
            <w:tcW w:w="680" w:type="dxa"/>
            <w:vAlign w:val="center"/>
          </w:tcPr>
          <w:p w14:paraId="7075375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2324" w:type="dxa"/>
            <w:vAlign w:val="center"/>
          </w:tcPr>
          <w:p w14:paraId="5BD962C4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3DAEE8C6" w14:textId="77777777" w:rsidR="00A469A4" w:rsidRDefault="00A469A4" w:rsidP="005A76E1">
            <w:r>
              <w:rPr>
                <w:sz w:val="16"/>
              </w:rPr>
              <w:t>После школы</w:t>
            </w:r>
          </w:p>
        </w:tc>
        <w:tc>
          <w:tcPr>
            <w:tcW w:w="850" w:type="dxa"/>
            <w:vAlign w:val="center"/>
          </w:tcPr>
          <w:p w14:paraId="7A24B92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DE053C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8FB8DFA" w14:textId="77777777" w:rsidTr="005A76E1">
        <w:trPr>
          <w:jc w:val="center"/>
        </w:trPr>
        <w:tc>
          <w:tcPr>
            <w:tcW w:w="680" w:type="dxa"/>
            <w:vAlign w:val="center"/>
          </w:tcPr>
          <w:p w14:paraId="440EE0A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2324" w:type="dxa"/>
            <w:vAlign w:val="center"/>
          </w:tcPr>
          <w:p w14:paraId="09CC7ED2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0529FB36" w14:textId="77777777" w:rsidR="00A469A4" w:rsidRDefault="00A469A4" w:rsidP="005A76E1">
            <w:r>
              <w:rPr>
                <w:sz w:val="16"/>
              </w:rPr>
              <w:t>Домашние обязанности</w:t>
            </w:r>
          </w:p>
        </w:tc>
        <w:tc>
          <w:tcPr>
            <w:tcW w:w="850" w:type="dxa"/>
            <w:vAlign w:val="center"/>
          </w:tcPr>
          <w:p w14:paraId="3696ED9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72531F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BC0655C" w14:textId="77777777" w:rsidTr="005A76E1">
        <w:trPr>
          <w:jc w:val="center"/>
        </w:trPr>
        <w:tc>
          <w:tcPr>
            <w:tcW w:w="680" w:type="dxa"/>
            <w:vAlign w:val="center"/>
          </w:tcPr>
          <w:p w14:paraId="75828C3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2324" w:type="dxa"/>
            <w:vAlign w:val="center"/>
          </w:tcPr>
          <w:p w14:paraId="2C49A5AC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206577DA" w14:textId="77777777" w:rsidR="00A469A4" w:rsidRDefault="00A469A4" w:rsidP="005A76E1">
            <w:r>
              <w:rPr>
                <w:sz w:val="16"/>
              </w:rPr>
              <w:t>Мой вечер</w:t>
            </w:r>
          </w:p>
        </w:tc>
        <w:tc>
          <w:tcPr>
            <w:tcW w:w="850" w:type="dxa"/>
            <w:vAlign w:val="center"/>
          </w:tcPr>
          <w:p w14:paraId="6FB39AC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8464B3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0F9C0B7" w14:textId="77777777" w:rsidTr="005A76E1">
        <w:trPr>
          <w:jc w:val="center"/>
        </w:trPr>
        <w:tc>
          <w:tcPr>
            <w:tcW w:w="680" w:type="dxa"/>
            <w:vAlign w:val="center"/>
          </w:tcPr>
          <w:p w14:paraId="3EFD2ED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w="2324" w:type="dxa"/>
            <w:vAlign w:val="center"/>
          </w:tcPr>
          <w:p w14:paraId="11FC008C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0BADC50B" w14:textId="77777777" w:rsidR="00A469A4" w:rsidRDefault="00A469A4" w:rsidP="005A76E1">
            <w:r>
              <w:rPr>
                <w:sz w:val="16"/>
              </w:rPr>
              <w:t>Рассказ «Мой день»</w:t>
            </w:r>
          </w:p>
        </w:tc>
        <w:tc>
          <w:tcPr>
            <w:tcW w:w="850" w:type="dxa"/>
            <w:vAlign w:val="center"/>
          </w:tcPr>
          <w:p w14:paraId="246CE3B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0694146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4F6A0F90" w14:textId="77777777" w:rsidTr="005A76E1">
        <w:trPr>
          <w:jc w:val="center"/>
        </w:trPr>
        <w:tc>
          <w:tcPr>
            <w:tcW w:w="680" w:type="dxa"/>
            <w:vAlign w:val="center"/>
          </w:tcPr>
          <w:p w14:paraId="686325B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37</w:t>
            </w:r>
          </w:p>
        </w:tc>
        <w:tc>
          <w:tcPr>
            <w:tcW w:w="2324" w:type="dxa"/>
            <w:vAlign w:val="center"/>
          </w:tcPr>
          <w:p w14:paraId="3EAAC1A9" w14:textId="77777777" w:rsidR="00A469A4" w:rsidRDefault="00A469A4" w:rsidP="005A76E1">
            <w:r>
              <w:rPr>
                <w:sz w:val="16"/>
              </w:rPr>
              <w:t>Мой рабочий день</w:t>
            </w:r>
          </w:p>
        </w:tc>
        <w:tc>
          <w:tcPr>
            <w:tcW w:w="3118" w:type="dxa"/>
            <w:vAlign w:val="center"/>
          </w:tcPr>
          <w:p w14:paraId="37D4449D" w14:textId="77777777" w:rsidR="00A469A4" w:rsidRDefault="00A469A4" w:rsidP="005A76E1">
            <w:r>
              <w:rPr>
                <w:sz w:val="16"/>
              </w:rPr>
              <w:t>Обобщение по теме «Мой рабочий день»</w:t>
            </w:r>
          </w:p>
        </w:tc>
        <w:tc>
          <w:tcPr>
            <w:tcW w:w="850" w:type="dxa"/>
            <w:vAlign w:val="center"/>
          </w:tcPr>
          <w:p w14:paraId="65591B2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6741C2F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1198FFF9" w14:textId="77777777" w:rsidTr="005A76E1">
        <w:trPr>
          <w:jc w:val="center"/>
        </w:trPr>
        <w:tc>
          <w:tcPr>
            <w:tcW w:w="680" w:type="dxa"/>
            <w:vAlign w:val="center"/>
          </w:tcPr>
          <w:p w14:paraId="32E3F50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38</w:t>
            </w:r>
          </w:p>
        </w:tc>
        <w:tc>
          <w:tcPr>
            <w:tcW w:w="2324" w:type="dxa"/>
            <w:vAlign w:val="center"/>
          </w:tcPr>
          <w:p w14:paraId="6E3B2491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6DF6BC85" w14:textId="77777777" w:rsidR="00A469A4" w:rsidRDefault="00A469A4" w:rsidP="005A76E1">
            <w:r>
              <w:rPr>
                <w:sz w:val="16"/>
              </w:rPr>
              <w:t>Когда у тебя день рождения?</w:t>
            </w:r>
          </w:p>
        </w:tc>
        <w:tc>
          <w:tcPr>
            <w:tcW w:w="850" w:type="dxa"/>
            <w:vAlign w:val="center"/>
          </w:tcPr>
          <w:p w14:paraId="2DAB1F3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8DA812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89722A0" w14:textId="77777777" w:rsidTr="005A76E1">
        <w:trPr>
          <w:jc w:val="center"/>
        </w:trPr>
        <w:tc>
          <w:tcPr>
            <w:tcW w:w="680" w:type="dxa"/>
            <w:vAlign w:val="center"/>
          </w:tcPr>
          <w:p w14:paraId="35A0A84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2324" w:type="dxa"/>
            <w:vAlign w:val="center"/>
          </w:tcPr>
          <w:p w14:paraId="6F64AE2A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047A8390" w14:textId="77777777" w:rsidR="00A469A4" w:rsidRDefault="00A469A4" w:rsidP="005A76E1">
            <w:r>
              <w:rPr>
                <w:sz w:val="16"/>
              </w:rPr>
              <w:t>Месяцы и даты</w:t>
            </w:r>
          </w:p>
        </w:tc>
        <w:tc>
          <w:tcPr>
            <w:tcW w:w="850" w:type="dxa"/>
            <w:vAlign w:val="center"/>
          </w:tcPr>
          <w:p w14:paraId="6B15D9F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058C555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03F05EB7" w14:textId="77777777" w:rsidTr="005A76E1">
        <w:trPr>
          <w:jc w:val="center"/>
        </w:trPr>
        <w:tc>
          <w:tcPr>
            <w:tcW w:w="680" w:type="dxa"/>
            <w:vAlign w:val="center"/>
          </w:tcPr>
          <w:p w14:paraId="4918184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2324" w:type="dxa"/>
            <w:vAlign w:val="center"/>
          </w:tcPr>
          <w:p w14:paraId="3C6973C7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348B7468" w14:textId="77777777" w:rsidR="00A469A4" w:rsidRDefault="00A469A4" w:rsidP="005A76E1">
            <w:r>
              <w:rPr>
                <w:sz w:val="16"/>
              </w:rPr>
              <w:t>Возраст</w:t>
            </w:r>
          </w:p>
        </w:tc>
        <w:tc>
          <w:tcPr>
            <w:tcW w:w="850" w:type="dxa"/>
            <w:vAlign w:val="center"/>
          </w:tcPr>
          <w:p w14:paraId="64FD8ED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E5D14B5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2A869344" w14:textId="77777777" w:rsidTr="005A76E1">
        <w:trPr>
          <w:jc w:val="center"/>
        </w:trPr>
        <w:tc>
          <w:tcPr>
            <w:tcW w:w="680" w:type="dxa"/>
            <w:vAlign w:val="center"/>
          </w:tcPr>
          <w:p w14:paraId="376E48C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41</w:t>
            </w:r>
          </w:p>
        </w:tc>
        <w:tc>
          <w:tcPr>
            <w:tcW w:w="2324" w:type="dxa"/>
            <w:vAlign w:val="center"/>
          </w:tcPr>
          <w:p w14:paraId="1CEBD4C4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1E4E1316" w14:textId="77777777" w:rsidR="00A469A4" w:rsidRDefault="00A469A4" w:rsidP="005A76E1">
            <w:r>
              <w:rPr>
                <w:sz w:val="16"/>
              </w:rPr>
              <w:t>Приглашение на день рождения</w:t>
            </w:r>
          </w:p>
        </w:tc>
        <w:tc>
          <w:tcPr>
            <w:tcW w:w="850" w:type="dxa"/>
            <w:vAlign w:val="center"/>
          </w:tcPr>
          <w:p w14:paraId="343EE91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C80F6B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87A60D1" w14:textId="77777777" w:rsidTr="005A76E1">
        <w:trPr>
          <w:jc w:val="center"/>
        </w:trPr>
        <w:tc>
          <w:tcPr>
            <w:tcW w:w="680" w:type="dxa"/>
            <w:vAlign w:val="center"/>
          </w:tcPr>
          <w:p w14:paraId="07CC730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2324" w:type="dxa"/>
            <w:vAlign w:val="center"/>
          </w:tcPr>
          <w:p w14:paraId="49663095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706297D2" w14:textId="77777777" w:rsidR="00A469A4" w:rsidRDefault="00A469A4" w:rsidP="005A76E1">
            <w:r>
              <w:rPr>
                <w:sz w:val="16"/>
              </w:rPr>
              <w:t>Поздравления</w:t>
            </w:r>
          </w:p>
        </w:tc>
        <w:tc>
          <w:tcPr>
            <w:tcW w:w="850" w:type="dxa"/>
            <w:vAlign w:val="center"/>
          </w:tcPr>
          <w:p w14:paraId="11674F6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35CC18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997A1AE" w14:textId="77777777" w:rsidTr="005A76E1">
        <w:trPr>
          <w:jc w:val="center"/>
        </w:trPr>
        <w:tc>
          <w:tcPr>
            <w:tcW w:w="680" w:type="dxa"/>
            <w:vAlign w:val="center"/>
          </w:tcPr>
          <w:p w14:paraId="69E111E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43</w:t>
            </w:r>
          </w:p>
        </w:tc>
        <w:tc>
          <w:tcPr>
            <w:tcW w:w="2324" w:type="dxa"/>
            <w:vAlign w:val="center"/>
          </w:tcPr>
          <w:p w14:paraId="7A78E544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0B0068CD" w14:textId="77777777" w:rsidR="00A469A4" w:rsidRDefault="00A469A4" w:rsidP="005A76E1">
            <w:r>
              <w:rPr>
                <w:sz w:val="16"/>
              </w:rPr>
              <w:t>Подарки</w:t>
            </w:r>
          </w:p>
        </w:tc>
        <w:tc>
          <w:tcPr>
            <w:tcW w:w="850" w:type="dxa"/>
            <w:vAlign w:val="center"/>
          </w:tcPr>
          <w:p w14:paraId="29C1472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6D2A1D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6288779" w14:textId="77777777" w:rsidTr="005A76E1">
        <w:trPr>
          <w:jc w:val="center"/>
        </w:trPr>
        <w:tc>
          <w:tcPr>
            <w:tcW w:w="680" w:type="dxa"/>
            <w:vAlign w:val="center"/>
          </w:tcPr>
          <w:p w14:paraId="19224B5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44</w:t>
            </w:r>
          </w:p>
        </w:tc>
        <w:tc>
          <w:tcPr>
            <w:tcW w:w="2324" w:type="dxa"/>
            <w:vAlign w:val="center"/>
          </w:tcPr>
          <w:p w14:paraId="53B0BB6B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3E12D2E9" w14:textId="77777777" w:rsidR="00A469A4" w:rsidRDefault="00A469A4" w:rsidP="005A76E1">
            <w:r>
              <w:rPr>
                <w:sz w:val="16"/>
              </w:rPr>
              <w:t>Праздничный стол</w:t>
            </w:r>
          </w:p>
        </w:tc>
        <w:tc>
          <w:tcPr>
            <w:tcW w:w="850" w:type="dxa"/>
            <w:vAlign w:val="center"/>
          </w:tcPr>
          <w:p w14:paraId="733202B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09F3105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742A295" w14:textId="77777777" w:rsidTr="005A76E1">
        <w:trPr>
          <w:jc w:val="center"/>
        </w:trPr>
        <w:tc>
          <w:tcPr>
            <w:tcW w:w="680" w:type="dxa"/>
            <w:vAlign w:val="center"/>
          </w:tcPr>
          <w:p w14:paraId="6BE2140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2324" w:type="dxa"/>
            <w:vAlign w:val="center"/>
          </w:tcPr>
          <w:p w14:paraId="5B285AE4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3633B5C5" w14:textId="77777777" w:rsidR="00A469A4" w:rsidRDefault="00A469A4" w:rsidP="005A76E1">
            <w:r>
              <w:rPr>
                <w:sz w:val="16"/>
              </w:rPr>
              <w:t>Рассказ о дне рождения</w:t>
            </w:r>
          </w:p>
        </w:tc>
        <w:tc>
          <w:tcPr>
            <w:tcW w:w="850" w:type="dxa"/>
            <w:vAlign w:val="center"/>
          </w:tcPr>
          <w:p w14:paraId="78D1115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7934174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133438A0" w14:textId="77777777" w:rsidTr="005A76E1">
        <w:trPr>
          <w:jc w:val="center"/>
        </w:trPr>
        <w:tc>
          <w:tcPr>
            <w:tcW w:w="680" w:type="dxa"/>
            <w:vAlign w:val="center"/>
          </w:tcPr>
          <w:p w14:paraId="126404C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46</w:t>
            </w:r>
          </w:p>
        </w:tc>
        <w:tc>
          <w:tcPr>
            <w:tcW w:w="2324" w:type="dxa"/>
            <w:vAlign w:val="center"/>
          </w:tcPr>
          <w:p w14:paraId="2216EC54" w14:textId="77777777" w:rsidR="00A469A4" w:rsidRDefault="00A469A4" w:rsidP="005A76E1">
            <w:r>
              <w:rPr>
                <w:sz w:val="16"/>
              </w:rPr>
              <w:t>Мой день рождения</w:t>
            </w:r>
          </w:p>
        </w:tc>
        <w:tc>
          <w:tcPr>
            <w:tcW w:w="3118" w:type="dxa"/>
            <w:vAlign w:val="center"/>
          </w:tcPr>
          <w:p w14:paraId="64751D4B" w14:textId="77777777" w:rsidR="00A469A4" w:rsidRDefault="00A469A4" w:rsidP="005A76E1">
            <w:r>
              <w:rPr>
                <w:sz w:val="16"/>
              </w:rPr>
              <w:t>Обобщение по теме «Мой день рождения»</w:t>
            </w:r>
          </w:p>
        </w:tc>
        <w:tc>
          <w:tcPr>
            <w:tcW w:w="850" w:type="dxa"/>
            <w:vAlign w:val="center"/>
          </w:tcPr>
          <w:p w14:paraId="7BF1AAB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12F6B4E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057C4CB" w14:textId="77777777" w:rsidTr="005A76E1">
        <w:trPr>
          <w:jc w:val="center"/>
        </w:trPr>
        <w:tc>
          <w:tcPr>
            <w:tcW w:w="680" w:type="dxa"/>
            <w:vAlign w:val="center"/>
          </w:tcPr>
          <w:p w14:paraId="556D08D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2324" w:type="dxa"/>
            <w:vAlign w:val="center"/>
          </w:tcPr>
          <w:p w14:paraId="52F85C8F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1D03AA46" w14:textId="77777777" w:rsidR="00A469A4" w:rsidRDefault="00A469A4" w:rsidP="005A76E1">
            <w:r>
              <w:rPr>
                <w:sz w:val="16"/>
              </w:rPr>
              <w:t>Животные зоопарка</w:t>
            </w:r>
          </w:p>
        </w:tc>
        <w:tc>
          <w:tcPr>
            <w:tcW w:w="850" w:type="dxa"/>
            <w:vAlign w:val="center"/>
          </w:tcPr>
          <w:p w14:paraId="30A80E7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A40505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CD09DEE" w14:textId="77777777" w:rsidTr="005A76E1">
        <w:trPr>
          <w:jc w:val="center"/>
        </w:trPr>
        <w:tc>
          <w:tcPr>
            <w:tcW w:w="680" w:type="dxa"/>
            <w:vAlign w:val="center"/>
          </w:tcPr>
          <w:p w14:paraId="522584C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48</w:t>
            </w:r>
          </w:p>
        </w:tc>
        <w:tc>
          <w:tcPr>
            <w:tcW w:w="2324" w:type="dxa"/>
            <w:vAlign w:val="center"/>
          </w:tcPr>
          <w:p w14:paraId="04628DE6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53EA635B" w14:textId="77777777" w:rsidR="00A469A4" w:rsidRDefault="00A469A4" w:rsidP="005A76E1">
            <w:r>
              <w:rPr>
                <w:sz w:val="16"/>
              </w:rPr>
              <w:t>Описание животных</w:t>
            </w:r>
          </w:p>
        </w:tc>
        <w:tc>
          <w:tcPr>
            <w:tcW w:w="850" w:type="dxa"/>
            <w:vAlign w:val="center"/>
          </w:tcPr>
          <w:p w14:paraId="61F279B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E35462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DE00C82" w14:textId="77777777" w:rsidTr="005A76E1">
        <w:trPr>
          <w:jc w:val="center"/>
        </w:trPr>
        <w:tc>
          <w:tcPr>
            <w:tcW w:w="680" w:type="dxa"/>
            <w:vAlign w:val="center"/>
          </w:tcPr>
          <w:p w14:paraId="7A479EE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2324" w:type="dxa"/>
            <w:vAlign w:val="center"/>
          </w:tcPr>
          <w:p w14:paraId="28A81641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536A8BB6" w14:textId="77777777" w:rsidR="00A469A4" w:rsidRDefault="00A469A4" w:rsidP="005A76E1">
            <w:r>
              <w:rPr>
                <w:sz w:val="16"/>
              </w:rPr>
              <w:t>Части тела животных</w:t>
            </w:r>
          </w:p>
        </w:tc>
        <w:tc>
          <w:tcPr>
            <w:tcW w:w="850" w:type="dxa"/>
            <w:vAlign w:val="center"/>
          </w:tcPr>
          <w:p w14:paraId="397EA5A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AA4C32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34A1841" w14:textId="77777777" w:rsidTr="005A76E1">
        <w:trPr>
          <w:jc w:val="center"/>
        </w:trPr>
        <w:tc>
          <w:tcPr>
            <w:tcW w:w="680" w:type="dxa"/>
            <w:vAlign w:val="center"/>
          </w:tcPr>
          <w:p w14:paraId="074CA06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2324" w:type="dxa"/>
            <w:vAlign w:val="center"/>
          </w:tcPr>
          <w:p w14:paraId="21B3878F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7F644C7E" w14:textId="77777777" w:rsidR="00A469A4" w:rsidRDefault="00A469A4" w:rsidP="005A76E1">
            <w:r>
              <w:rPr>
                <w:sz w:val="16"/>
              </w:rPr>
              <w:t>Что умеют животные?</w:t>
            </w:r>
          </w:p>
        </w:tc>
        <w:tc>
          <w:tcPr>
            <w:tcW w:w="850" w:type="dxa"/>
            <w:vAlign w:val="center"/>
          </w:tcPr>
          <w:p w14:paraId="45D76BE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453F0C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63D791B" w14:textId="77777777" w:rsidTr="005A76E1">
        <w:trPr>
          <w:jc w:val="center"/>
        </w:trPr>
        <w:tc>
          <w:tcPr>
            <w:tcW w:w="680" w:type="dxa"/>
            <w:vAlign w:val="center"/>
          </w:tcPr>
          <w:p w14:paraId="5C91548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51</w:t>
            </w:r>
          </w:p>
        </w:tc>
        <w:tc>
          <w:tcPr>
            <w:tcW w:w="2324" w:type="dxa"/>
            <w:vAlign w:val="center"/>
          </w:tcPr>
          <w:p w14:paraId="4E655E05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21D4B385" w14:textId="77777777" w:rsidR="00A469A4" w:rsidRDefault="00A469A4" w:rsidP="005A76E1">
            <w:r>
              <w:rPr>
                <w:sz w:val="16"/>
              </w:rPr>
              <w:t>Поведение животных</w:t>
            </w:r>
          </w:p>
        </w:tc>
        <w:tc>
          <w:tcPr>
            <w:tcW w:w="850" w:type="dxa"/>
            <w:vAlign w:val="center"/>
          </w:tcPr>
          <w:p w14:paraId="77F7B6A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5270D7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C94F30D" w14:textId="77777777" w:rsidTr="005A76E1">
        <w:trPr>
          <w:jc w:val="center"/>
        </w:trPr>
        <w:tc>
          <w:tcPr>
            <w:tcW w:w="680" w:type="dxa"/>
            <w:vAlign w:val="center"/>
          </w:tcPr>
          <w:p w14:paraId="2F5BF50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52</w:t>
            </w:r>
          </w:p>
        </w:tc>
        <w:tc>
          <w:tcPr>
            <w:tcW w:w="2324" w:type="dxa"/>
            <w:vAlign w:val="center"/>
          </w:tcPr>
          <w:p w14:paraId="75D3B687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560E4098" w14:textId="77777777" w:rsidR="00A469A4" w:rsidRDefault="00A469A4" w:rsidP="005A76E1">
            <w:r>
              <w:rPr>
                <w:sz w:val="16"/>
              </w:rPr>
              <w:t>Моё любимое животное</w:t>
            </w:r>
          </w:p>
        </w:tc>
        <w:tc>
          <w:tcPr>
            <w:tcW w:w="850" w:type="dxa"/>
            <w:vAlign w:val="center"/>
          </w:tcPr>
          <w:p w14:paraId="7BD0E24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784CC0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57BD3EF" w14:textId="77777777" w:rsidTr="005A76E1">
        <w:trPr>
          <w:jc w:val="center"/>
        </w:trPr>
        <w:tc>
          <w:tcPr>
            <w:tcW w:w="680" w:type="dxa"/>
            <w:vAlign w:val="center"/>
          </w:tcPr>
          <w:p w14:paraId="593D1BE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53</w:t>
            </w:r>
          </w:p>
        </w:tc>
        <w:tc>
          <w:tcPr>
            <w:tcW w:w="2324" w:type="dxa"/>
            <w:vAlign w:val="center"/>
          </w:tcPr>
          <w:p w14:paraId="18635EA2" w14:textId="77777777" w:rsidR="00A469A4" w:rsidRDefault="00A469A4" w:rsidP="005A76E1">
            <w:r>
              <w:rPr>
                <w:sz w:val="16"/>
              </w:rPr>
              <w:t>Идём в зоопарк</w:t>
            </w:r>
          </w:p>
        </w:tc>
        <w:tc>
          <w:tcPr>
            <w:tcW w:w="3118" w:type="dxa"/>
            <w:vAlign w:val="center"/>
          </w:tcPr>
          <w:p w14:paraId="373222CD" w14:textId="77777777" w:rsidR="00A469A4" w:rsidRDefault="00A469A4" w:rsidP="005A76E1">
            <w:r>
              <w:rPr>
                <w:sz w:val="16"/>
              </w:rPr>
              <w:t>Обобщение по теме «Идём в зоопарк»</w:t>
            </w:r>
          </w:p>
        </w:tc>
        <w:tc>
          <w:tcPr>
            <w:tcW w:w="850" w:type="dxa"/>
            <w:vAlign w:val="center"/>
          </w:tcPr>
          <w:p w14:paraId="196DE3E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7CD9938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ABB5961" w14:textId="77777777" w:rsidTr="005A76E1">
        <w:trPr>
          <w:jc w:val="center"/>
        </w:trPr>
        <w:tc>
          <w:tcPr>
            <w:tcW w:w="680" w:type="dxa"/>
            <w:vAlign w:val="center"/>
          </w:tcPr>
          <w:p w14:paraId="4A7E427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54</w:t>
            </w:r>
          </w:p>
        </w:tc>
        <w:tc>
          <w:tcPr>
            <w:tcW w:w="2324" w:type="dxa"/>
            <w:vAlign w:val="center"/>
          </w:tcPr>
          <w:p w14:paraId="68C832AE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634D358B" w14:textId="77777777" w:rsidR="00A469A4" w:rsidRDefault="00A469A4" w:rsidP="005A76E1">
            <w:r>
              <w:rPr>
                <w:sz w:val="16"/>
              </w:rPr>
              <w:t>В цирке</w:t>
            </w:r>
          </w:p>
        </w:tc>
        <w:tc>
          <w:tcPr>
            <w:tcW w:w="850" w:type="dxa"/>
            <w:vAlign w:val="center"/>
          </w:tcPr>
          <w:p w14:paraId="240C0AC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D05989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5E2F02F" w14:textId="77777777" w:rsidTr="005A76E1">
        <w:trPr>
          <w:jc w:val="center"/>
        </w:trPr>
        <w:tc>
          <w:tcPr>
            <w:tcW w:w="680" w:type="dxa"/>
            <w:vAlign w:val="center"/>
          </w:tcPr>
          <w:p w14:paraId="6060C29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55</w:t>
            </w:r>
          </w:p>
        </w:tc>
        <w:tc>
          <w:tcPr>
            <w:tcW w:w="2324" w:type="dxa"/>
            <w:vAlign w:val="center"/>
          </w:tcPr>
          <w:p w14:paraId="7B1516D4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7319C144" w14:textId="77777777" w:rsidR="00A469A4" w:rsidRDefault="00A469A4" w:rsidP="005A76E1">
            <w:r>
              <w:rPr>
                <w:sz w:val="16"/>
              </w:rPr>
              <w:t>Цирковые профессии</w:t>
            </w:r>
          </w:p>
        </w:tc>
        <w:tc>
          <w:tcPr>
            <w:tcW w:w="850" w:type="dxa"/>
            <w:vAlign w:val="center"/>
          </w:tcPr>
          <w:p w14:paraId="3E18507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5D34AA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6FCBFD4" w14:textId="77777777" w:rsidTr="005A76E1">
        <w:trPr>
          <w:jc w:val="center"/>
        </w:trPr>
        <w:tc>
          <w:tcPr>
            <w:tcW w:w="680" w:type="dxa"/>
            <w:vAlign w:val="center"/>
          </w:tcPr>
          <w:p w14:paraId="7E2511E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2324" w:type="dxa"/>
            <w:vAlign w:val="center"/>
          </w:tcPr>
          <w:p w14:paraId="6F2D2BDA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32F82F20" w14:textId="77777777" w:rsidR="00A469A4" w:rsidRDefault="00A469A4" w:rsidP="005A76E1">
            <w:r>
              <w:rPr>
                <w:sz w:val="16"/>
              </w:rPr>
              <w:t>Цирковое представление</w:t>
            </w:r>
          </w:p>
        </w:tc>
        <w:tc>
          <w:tcPr>
            <w:tcW w:w="850" w:type="dxa"/>
            <w:vAlign w:val="center"/>
          </w:tcPr>
          <w:p w14:paraId="7634ABE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DB294A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468E1B0" w14:textId="77777777" w:rsidTr="005A76E1">
        <w:trPr>
          <w:jc w:val="center"/>
        </w:trPr>
        <w:tc>
          <w:tcPr>
            <w:tcW w:w="680" w:type="dxa"/>
            <w:vAlign w:val="center"/>
          </w:tcPr>
          <w:p w14:paraId="4957EB9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2324" w:type="dxa"/>
            <w:vAlign w:val="center"/>
          </w:tcPr>
          <w:p w14:paraId="4CF646A4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1F00D74C" w14:textId="77777777" w:rsidR="00A469A4" w:rsidRDefault="00A469A4" w:rsidP="005A76E1">
            <w:r>
              <w:rPr>
                <w:sz w:val="16"/>
              </w:rPr>
              <w:t>Что происходит на арене?</w:t>
            </w:r>
          </w:p>
        </w:tc>
        <w:tc>
          <w:tcPr>
            <w:tcW w:w="850" w:type="dxa"/>
            <w:vAlign w:val="center"/>
          </w:tcPr>
          <w:p w14:paraId="7E5050A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A3312E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69A923B" w14:textId="77777777" w:rsidTr="005A76E1">
        <w:trPr>
          <w:jc w:val="center"/>
        </w:trPr>
        <w:tc>
          <w:tcPr>
            <w:tcW w:w="680" w:type="dxa"/>
            <w:vAlign w:val="center"/>
          </w:tcPr>
          <w:p w14:paraId="06A6F88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58</w:t>
            </w:r>
          </w:p>
        </w:tc>
        <w:tc>
          <w:tcPr>
            <w:tcW w:w="2324" w:type="dxa"/>
            <w:vAlign w:val="center"/>
          </w:tcPr>
          <w:p w14:paraId="4E981EFD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3CE9BD9B" w14:textId="77777777" w:rsidR="00A469A4" w:rsidRDefault="00A469A4" w:rsidP="005A76E1">
            <w:r>
              <w:rPr>
                <w:sz w:val="16"/>
              </w:rPr>
              <w:t>Описание артиста</w:t>
            </w:r>
          </w:p>
        </w:tc>
        <w:tc>
          <w:tcPr>
            <w:tcW w:w="850" w:type="dxa"/>
            <w:vAlign w:val="center"/>
          </w:tcPr>
          <w:p w14:paraId="6E1BBA2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8C131A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8F061B9" w14:textId="77777777" w:rsidTr="005A76E1">
        <w:trPr>
          <w:jc w:val="center"/>
        </w:trPr>
        <w:tc>
          <w:tcPr>
            <w:tcW w:w="680" w:type="dxa"/>
            <w:vAlign w:val="center"/>
          </w:tcPr>
          <w:p w14:paraId="52E8D4F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59</w:t>
            </w:r>
          </w:p>
        </w:tc>
        <w:tc>
          <w:tcPr>
            <w:tcW w:w="2324" w:type="dxa"/>
            <w:vAlign w:val="center"/>
          </w:tcPr>
          <w:p w14:paraId="493F31BE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18642556" w14:textId="77777777" w:rsidR="00A469A4" w:rsidRDefault="00A469A4" w:rsidP="005A76E1">
            <w:r>
              <w:rPr>
                <w:sz w:val="16"/>
              </w:rPr>
              <w:t>Животные в цирке</w:t>
            </w:r>
          </w:p>
        </w:tc>
        <w:tc>
          <w:tcPr>
            <w:tcW w:w="850" w:type="dxa"/>
            <w:vAlign w:val="center"/>
          </w:tcPr>
          <w:p w14:paraId="54F9098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0EEEC6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53FAD47" w14:textId="77777777" w:rsidTr="005A76E1">
        <w:trPr>
          <w:jc w:val="center"/>
        </w:trPr>
        <w:tc>
          <w:tcPr>
            <w:tcW w:w="680" w:type="dxa"/>
            <w:vAlign w:val="center"/>
          </w:tcPr>
          <w:p w14:paraId="58E1A72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2324" w:type="dxa"/>
            <w:vAlign w:val="center"/>
          </w:tcPr>
          <w:p w14:paraId="63D5B4A4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187FE9FF" w14:textId="77777777" w:rsidR="00A469A4" w:rsidRDefault="00A469A4" w:rsidP="005A76E1">
            <w:r>
              <w:rPr>
                <w:sz w:val="16"/>
              </w:rPr>
              <w:t>Впечатления от представления</w:t>
            </w:r>
          </w:p>
        </w:tc>
        <w:tc>
          <w:tcPr>
            <w:tcW w:w="850" w:type="dxa"/>
            <w:vAlign w:val="center"/>
          </w:tcPr>
          <w:p w14:paraId="7E409D1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FD8A50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BB72A36" w14:textId="77777777" w:rsidTr="005A76E1">
        <w:trPr>
          <w:jc w:val="center"/>
        </w:trPr>
        <w:tc>
          <w:tcPr>
            <w:tcW w:w="680" w:type="dxa"/>
            <w:vAlign w:val="center"/>
          </w:tcPr>
          <w:p w14:paraId="76E724F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61</w:t>
            </w:r>
          </w:p>
        </w:tc>
        <w:tc>
          <w:tcPr>
            <w:tcW w:w="2324" w:type="dxa"/>
            <w:vAlign w:val="center"/>
          </w:tcPr>
          <w:p w14:paraId="1C818C45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30EEEEA3" w14:textId="77777777" w:rsidR="00A469A4" w:rsidRDefault="00A469A4" w:rsidP="005A76E1">
            <w:r>
              <w:rPr>
                <w:sz w:val="16"/>
              </w:rPr>
              <w:t>Рассказ «В цирке»</w:t>
            </w:r>
          </w:p>
        </w:tc>
        <w:tc>
          <w:tcPr>
            <w:tcW w:w="850" w:type="dxa"/>
            <w:vAlign w:val="center"/>
          </w:tcPr>
          <w:p w14:paraId="5945A63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005DB33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4F9AB1E4" w14:textId="77777777" w:rsidTr="005A76E1">
        <w:trPr>
          <w:jc w:val="center"/>
        </w:trPr>
        <w:tc>
          <w:tcPr>
            <w:tcW w:w="680" w:type="dxa"/>
            <w:vAlign w:val="center"/>
          </w:tcPr>
          <w:p w14:paraId="1CDB4F0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62</w:t>
            </w:r>
          </w:p>
        </w:tc>
        <w:tc>
          <w:tcPr>
            <w:tcW w:w="2324" w:type="dxa"/>
            <w:vAlign w:val="center"/>
          </w:tcPr>
          <w:p w14:paraId="2473B196" w14:textId="77777777" w:rsidR="00A469A4" w:rsidRDefault="00A469A4" w:rsidP="005A76E1">
            <w:r>
              <w:rPr>
                <w:sz w:val="16"/>
              </w:rPr>
              <w:t>Идём в цирк</w:t>
            </w:r>
          </w:p>
        </w:tc>
        <w:tc>
          <w:tcPr>
            <w:tcW w:w="3118" w:type="dxa"/>
            <w:vAlign w:val="center"/>
          </w:tcPr>
          <w:p w14:paraId="05708C81" w14:textId="77777777" w:rsidR="00A469A4" w:rsidRDefault="00A469A4" w:rsidP="005A76E1">
            <w:r>
              <w:rPr>
                <w:sz w:val="16"/>
              </w:rPr>
              <w:t>Обобщение по теме «Идём в цирк»</w:t>
            </w:r>
          </w:p>
        </w:tc>
        <w:tc>
          <w:tcPr>
            <w:tcW w:w="850" w:type="dxa"/>
            <w:vAlign w:val="center"/>
          </w:tcPr>
          <w:p w14:paraId="49CAEF8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952FC03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209E8705" w14:textId="77777777" w:rsidTr="005A76E1">
        <w:trPr>
          <w:jc w:val="center"/>
        </w:trPr>
        <w:tc>
          <w:tcPr>
            <w:tcW w:w="680" w:type="dxa"/>
            <w:vAlign w:val="center"/>
          </w:tcPr>
          <w:p w14:paraId="7CA7578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63</w:t>
            </w:r>
          </w:p>
        </w:tc>
        <w:tc>
          <w:tcPr>
            <w:tcW w:w="2324" w:type="dxa"/>
            <w:vAlign w:val="center"/>
          </w:tcPr>
          <w:p w14:paraId="3AD514B5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1B882E9C" w14:textId="77777777" w:rsidR="00A469A4" w:rsidRDefault="00A469A4" w:rsidP="005A76E1">
            <w:r>
              <w:rPr>
                <w:sz w:val="16"/>
              </w:rPr>
              <w:t>Повторение: семья и школа</w:t>
            </w:r>
          </w:p>
        </w:tc>
        <w:tc>
          <w:tcPr>
            <w:tcW w:w="850" w:type="dxa"/>
            <w:vAlign w:val="center"/>
          </w:tcPr>
          <w:p w14:paraId="5270DBC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EAB6716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369F8938" w14:textId="77777777" w:rsidTr="005A76E1">
        <w:trPr>
          <w:jc w:val="center"/>
        </w:trPr>
        <w:tc>
          <w:tcPr>
            <w:tcW w:w="680" w:type="dxa"/>
            <w:vAlign w:val="center"/>
          </w:tcPr>
          <w:p w14:paraId="7CAE7DF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64</w:t>
            </w:r>
          </w:p>
        </w:tc>
        <w:tc>
          <w:tcPr>
            <w:tcW w:w="2324" w:type="dxa"/>
            <w:vAlign w:val="center"/>
          </w:tcPr>
          <w:p w14:paraId="4D24556F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05EE6D5A" w14:textId="77777777" w:rsidR="00A469A4" w:rsidRDefault="00A469A4" w:rsidP="005A76E1">
            <w:r>
              <w:rPr>
                <w:sz w:val="16"/>
              </w:rPr>
              <w:t>Повторение: распорядок дня</w:t>
            </w:r>
          </w:p>
        </w:tc>
        <w:tc>
          <w:tcPr>
            <w:tcW w:w="850" w:type="dxa"/>
            <w:vAlign w:val="center"/>
          </w:tcPr>
          <w:p w14:paraId="26E5C9F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8830D3C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04DBB2C4" w14:textId="77777777" w:rsidTr="005A76E1">
        <w:trPr>
          <w:jc w:val="center"/>
        </w:trPr>
        <w:tc>
          <w:tcPr>
            <w:tcW w:w="680" w:type="dxa"/>
            <w:vAlign w:val="center"/>
          </w:tcPr>
          <w:p w14:paraId="215FFBB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65</w:t>
            </w:r>
          </w:p>
        </w:tc>
        <w:tc>
          <w:tcPr>
            <w:tcW w:w="2324" w:type="dxa"/>
            <w:vAlign w:val="center"/>
          </w:tcPr>
          <w:p w14:paraId="7A4780AD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242062B6" w14:textId="77777777" w:rsidR="00A469A4" w:rsidRDefault="00A469A4" w:rsidP="005A76E1">
            <w:r>
              <w:rPr>
                <w:sz w:val="16"/>
              </w:rPr>
              <w:t>Повторение: праздники</w:t>
            </w:r>
          </w:p>
        </w:tc>
        <w:tc>
          <w:tcPr>
            <w:tcW w:w="850" w:type="dxa"/>
            <w:vAlign w:val="center"/>
          </w:tcPr>
          <w:p w14:paraId="0977AF5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F8D900A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382F487E" w14:textId="77777777" w:rsidTr="005A76E1">
        <w:trPr>
          <w:jc w:val="center"/>
        </w:trPr>
        <w:tc>
          <w:tcPr>
            <w:tcW w:w="680" w:type="dxa"/>
            <w:vAlign w:val="center"/>
          </w:tcPr>
          <w:p w14:paraId="7B65C89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2324" w:type="dxa"/>
            <w:vAlign w:val="center"/>
          </w:tcPr>
          <w:p w14:paraId="0ACD3C53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7E8FEC2E" w14:textId="77777777" w:rsidR="00A469A4" w:rsidRDefault="00A469A4" w:rsidP="005A76E1">
            <w:r>
              <w:rPr>
                <w:sz w:val="16"/>
              </w:rPr>
              <w:t>Повторение: животные и цирк</w:t>
            </w:r>
          </w:p>
        </w:tc>
        <w:tc>
          <w:tcPr>
            <w:tcW w:w="850" w:type="dxa"/>
            <w:vAlign w:val="center"/>
          </w:tcPr>
          <w:p w14:paraId="72648B1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6398851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57EEF093" w14:textId="77777777" w:rsidTr="005A76E1">
        <w:trPr>
          <w:jc w:val="center"/>
        </w:trPr>
        <w:tc>
          <w:tcPr>
            <w:tcW w:w="680" w:type="dxa"/>
            <w:vAlign w:val="center"/>
          </w:tcPr>
          <w:p w14:paraId="08FCE50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67</w:t>
            </w:r>
          </w:p>
        </w:tc>
        <w:tc>
          <w:tcPr>
            <w:tcW w:w="2324" w:type="dxa"/>
            <w:vAlign w:val="center"/>
          </w:tcPr>
          <w:p w14:paraId="68EB6D3F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2ACB0811" w14:textId="77777777" w:rsidR="00A469A4" w:rsidRDefault="00A469A4" w:rsidP="005A76E1">
            <w:r>
              <w:rPr>
                <w:sz w:val="16"/>
              </w:rPr>
              <w:t>Комплексное применение изученного материала</w:t>
            </w:r>
          </w:p>
        </w:tc>
        <w:tc>
          <w:tcPr>
            <w:tcW w:w="850" w:type="dxa"/>
            <w:vAlign w:val="center"/>
          </w:tcPr>
          <w:p w14:paraId="4A01498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E6E48E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84E5911" w14:textId="77777777" w:rsidTr="005A76E1">
        <w:trPr>
          <w:jc w:val="center"/>
        </w:trPr>
        <w:tc>
          <w:tcPr>
            <w:tcW w:w="680" w:type="dxa"/>
            <w:vAlign w:val="center"/>
          </w:tcPr>
          <w:p w14:paraId="0490158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68</w:t>
            </w:r>
          </w:p>
        </w:tc>
        <w:tc>
          <w:tcPr>
            <w:tcW w:w="2324" w:type="dxa"/>
            <w:vAlign w:val="center"/>
          </w:tcPr>
          <w:p w14:paraId="269621D3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689C7052" w14:textId="77777777" w:rsidR="00A469A4" w:rsidRDefault="00A469A4" w:rsidP="005A76E1">
            <w:r>
              <w:rPr>
                <w:sz w:val="16"/>
              </w:rPr>
              <w:t>Итоговое обобщение за 3 класс</w:t>
            </w:r>
          </w:p>
        </w:tc>
        <w:tc>
          <w:tcPr>
            <w:tcW w:w="850" w:type="dxa"/>
            <w:vAlign w:val="center"/>
          </w:tcPr>
          <w:p w14:paraId="548DDD5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172485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55DCAC6" w14:textId="77777777" w:rsidTr="005A76E1">
        <w:trPr>
          <w:jc w:val="center"/>
        </w:trPr>
        <w:tc>
          <w:tcPr>
            <w:tcW w:w="3118" w:type="dxa"/>
            <w:gridSpan w:val="3"/>
            <w:shd w:val="clear" w:color="auto" w:fill="EDEDED"/>
            <w:vAlign w:val="center"/>
          </w:tcPr>
          <w:p w14:paraId="70BBE01A" w14:textId="77777777" w:rsidR="00A469A4" w:rsidRDefault="00A469A4" w:rsidP="005A76E1">
            <w:pPr>
              <w:jc w:val="right"/>
            </w:pPr>
            <w:r>
              <w:rPr>
                <w:b/>
                <w:sz w:val="16"/>
              </w:rPr>
              <w:t>ИТОГО</w:t>
            </w:r>
          </w:p>
        </w:tc>
        <w:tc>
          <w:tcPr>
            <w:tcW w:w="850" w:type="dxa"/>
            <w:shd w:val="clear" w:color="auto" w:fill="EDEDED"/>
            <w:vAlign w:val="center"/>
          </w:tcPr>
          <w:p w14:paraId="72913A41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68</w:t>
            </w:r>
          </w:p>
        </w:tc>
        <w:tc>
          <w:tcPr>
            <w:tcW w:w="3402" w:type="dxa"/>
            <w:shd w:val="clear" w:color="auto" w:fill="EDEDED"/>
            <w:vAlign w:val="center"/>
          </w:tcPr>
          <w:p w14:paraId="4874D6B5" w14:textId="77777777" w:rsidR="00A469A4" w:rsidRDefault="00A469A4" w:rsidP="005A76E1"/>
        </w:tc>
      </w:tr>
    </w:tbl>
    <w:p w14:paraId="3A38F2C9" w14:textId="77777777" w:rsidR="00A469A4" w:rsidRDefault="00A469A4" w:rsidP="00A469A4">
      <w:r>
        <w:br w:type="page"/>
      </w:r>
    </w:p>
    <w:p w14:paraId="35C6CF3A" w14:textId="77777777" w:rsidR="00A469A4" w:rsidRDefault="00A469A4" w:rsidP="00A469A4">
      <w:pPr>
        <w:jc w:val="center"/>
      </w:pPr>
      <w:r>
        <w:rPr>
          <w:b/>
          <w:sz w:val="24"/>
        </w:rPr>
        <w:t>4 КЛАСС — 68 ЧАСОВ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324"/>
        <w:gridCol w:w="3118"/>
        <w:gridCol w:w="850"/>
        <w:gridCol w:w="3402"/>
      </w:tblGrid>
      <w:tr w:rsidR="00A469A4" w14:paraId="39A14743" w14:textId="77777777" w:rsidTr="005A76E1">
        <w:trPr>
          <w:tblHeader/>
          <w:jc w:val="center"/>
        </w:trPr>
        <w:tc>
          <w:tcPr>
            <w:tcW w:w="680" w:type="dxa"/>
            <w:shd w:val="clear" w:color="auto" w:fill="D9EAF7"/>
            <w:vAlign w:val="center"/>
          </w:tcPr>
          <w:p w14:paraId="2708C57B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№ урока</w:t>
            </w:r>
          </w:p>
        </w:tc>
        <w:tc>
          <w:tcPr>
            <w:tcW w:w="2324" w:type="dxa"/>
            <w:shd w:val="clear" w:color="auto" w:fill="D9EAF7"/>
            <w:vAlign w:val="center"/>
          </w:tcPr>
          <w:p w14:paraId="168CB842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Тематический раздел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2F8574C6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Тема урока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2DDD9DA2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Кол-во часов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29F51131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Основные виды деятельности обучающихся</w:t>
            </w:r>
          </w:p>
        </w:tc>
      </w:tr>
      <w:tr w:rsidR="00A469A4" w14:paraId="46B0A646" w14:textId="77777777" w:rsidTr="005A76E1">
        <w:trPr>
          <w:jc w:val="center"/>
        </w:trPr>
        <w:tc>
          <w:tcPr>
            <w:tcW w:w="680" w:type="dxa"/>
            <w:vAlign w:val="center"/>
          </w:tcPr>
          <w:p w14:paraId="7B37B39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324" w:type="dxa"/>
            <w:vAlign w:val="center"/>
          </w:tcPr>
          <w:p w14:paraId="22F1E1C1" w14:textId="77777777" w:rsidR="00A469A4" w:rsidRDefault="00A469A4" w:rsidP="005A76E1">
            <w:r>
              <w:rPr>
                <w:sz w:val="16"/>
              </w:rPr>
              <w:t>Повторение изученного в 3 классе</w:t>
            </w:r>
          </w:p>
        </w:tc>
        <w:tc>
          <w:tcPr>
            <w:tcW w:w="3118" w:type="dxa"/>
            <w:vAlign w:val="center"/>
          </w:tcPr>
          <w:p w14:paraId="346E759E" w14:textId="77777777" w:rsidR="00A469A4" w:rsidRDefault="00A469A4" w:rsidP="005A76E1">
            <w:r>
              <w:rPr>
                <w:sz w:val="16"/>
              </w:rPr>
              <w:t>Повторение лексики 3 класса</w:t>
            </w:r>
          </w:p>
        </w:tc>
        <w:tc>
          <w:tcPr>
            <w:tcW w:w="850" w:type="dxa"/>
            <w:vAlign w:val="center"/>
          </w:tcPr>
          <w:p w14:paraId="0CA2F35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25DE1EA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60F0D57F" w14:textId="77777777" w:rsidTr="005A76E1">
        <w:trPr>
          <w:jc w:val="center"/>
        </w:trPr>
        <w:tc>
          <w:tcPr>
            <w:tcW w:w="680" w:type="dxa"/>
            <w:vAlign w:val="center"/>
          </w:tcPr>
          <w:p w14:paraId="01E7A43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24" w:type="dxa"/>
            <w:vAlign w:val="center"/>
          </w:tcPr>
          <w:p w14:paraId="2E93DB8D" w14:textId="77777777" w:rsidR="00A469A4" w:rsidRDefault="00A469A4" w:rsidP="005A76E1">
            <w:r>
              <w:rPr>
                <w:sz w:val="16"/>
              </w:rPr>
              <w:t>Повторение изученного в 3 классе</w:t>
            </w:r>
          </w:p>
        </w:tc>
        <w:tc>
          <w:tcPr>
            <w:tcW w:w="3118" w:type="dxa"/>
            <w:vAlign w:val="center"/>
          </w:tcPr>
          <w:p w14:paraId="795A7694" w14:textId="77777777" w:rsidR="00A469A4" w:rsidRDefault="00A469A4" w:rsidP="005A76E1">
            <w:r>
              <w:rPr>
                <w:sz w:val="16"/>
              </w:rPr>
              <w:t>Повторение грамматических конструкций</w:t>
            </w:r>
          </w:p>
        </w:tc>
        <w:tc>
          <w:tcPr>
            <w:tcW w:w="850" w:type="dxa"/>
            <w:vAlign w:val="center"/>
          </w:tcPr>
          <w:p w14:paraId="1E84121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BB7B03C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5338D3D0" w14:textId="77777777" w:rsidTr="005A76E1">
        <w:trPr>
          <w:jc w:val="center"/>
        </w:trPr>
        <w:tc>
          <w:tcPr>
            <w:tcW w:w="680" w:type="dxa"/>
            <w:vAlign w:val="center"/>
          </w:tcPr>
          <w:p w14:paraId="123B51F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324" w:type="dxa"/>
            <w:vAlign w:val="center"/>
          </w:tcPr>
          <w:p w14:paraId="08C428A1" w14:textId="77777777" w:rsidR="00A469A4" w:rsidRDefault="00A469A4" w:rsidP="005A76E1">
            <w:r>
              <w:rPr>
                <w:sz w:val="16"/>
              </w:rPr>
              <w:t>Повторение изученного в 3 классе</w:t>
            </w:r>
          </w:p>
        </w:tc>
        <w:tc>
          <w:tcPr>
            <w:tcW w:w="3118" w:type="dxa"/>
            <w:vAlign w:val="center"/>
          </w:tcPr>
          <w:p w14:paraId="68576F4B" w14:textId="77777777" w:rsidR="00A469A4" w:rsidRDefault="00A469A4" w:rsidP="005A76E1">
            <w:r>
              <w:rPr>
                <w:sz w:val="16"/>
              </w:rPr>
              <w:t>Повторение речевых образцов</w:t>
            </w:r>
          </w:p>
        </w:tc>
        <w:tc>
          <w:tcPr>
            <w:tcW w:w="850" w:type="dxa"/>
            <w:vAlign w:val="center"/>
          </w:tcPr>
          <w:p w14:paraId="7D55830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490D499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09D6C299" w14:textId="77777777" w:rsidTr="005A76E1">
        <w:trPr>
          <w:jc w:val="center"/>
        </w:trPr>
        <w:tc>
          <w:tcPr>
            <w:tcW w:w="680" w:type="dxa"/>
            <w:vAlign w:val="center"/>
          </w:tcPr>
          <w:p w14:paraId="4622B16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324" w:type="dxa"/>
            <w:vAlign w:val="center"/>
          </w:tcPr>
          <w:p w14:paraId="3BFD546D" w14:textId="77777777" w:rsidR="00A469A4" w:rsidRDefault="00A469A4" w:rsidP="005A76E1">
            <w:r>
              <w:rPr>
                <w:sz w:val="16"/>
              </w:rPr>
              <w:t>Повторение изученного в 3 классе</w:t>
            </w:r>
          </w:p>
        </w:tc>
        <w:tc>
          <w:tcPr>
            <w:tcW w:w="3118" w:type="dxa"/>
            <w:vAlign w:val="center"/>
          </w:tcPr>
          <w:p w14:paraId="009CAB6C" w14:textId="77777777" w:rsidR="00A469A4" w:rsidRDefault="00A469A4" w:rsidP="005A76E1">
            <w:r>
              <w:rPr>
                <w:sz w:val="16"/>
              </w:rPr>
              <w:t>Диалогическая речь: повторение</w:t>
            </w:r>
          </w:p>
        </w:tc>
        <w:tc>
          <w:tcPr>
            <w:tcW w:w="850" w:type="dxa"/>
            <w:vAlign w:val="center"/>
          </w:tcPr>
          <w:p w14:paraId="15690F3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A78DD82" w14:textId="77777777" w:rsidR="00A469A4" w:rsidRDefault="00A469A4" w:rsidP="005A76E1">
            <w:r>
              <w:rPr>
                <w:sz w:val="16"/>
              </w:rPr>
              <w:t>Вести диалог в пределах изученной тематики; задавать вопросы и отвечать на них.</w:t>
            </w:r>
          </w:p>
        </w:tc>
      </w:tr>
      <w:tr w:rsidR="00A469A4" w14:paraId="7BAE574D" w14:textId="77777777" w:rsidTr="005A76E1">
        <w:trPr>
          <w:jc w:val="center"/>
        </w:trPr>
        <w:tc>
          <w:tcPr>
            <w:tcW w:w="680" w:type="dxa"/>
            <w:vAlign w:val="center"/>
          </w:tcPr>
          <w:p w14:paraId="0EF414E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324" w:type="dxa"/>
            <w:vAlign w:val="center"/>
          </w:tcPr>
          <w:p w14:paraId="44D32ABA" w14:textId="77777777" w:rsidR="00A469A4" w:rsidRDefault="00A469A4" w:rsidP="005A76E1">
            <w:r>
              <w:rPr>
                <w:sz w:val="16"/>
              </w:rPr>
              <w:t>Повторение изученного в 3 классе</w:t>
            </w:r>
          </w:p>
        </w:tc>
        <w:tc>
          <w:tcPr>
            <w:tcW w:w="3118" w:type="dxa"/>
            <w:vAlign w:val="center"/>
          </w:tcPr>
          <w:p w14:paraId="741AF39D" w14:textId="77777777" w:rsidR="00A469A4" w:rsidRDefault="00A469A4" w:rsidP="005A76E1">
            <w:r>
              <w:rPr>
                <w:sz w:val="16"/>
              </w:rPr>
              <w:t>Монологическая речь: повторение</w:t>
            </w:r>
          </w:p>
        </w:tc>
        <w:tc>
          <w:tcPr>
            <w:tcW w:w="850" w:type="dxa"/>
            <w:vAlign w:val="center"/>
          </w:tcPr>
          <w:p w14:paraId="4900CA4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E5C72D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D498EB8" w14:textId="77777777" w:rsidTr="005A76E1">
        <w:trPr>
          <w:jc w:val="center"/>
        </w:trPr>
        <w:tc>
          <w:tcPr>
            <w:tcW w:w="680" w:type="dxa"/>
            <w:vAlign w:val="center"/>
          </w:tcPr>
          <w:p w14:paraId="6A5823D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324" w:type="dxa"/>
            <w:vAlign w:val="center"/>
          </w:tcPr>
          <w:p w14:paraId="5263436C" w14:textId="77777777" w:rsidR="00A469A4" w:rsidRDefault="00A469A4" w:rsidP="005A76E1">
            <w:r>
              <w:rPr>
                <w:sz w:val="16"/>
              </w:rPr>
              <w:t>Повторение изученного в 3 классе</w:t>
            </w:r>
          </w:p>
        </w:tc>
        <w:tc>
          <w:tcPr>
            <w:tcW w:w="3118" w:type="dxa"/>
            <w:vAlign w:val="center"/>
          </w:tcPr>
          <w:p w14:paraId="451E640B" w14:textId="77777777" w:rsidR="00A469A4" w:rsidRDefault="00A469A4" w:rsidP="005A76E1">
            <w:r>
              <w:rPr>
                <w:sz w:val="16"/>
              </w:rPr>
              <w:t>Обобщение изученного в 3 классе</w:t>
            </w:r>
          </w:p>
        </w:tc>
        <w:tc>
          <w:tcPr>
            <w:tcW w:w="850" w:type="dxa"/>
            <w:vAlign w:val="center"/>
          </w:tcPr>
          <w:p w14:paraId="39F0E3B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95CEEFF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50DD2B5A" w14:textId="77777777" w:rsidTr="005A76E1">
        <w:trPr>
          <w:jc w:val="center"/>
        </w:trPr>
        <w:tc>
          <w:tcPr>
            <w:tcW w:w="680" w:type="dxa"/>
            <w:vAlign w:val="center"/>
          </w:tcPr>
          <w:p w14:paraId="79F4F9C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324" w:type="dxa"/>
            <w:vAlign w:val="center"/>
          </w:tcPr>
          <w:p w14:paraId="461EB4A3" w14:textId="77777777" w:rsidR="00A469A4" w:rsidRDefault="00A469A4" w:rsidP="005A76E1">
            <w:r>
              <w:rPr>
                <w:sz w:val="16"/>
              </w:rPr>
              <w:t>Позвольте представиться</w:t>
            </w:r>
          </w:p>
        </w:tc>
        <w:tc>
          <w:tcPr>
            <w:tcW w:w="3118" w:type="dxa"/>
            <w:vAlign w:val="center"/>
          </w:tcPr>
          <w:p w14:paraId="2304A25D" w14:textId="77777777" w:rsidR="00A469A4" w:rsidRDefault="00A469A4" w:rsidP="005A76E1">
            <w:r>
              <w:rPr>
                <w:sz w:val="16"/>
              </w:rPr>
              <w:t>Знакомство и представление</w:t>
            </w:r>
          </w:p>
        </w:tc>
        <w:tc>
          <w:tcPr>
            <w:tcW w:w="850" w:type="dxa"/>
            <w:vAlign w:val="center"/>
          </w:tcPr>
          <w:p w14:paraId="03D598C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452358D" w14:textId="77777777" w:rsidR="00A469A4" w:rsidRDefault="00A469A4" w:rsidP="005A76E1">
            <w:r>
              <w:rPr>
                <w:sz w:val="16"/>
              </w:rPr>
              <w:t>Вести этикетный диалог; приветствовать, представляться и прощаться.</w:t>
            </w:r>
          </w:p>
        </w:tc>
      </w:tr>
      <w:tr w:rsidR="00A469A4" w14:paraId="0F778371" w14:textId="77777777" w:rsidTr="005A76E1">
        <w:trPr>
          <w:jc w:val="center"/>
        </w:trPr>
        <w:tc>
          <w:tcPr>
            <w:tcW w:w="680" w:type="dxa"/>
            <w:vAlign w:val="center"/>
          </w:tcPr>
          <w:p w14:paraId="4FD5005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324" w:type="dxa"/>
            <w:vAlign w:val="center"/>
          </w:tcPr>
          <w:p w14:paraId="397A47D2" w14:textId="77777777" w:rsidR="00A469A4" w:rsidRDefault="00A469A4" w:rsidP="005A76E1">
            <w:r>
              <w:rPr>
                <w:sz w:val="16"/>
              </w:rPr>
              <w:t>Позвольте представиться</w:t>
            </w:r>
          </w:p>
        </w:tc>
        <w:tc>
          <w:tcPr>
            <w:tcW w:w="3118" w:type="dxa"/>
            <w:vAlign w:val="center"/>
          </w:tcPr>
          <w:p w14:paraId="23220AB3" w14:textId="77777777" w:rsidR="00A469A4" w:rsidRDefault="00A469A4" w:rsidP="005A76E1">
            <w:r>
              <w:rPr>
                <w:sz w:val="16"/>
              </w:rPr>
              <w:t>Личная информация</w:t>
            </w:r>
          </w:p>
        </w:tc>
        <w:tc>
          <w:tcPr>
            <w:tcW w:w="850" w:type="dxa"/>
            <w:vAlign w:val="center"/>
          </w:tcPr>
          <w:p w14:paraId="6C012C7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41407A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0B102F7" w14:textId="77777777" w:rsidTr="005A76E1">
        <w:trPr>
          <w:jc w:val="center"/>
        </w:trPr>
        <w:tc>
          <w:tcPr>
            <w:tcW w:w="680" w:type="dxa"/>
            <w:vAlign w:val="center"/>
          </w:tcPr>
          <w:p w14:paraId="76FA48B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324" w:type="dxa"/>
            <w:vAlign w:val="center"/>
          </w:tcPr>
          <w:p w14:paraId="7AC54775" w14:textId="77777777" w:rsidR="00A469A4" w:rsidRDefault="00A469A4" w:rsidP="005A76E1">
            <w:r>
              <w:rPr>
                <w:sz w:val="16"/>
              </w:rPr>
              <w:t>Позвольте представиться</w:t>
            </w:r>
          </w:p>
        </w:tc>
        <w:tc>
          <w:tcPr>
            <w:tcW w:w="3118" w:type="dxa"/>
            <w:vAlign w:val="center"/>
          </w:tcPr>
          <w:p w14:paraId="7D535ABF" w14:textId="77777777" w:rsidR="00A469A4" w:rsidRDefault="00A469A4" w:rsidP="005A76E1">
            <w:r>
              <w:rPr>
                <w:sz w:val="16"/>
              </w:rPr>
              <w:t>Рассказ о себе</w:t>
            </w:r>
          </w:p>
        </w:tc>
        <w:tc>
          <w:tcPr>
            <w:tcW w:w="850" w:type="dxa"/>
            <w:vAlign w:val="center"/>
          </w:tcPr>
          <w:p w14:paraId="01CD4C5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BF6A8A8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220EA6E8" w14:textId="77777777" w:rsidTr="005A76E1">
        <w:trPr>
          <w:jc w:val="center"/>
        </w:trPr>
        <w:tc>
          <w:tcPr>
            <w:tcW w:w="680" w:type="dxa"/>
            <w:vAlign w:val="center"/>
          </w:tcPr>
          <w:p w14:paraId="21CB5E4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324" w:type="dxa"/>
            <w:vAlign w:val="center"/>
          </w:tcPr>
          <w:p w14:paraId="11EB90A6" w14:textId="77777777" w:rsidR="00A469A4" w:rsidRDefault="00A469A4" w:rsidP="005A76E1">
            <w:r>
              <w:rPr>
                <w:sz w:val="16"/>
              </w:rPr>
              <w:t>Позвольте представиться</w:t>
            </w:r>
          </w:p>
        </w:tc>
        <w:tc>
          <w:tcPr>
            <w:tcW w:w="3118" w:type="dxa"/>
            <w:vAlign w:val="center"/>
          </w:tcPr>
          <w:p w14:paraId="1518F5A7" w14:textId="77777777" w:rsidR="00A469A4" w:rsidRDefault="00A469A4" w:rsidP="005A76E1">
            <w:r>
              <w:rPr>
                <w:sz w:val="16"/>
              </w:rPr>
              <w:t>Представление другого человека</w:t>
            </w:r>
          </w:p>
        </w:tc>
        <w:tc>
          <w:tcPr>
            <w:tcW w:w="850" w:type="dxa"/>
            <w:vAlign w:val="center"/>
          </w:tcPr>
          <w:p w14:paraId="7994D27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D5BB3D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C798094" w14:textId="77777777" w:rsidTr="005A76E1">
        <w:trPr>
          <w:jc w:val="center"/>
        </w:trPr>
        <w:tc>
          <w:tcPr>
            <w:tcW w:w="680" w:type="dxa"/>
            <w:vAlign w:val="center"/>
          </w:tcPr>
          <w:p w14:paraId="2725D26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324" w:type="dxa"/>
            <w:vAlign w:val="center"/>
          </w:tcPr>
          <w:p w14:paraId="71063F4A" w14:textId="77777777" w:rsidR="00A469A4" w:rsidRDefault="00A469A4" w:rsidP="005A76E1">
            <w:r>
              <w:rPr>
                <w:sz w:val="16"/>
              </w:rPr>
              <w:t>Позвольте представиться</w:t>
            </w:r>
          </w:p>
        </w:tc>
        <w:tc>
          <w:tcPr>
            <w:tcW w:w="3118" w:type="dxa"/>
            <w:vAlign w:val="center"/>
          </w:tcPr>
          <w:p w14:paraId="17B6F3B8" w14:textId="77777777" w:rsidR="00A469A4" w:rsidRDefault="00A469A4" w:rsidP="005A76E1">
            <w:r>
              <w:rPr>
                <w:sz w:val="16"/>
              </w:rPr>
              <w:t>Речевой этикет при знакомстве</w:t>
            </w:r>
          </w:p>
        </w:tc>
        <w:tc>
          <w:tcPr>
            <w:tcW w:w="850" w:type="dxa"/>
            <w:vAlign w:val="center"/>
          </w:tcPr>
          <w:p w14:paraId="60B09AC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22FBD2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D8AAB83" w14:textId="77777777" w:rsidTr="005A76E1">
        <w:trPr>
          <w:jc w:val="center"/>
        </w:trPr>
        <w:tc>
          <w:tcPr>
            <w:tcW w:w="680" w:type="dxa"/>
            <w:vAlign w:val="center"/>
          </w:tcPr>
          <w:p w14:paraId="4C4672C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324" w:type="dxa"/>
            <w:vAlign w:val="center"/>
          </w:tcPr>
          <w:p w14:paraId="45ADFAEF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3E8076F8" w14:textId="77777777" w:rsidR="00A469A4" w:rsidRDefault="00A469A4" w:rsidP="005A76E1">
            <w:r>
              <w:rPr>
                <w:sz w:val="16"/>
              </w:rPr>
              <w:t>Состав семьи</w:t>
            </w:r>
          </w:p>
        </w:tc>
        <w:tc>
          <w:tcPr>
            <w:tcW w:w="850" w:type="dxa"/>
            <w:vAlign w:val="center"/>
          </w:tcPr>
          <w:p w14:paraId="6160E14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CAE80A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AB3D971" w14:textId="77777777" w:rsidTr="005A76E1">
        <w:trPr>
          <w:jc w:val="center"/>
        </w:trPr>
        <w:tc>
          <w:tcPr>
            <w:tcW w:w="680" w:type="dxa"/>
            <w:vAlign w:val="center"/>
          </w:tcPr>
          <w:p w14:paraId="3BE28B7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324" w:type="dxa"/>
            <w:vAlign w:val="center"/>
          </w:tcPr>
          <w:p w14:paraId="7D0C597F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5DD2491B" w14:textId="77777777" w:rsidR="00A469A4" w:rsidRDefault="00A469A4" w:rsidP="005A76E1">
            <w:r>
              <w:rPr>
                <w:sz w:val="16"/>
              </w:rPr>
              <w:t>Родственники</w:t>
            </w:r>
          </w:p>
        </w:tc>
        <w:tc>
          <w:tcPr>
            <w:tcW w:w="850" w:type="dxa"/>
            <w:vAlign w:val="center"/>
          </w:tcPr>
          <w:p w14:paraId="674B874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791429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C0B7C55" w14:textId="77777777" w:rsidTr="005A76E1">
        <w:trPr>
          <w:jc w:val="center"/>
        </w:trPr>
        <w:tc>
          <w:tcPr>
            <w:tcW w:w="680" w:type="dxa"/>
            <w:vAlign w:val="center"/>
          </w:tcPr>
          <w:p w14:paraId="60A9AE4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324" w:type="dxa"/>
            <w:vAlign w:val="center"/>
          </w:tcPr>
          <w:p w14:paraId="68908953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0BF12EB1" w14:textId="77777777" w:rsidR="00A469A4" w:rsidRDefault="00A469A4" w:rsidP="005A76E1">
            <w:r>
              <w:rPr>
                <w:sz w:val="16"/>
              </w:rPr>
              <w:t>Профессии членов семьи</w:t>
            </w:r>
          </w:p>
        </w:tc>
        <w:tc>
          <w:tcPr>
            <w:tcW w:w="850" w:type="dxa"/>
            <w:vAlign w:val="center"/>
          </w:tcPr>
          <w:p w14:paraId="3E98E13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A05D00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89EA413" w14:textId="77777777" w:rsidTr="005A76E1">
        <w:trPr>
          <w:jc w:val="center"/>
        </w:trPr>
        <w:tc>
          <w:tcPr>
            <w:tcW w:w="680" w:type="dxa"/>
            <w:vAlign w:val="center"/>
          </w:tcPr>
          <w:p w14:paraId="7FAD9B2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324" w:type="dxa"/>
            <w:vAlign w:val="center"/>
          </w:tcPr>
          <w:p w14:paraId="4225EB94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43CB6076" w14:textId="77777777" w:rsidR="00A469A4" w:rsidRDefault="00A469A4" w:rsidP="005A76E1">
            <w:r>
              <w:rPr>
                <w:sz w:val="16"/>
              </w:rPr>
              <w:t>Внешность членов семьи</w:t>
            </w:r>
          </w:p>
        </w:tc>
        <w:tc>
          <w:tcPr>
            <w:tcW w:w="850" w:type="dxa"/>
            <w:vAlign w:val="center"/>
          </w:tcPr>
          <w:p w14:paraId="6C40649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D5FA08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457FA70" w14:textId="77777777" w:rsidTr="005A76E1">
        <w:trPr>
          <w:jc w:val="center"/>
        </w:trPr>
        <w:tc>
          <w:tcPr>
            <w:tcW w:w="680" w:type="dxa"/>
            <w:vAlign w:val="center"/>
          </w:tcPr>
          <w:p w14:paraId="590953E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2324" w:type="dxa"/>
            <w:vAlign w:val="center"/>
          </w:tcPr>
          <w:p w14:paraId="55E5A1EF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65822ACF" w14:textId="77777777" w:rsidR="00A469A4" w:rsidRDefault="00A469A4" w:rsidP="005A76E1">
            <w:r>
              <w:rPr>
                <w:sz w:val="16"/>
              </w:rPr>
              <w:t>Характер и интересы</w:t>
            </w:r>
          </w:p>
        </w:tc>
        <w:tc>
          <w:tcPr>
            <w:tcW w:w="850" w:type="dxa"/>
            <w:vAlign w:val="center"/>
          </w:tcPr>
          <w:p w14:paraId="4DB130F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1B192C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45C988B" w14:textId="77777777" w:rsidTr="005A76E1">
        <w:trPr>
          <w:jc w:val="center"/>
        </w:trPr>
        <w:tc>
          <w:tcPr>
            <w:tcW w:w="680" w:type="dxa"/>
            <w:vAlign w:val="center"/>
          </w:tcPr>
          <w:p w14:paraId="2E2F6BF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2324" w:type="dxa"/>
            <w:vAlign w:val="center"/>
          </w:tcPr>
          <w:p w14:paraId="6C4E7F75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1A7C8E56" w14:textId="77777777" w:rsidR="00A469A4" w:rsidRDefault="00A469A4" w:rsidP="005A76E1">
            <w:r>
              <w:rPr>
                <w:sz w:val="16"/>
              </w:rPr>
              <w:t>Семейные занятия</w:t>
            </w:r>
          </w:p>
        </w:tc>
        <w:tc>
          <w:tcPr>
            <w:tcW w:w="850" w:type="dxa"/>
            <w:vAlign w:val="center"/>
          </w:tcPr>
          <w:p w14:paraId="376D433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5B7B9B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0AAB267" w14:textId="77777777" w:rsidTr="005A76E1">
        <w:trPr>
          <w:jc w:val="center"/>
        </w:trPr>
        <w:tc>
          <w:tcPr>
            <w:tcW w:w="680" w:type="dxa"/>
            <w:vAlign w:val="center"/>
          </w:tcPr>
          <w:p w14:paraId="0F54D81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2324" w:type="dxa"/>
            <w:vAlign w:val="center"/>
          </w:tcPr>
          <w:p w14:paraId="44F31B7C" w14:textId="77777777" w:rsidR="00A469A4" w:rsidRDefault="00A469A4" w:rsidP="005A76E1">
            <w:r>
              <w:rPr>
                <w:sz w:val="16"/>
              </w:rPr>
              <w:t>Моя семья</w:t>
            </w:r>
          </w:p>
        </w:tc>
        <w:tc>
          <w:tcPr>
            <w:tcW w:w="3118" w:type="dxa"/>
            <w:vAlign w:val="center"/>
          </w:tcPr>
          <w:p w14:paraId="3D724D2C" w14:textId="77777777" w:rsidR="00A469A4" w:rsidRDefault="00A469A4" w:rsidP="005A76E1">
            <w:r>
              <w:rPr>
                <w:sz w:val="16"/>
              </w:rPr>
              <w:t>Рассказ «Моя семья»</w:t>
            </w:r>
          </w:p>
        </w:tc>
        <w:tc>
          <w:tcPr>
            <w:tcW w:w="850" w:type="dxa"/>
            <w:vAlign w:val="center"/>
          </w:tcPr>
          <w:p w14:paraId="650764C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7B11CCC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3B65E5E8" w14:textId="77777777" w:rsidTr="005A76E1">
        <w:trPr>
          <w:jc w:val="center"/>
        </w:trPr>
        <w:tc>
          <w:tcPr>
            <w:tcW w:w="680" w:type="dxa"/>
            <w:vAlign w:val="center"/>
          </w:tcPr>
          <w:p w14:paraId="7F8AC94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2324" w:type="dxa"/>
            <w:vAlign w:val="center"/>
          </w:tcPr>
          <w:p w14:paraId="0A594513" w14:textId="77777777" w:rsidR="00A469A4" w:rsidRDefault="00A469A4" w:rsidP="005A76E1">
            <w:r>
              <w:rPr>
                <w:sz w:val="16"/>
              </w:rPr>
              <w:t>Домашнее чтение</w:t>
            </w:r>
          </w:p>
        </w:tc>
        <w:tc>
          <w:tcPr>
            <w:tcW w:w="3118" w:type="dxa"/>
            <w:vAlign w:val="center"/>
          </w:tcPr>
          <w:p w14:paraId="1DBBA313" w14:textId="77777777" w:rsidR="00A469A4" w:rsidRDefault="00A469A4" w:rsidP="005A76E1">
            <w:r>
              <w:rPr>
                <w:sz w:val="16"/>
              </w:rPr>
              <w:t>Чтение: определение темы текста</w:t>
            </w:r>
          </w:p>
        </w:tc>
        <w:tc>
          <w:tcPr>
            <w:tcW w:w="850" w:type="dxa"/>
            <w:vAlign w:val="center"/>
          </w:tcPr>
          <w:p w14:paraId="426BDA1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E9A2ABA" w14:textId="77777777" w:rsidR="00A469A4" w:rsidRDefault="00A469A4" w:rsidP="005A76E1">
            <w:r>
              <w:rPr>
                <w:sz w:val="16"/>
              </w:rPr>
              <w:t>Читать и понимать небольшой текст; находить основную и запрашиваемую информацию.</w:t>
            </w:r>
          </w:p>
        </w:tc>
      </w:tr>
      <w:tr w:rsidR="00A469A4" w14:paraId="2257792C" w14:textId="77777777" w:rsidTr="005A76E1">
        <w:trPr>
          <w:jc w:val="center"/>
        </w:trPr>
        <w:tc>
          <w:tcPr>
            <w:tcW w:w="680" w:type="dxa"/>
            <w:vAlign w:val="center"/>
          </w:tcPr>
          <w:p w14:paraId="4F31C1E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2324" w:type="dxa"/>
            <w:vAlign w:val="center"/>
          </w:tcPr>
          <w:p w14:paraId="42E9C0B2" w14:textId="77777777" w:rsidR="00A469A4" w:rsidRDefault="00A469A4" w:rsidP="005A76E1">
            <w:r>
              <w:rPr>
                <w:sz w:val="16"/>
              </w:rPr>
              <w:t>Домашнее чтение</w:t>
            </w:r>
          </w:p>
        </w:tc>
        <w:tc>
          <w:tcPr>
            <w:tcW w:w="3118" w:type="dxa"/>
            <w:vAlign w:val="center"/>
          </w:tcPr>
          <w:p w14:paraId="1C924276" w14:textId="77777777" w:rsidR="00A469A4" w:rsidRDefault="00A469A4" w:rsidP="005A76E1">
            <w:r>
              <w:rPr>
                <w:sz w:val="16"/>
              </w:rPr>
              <w:t>Чтение: основная информация</w:t>
            </w:r>
          </w:p>
        </w:tc>
        <w:tc>
          <w:tcPr>
            <w:tcW w:w="850" w:type="dxa"/>
            <w:vAlign w:val="center"/>
          </w:tcPr>
          <w:p w14:paraId="320C5B8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F1FCF11" w14:textId="77777777" w:rsidR="00A469A4" w:rsidRDefault="00A469A4" w:rsidP="005A76E1">
            <w:r>
              <w:rPr>
                <w:sz w:val="16"/>
              </w:rPr>
              <w:t>Читать и понимать небольшой текст; находить основную и запрашиваемую информацию.</w:t>
            </w:r>
          </w:p>
        </w:tc>
      </w:tr>
      <w:tr w:rsidR="00A469A4" w14:paraId="0C5537FF" w14:textId="77777777" w:rsidTr="005A76E1">
        <w:trPr>
          <w:jc w:val="center"/>
        </w:trPr>
        <w:tc>
          <w:tcPr>
            <w:tcW w:w="680" w:type="dxa"/>
            <w:vAlign w:val="center"/>
          </w:tcPr>
          <w:p w14:paraId="10D0571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2324" w:type="dxa"/>
            <w:vAlign w:val="center"/>
          </w:tcPr>
          <w:p w14:paraId="23A9D97C" w14:textId="77777777" w:rsidR="00A469A4" w:rsidRDefault="00A469A4" w:rsidP="005A76E1">
            <w:r>
              <w:rPr>
                <w:sz w:val="16"/>
              </w:rPr>
              <w:t>Домашнее чтение</w:t>
            </w:r>
          </w:p>
        </w:tc>
        <w:tc>
          <w:tcPr>
            <w:tcW w:w="3118" w:type="dxa"/>
            <w:vAlign w:val="center"/>
          </w:tcPr>
          <w:p w14:paraId="46093281" w14:textId="77777777" w:rsidR="00A469A4" w:rsidRDefault="00A469A4" w:rsidP="005A76E1">
            <w:r>
              <w:rPr>
                <w:sz w:val="16"/>
              </w:rPr>
              <w:t>Чтение: поиск запрашиваемой информации</w:t>
            </w:r>
          </w:p>
        </w:tc>
        <w:tc>
          <w:tcPr>
            <w:tcW w:w="850" w:type="dxa"/>
            <w:vAlign w:val="center"/>
          </w:tcPr>
          <w:p w14:paraId="69E34B2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FC67A78" w14:textId="77777777" w:rsidR="00A469A4" w:rsidRDefault="00A469A4" w:rsidP="005A76E1">
            <w:r>
              <w:rPr>
                <w:sz w:val="16"/>
              </w:rPr>
              <w:t>Читать и понимать небольшой текст; находить основную и запрашиваемую информацию.</w:t>
            </w:r>
          </w:p>
        </w:tc>
      </w:tr>
      <w:tr w:rsidR="00A469A4" w14:paraId="41C2F438" w14:textId="77777777" w:rsidTr="005A76E1">
        <w:trPr>
          <w:jc w:val="center"/>
        </w:trPr>
        <w:tc>
          <w:tcPr>
            <w:tcW w:w="680" w:type="dxa"/>
            <w:vAlign w:val="center"/>
          </w:tcPr>
          <w:p w14:paraId="3C51E26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2324" w:type="dxa"/>
            <w:vAlign w:val="center"/>
          </w:tcPr>
          <w:p w14:paraId="2C67DFDD" w14:textId="77777777" w:rsidR="00A469A4" w:rsidRDefault="00A469A4" w:rsidP="005A76E1">
            <w:r>
              <w:rPr>
                <w:sz w:val="16"/>
              </w:rPr>
              <w:t>Домашнее чтение</w:t>
            </w:r>
          </w:p>
        </w:tc>
        <w:tc>
          <w:tcPr>
            <w:tcW w:w="3118" w:type="dxa"/>
            <w:vAlign w:val="center"/>
          </w:tcPr>
          <w:p w14:paraId="2803F595" w14:textId="77777777" w:rsidR="00A469A4" w:rsidRDefault="00A469A4" w:rsidP="005A76E1">
            <w:r>
              <w:rPr>
                <w:sz w:val="16"/>
              </w:rPr>
              <w:t>Последовательность событий</w:t>
            </w:r>
          </w:p>
        </w:tc>
        <w:tc>
          <w:tcPr>
            <w:tcW w:w="850" w:type="dxa"/>
            <w:vAlign w:val="center"/>
          </w:tcPr>
          <w:p w14:paraId="3AF115D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DE0BD1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A01D81E" w14:textId="77777777" w:rsidTr="005A76E1">
        <w:trPr>
          <w:jc w:val="center"/>
        </w:trPr>
        <w:tc>
          <w:tcPr>
            <w:tcW w:w="680" w:type="dxa"/>
            <w:vAlign w:val="center"/>
          </w:tcPr>
          <w:p w14:paraId="6F1FF28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2324" w:type="dxa"/>
            <w:vAlign w:val="center"/>
          </w:tcPr>
          <w:p w14:paraId="37A79A8E" w14:textId="77777777" w:rsidR="00A469A4" w:rsidRDefault="00A469A4" w:rsidP="005A76E1">
            <w:r>
              <w:rPr>
                <w:sz w:val="16"/>
              </w:rPr>
              <w:t>Домашнее чтение</w:t>
            </w:r>
          </w:p>
        </w:tc>
        <w:tc>
          <w:tcPr>
            <w:tcW w:w="3118" w:type="dxa"/>
            <w:vAlign w:val="center"/>
          </w:tcPr>
          <w:p w14:paraId="33E102F1" w14:textId="77777777" w:rsidR="00A469A4" w:rsidRDefault="00A469A4" w:rsidP="005A76E1">
            <w:r>
              <w:rPr>
                <w:sz w:val="16"/>
              </w:rPr>
              <w:t>Работа с незнакомыми словами по контексту</w:t>
            </w:r>
          </w:p>
        </w:tc>
        <w:tc>
          <w:tcPr>
            <w:tcW w:w="850" w:type="dxa"/>
            <w:vAlign w:val="center"/>
          </w:tcPr>
          <w:p w14:paraId="5A3AAAB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7B4468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8B9A7AE" w14:textId="77777777" w:rsidTr="005A76E1">
        <w:trPr>
          <w:jc w:val="center"/>
        </w:trPr>
        <w:tc>
          <w:tcPr>
            <w:tcW w:w="680" w:type="dxa"/>
            <w:vAlign w:val="center"/>
          </w:tcPr>
          <w:p w14:paraId="33CCF08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2324" w:type="dxa"/>
            <w:vAlign w:val="center"/>
          </w:tcPr>
          <w:p w14:paraId="58337D92" w14:textId="77777777" w:rsidR="00A469A4" w:rsidRDefault="00A469A4" w:rsidP="005A76E1">
            <w:r>
              <w:rPr>
                <w:sz w:val="16"/>
              </w:rPr>
              <w:t>Домашнее чтение</w:t>
            </w:r>
          </w:p>
        </w:tc>
        <w:tc>
          <w:tcPr>
            <w:tcW w:w="3118" w:type="dxa"/>
            <w:vAlign w:val="center"/>
          </w:tcPr>
          <w:p w14:paraId="4A653BC8" w14:textId="77777777" w:rsidR="00A469A4" w:rsidRDefault="00A469A4" w:rsidP="005A76E1">
            <w:r>
              <w:rPr>
                <w:sz w:val="16"/>
              </w:rPr>
              <w:t>Обобщение по домашнему чтению</w:t>
            </w:r>
          </w:p>
        </w:tc>
        <w:tc>
          <w:tcPr>
            <w:tcW w:w="850" w:type="dxa"/>
            <w:vAlign w:val="center"/>
          </w:tcPr>
          <w:p w14:paraId="28B3372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E57C8A7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1283801B" w14:textId="77777777" w:rsidTr="005A76E1">
        <w:trPr>
          <w:jc w:val="center"/>
        </w:trPr>
        <w:tc>
          <w:tcPr>
            <w:tcW w:w="680" w:type="dxa"/>
            <w:vAlign w:val="center"/>
          </w:tcPr>
          <w:p w14:paraId="55627F2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2324" w:type="dxa"/>
            <w:vAlign w:val="center"/>
          </w:tcPr>
          <w:p w14:paraId="3EB5A755" w14:textId="77777777" w:rsidR="00A469A4" w:rsidRDefault="00A469A4" w:rsidP="005A76E1">
            <w:r>
              <w:rPr>
                <w:sz w:val="16"/>
              </w:rPr>
              <w:t>Переезжаем в новый дом</w:t>
            </w:r>
          </w:p>
        </w:tc>
        <w:tc>
          <w:tcPr>
            <w:tcW w:w="3118" w:type="dxa"/>
            <w:vAlign w:val="center"/>
          </w:tcPr>
          <w:p w14:paraId="59E13461" w14:textId="77777777" w:rsidR="00A469A4" w:rsidRDefault="00A469A4" w:rsidP="005A76E1">
            <w:r>
              <w:rPr>
                <w:sz w:val="16"/>
              </w:rPr>
              <w:t>Новый дом и квартира</w:t>
            </w:r>
          </w:p>
        </w:tc>
        <w:tc>
          <w:tcPr>
            <w:tcW w:w="850" w:type="dxa"/>
            <w:vAlign w:val="center"/>
          </w:tcPr>
          <w:p w14:paraId="2FA3588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8885DC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6347EE5" w14:textId="77777777" w:rsidTr="005A76E1">
        <w:trPr>
          <w:jc w:val="center"/>
        </w:trPr>
        <w:tc>
          <w:tcPr>
            <w:tcW w:w="680" w:type="dxa"/>
            <w:vAlign w:val="center"/>
          </w:tcPr>
          <w:p w14:paraId="59D63E3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2324" w:type="dxa"/>
            <w:vAlign w:val="center"/>
          </w:tcPr>
          <w:p w14:paraId="0B1E6701" w14:textId="77777777" w:rsidR="00A469A4" w:rsidRDefault="00A469A4" w:rsidP="005A76E1">
            <w:r>
              <w:rPr>
                <w:sz w:val="16"/>
              </w:rPr>
              <w:t>Переезжаем в новый дом</w:t>
            </w:r>
          </w:p>
        </w:tc>
        <w:tc>
          <w:tcPr>
            <w:tcW w:w="3118" w:type="dxa"/>
            <w:vAlign w:val="center"/>
          </w:tcPr>
          <w:p w14:paraId="286257B9" w14:textId="77777777" w:rsidR="00A469A4" w:rsidRDefault="00A469A4" w:rsidP="005A76E1">
            <w:r>
              <w:rPr>
                <w:sz w:val="16"/>
              </w:rPr>
              <w:t>Комнаты, мебель и предметы</w:t>
            </w:r>
          </w:p>
        </w:tc>
        <w:tc>
          <w:tcPr>
            <w:tcW w:w="850" w:type="dxa"/>
            <w:vAlign w:val="center"/>
          </w:tcPr>
          <w:p w14:paraId="5FCC1D3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488912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774B8D5" w14:textId="77777777" w:rsidTr="005A76E1">
        <w:trPr>
          <w:jc w:val="center"/>
        </w:trPr>
        <w:tc>
          <w:tcPr>
            <w:tcW w:w="680" w:type="dxa"/>
            <w:vAlign w:val="center"/>
          </w:tcPr>
          <w:p w14:paraId="56F5043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2324" w:type="dxa"/>
            <w:vAlign w:val="center"/>
          </w:tcPr>
          <w:p w14:paraId="10AF708C" w14:textId="77777777" w:rsidR="00A469A4" w:rsidRDefault="00A469A4" w:rsidP="005A76E1">
            <w:r>
              <w:rPr>
                <w:sz w:val="16"/>
              </w:rPr>
              <w:t>Переезжаем в новый дом</w:t>
            </w:r>
          </w:p>
        </w:tc>
        <w:tc>
          <w:tcPr>
            <w:tcW w:w="3118" w:type="dxa"/>
            <w:vAlign w:val="center"/>
          </w:tcPr>
          <w:p w14:paraId="357D7809" w14:textId="77777777" w:rsidR="00A469A4" w:rsidRDefault="00A469A4" w:rsidP="005A76E1">
            <w:r>
              <w:rPr>
                <w:sz w:val="16"/>
              </w:rPr>
              <w:t>Описание своего дома</w:t>
            </w:r>
          </w:p>
        </w:tc>
        <w:tc>
          <w:tcPr>
            <w:tcW w:w="850" w:type="dxa"/>
            <w:vAlign w:val="center"/>
          </w:tcPr>
          <w:p w14:paraId="2972CE8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46AFCE5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C096BE2" w14:textId="77777777" w:rsidTr="005A76E1">
        <w:trPr>
          <w:jc w:val="center"/>
        </w:trPr>
        <w:tc>
          <w:tcPr>
            <w:tcW w:w="680" w:type="dxa"/>
            <w:vAlign w:val="center"/>
          </w:tcPr>
          <w:p w14:paraId="23E37C7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2324" w:type="dxa"/>
            <w:vAlign w:val="center"/>
          </w:tcPr>
          <w:p w14:paraId="692B1787" w14:textId="77777777" w:rsidR="00A469A4" w:rsidRDefault="00A469A4" w:rsidP="005A76E1">
            <w:r>
              <w:rPr>
                <w:sz w:val="16"/>
              </w:rPr>
              <w:t>Новогодние праздники</w:t>
            </w:r>
          </w:p>
        </w:tc>
        <w:tc>
          <w:tcPr>
            <w:tcW w:w="3118" w:type="dxa"/>
            <w:vAlign w:val="center"/>
          </w:tcPr>
          <w:p w14:paraId="353293A0" w14:textId="77777777" w:rsidR="00A469A4" w:rsidRDefault="00A469A4" w:rsidP="005A76E1">
            <w:r>
              <w:rPr>
                <w:sz w:val="16"/>
              </w:rPr>
              <w:t>Зимние и новогодние праздники</w:t>
            </w:r>
          </w:p>
        </w:tc>
        <w:tc>
          <w:tcPr>
            <w:tcW w:w="850" w:type="dxa"/>
            <w:vAlign w:val="center"/>
          </w:tcPr>
          <w:p w14:paraId="7056251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3D98D2B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B1B84FA" w14:textId="77777777" w:rsidTr="005A76E1">
        <w:trPr>
          <w:jc w:val="center"/>
        </w:trPr>
        <w:tc>
          <w:tcPr>
            <w:tcW w:w="680" w:type="dxa"/>
            <w:vAlign w:val="center"/>
          </w:tcPr>
          <w:p w14:paraId="507C9EF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2324" w:type="dxa"/>
            <w:vAlign w:val="center"/>
          </w:tcPr>
          <w:p w14:paraId="57EAFF62" w14:textId="77777777" w:rsidR="00A469A4" w:rsidRDefault="00A469A4" w:rsidP="005A76E1">
            <w:r>
              <w:rPr>
                <w:sz w:val="16"/>
              </w:rPr>
              <w:t>Новогодние праздники</w:t>
            </w:r>
          </w:p>
        </w:tc>
        <w:tc>
          <w:tcPr>
            <w:tcW w:w="3118" w:type="dxa"/>
            <w:vAlign w:val="center"/>
          </w:tcPr>
          <w:p w14:paraId="6D543F65" w14:textId="77777777" w:rsidR="00A469A4" w:rsidRDefault="00A469A4" w:rsidP="005A76E1">
            <w:r>
              <w:rPr>
                <w:sz w:val="16"/>
              </w:rPr>
              <w:t>Праздничные традиции</w:t>
            </w:r>
          </w:p>
        </w:tc>
        <w:tc>
          <w:tcPr>
            <w:tcW w:w="850" w:type="dxa"/>
            <w:vAlign w:val="center"/>
          </w:tcPr>
          <w:p w14:paraId="5410FC0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AA0850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331FB86D" w14:textId="77777777" w:rsidTr="005A76E1">
        <w:trPr>
          <w:jc w:val="center"/>
        </w:trPr>
        <w:tc>
          <w:tcPr>
            <w:tcW w:w="680" w:type="dxa"/>
            <w:vAlign w:val="center"/>
          </w:tcPr>
          <w:p w14:paraId="19C9503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2324" w:type="dxa"/>
            <w:vAlign w:val="center"/>
          </w:tcPr>
          <w:p w14:paraId="5B168539" w14:textId="77777777" w:rsidR="00A469A4" w:rsidRDefault="00A469A4" w:rsidP="005A76E1">
            <w:r>
              <w:rPr>
                <w:sz w:val="16"/>
              </w:rPr>
              <w:t>Новогодние праздники</w:t>
            </w:r>
          </w:p>
        </w:tc>
        <w:tc>
          <w:tcPr>
            <w:tcW w:w="3118" w:type="dxa"/>
            <w:vAlign w:val="center"/>
          </w:tcPr>
          <w:p w14:paraId="0A01CD9A" w14:textId="77777777" w:rsidR="00A469A4" w:rsidRDefault="00A469A4" w:rsidP="005A76E1">
            <w:r>
              <w:rPr>
                <w:sz w:val="16"/>
              </w:rPr>
              <w:t>Поздравления и пожелания</w:t>
            </w:r>
          </w:p>
        </w:tc>
        <w:tc>
          <w:tcPr>
            <w:tcW w:w="850" w:type="dxa"/>
            <w:vAlign w:val="center"/>
          </w:tcPr>
          <w:p w14:paraId="0239440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9F33AB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0000BB00" w14:textId="77777777" w:rsidTr="005A76E1">
        <w:trPr>
          <w:jc w:val="center"/>
        </w:trPr>
        <w:tc>
          <w:tcPr>
            <w:tcW w:w="680" w:type="dxa"/>
            <w:vAlign w:val="center"/>
          </w:tcPr>
          <w:p w14:paraId="62F2FE7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2324" w:type="dxa"/>
            <w:vAlign w:val="center"/>
          </w:tcPr>
          <w:p w14:paraId="1F1834E1" w14:textId="77777777" w:rsidR="00A469A4" w:rsidRDefault="00A469A4" w:rsidP="005A76E1">
            <w:r>
              <w:rPr>
                <w:sz w:val="16"/>
              </w:rPr>
              <w:t>Новогодние праздники</w:t>
            </w:r>
          </w:p>
        </w:tc>
        <w:tc>
          <w:tcPr>
            <w:tcW w:w="3118" w:type="dxa"/>
            <w:vAlign w:val="center"/>
          </w:tcPr>
          <w:p w14:paraId="7EB170EE" w14:textId="77777777" w:rsidR="00A469A4" w:rsidRDefault="00A469A4" w:rsidP="005A76E1">
            <w:r>
              <w:rPr>
                <w:sz w:val="16"/>
              </w:rPr>
              <w:t>Новогодние традиции Испании</w:t>
            </w:r>
          </w:p>
        </w:tc>
        <w:tc>
          <w:tcPr>
            <w:tcW w:w="850" w:type="dxa"/>
            <w:vAlign w:val="center"/>
          </w:tcPr>
          <w:p w14:paraId="7846487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B567CDB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3A65DCD" w14:textId="77777777" w:rsidTr="005A76E1">
        <w:trPr>
          <w:jc w:val="center"/>
        </w:trPr>
        <w:tc>
          <w:tcPr>
            <w:tcW w:w="680" w:type="dxa"/>
            <w:vAlign w:val="center"/>
          </w:tcPr>
          <w:p w14:paraId="37128F8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2324" w:type="dxa"/>
            <w:vAlign w:val="center"/>
          </w:tcPr>
          <w:p w14:paraId="5E18B4B6" w14:textId="77777777" w:rsidR="00A469A4" w:rsidRDefault="00A469A4" w:rsidP="005A76E1">
            <w:r>
              <w:rPr>
                <w:sz w:val="16"/>
              </w:rPr>
              <w:t>Новогодние праздники</w:t>
            </w:r>
          </w:p>
        </w:tc>
        <w:tc>
          <w:tcPr>
            <w:tcW w:w="3118" w:type="dxa"/>
            <w:vAlign w:val="center"/>
          </w:tcPr>
          <w:p w14:paraId="74D9981C" w14:textId="77777777" w:rsidR="00A469A4" w:rsidRDefault="00A469A4" w:rsidP="005A76E1">
            <w:r>
              <w:rPr>
                <w:sz w:val="16"/>
              </w:rPr>
              <w:t>Обобщение по теме «Новогодние праздники»</w:t>
            </w:r>
          </w:p>
        </w:tc>
        <w:tc>
          <w:tcPr>
            <w:tcW w:w="850" w:type="dxa"/>
            <w:vAlign w:val="center"/>
          </w:tcPr>
          <w:p w14:paraId="5AAD5CE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7D14DE6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0BFF83EF" w14:textId="77777777" w:rsidTr="005A76E1">
        <w:trPr>
          <w:jc w:val="center"/>
        </w:trPr>
        <w:tc>
          <w:tcPr>
            <w:tcW w:w="680" w:type="dxa"/>
            <w:vAlign w:val="center"/>
          </w:tcPr>
          <w:p w14:paraId="606954D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2324" w:type="dxa"/>
            <w:vAlign w:val="center"/>
          </w:tcPr>
          <w:p w14:paraId="43E9A8DB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75FFBC16" w14:textId="77777777" w:rsidR="00A469A4" w:rsidRDefault="00A469A4" w:rsidP="005A76E1">
            <w:r>
              <w:rPr>
                <w:sz w:val="16"/>
              </w:rPr>
              <w:t>Школьная жизнь</w:t>
            </w:r>
          </w:p>
        </w:tc>
        <w:tc>
          <w:tcPr>
            <w:tcW w:w="850" w:type="dxa"/>
            <w:vAlign w:val="center"/>
          </w:tcPr>
          <w:p w14:paraId="6EDF92B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20CB16E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72C3EA0" w14:textId="77777777" w:rsidTr="005A76E1">
        <w:trPr>
          <w:jc w:val="center"/>
        </w:trPr>
        <w:tc>
          <w:tcPr>
            <w:tcW w:w="680" w:type="dxa"/>
            <w:vAlign w:val="center"/>
          </w:tcPr>
          <w:p w14:paraId="6475196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2324" w:type="dxa"/>
            <w:vAlign w:val="center"/>
          </w:tcPr>
          <w:p w14:paraId="7B5D4DE0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45817E10" w14:textId="77777777" w:rsidR="00A469A4" w:rsidRDefault="00A469A4" w:rsidP="005A76E1">
            <w:r>
              <w:rPr>
                <w:sz w:val="16"/>
              </w:rPr>
              <w:t>Школьные предметы</w:t>
            </w:r>
          </w:p>
        </w:tc>
        <w:tc>
          <w:tcPr>
            <w:tcW w:w="850" w:type="dxa"/>
            <w:vAlign w:val="center"/>
          </w:tcPr>
          <w:p w14:paraId="13CE170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4568B5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BA07B8B" w14:textId="77777777" w:rsidTr="005A76E1">
        <w:trPr>
          <w:jc w:val="center"/>
        </w:trPr>
        <w:tc>
          <w:tcPr>
            <w:tcW w:w="680" w:type="dxa"/>
            <w:vAlign w:val="center"/>
          </w:tcPr>
          <w:p w14:paraId="276B7EE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2324" w:type="dxa"/>
            <w:vAlign w:val="center"/>
          </w:tcPr>
          <w:p w14:paraId="61F04AA5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5A6C76E7" w14:textId="77777777" w:rsidR="00A469A4" w:rsidRDefault="00A469A4" w:rsidP="005A76E1">
            <w:r>
              <w:rPr>
                <w:sz w:val="16"/>
              </w:rPr>
              <w:t>Расписание уроков</w:t>
            </w:r>
          </w:p>
        </w:tc>
        <w:tc>
          <w:tcPr>
            <w:tcW w:w="850" w:type="dxa"/>
            <w:vAlign w:val="center"/>
          </w:tcPr>
          <w:p w14:paraId="0E1A696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649E34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FBD4133" w14:textId="77777777" w:rsidTr="005A76E1">
        <w:trPr>
          <w:jc w:val="center"/>
        </w:trPr>
        <w:tc>
          <w:tcPr>
            <w:tcW w:w="680" w:type="dxa"/>
            <w:vAlign w:val="center"/>
          </w:tcPr>
          <w:p w14:paraId="56B08D8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w="2324" w:type="dxa"/>
            <w:vAlign w:val="center"/>
          </w:tcPr>
          <w:p w14:paraId="4E31CAE8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67420AD5" w14:textId="77777777" w:rsidR="00A469A4" w:rsidRDefault="00A469A4" w:rsidP="005A76E1">
            <w:r>
              <w:rPr>
                <w:sz w:val="16"/>
              </w:rPr>
              <w:t>Мой любимый предмет</w:t>
            </w:r>
          </w:p>
        </w:tc>
        <w:tc>
          <w:tcPr>
            <w:tcW w:w="850" w:type="dxa"/>
            <w:vAlign w:val="center"/>
          </w:tcPr>
          <w:p w14:paraId="6BA6847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E33AE9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92D46B5" w14:textId="77777777" w:rsidTr="005A76E1">
        <w:trPr>
          <w:jc w:val="center"/>
        </w:trPr>
        <w:tc>
          <w:tcPr>
            <w:tcW w:w="680" w:type="dxa"/>
            <w:vAlign w:val="center"/>
          </w:tcPr>
          <w:p w14:paraId="2A7B2ED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37</w:t>
            </w:r>
          </w:p>
        </w:tc>
        <w:tc>
          <w:tcPr>
            <w:tcW w:w="2324" w:type="dxa"/>
            <w:vAlign w:val="center"/>
          </w:tcPr>
          <w:p w14:paraId="52C11532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5456FB40" w14:textId="77777777" w:rsidR="00A469A4" w:rsidRDefault="00A469A4" w:rsidP="005A76E1">
            <w:r>
              <w:rPr>
                <w:sz w:val="16"/>
              </w:rPr>
              <w:t>Учебные действия</w:t>
            </w:r>
          </w:p>
        </w:tc>
        <w:tc>
          <w:tcPr>
            <w:tcW w:w="850" w:type="dxa"/>
            <w:vAlign w:val="center"/>
          </w:tcPr>
          <w:p w14:paraId="27F1A92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CF33460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8609EA4" w14:textId="77777777" w:rsidTr="005A76E1">
        <w:trPr>
          <w:jc w:val="center"/>
        </w:trPr>
        <w:tc>
          <w:tcPr>
            <w:tcW w:w="680" w:type="dxa"/>
            <w:vAlign w:val="center"/>
          </w:tcPr>
          <w:p w14:paraId="78FE3CB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38</w:t>
            </w:r>
          </w:p>
        </w:tc>
        <w:tc>
          <w:tcPr>
            <w:tcW w:w="2324" w:type="dxa"/>
            <w:vAlign w:val="center"/>
          </w:tcPr>
          <w:p w14:paraId="4C6CCDDD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052281E9" w14:textId="77777777" w:rsidR="00A469A4" w:rsidRDefault="00A469A4" w:rsidP="005A76E1">
            <w:r>
              <w:rPr>
                <w:sz w:val="16"/>
              </w:rPr>
              <w:t>На уроке испанского языка</w:t>
            </w:r>
          </w:p>
        </w:tc>
        <w:tc>
          <w:tcPr>
            <w:tcW w:w="850" w:type="dxa"/>
            <w:vAlign w:val="center"/>
          </w:tcPr>
          <w:p w14:paraId="17DE8D5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FE0A682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E6E5329" w14:textId="77777777" w:rsidTr="005A76E1">
        <w:trPr>
          <w:jc w:val="center"/>
        </w:trPr>
        <w:tc>
          <w:tcPr>
            <w:tcW w:w="680" w:type="dxa"/>
            <w:vAlign w:val="center"/>
          </w:tcPr>
          <w:p w14:paraId="2DB2FC7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2324" w:type="dxa"/>
            <w:vAlign w:val="center"/>
          </w:tcPr>
          <w:p w14:paraId="468CBABF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1FE516D8" w14:textId="77777777" w:rsidR="00A469A4" w:rsidRDefault="00A469A4" w:rsidP="005A76E1">
            <w:r>
              <w:rPr>
                <w:sz w:val="16"/>
              </w:rPr>
              <w:t>Школьные правила</w:t>
            </w:r>
          </w:p>
        </w:tc>
        <w:tc>
          <w:tcPr>
            <w:tcW w:w="850" w:type="dxa"/>
            <w:vAlign w:val="center"/>
          </w:tcPr>
          <w:p w14:paraId="32AA0DB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0DC4C7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6B4EDA1" w14:textId="77777777" w:rsidTr="005A76E1">
        <w:trPr>
          <w:jc w:val="center"/>
        </w:trPr>
        <w:tc>
          <w:tcPr>
            <w:tcW w:w="680" w:type="dxa"/>
            <w:vAlign w:val="center"/>
          </w:tcPr>
          <w:p w14:paraId="4979353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2324" w:type="dxa"/>
            <w:vAlign w:val="center"/>
          </w:tcPr>
          <w:p w14:paraId="49FC7433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750298D9" w14:textId="77777777" w:rsidR="00A469A4" w:rsidRDefault="00A469A4" w:rsidP="005A76E1">
            <w:r>
              <w:rPr>
                <w:sz w:val="16"/>
              </w:rPr>
              <w:t>Общение с учителем и одноклассниками</w:t>
            </w:r>
          </w:p>
        </w:tc>
        <w:tc>
          <w:tcPr>
            <w:tcW w:w="850" w:type="dxa"/>
            <w:vAlign w:val="center"/>
          </w:tcPr>
          <w:p w14:paraId="7FAEB23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BF8E6A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3D9AC2E" w14:textId="77777777" w:rsidTr="005A76E1">
        <w:trPr>
          <w:jc w:val="center"/>
        </w:trPr>
        <w:tc>
          <w:tcPr>
            <w:tcW w:w="680" w:type="dxa"/>
            <w:vAlign w:val="center"/>
          </w:tcPr>
          <w:p w14:paraId="260D216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41</w:t>
            </w:r>
          </w:p>
        </w:tc>
        <w:tc>
          <w:tcPr>
            <w:tcW w:w="2324" w:type="dxa"/>
            <w:vAlign w:val="center"/>
          </w:tcPr>
          <w:p w14:paraId="60C7B6DF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68BF8145" w14:textId="77777777" w:rsidR="00A469A4" w:rsidRDefault="00A469A4" w:rsidP="005A76E1">
            <w:r>
              <w:rPr>
                <w:sz w:val="16"/>
              </w:rPr>
              <w:t>Мой школьный день</w:t>
            </w:r>
          </w:p>
        </w:tc>
        <w:tc>
          <w:tcPr>
            <w:tcW w:w="850" w:type="dxa"/>
            <w:vAlign w:val="center"/>
          </w:tcPr>
          <w:p w14:paraId="15CF225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6660BA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1B75223" w14:textId="77777777" w:rsidTr="005A76E1">
        <w:trPr>
          <w:jc w:val="center"/>
        </w:trPr>
        <w:tc>
          <w:tcPr>
            <w:tcW w:w="680" w:type="dxa"/>
            <w:vAlign w:val="center"/>
          </w:tcPr>
          <w:p w14:paraId="60AF487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2324" w:type="dxa"/>
            <w:vAlign w:val="center"/>
          </w:tcPr>
          <w:p w14:paraId="3F7CACD7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2CFF8E3F" w14:textId="77777777" w:rsidR="00A469A4" w:rsidRDefault="00A469A4" w:rsidP="005A76E1">
            <w:r>
              <w:rPr>
                <w:sz w:val="16"/>
              </w:rPr>
              <w:t>Рассказ о школе</w:t>
            </w:r>
          </w:p>
        </w:tc>
        <w:tc>
          <w:tcPr>
            <w:tcW w:w="850" w:type="dxa"/>
            <w:vAlign w:val="center"/>
          </w:tcPr>
          <w:p w14:paraId="6300CE1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0EE5172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638385BD" w14:textId="77777777" w:rsidTr="005A76E1">
        <w:trPr>
          <w:jc w:val="center"/>
        </w:trPr>
        <w:tc>
          <w:tcPr>
            <w:tcW w:w="680" w:type="dxa"/>
            <w:vAlign w:val="center"/>
          </w:tcPr>
          <w:p w14:paraId="30D6ECBF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43</w:t>
            </w:r>
          </w:p>
        </w:tc>
        <w:tc>
          <w:tcPr>
            <w:tcW w:w="2324" w:type="dxa"/>
            <w:vAlign w:val="center"/>
          </w:tcPr>
          <w:p w14:paraId="404521AB" w14:textId="77777777" w:rsidR="00A469A4" w:rsidRDefault="00A469A4" w:rsidP="005A76E1">
            <w:r>
              <w:rPr>
                <w:sz w:val="16"/>
              </w:rPr>
              <w:t>В школе</w:t>
            </w:r>
          </w:p>
        </w:tc>
        <w:tc>
          <w:tcPr>
            <w:tcW w:w="3118" w:type="dxa"/>
            <w:vAlign w:val="center"/>
          </w:tcPr>
          <w:p w14:paraId="3729857F" w14:textId="77777777" w:rsidR="00A469A4" w:rsidRDefault="00A469A4" w:rsidP="005A76E1">
            <w:r>
              <w:rPr>
                <w:sz w:val="16"/>
              </w:rPr>
              <w:t>Обобщение по теме «В школе»</w:t>
            </w:r>
          </w:p>
        </w:tc>
        <w:tc>
          <w:tcPr>
            <w:tcW w:w="850" w:type="dxa"/>
            <w:vAlign w:val="center"/>
          </w:tcPr>
          <w:p w14:paraId="4EF333F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31CD0CF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03A26F1A" w14:textId="77777777" w:rsidTr="005A76E1">
        <w:trPr>
          <w:jc w:val="center"/>
        </w:trPr>
        <w:tc>
          <w:tcPr>
            <w:tcW w:w="680" w:type="dxa"/>
            <w:vAlign w:val="center"/>
          </w:tcPr>
          <w:p w14:paraId="47AE9D1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44</w:t>
            </w:r>
          </w:p>
        </w:tc>
        <w:tc>
          <w:tcPr>
            <w:tcW w:w="2324" w:type="dxa"/>
            <w:vAlign w:val="center"/>
          </w:tcPr>
          <w:p w14:paraId="10CE7299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5B0F243B" w14:textId="77777777" w:rsidR="00A469A4" w:rsidRDefault="00A469A4" w:rsidP="005A76E1">
            <w:r>
              <w:rPr>
                <w:sz w:val="16"/>
              </w:rPr>
              <w:t>Магазины и покупки</w:t>
            </w:r>
          </w:p>
        </w:tc>
        <w:tc>
          <w:tcPr>
            <w:tcW w:w="850" w:type="dxa"/>
            <w:vAlign w:val="center"/>
          </w:tcPr>
          <w:p w14:paraId="6EEDE4A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76A49E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70A96D4" w14:textId="77777777" w:rsidTr="005A76E1">
        <w:trPr>
          <w:jc w:val="center"/>
        </w:trPr>
        <w:tc>
          <w:tcPr>
            <w:tcW w:w="680" w:type="dxa"/>
            <w:vAlign w:val="center"/>
          </w:tcPr>
          <w:p w14:paraId="098CEAC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2324" w:type="dxa"/>
            <w:vAlign w:val="center"/>
          </w:tcPr>
          <w:p w14:paraId="7E187058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0A9AD0D0" w14:textId="77777777" w:rsidR="00A469A4" w:rsidRDefault="00A469A4" w:rsidP="005A76E1">
            <w:r>
              <w:rPr>
                <w:sz w:val="16"/>
              </w:rPr>
              <w:t>Продукты питания</w:t>
            </w:r>
          </w:p>
        </w:tc>
        <w:tc>
          <w:tcPr>
            <w:tcW w:w="850" w:type="dxa"/>
            <w:vAlign w:val="center"/>
          </w:tcPr>
          <w:p w14:paraId="7049845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F65FF9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F9C789B" w14:textId="77777777" w:rsidTr="005A76E1">
        <w:trPr>
          <w:jc w:val="center"/>
        </w:trPr>
        <w:tc>
          <w:tcPr>
            <w:tcW w:w="680" w:type="dxa"/>
            <w:vAlign w:val="center"/>
          </w:tcPr>
          <w:p w14:paraId="0C48F02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46</w:t>
            </w:r>
          </w:p>
        </w:tc>
        <w:tc>
          <w:tcPr>
            <w:tcW w:w="2324" w:type="dxa"/>
            <w:vAlign w:val="center"/>
          </w:tcPr>
          <w:p w14:paraId="6530BC70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19B9F31A" w14:textId="77777777" w:rsidR="00A469A4" w:rsidRDefault="00A469A4" w:rsidP="005A76E1">
            <w:r>
              <w:rPr>
                <w:sz w:val="16"/>
              </w:rPr>
              <w:t>Одежда и товары</w:t>
            </w:r>
          </w:p>
        </w:tc>
        <w:tc>
          <w:tcPr>
            <w:tcW w:w="850" w:type="dxa"/>
            <w:vAlign w:val="center"/>
          </w:tcPr>
          <w:p w14:paraId="0DAFDAD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E6ABB34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62F4AD98" w14:textId="77777777" w:rsidTr="005A76E1">
        <w:trPr>
          <w:jc w:val="center"/>
        </w:trPr>
        <w:tc>
          <w:tcPr>
            <w:tcW w:w="680" w:type="dxa"/>
            <w:vAlign w:val="center"/>
          </w:tcPr>
          <w:p w14:paraId="40CBAD6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2324" w:type="dxa"/>
            <w:vAlign w:val="center"/>
          </w:tcPr>
          <w:p w14:paraId="60C8DD47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14DDCCDB" w14:textId="77777777" w:rsidR="00A469A4" w:rsidRDefault="00A469A4" w:rsidP="005A76E1">
            <w:r>
              <w:rPr>
                <w:sz w:val="16"/>
              </w:rPr>
              <w:t>Количество и мера</w:t>
            </w:r>
          </w:p>
        </w:tc>
        <w:tc>
          <w:tcPr>
            <w:tcW w:w="850" w:type="dxa"/>
            <w:vAlign w:val="center"/>
          </w:tcPr>
          <w:p w14:paraId="1C089BC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14D70FF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111CD3D" w14:textId="77777777" w:rsidTr="005A76E1">
        <w:trPr>
          <w:jc w:val="center"/>
        </w:trPr>
        <w:tc>
          <w:tcPr>
            <w:tcW w:w="680" w:type="dxa"/>
            <w:vAlign w:val="center"/>
          </w:tcPr>
          <w:p w14:paraId="5FB47A9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48</w:t>
            </w:r>
          </w:p>
        </w:tc>
        <w:tc>
          <w:tcPr>
            <w:tcW w:w="2324" w:type="dxa"/>
            <w:vAlign w:val="center"/>
          </w:tcPr>
          <w:p w14:paraId="29CF8238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18C35AE3" w14:textId="77777777" w:rsidR="00A469A4" w:rsidRDefault="00A469A4" w:rsidP="005A76E1">
            <w:r>
              <w:rPr>
                <w:sz w:val="16"/>
              </w:rPr>
              <w:t>Цена товара</w:t>
            </w:r>
          </w:p>
        </w:tc>
        <w:tc>
          <w:tcPr>
            <w:tcW w:w="850" w:type="dxa"/>
            <w:vAlign w:val="center"/>
          </w:tcPr>
          <w:p w14:paraId="1982875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F8DE187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47B9DBD" w14:textId="77777777" w:rsidTr="005A76E1">
        <w:trPr>
          <w:jc w:val="center"/>
        </w:trPr>
        <w:tc>
          <w:tcPr>
            <w:tcW w:w="680" w:type="dxa"/>
            <w:vAlign w:val="center"/>
          </w:tcPr>
          <w:p w14:paraId="62FB64C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2324" w:type="dxa"/>
            <w:vAlign w:val="center"/>
          </w:tcPr>
          <w:p w14:paraId="61568C19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50497871" w14:textId="77777777" w:rsidR="00A469A4" w:rsidRDefault="00A469A4" w:rsidP="005A76E1">
            <w:r>
              <w:rPr>
                <w:sz w:val="16"/>
              </w:rPr>
              <w:t>Сколько это стоит?</w:t>
            </w:r>
          </w:p>
        </w:tc>
        <w:tc>
          <w:tcPr>
            <w:tcW w:w="850" w:type="dxa"/>
            <w:vAlign w:val="center"/>
          </w:tcPr>
          <w:p w14:paraId="2D9E6D5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1D50708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7E71641" w14:textId="77777777" w:rsidTr="005A76E1">
        <w:trPr>
          <w:jc w:val="center"/>
        </w:trPr>
        <w:tc>
          <w:tcPr>
            <w:tcW w:w="680" w:type="dxa"/>
            <w:vAlign w:val="center"/>
          </w:tcPr>
          <w:p w14:paraId="255F41B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2324" w:type="dxa"/>
            <w:vAlign w:val="center"/>
          </w:tcPr>
          <w:p w14:paraId="5268CC17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196A7A8E" w14:textId="77777777" w:rsidR="00A469A4" w:rsidRDefault="00A469A4" w:rsidP="005A76E1">
            <w:r>
              <w:rPr>
                <w:sz w:val="16"/>
              </w:rPr>
              <w:t>Диалог в магазине</w:t>
            </w:r>
          </w:p>
        </w:tc>
        <w:tc>
          <w:tcPr>
            <w:tcW w:w="850" w:type="dxa"/>
            <w:vAlign w:val="center"/>
          </w:tcPr>
          <w:p w14:paraId="24EC5827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9FE9D59" w14:textId="77777777" w:rsidR="00A469A4" w:rsidRDefault="00A469A4" w:rsidP="005A76E1">
            <w:r>
              <w:rPr>
                <w:sz w:val="16"/>
              </w:rPr>
              <w:t>Вести диалог в пределах изученной тематики; задавать вопросы и отвечать на них.</w:t>
            </w:r>
          </w:p>
        </w:tc>
      </w:tr>
      <w:tr w:rsidR="00A469A4" w14:paraId="57F19590" w14:textId="77777777" w:rsidTr="005A76E1">
        <w:trPr>
          <w:jc w:val="center"/>
        </w:trPr>
        <w:tc>
          <w:tcPr>
            <w:tcW w:w="680" w:type="dxa"/>
            <w:vAlign w:val="center"/>
          </w:tcPr>
          <w:p w14:paraId="574D9AE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51</w:t>
            </w:r>
          </w:p>
        </w:tc>
        <w:tc>
          <w:tcPr>
            <w:tcW w:w="2324" w:type="dxa"/>
            <w:vAlign w:val="center"/>
          </w:tcPr>
          <w:p w14:paraId="573D2B5F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60B5BAF8" w14:textId="77777777" w:rsidR="00A469A4" w:rsidRDefault="00A469A4" w:rsidP="005A76E1">
            <w:r>
              <w:rPr>
                <w:sz w:val="16"/>
              </w:rPr>
              <w:t>Выбор и покупка товара</w:t>
            </w:r>
          </w:p>
        </w:tc>
        <w:tc>
          <w:tcPr>
            <w:tcW w:w="850" w:type="dxa"/>
            <w:vAlign w:val="center"/>
          </w:tcPr>
          <w:p w14:paraId="36D2A5A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A2A6856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448396E" w14:textId="77777777" w:rsidTr="005A76E1">
        <w:trPr>
          <w:jc w:val="center"/>
        </w:trPr>
        <w:tc>
          <w:tcPr>
            <w:tcW w:w="680" w:type="dxa"/>
            <w:vAlign w:val="center"/>
          </w:tcPr>
          <w:p w14:paraId="6A03ABD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52</w:t>
            </w:r>
          </w:p>
        </w:tc>
        <w:tc>
          <w:tcPr>
            <w:tcW w:w="2324" w:type="dxa"/>
            <w:vAlign w:val="center"/>
          </w:tcPr>
          <w:p w14:paraId="29E48B4F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3FC1299F" w14:textId="77777777" w:rsidR="00A469A4" w:rsidRDefault="00A469A4" w:rsidP="005A76E1">
            <w:r>
              <w:rPr>
                <w:sz w:val="16"/>
              </w:rPr>
              <w:t>Список покупок</w:t>
            </w:r>
          </w:p>
        </w:tc>
        <w:tc>
          <w:tcPr>
            <w:tcW w:w="850" w:type="dxa"/>
            <w:vAlign w:val="center"/>
          </w:tcPr>
          <w:p w14:paraId="70667D0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6D714D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3E0DE52" w14:textId="77777777" w:rsidTr="005A76E1">
        <w:trPr>
          <w:jc w:val="center"/>
        </w:trPr>
        <w:tc>
          <w:tcPr>
            <w:tcW w:w="680" w:type="dxa"/>
            <w:vAlign w:val="center"/>
          </w:tcPr>
          <w:p w14:paraId="01CFEDF5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53</w:t>
            </w:r>
          </w:p>
        </w:tc>
        <w:tc>
          <w:tcPr>
            <w:tcW w:w="2324" w:type="dxa"/>
            <w:vAlign w:val="center"/>
          </w:tcPr>
          <w:p w14:paraId="20E87DF0" w14:textId="77777777" w:rsidR="00A469A4" w:rsidRDefault="00A469A4" w:rsidP="005A76E1">
            <w:r>
              <w:rPr>
                <w:sz w:val="16"/>
              </w:rPr>
              <w:t>Пойдём за покупками</w:t>
            </w:r>
          </w:p>
        </w:tc>
        <w:tc>
          <w:tcPr>
            <w:tcW w:w="3118" w:type="dxa"/>
            <w:vAlign w:val="center"/>
          </w:tcPr>
          <w:p w14:paraId="123420EE" w14:textId="77777777" w:rsidR="00A469A4" w:rsidRDefault="00A469A4" w:rsidP="005A76E1">
            <w:r>
              <w:rPr>
                <w:sz w:val="16"/>
              </w:rPr>
              <w:t>Обобщение по теме «Пойдём за покупками»</w:t>
            </w:r>
          </w:p>
        </w:tc>
        <w:tc>
          <w:tcPr>
            <w:tcW w:w="850" w:type="dxa"/>
            <w:vAlign w:val="center"/>
          </w:tcPr>
          <w:p w14:paraId="74E0128A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3342E4B" w14:textId="77777777" w:rsidR="00A469A4" w:rsidRDefault="00A469A4" w:rsidP="005A76E1">
            <w:r>
              <w:rPr>
                <w:sz w:val="16"/>
              </w:rPr>
              <w:t>Систематизировать изученный материал; применять его в устной и письменной речи.</w:t>
            </w:r>
          </w:p>
        </w:tc>
      </w:tr>
      <w:tr w:rsidR="00A469A4" w14:paraId="490866DA" w14:textId="77777777" w:rsidTr="005A76E1">
        <w:trPr>
          <w:jc w:val="center"/>
        </w:trPr>
        <w:tc>
          <w:tcPr>
            <w:tcW w:w="680" w:type="dxa"/>
            <w:vAlign w:val="center"/>
          </w:tcPr>
          <w:p w14:paraId="34BDB8E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54</w:t>
            </w:r>
          </w:p>
        </w:tc>
        <w:tc>
          <w:tcPr>
            <w:tcW w:w="2324" w:type="dxa"/>
            <w:vAlign w:val="center"/>
          </w:tcPr>
          <w:p w14:paraId="6D6BF3FF" w14:textId="77777777" w:rsidR="00A469A4" w:rsidRDefault="00A469A4" w:rsidP="005A76E1">
            <w:r>
              <w:rPr>
                <w:sz w:val="16"/>
              </w:rPr>
              <w:t>Мой досуг</w:t>
            </w:r>
          </w:p>
        </w:tc>
        <w:tc>
          <w:tcPr>
            <w:tcW w:w="3118" w:type="dxa"/>
            <w:vAlign w:val="center"/>
          </w:tcPr>
          <w:p w14:paraId="617C7BAA" w14:textId="77777777" w:rsidR="00A469A4" w:rsidRDefault="00A469A4" w:rsidP="005A76E1">
            <w:r>
              <w:rPr>
                <w:sz w:val="16"/>
              </w:rPr>
              <w:t>Свободное время</w:t>
            </w:r>
          </w:p>
        </w:tc>
        <w:tc>
          <w:tcPr>
            <w:tcW w:w="850" w:type="dxa"/>
            <w:vAlign w:val="center"/>
          </w:tcPr>
          <w:p w14:paraId="7FA116A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1EFD698" w14:textId="77777777" w:rsidR="00A469A4" w:rsidRDefault="00A469A4" w:rsidP="005A76E1">
            <w:r>
              <w:rPr>
                <w:sz w:val="16"/>
              </w:rPr>
              <w:t>Использовать изученную лексику и речевые модели в вопросах, ответах и кратких высказываниях.</w:t>
            </w:r>
          </w:p>
        </w:tc>
      </w:tr>
      <w:tr w:rsidR="00A469A4" w14:paraId="721990C5" w14:textId="77777777" w:rsidTr="005A76E1">
        <w:trPr>
          <w:jc w:val="center"/>
        </w:trPr>
        <w:tc>
          <w:tcPr>
            <w:tcW w:w="680" w:type="dxa"/>
            <w:vAlign w:val="center"/>
          </w:tcPr>
          <w:p w14:paraId="625E86A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55</w:t>
            </w:r>
          </w:p>
        </w:tc>
        <w:tc>
          <w:tcPr>
            <w:tcW w:w="2324" w:type="dxa"/>
            <w:vAlign w:val="center"/>
          </w:tcPr>
          <w:p w14:paraId="5F614747" w14:textId="77777777" w:rsidR="00A469A4" w:rsidRDefault="00A469A4" w:rsidP="005A76E1">
            <w:r>
              <w:rPr>
                <w:sz w:val="16"/>
              </w:rPr>
              <w:t>Мой досуг</w:t>
            </w:r>
          </w:p>
        </w:tc>
        <w:tc>
          <w:tcPr>
            <w:tcW w:w="3118" w:type="dxa"/>
            <w:vAlign w:val="center"/>
          </w:tcPr>
          <w:p w14:paraId="31F863FB" w14:textId="77777777" w:rsidR="00A469A4" w:rsidRDefault="00A469A4" w:rsidP="005A76E1">
            <w:r>
              <w:rPr>
                <w:sz w:val="16"/>
              </w:rPr>
              <w:t>Мои увлечения</w:t>
            </w:r>
          </w:p>
        </w:tc>
        <w:tc>
          <w:tcPr>
            <w:tcW w:w="850" w:type="dxa"/>
            <w:vAlign w:val="center"/>
          </w:tcPr>
          <w:p w14:paraId="2120715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4A82829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9599F95" w14:textId="77777777" w:rsidTr="005A76E1">
        <w:trPr>
          <w:jc w:val="center"/>
        </w:trPr>
        <w:tc>
          <w:tcPr>
            <w:tcW w:w="680" w:type="dxa"/>
            <w:vAlign w:val="center"/>
          </w:tcPr>
          <w:p w14:paraId="59D3DAB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2324" w:type="dxa"/>
            <w:vAlign w:val="center"/>
          </w:tcPr>
          <w:p w14:paraId="2F7A6FC7" w14:textId="77777777" w:rsidR="00A469A4" w:rsidRDefault="00A469A4" w:rsidP="005A76E1">
            <w:r>
              <w:rPr>
                <w:sz w:val="16"/>
              </w:rPr>
              <w:t>Мой досуг</w:t>
            </w:r>
          </w:p>
        </w:tc>
        <w:tc>
          <w:tcPr>
            <w:tcW w:w="3118" w:type="dxa"/>
            <w:vAlign w:val="center"/>
          </w:tcPr>
          <w:p w14:paraId="071F0235" w14:textId="77777777" w:rsidR="00A469A4" w:rsidRDefault="00A469A4" w:rsidP="005A76E1">
            <w:r>
              <w:rPr>
                <w:sz w:val="16"/>
              </w:rPr>
              <w:t>Спорт и активный отдых</w:t>
            </w:r>
          </w:p>
        </w:tc>
        <w:tc>
          <w:tcPr>
            <w:tcW w:w="850" w:type="dxa"/>
            <w:vAlign w:val="center"/>
          </w:tcPr>
          <w:p w14:paraId="4BA467B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D2BEE15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84D1AAC" w14:textId="77777777" w:rsidTr="005A76E1">
        <w:trPr>
          <w:jc w:val="center"/>
        </w:trPr>
        <w:tc>
          <w:tcPr>
            <w:tcW w:w="680" w:type="dxa"/>
            <w:vAlign w:val="center"/>
          </w:tcPr>
          <w:p w14:paraId="1E4BC5A9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2324" w:type="dxa"/>
            <w:vAlign w:val="center"/>
          </w:tcPr>
          <w:p w14:paraId="5BEAB684" w14:textId="77777777" w:rsidR="00A469A4" w:rsidRDefault="00A469A4" w:rsidP="005A76E1">
            <w:r>
              <w:rPr>
                <w:sz w:val="16"/>
              </w:rPr>
              <w:t>Мой досуг</w:t>
            </w:r>
          </w:p>
        </w:tc>
        <w:tc>
          <w:tcPr>
            <w:tcW w:w="3118" w:type="dxa"/>
            <w:vAlign w:val="center"/>
          </w:tcPr>
          <w:p w14:paraId="5668C2CA" w14:textId="77777777" w:rsidR="00A469A4" w:rsidRDefault="00A469A4" w:rsidP="005A76E1">
            <w:r>
              <w:rPr>
                <w:sz w:val="16"/>
              </w:rPr>
              <w:t>Планы на выходные</w:t>
            </w:r>
          </w:p>
        </w:tc>
        <w:tc>
          <w:tcPr>
            <w:tcW w:w="850" w:type="dxa"/>
            <w:vAlign w:val="center"/>
          </w:tcPr>
          <w:p w14:paraId="0C059B4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E218DE3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7D3E3459" w14:textId="77777777" w:rsidTr="005A76E1">
        <w:trPr>
          <w:jc w:val="center"/>
        </w:trPr>
        <w:tc>
          <w:tcPr>
            <w:tcW w:w="680" w:type="dxa"/>
            <w:vAlign w:val="center"/>
          </w:tcPr>
          <w:p w14:paraId="4105373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58</w:t>
            </w:r>
          </w:p>
        </w:tc>
        <w:tc>
          <w:tcPr>
            <w:tcW w:w="2324" w:type="dxa"/>
            <w:vAlign w:val="center"/>
          </w:tcPr>
          <w:p w14:paraId="00230C46" w14:textId="77777777" w:rsidR="00A469A4" w:rsidRDefault="00A469A4" w:rsidP="005A76E1">
            <w:r>
              <w:rPr>
                <w:sz w:val="16"/>
              </w:rPr>
              <w:t>Мой досуг</w:t>
            </w:r>
          </w:p>
        </w:tc>
        <w:tc>
          <w:tcPr>
            <w:tcW w:w="3118" w:type="dxa"/>
            <w:vAlign w:val="center"/>
          </w:tcPr>
          <w:p w14:paraId="5B9A991E" w14:textId="77777777" w:rsidR="00A469A4" w:rsidRDefault="00A469A4" w:rsidP="005A76E1">
            <w:r>
              <w:rPr>
                <w:sz w:val="16"/>
              </w:rPr>
              <w:t>Рассказ «Мой досуг»</w:t>
            </w:r>
          </w:p>
        </w:tc>
        <w:tc>
          <w:tcPr>
            <w:tcW w:w="850" w:type="dxa"/>
            <w:vAlign w:val="center"/>
          </w:tcPr>
          <w:p w14:paraId="54F0FCE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C21F198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1ABA4735" w14:textId="77777777" w:rsidTr="005A76E1">
        <w:trPr>
          <w:jc w:val="center"/>
        </w:trPr>
        <w:tc>
          <w:tcPr>
            <w:tcW w:w="680" w:type="dxa"/>
            <w:vAlign w:val="center"/>
          </w:tcPr>
          <w:p w14:paraId="566B3C42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59</w:t>
            </w:r>
          </w:p>
        </w:tc>
        <w:tc>
          <w:tcPr>
            <w:tcW w:w="2324" w:type="dxa"/>
            <w:vAlign w:val="center"/>
          </w:tcPr>
          <w:p w14:paraId="6AF3889D" w14:textId="77777777" w:rsidR="00A469A4" w:rsidRDefault="00A469A4" w:rsidP="005A76E1">
            <w:r>
              <w:rPr>
                <w:sz w:val="16"/>
              </w:rPr>
              <w:t>Едем в лагерь на летние каникулы</w:t>
            </w:r>
          </w:p>
        </w:tc>
        <w:tc>
          <w:tcPr>
            <w:tcW w:w="3118" w:type="dxa"/>
            <w:vAlign w:val="center"/>
          </w:tcPr>
          <w:p w14:paraId="1BCCEAAB" w14:textId="77777777" w:rsidR="00A469A4" w:rsidRDefault="00A469A4" w:rsidP="005A76E1">
            <w:r>
              <w:rPr>
                <w:sz w:val="16"/>
              </w:rPr>
              <w:t>Летние каникулы</w:t>
            </w:r>
          </w:p>
        </w:tc>
        <w:tc>
          <w:tcPr>
            <w:tcW w:w="850" w:type="dxa"/>
            <w:vAlign w:val="center"/>
          </w:tcPr>
          <w:p w14:paraId="1F5370E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F1DF12D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0872A26" w14:textId="77777777" w:rsidTr="005A76E1">
        <w:trPr>
          <w:jc w:val="center"/>
        </w:trPr>
        <w:tc>
          <w:tcPr>
            <w:tcW w:w="680" w:type="dxa"/>
            <w:vAlign w:val="center"/>
          </w:tcPr>
          <w:p w14:paraId="774A796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2324" w:type="dxa"/>
            <w:vAlign w:val="center"/>
          </w:tcPr>
          <w:p w14:paraId="7F1FF9EB" w14:textId="77777777" w:rsidR="00A469A4" w:rsidRDefault="00A469A4" w:rsidP="005A76E1">
            <w:r>
              <w:rPr>
                <w:sz w:val="16"/>
              </w:rPr>
              <w:t>Едем в лагерь на летние каникулы</w:t>
            </w:r>
          </w:p>
        </w:tc>
        <w:tc>
          <w:tcPr>
            <w:tcW w:w="3118" w:type="dxa"/>
            <w:vAlign w:val="center"/>
          </w:tcPr>
          <w:p w14:paraId="08C3B1AC" w14:textId="77777777" w:rsidR="00A469A4" w:rsidRDefault="00A469A4" w:rsidP="005A76E1">
            <w:r>
              <w:rPr>
                <w:sz w:val="16"/>
              </w:rPr>
              <w:t>Поездка в лагерь</w:t>
            </w:r>
          </w:p>
        </w:tc>
        <w:tc>
          <w:tcPr>
            <w:tcW w:w="850" w:type="dxa"/>
            <w:vAlign w:val="center"/>
          </w:tcPr>
          <w:p w14:paraId="5683CC5B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94393BB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59BD66C8" w14:textId="77777777" w:rsidTr="005A76E1">
        <w:trPr>
          <w:jc w:val="center"/>
        </w:trPr>
        <w:tc>
          <w:tcPr>
            <w:tcW w:w="680" w:type="dxa"/>
            <w:vAlign w:val="center"/>
          </w:tcPr>
          <w:p w14:paraId="6C68DD0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61</w:t>
            </w:r>
          </w:p>
        </w:tc>
        <w:tc>
          <w:tcPr>
            <w:tcW w:w="2324" w:type="dxa"/>
            <w:vAlign w:val="center"/>
          </w:tcPr>
          <w:p w14:paraId="0DF34A1B" w14:textId="77777777" w:rsidR="00A469A4" w:rsidRDefault="00A469A4" w:rsidP="005A76E1">
            <w:r>
              <w:rPr>
                <w:sz w:val="16"/>
              </w:rPr>
              <w:t>Едем в лагерь на летние каникулы</w:t>
            </w:r>
          </w:p>
        </w:tc>
        <w:tc>
          <w:tcPr>
            <w:tcW w:w="3118" w:type="dxa"/>
            <w:vAlign w:val="center"/>
          </w:tcPr>
          <w:p w14:paraId="496EA016" w14:textId="77777777" w:rsidR="00A469A4" w:rsidRDefault="00A469A4" w:rsidP="005A76E1">
            <w:r>
              <w:rPr>
                <w:sz w:val="16"/>
              </w:rPr>
              <w:t>Чем займёмся летом?</w:t>
            </w:r>
          </w:p>
        </w:tc>
        <w:tc>
          <w:tcPr>
            <w:tcW w:w="850" w:type="dxa"/>
            <w:vAlign w:val="center"/>
          </w:tcPr>
          <w:p w14:paraId="34004143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8D475F1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210CB41A" w14:textId="77777777" w:rsidTr="005A76E1">
        <w:trPr>
          <w:jc w:val="center"/>
        </w:trPr>
        <w:tc>
          <w:tcPr>
            <w:tcW w:w="680" w:type="dxa"/>
            <w:vAlign w:val="center"/>
          </w:tcPr>
          <w:p w14:paraId="521CE46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62</w:t>
            </w:r>
          </w:p>
        </w:tc>
        <w:tc>
          <w:tcPr>
            <w:tcW w:w="2324" w:type="dxa"/>
            <w:vAlign w:val="center"/>
          </w:tcPr>
          <w:p w14:paraId="3972B316" w14:textId="77777777" w:rsidR="00A469A4" w:rsidRDefault="00A469A4" w:rsidP="005A76E1">
            <w:r>
              <w:rPr>
                <w:sz w:val="16"/>
              </w:rPr>
              <w:t>Едем в лагерь на летние каникулы</w:t>
            </w:r>
          </w:p>
        </w:tc>
        <w:tc>
          <w:tcPr>
            <w:tcW w:w="3118" w:type="dxa"/>
            <w:vAlign w:val="center"/>
          </w:tcPr>
          <w:p w14:paraId="004D15E8" w14:textId="77777777" w:rsidR="00A469A4" w:rsidRDefault="00A469A4" w:rsidP="005A76E1">
            <w:r>
              <w:rPr>
                <w:sz w:val="16"/>
              </w:rPr>
              <w:t>Рассказ о планах на каникулы</w:t>
            </w:r>
          </w:p>
        </w:tc>
        <w:tc>
          <w:tcPr>
            <w:tcW w:w="850" w:type="dxa"/>
            <w:vAlign w:val="center"/>
          </w:tcPr>
          <w:p w14:paraId="284E20A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8466E92" w14:textId="77777777" w:rsidR="00A469A4" w:rsidRDefault="00A469A4" w:rsidP="005A76E1">
            <w:r>
              <w:rPr>
                <w:sz w:val="16"/>
              </w:rPr>
              <w:t>Составлять небольшое связное высказывание с опорой и без опоры.</w:t>
            </w:r>
          </w:p>
        </w:tc>
      </w:tr>
      <w:tr w:rsidR="00A469A4" w14:paraId="132864F0" w14:textId="77777777" w:rsidTr="005A76E1">
        <w:trPr>
          <w:jc w:val="center"/>
        </w:trPr>
        <w:tc>
          <w:tcPr>
            <w:tcW w:w="680" w:type="dxa"/>
            <w:vAlign w:val="center"/>
          </w:tcPr>
          <w:p w14:paraId="7F6613D8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63</w:t>
            </w:r>
          </w:p>
        </w:tc>
        <w:tc>
          <w:tcPr>
            <w:tcW w:w="2324" w:type="dxa"/>
            <w:vAlign w:val="center"/>
          </w:tcPr>
          <w:p w14:paraId="0A1453D6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48E0F0B7" w14:textId="77777777" w:rsidR="00A469A4" w:rsidRDefault="00A469A4" w:rsidP="005A76E1">
            <w:r>
              <w:rPr>
                <w:sz w:val="16"/>
              </w:rPr>
              <w:t>Повторение: знакомство и семья</w:t>
            </w:r>
          </w:p>
        </w:tc>
        <w:tc>
          <w:tcPr>
            <w:tcW w:w="850" w:type="dxa"/>
            <w:vAlign w:val="center"/>
          </w:tcPr>
          <w:p w14:paraId="787F6A4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B1C2E48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7B3398B2" w14:textId="77777777" w:rsidTr="005A76E1">
        <w:trPr>
          <w:jc w:val="center"/>
        </w:trPr>
        <w:tc>
          <w:tcPr>
            <w:tcW w:w="680" w:type="dxa"/>
            <w:vAlign w:val="center"/>
          </w:tcPr>
          <w:p w14:paraId="0FB50A6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64</w:t>
            </w:r>
          </w:p>
        </w:tc>
        <w:tc>
          <w:tcPr>
            <w:tcW w:w="2324" w:type="dxa"/>
            <w:vAlign w:val="center"/>
          </w:tcPr>
          <w:p w14:paraId="2F5DDD20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3EF8F32F" w14:textId="77777777" w:rsidR="00A469A4" w:rsidRDefault="00A469A4" w:rsidP="005A76E1">
            <w:r>
              <w:rPr>
                <w:sz w:val="16"/>
              </w:rPr>
              <w:t>Повторение: дом и школа</w:t>
            </w:r>
          </w:p>
        </w:tc>
        <w:tc>
          <w:tcPr>
            <w:tcW w:w="850" w:type="dxa"/>
            <w:vAlign w:val="center"/>
          </w:tcPr>
          <w:p w14:paraId="6F9634C1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072B26B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74BCD901" w14:textId="77777777" w:rsidTr="005A76E1">
        <w:trPr>
          <w:jc w:val="center"/>
        </w:trPr>
        <w:tc>
          <w:tcPr>
            <w:tcW w:w="680" w:type="dxa"/>
            <w:vAlign w:val="center"/>
          </w:tcPr>
          <w:p w14:paraId="0575DF2D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65</w:t>
            </w:r>
          </w:p>
        </w:tc>
        <w:tc>
          <w:tcPr>
            <w:tcW w:w="2324" w:type="dxa"/>
            <w:vAlign w:val="center"/>
          </w:tcPr>
          <w:p w14:paraId="15FF743A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041A955D" w14:textId="77777777" w:rsidR="00A469A4" w:rsidRDefault="00A469A4" w:rsidP="005A76E1">
            <w:r>
              <w:rPr>
                <w:sz w:val="16"/>
              </w:rPr>
              <w:t>Повторение: праздники и покупки</w:t>
            </w:r>
          </w:p>
        </w:tc>
        <w:tc>
          <w:tcPr>
            <w:tcW w:w="850" w:type="dxa"/>
            <w:vAlign w:val="center"/>
          </w:tcPr>
          <w:p w14:paraId="0AE0BE6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AF5DA19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2602D09C" w14:textId="77777777" w:rsidTr="005A76E1">
        <w:trPr>
          <w:jc w:val="center"/>
        </w:trPr>
        <w:tc>
          <w:tcPr>
            <w:tcW w:w="680" w:type="dxa"/>
            <w:vAlign w:val="center"/>
          </w:tcPr>
          <w:p w14:paraId="0BDDF92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2324" w:type="dxa"/>
            <w:vAlign w:val="center"/>
          </w:tcPr>
          <w:p w14:paraId="5DACBF8F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473DC217" w14:textId="77777777" w:rsidR="00A469A4" w:rsidRDefault="00A469A4" w:rsidP="005A76E1">
            <w:r>
              <w:rPr>
                <w:sz w:val="16"/>
              </w:rPr>
              <w:t>Повторение: досуг и каникулы</w:t>
            </w:r>
          </w:p>
        </w:tc>
        <w:tc>
          <w:tcPr>
            <w:tcW w:w="850" w:type="dxa"/>
            <w:vAlign w:val="center"/>
          </w:tcPr>
          <w:p w14:paraId="274BD0D6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2976B79" w14:textId="77777777" w:rsidR="00A469A4" w:rsidRDefault="00A469A4" w:rsidP="005A76E1">
            <w:r>
              <w:rPr>
                <w:sz w:val="16"/>
              </w:rPr>
              <w:t>Актуализировать изученную лексику и грамматику; выполнять устные и письменные задания.</w:t>
            </w:r>
          </w:p>
        </w:tc>
      </w:tr>
      <w:tr w:rsidR="00A469A4" w14:paraId="0CD8F109" w14:textId="77777777" w:rsidTr="005A76E1">
        <w:trPr>
          <w:jc w:val="center"/>
        </w:trPr>
        <w:tc>
          <w:tcPr>
            <w:tcW w:w="680" w:type="dxa"/>
            <w:vAlign w:val="center"/>
          </w:tcPr>
          <w:p w14:paraId="5509A75E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67</w:t>
            </w:r>
          </w:p>
        </w:tc>
        <w:tc>
          <w:tcPr>
            <w:tcW w:w="2324" w:type="dxa"/>
            <w:vAlign w:val="center"/>
          </w:tcPr>
          <w:p w14:paraId="6E66B1EA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74C44601" w14:textId="77777777" w:rsidR="00A469A4" w:rsidRDefault="00A469A4" w:rsidP="005A76E1">
            <w:r>
              <w:rPr>
                <w:sz w:val="16"/>
              </w:rPr>
              <w:t>Комплексное применение изученного материала</w:t>
            </w:r>
          </w:p>
        </w:tc>
        <w:tc>
          <w:tcPr>
            <w:tcW w:w="850" w:type="dxa"/>
            <w:vAlign w:val="center"/>
          </w:tcPr>
          <w:p w14:paraId="28BE9910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302C8AA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117F1469" w14:textId="77777777" w:rsidTr="005A76E1">
        <w:trPr>
          <w:jc w:val="center"/>
        </w:trPr>
        <w:tc>
          <w:tcPr>
            <w:tcW w:w="680" w:type="dxa"/>
            <w:vAlign w:val="center"/>
          </w:tcPr>
          <w:p w14:paraId="79A3A07C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68</w:t>
            </w:r>
          </w:p>
        </w:tc>
        <w:tc>
          <w:tcPr>
            <w:tcW w:w="2324" w:type="dxa"/>
            <w:vAlign w:val="center"/>
          </w:tcPr>
          <w:p w14:paraId="1550BA6C" w14:textId="77777777" w:rsidR="00A469A4" w:rsidRDefault="00A469A4" w:rsidP="005A76E1">
            <w:r>
              <w:rPr>
                <w:sz w:val="16"/>
              </w:rPr>
              <w:t>Повторение лексико-грамматического материала</w:t>
            </w:r>
          </w:p>
        </w:tc>
        <w:tc>
          <w:tcPr>
            <w:tcW w:w="3118" w:type="dxa"/>
            <w:vAlign w:val="center"/>
          </w:tcPr>
          <w:p w14:paraId="550C80FF" w14:textId="77777777" w:rsidR="00A469A4" w:rsidRDefault="00A469A4" w:rsidP="005A76E1">
            <w:r>
              <w:rPr>
                <w:sz w:val="16"/>
              </w:rPr>
              <w:t>Итоговое обобщение за 4 класс</w:t>
            </w:r>
          </w:p>
        </w:tc>
        <w:tc>
          <w:tcPr>
            <w:tcW w:w="850" w:type="dxa"/>
            <w:vAlign w:val="center"/>
          </w:tcPr>
          <w:p w14:paraId="5BBDA694" w14:textId="77777777" w:rsidR="00A469A4" w:rsidRDefault="00A469A4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5AC63D8" w14:textId="77777777" w:rsidR="00A469A4" w:rsidRDefault="00A469A4" w:rsidP="005A76E1">
            <w:r>
              <w:rPr>
                <w:sz w:val="16"/>
              </w:rPr>
              <w:t>Осваивать тематическую лексику; понимать речь на слух; читать, говорить и выполнять письменные задания по теме.</w:t>
            </w:r>
          </w:p>
        </w:tc>
      </w:tr>
      <w:tr w:rsidR="00A469A4" w14:paraId="4304B1B9" w14:textId="77777777" w:rsidTr="005A76E1">
        <w:trPr>
          <w:jc w:val="center"/>
        </w:trPr>
        <w:tc>
          <w:tcPr>
            <w:tcW w:w="3118" w:type="dxa"/>
            <w:gridSpan w:val="3"/>
            <w:shd w:val="clear" w:color="auto" w:fill="EDEDED"/>
            <w:vAlign w:val="center"/>
          </w:tcPr>
          <w:p w14:paraId="533EC9CC" w14:textId="77777777" w:rsidR="00A469A4" w:rsidRDefault="00A469A4" w:rsidP="005A76E1">
            <w:pPr>
              <w:jc w:val="right"/>
            </w:pPr>
            <w:r>
              <w:rPr>
                <w:b/>
                <w:sz w:val="16"/>
              </w:rPr>
              <w:t>ИТОГО</w:t>
            </w:r>
          </w:p>
        </w:tc>
        <w:tc>
          <w:tcPr>
            <w:tcW w:w="850" w:type="dxa"/>
            <w:shd w:val="clear" w:color="auto" w:fill="EDEDED"/>
            <w:vAlign w:val="center"/>
          </w:tcPr>
          <w:p w14:paraId="2AD08628" w14:textId="77777777" w:rsidR="00A469A4" w:rsidRDefault="00A469A4" w:rsidP="005A76E1">
            <w:pPr>
              <w:jc w:val="center"/>
            </w:pPr>
            <w:r>
              <w:rPr>
                <w:b/>
                <w:sz w:val="16"/>
              </w:rPr>
              <w:t>68</w:t>
            </w:r>
          </w:p>
        </w:tc>
        <w:tc>
          <w:tcPr>
            <w:tcW w:w="3402" w:type="dxa"/>
            <w:shd w:val="clear" w:color="auto" w:fill="EDEDED"/>
            <w:vAlign w:val="center"/>
          </w:tcPr>
          <w:p w14:paraId="1CB7675A" w14:textId="77777777" w:rsidR="00A469A4" w:rsidRDefault="00A469A4" w:rsidP="005A76E1"/>
        </w:tc>
      </w:tr>
    </w:tbl>
    <w:p w14:paraId="3530D743" w14:textId="77777777" w:rsidR="00A469A4" w:rsidRDefault="00A469A4">
      <w:pPr>
        <w:pStyle w:val="a5"/>
        <w:ind w:left="0"/>
        <w:rPr>
          <w:b/>
        </w:rPr>
      </w:pPr>
    </w:p>
    <w:sectPr w:rsidR="00A469A4" w:rsidSect="00BC6872">
      <w:pgSz w:w="11910" w:h="16840"/>
      <w:pgMar w:top="760" w:right="708" w:bottom="1644" w:left="566" w:header="0" w:footer="1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BFC1" w14:textId="77777777" w:rsidR="008B6A7F" w:rsidRDefault="008B6A7F">
      <w:r>
        <w:separator/>
      </w:r>
    </w:p>
  </w:endnote>
  <w:endnote w:type="continuationSeparator" w:id="0">
    <w:p w14:paraId="5CF6F076" w14:textId="77777777" w:rsidR="008B6A7F" w:rsidRDefault="008B6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5B3C" w14:textId="77777777" w:rsidR="008B6A7F" w:rsidRDefault="008B6A7F">
      <w:r>
        <w:separator/>
      </w:r>
    </w:p>
  </w:footnote>
  <w:footnote w:type="continuationSeparator" w:id="0">
    <w:p w14:paraId="33A61BB0" w14:textId="77777777" w:rsidR="008B6A7F" w:rsidRDefault="008B6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F06F5D"/>
    <w:multiLevelType w:val="hybridMultilevel"/>
    <w:tmpl w:val="43FCA89A"/>
    <w:lvl w:ilvl="0" w:tplc="99A24B46">
      <w:numFmt w:val="bullet"/>
      <w:lvlText w:val="-"/>
      <w:lvlJc w:val="left"/>
      <w:pPr>
        <w:ind w:left="99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A65908">
      <w:numFmt w:val="bullet"/>
      <w:lvlText w:val="•"/>
      <w:lvlJc w:val="left"/>
      <w:pPr>
        <w:ind w:left="1963" w:hanging="140"/>
      </w:pPr>
      <w:rPr>
        <w:rFonts w:hint="default"/>
        <w:lang w:val="ru-RU" w:eastAsia="en-US" w:bidi="ar-SA"/>
      </w:rPr>
    </w:lvl>
    <w:lvl w:ilvl="2" w:tplc="F21814F6">
      <w:numFmt w:val="bullet"/>
      <w:lvlText w:val="•"/>
      <w:lvlJc w:val="left"/>
      <w:pPr>
        <w:ind w:left="2926" w:hanging="140"/>
      </w:pPr>
      <w:rPr>
        <w:rFonts w:hint="default"/>
        <w:lang w:val="ru-RU" w:eastAsia="en-US" w:bidi="ar-SA"/>
      </w:rPr>
    </w:lvl>
    <w:lvl w:ilvl="3" w:tplc="7A5206DA">
      <w:numFmt w:val="bullet"/>
      <w:lvlText w:val="•"/>
      <w:lvlJc w:val="left"/>
      <w:pPr>
        <w:ind w:left="3889" w:hanging="140"/>
      </w:pPr>
      <w:rPr>
        <w:rFonts w:hint="default"/>
        <w:lang w:val="ru-RU" w:eastAsia="en-US" w:bidi="ar-SA"/>
      </w:rPr>
    </w:lvl>
    <w:lvl w:ilvl="4" w:tplc="36246694">
      <w:numFmt w:val="bullet"/>
      <w:lvlText w:val="•"/>
      <w:lvlJc w:val="left"/>
      <w:pPr>
        <w:ind w:left="4852" w:hanging="140"/>
      </w:pPr>
      <w:rPr>
        <w:rFonts w:hint="default"/>
        <w:lang w:val="ru-RU" w:eastAsia="en-US" w:bidi="ar-SA"/>
      </w:rPr>
    </w:lvl>
    <w:lvl w:ilvl="5" w:tplc="93D60C0C">
      <w:numFmt w:val="bullet"/>
      <w:lvlText w:val="•"/>
      <w:lvlJc w:val="left"/>
      <w:pPr>
        <w:ind w:left="5816" w:hanging="140"/>
      </w:pPr>
      <w:rPr>
        <w:rFonts w:hint="default"/>
        <w:lang w:val="ru-RU" w:eastAsia="en-US" w:bidi="ar-SA"/>
      </w:rPr>
    </w:lvl>
    <w:lvl w:ilvl="6" w:tplc="6916FD5E">
      <w:numFmt w:val="bullet"/>
      <w:lvlText w:val="•"/>
      <w:lvlJc w:val="left"/>
      <w:pPr>
        <w:ind w:left="6779" w:hanging="140"/>
      </w:pPr>
      <w:rPr>
        <w:rFonts w:hint="default"/>
        <w:lang w:val="ru-RU" w:eastAsia="en-US" w:bidi="ar-SA"/>
      </w:rPr>
    </w:lvl>
    <w:lvl w:ilvl="7" w:tplc="9A646184">
      <w:numFmt w:val="bullet"/>
      <w:lvlText w:val="•"/>
      <w:lvlJc w:val="left"/>
      <w:pPr>
        <w:ind w:left="7742" w:hanging="140"/>
      </w:pPr>
      <w:rPr>
        <w:rFonts w:hint="default"/>
        <w:lang w:val="ru-RU" w:eastAsia="en-US" w:bidi="ar-SA"/>
      </w:rPr>
    </w:lvl>
    <w:lvl w:ilvl="8" w:tplc="9B384110">
      <w:numFmt w:val="bullet"/>
      <w:lvlText w:val="•"/>
      <w:lvlJc w:val="left"/>
      <w:pPr>
        <w:ind w:left="8705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317C2B98"/>
    <w:multiLevelType w:val="multilevel"/>
    <w:tmpl w:val="469E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2B3DE5"/>
    <w:multiLevelType w:val="hybridMultilevel"/>
    <w:tmpl w:val="78FE25C8"/>
    <w:lvl w:ilvl="0" w:tplc="B15EE58A">
      <w:numFmt w:val="bullet"/>
      <w:lvlText w:val=""/>
      <w:lvlJc w:val="left"/>
      <w:pPr>
        <w:ind w:left="948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62328112">
      <w:numFmt w:val="bullet"/>
      <w:lvlText w:val="•"/>
      <w:lvlJc w:val="left"/>
      <w:pPr>
        <w:ind w:left="1909" w:hanging="112"/>
      </w:pPr>
      <w:rPr>
        <w:rFonts w:hint="default"/>
        <w:lang w:val="ru-RU" w:eastAsia="en-US" w:bidi="ar-SA"/>
      </w:rPr>
    </w:lvl>
    <w:lvl w:ilvl="2" w:tplc="0DC81536">
      <w:numFmt w:val="bullet"/>
      <w:lvlText w:val="•"/>
      <w:lvlJc w:val="left"/>
      <w:pPr>
        <w:ind w:left="2878" w:hanging="112"/>
      </w:pPr>
      <w:rPr>
        <w:rFonts w:hint="default"/>
        <w:lang w:val="ru-RU" w:eastAsia="en-US" w:bidi="ar-SA"/>
      </w:rPr>
    </w:lvl>
    <w:lvl w:ilvl="3" w:tplc="F8461CA0">
      <w:numFmt w:val="bullet"/>
      <w:lvlText w:val="•"/>
      <w:lvlJc w:val="left"/>
      <w:pPr>
        <w:ind w:left="3847" w:hanging="112"/>
      </w:pPr>
      <w:rPr>
        <w:rFonts w:hint="default"/>
        <w:lang w:val="ru-RU" w:eastAsia="en-US" w:bidi="ar-SA"/>
      </w:rPr>
    </w:lvl>
    <w:lvl w:ilvl="4" w:tplc="AA923A84">
      <w:numFmt w:val="bullet"/>
      <w:lvlText w:val="•"/>
      <w:lvlJc w:val="left"/>
      <w:pPr>
        <w:ind w:left="4816" w:hanging="112"/>
      </w:pPr>
      <w:rPr>
        <w:rFonts w:hint="default"/>
        <w:lang w:val="ru-RU" w:eastAsia="en-US" w:bidi="ar-SA"/>
      </w:rPr>
    </w:lvl>
    <w:lvl w:ilvl="5" w:tplc="546E6778">
      <w:numFmt w:val="bullet"/>
      <w:lvlText w:val="•"/>
      <w:lvlJc w:val="left"/>
      <w:pPr>
        <w:ind w:left="5786" w:hanging="112"/>
      </w:pPr>
      <w:rPr>
        <w:rFonts w:hint="default"/>
        <w:lang w:val="ru-RU" w:eastAsia="en-US" w:bidi="ar-SA"/>
      </w:rPr>
    </w:lvl>
    <w:lvl w:ilvl="6" w:tplc="F056C8D4">
      <w:numFmt w:val="bullet"/>
      <w:lvlText w:val="•"/>
      <w:lvlJc w:val="left"/>
      <w:pPr>
        <w:ind w:left="6755" w:hanging="112"/>
      </w:pPr>
      <w:rPr>
        <w:rFonts w:hint="default"/>
        <w:lang w:val="ru-RU" w:eastAsia="en-US" w:bidi="ar-SA"/>
      </w:rPr>
    </w:lvl>
    <w:lvl w:ilvl="7" w:tplc="155CAA36">
      <w:numFmt w:val="bullet"/>
      <w:lvlText w:val="•"/>
      <w:lvlJc w:val="left"/>
      <w:pPr>
        <w:ind w:left="7724" w:hanging="112"/>
      </w:pPr>
      <w:rPr>
        <w:rFonts w:hint="default"/>
        <w:lang w:val="ru-RU" w:eastAsia="en-US" w:bidi="ar-SA"/>
      </w:rPr>
    </w:lvl>
    <w:lvl w:ilvl="8" w:tplc="691E2624">
      <w:numFmt w:val="bullet"/>
      <w:lvlText w:val="•"/>
      <w:lvlJc w:val="left"/>
      <w:pPr>
        <w:ind w:left="8693" w:hanging="112"/>
      </w:pPr>
      <w:rPr>
        <w:rFonts w:hint="default"/>
        <w:lang w:val="ru-RU" w:eastAsia="en-US" w:bidi="ar-SA"/>
      </w:rPr>
    </w:lvl>
  </w:abstractNum>
  <w:abstractNum w:abstractNumId="12" w15:restartNumberingAfterBreak="0">
    <w:nsid w:val="37D77FCF"/>
    <w:multiLevelType w:val="multilevel"/>
    <w:tmpl w:val="E922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CC32A1"/>
    <w:multiLevelType w:val="multilevel"/>
    <w:tmpl w:val="F084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0362D6"/>
    <w:multiLevelType w:val="hybridMultilevel"/>
    <w:tmpl w:val="128A8306"/>
    <w:lvl w:ilvl="0" w:tplc="E5AA65A4">
      <w:numFmt w:val="bullet"/>
      <w:lvlText w:val=""/>
      <w:lvlJc w:val="left"/>
      <w:pPr>
        <w:ind w:left="80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2ED702">
      <w:numFmt w:val="bullet"/>
      <w:lvlText w:val=""/>
      <w:lvlJc w:val="left"/>
      <w:pPr>
        <w:ind w:left="948" w:hanging="708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29088764">
      <w:numFmt w:val="bullet"/>
      <w:lvlText w:val=""/>
      <w:lvlJc w:val="left"/>
      <w:pPr>
        <w:ind w:left="1909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3" w:tplc="A036CA2A">
      <w:numFmt w:val="bullet"/>
      <w:lvlText w:val="•"/>
      <w:lvlJc w:val="left"/>
      <w:pPr>
        <w:ind w:left="2991" w:hanging="112"/>
      </w:pPr>
      <w:rPr>
        <w:rFonts w:hint="default"/>
        <w:lang w:val="ru-RU" w:eastAsia="en-US" w:bidi="ar-SA"/>
      </w:rPr>
    </w:lvl>
    <w:lvl w:ilvl="4" w:tplc="2A345B48">
      <w:numFmt w:val="bullet"/>
      <w:lvlText w:val="•"/>
      <w:lvlJc w:val="left"/>
      <w:pPr>
        <w:ind w:left="4083" w:hanging="112"/>
      </w:pPr>
      <w:rPr>
        <w:rFonts w:hint="default"/>
        <w:lang w:val="ru-RU" w:eastAsia="en-US" w:bidi="ar-SA"/>
      </w:rPr>
    </w:lvl>
    <w:lvl w:ilvl="5" w:tplc="2B549A8E">
      <w:numFmt w:val="bullet"/>
      <w:lvlText w:val="•"/>
      <w:lvlJc w:val="left"/>
      <w:pPr>
        <w:ind w:left="5174" w:hanging="112"/>
      </w:pPr>
      <w:rPr>
        <w:rFonts w:hint="default"/>
        <w:lang w:val="ru-RU" w:eastAsia="en-US" w:bidi="ar-SA"/>
      </w:rPr>
    </w:lvl>
    <w:lvl w:ilvl="6" w:tplc="DD70D6C8">
      <w:numFmt w:val="bullet"/>
      <w:lvlText w:val="•"/>
      <w:lvlJc w:val="left"/>
      <w:pPr>
        <w:ind w:left="6266" w:hanging="112"/>
      </w:pPr>
      <w:rPr>
        <w:rFonts w:hint="default"/>
        <w:lang w:val="ru-RU" w:eastAsia="en-US" w:bidi="ar-SA"/>
      </w:rPr>
    </w:lvl>
    <w:lvl w:ilvl="7" w:tplc="7228E90A">
      <w:numFmt w:val="bullet"/>
      <w:lvlText w:val="•"/>
      <w:lvlJc w:val="left"/>
      <w:pPr>
        <w:ind w:left="7357" w:hanging="112"/>
      </w:pPr>
      <w:rPr>
        <w:rFonts w:hint="default"/>
        <w:lang w:val="ru-RU" w:eastAsia="en-US" w:bidi="ar-SA"/>
      </w:rPr>
    </w:lvl>
    <w:lvl w:ilvl="8" w:tplc="BFF0ECDC">
      <w:numFmt w:val="bullet"/>
      <w:lvlText w:val="•"/>
      <w:lvlJc w:val="left"/>
      <w:pPr>
        <w:ind w:left="8449" w:hanging="112"/>
      </w:pPr>
      <w:rPr>
        <w:rFonts w:hint="default"/>
        <w:lang w:val="ru-RU" w:eastAsia="en-US" w:bidi="ar-SA"/>
      </w:rPr>
    </w:lvl>
  </w:abstractNum>
  <w:abstractNum w:abstractNumId="15" w15:restartNumberingAfterBreak="0">
    <w:nsid w:val="3C6F32D6"/>
    <w:multiLevelType w:val="hybridMultilevel"/>
    <w:tmpl w:val="0F601B3A"/>
    <w:lvl w:ilvl="0" w:tplc="BEB6F76C">
      <w:numFmt w:val="bullet"/>
      <w:lvlText w:val=""/>
      <w:lvlJc w:val="left"/>
      <w:pPr>
        <w:ind w:left="6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02D482">
      <w:numFmt w:val="bullet"/>
      <w:lvlText w:val="•"/>
      <w:lvlJc w:val="left"/>
      <w:pPr>
        <w:ind w:left="1657" w:hanging="361"/>
      </w:pPr>
      <w:rPr>
        <w:rFonts w:hint="default"/>
        <w:lang w:val="ru-RU" w:eastAsia="en-US" w:bidi="ar-SA"/>
      </w:rPr>
    </w:lvl>
    <w:lvl w:ilvl="2" w:tplc="317477BA">
      <w:numFmt w:val="bullet"/>
      <w:lvlText w:val="•"/>
      <w:lvlJc w:val="left"/>
      <w:pPr>
        <w:ind w:left="2654" w:hanging="361"/>
      </w:pPr>
      <w:rPr>
        <w:rFonts w:hint="default"/>
        <w:lang w:val="ru-RU" w:eastAsia="en-US" w:bidi="ar-SA"/>
      </w:rPr>
    </w:lvl>
    <w:lvl w:ilvl="3" w:tplc="87042250">
      <w:numFmt w:val="bullet"/>
      <w:lvlText w:val="•"/>
      <w:lvlJc w:val="left"/>
      <w:pPr>
        <w:ind w:left="3651" w:hanging="361"/>
      </w:pPr>
      <w:rPr>
        <w:rFonts w:hint="default"/>
        <w:lang w:val="ru-RU" w:eastAsia="en-US" w:bidi="ar-SA"/>
      </w:rPr>
    </w:lvl>
    <w:lvl w:ilvl="4" w:tplc="CE62FF1C">
      <w:numFmt w:val="bullet"/>
      <w:lvlText w:val="•"/>
      <w:lvlJc w:val="left"/>
      <w:pPr>
        <w:ind w:left="4648" w:hanging="361"/>
      </w:pPr>
      <w:rPr>
        <w:rFonts w:hint="default"/>
        <w:lang w:val="ru-RU" w:eastAsia="en-US" w:bidi="ar-SA"/>
      </w:rPr>
    </w:lvl>
    <w:lvl w:ilvl="5" w:tplc="60A03AD2">
      <w:numFmt w:val="bullet"/>
      <w:lvlText w:val="•"/>
      <w:lvlJc w:val="left"/>
      <w:pPr>
        <w:ind w:left="5646" w:hanging="361"/>
      </w:pPr>
      <w:rPr>
        <w:rFonts w:hint="default"/>
        <w:lang w:val="ru-RU" w:eastAsia="en-US" w:bidi="ar-SA"/>
      </w:rPr>
    </w:lvl>
    <w:lvl w:ilvl="6" w:tplc="E91C5F62">
      <w:numFmt w:val="bullet"/>
      <w:lvlText w:val="•"/>
      <w:lvlJc w:val="left"/>
      <w:pPr>
        <w:ind w:left="6643" w:hanging="361"/>
      </w:pPr>
      <w:rPr>
        <w:rFonts w:hint="default"/>
        <w:lang w:val="ru-RU" w:eastAsia="en-US" w:bidi="ar-SA"/>
      </w:rPr>
    </w:lvl>
    <w:lvl w:ilvl="7" w:tplc="B5A86ACE">
      <w:numFmt w:val="bullet"/>
      <w:lvlText w:val="•"/>
      <w:lvlJc w:val="left"/>
      <w:pPr>
        <w:ind w:left="7640" w:hanging="361"/>
      </w:pPr>
      <w:rPr>
        <w:rFonts w:hint="default"/>
        <w:lang w:val="ru-RU" w:eastAsia="en-US" w:bidi="ar-SA"/>
      </w:rPr>
    </w:lvl>
    <w:lvl w:ilvl="8" w:tplc="CE1A5C6E">
      <w:numFmt w:val="bullet"/>
      <w:lvlText w:val="•"/>
      <w:lvlJc w:val="left"/>
      <w:pPr>
        <w:ind w:left="8637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4C09475A"/>
    <w:multiLevelType w:val="hybridMultilevel"/>
    <w:tmpl w:val="1CDED2E0"/>
    <w:lvl w:ilvl="0" w:tplc="81C03246">
      <w:numFmt w:val="bullet"/>
      <w:lvlText w:val="—"/>
      <w:lvlJc w:val="left"/>
      <w:pPr>
        <w:ind w:left="24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DC3872">
      <w:numFmt w:val="bullet"/>
      <w:lvlText w:val="•"/>
      <w:lvlJc w:val="left"/>
      <w:pPr>
        <w:ind w:left="1279" w:hanging="425"/>
      </w:pPr>
      <w:rPr>
        <w:rFonts w:hint="default"/>
        <w:lang w:val="ru-RU" w:eastAsia="en-US" w:bidi="ar-SA"/>
      </w:rPr>
    </w:lvl>
    <w:lvl w:ilvl="2" w:tplc="FACC2DC8">
      <w:numFmt w:val="bullet"/>
      <w:lvlText w:val="•"/>
      <w:lvlJc w:val="left"/>
      <w:pPr>
        <w:ind w:left="2318" w:hanging="425"/>
      </w:pPr>
      <w:rPr>
        <w:rFonts w:hint="default"/>
        <w:lang w:val="ru-RU" w:eastAsia="en-US" w:bidi="ar-SA"/>
      </w:rPr>
    </w:lvl>
    <w:lvl w:ilvl="3" w:tplc="D26E8104">
      <w:numFmt w:val="bullet"/>
      <w:lvlText w:val="•"/>
      <w:lvlJc w:val="left"/>
      <w:pPr>
        <w:ind w:left="3357" w:hanging="425"/>
      </w:pPr>
      <w:rPr>
        <w:rFonts w:hint="default"/>
        <w:lang w:val="ru-RU" w:eastAsia="en-US" w:bidi="ar-SA"/>
      </w:rPr>
    </w:lvl>
    <w:lvl w:ilvl="4" w:tplc="D76A9636">
      <w:numFmt w:val="bullet"/>
      <w:lvlText w:val="•"/>
      <w:lvlJc w:val="left"/>
      <w:pPr>
        <w:ind w:left="4396" w:hanging="425"/>
      </w:pPr>
      <w:rPr>
        <w:rFonts w:hint="default"/>
        <w:lang w:val="ru-RU" w:eastAsia="en-US" w:bidi="ar-SA"/>
      </w:rPr>
    </w:lvl>
    <w:lvl w:ilvl="5" w:tplc="3216F0FC">
      <w:numFmt w:val="bullet"/>
      <w:lvlText w:val="•"/>
      <w:lvlJc w:val="left"/>
      <w:pPr>
        <w:ind w:left="5436" w:hanging="425"/>
      </w:pPr>
      <w:rPr>
        <w:rFonts w:hint="default"/>
        <w:lang w:val="ru-RU" w:eastAsia="en-US" w:bidi="ar-SA"/>
      </w:rPr>
    </w:lvl>
    <w:lvl w:ilvl="6" w:tplc="B74C4C4E">
      <w:numFmt w:val="bullet"/>
      <w:lvlText w:val="•"/>
      <w:lvlJc w:val="left"/>
      <w:pPr>
        <w:ind w:left="6475" w:hanging="425"/>
      </w:pPr>
      <w:rPr>
        <w:rFonts w:hint="default"/>
        <w:lang w:val="ru-RU" w:eastAsia="en-US" w:bidi="ar-SA"/>
      </w:rPr>
    </w:lvl>
    <w:lvl w:ilvl="7" w:tplc="AFCE00E6">
      <w:numFmt w:val="bullet"/>
      <w:lvlText w:val="•"/>
      <w:lvlJc w:val="left"/>
      <w:pPr>
        <w:ind w:left="7514" w:hanging="425"/>
      </w:pPr>
      <w:rPr>
        <w:rFonts w:hint="default"/>
        <w:lang w:val="ru-RU" w:eastAsia="en-US" w:bidi="ar-SA"/>
      </w:rPr>
    </w:lvl>
    <w:lvl w:ilvl="8" w:tplc="B7C45B3C">
      <w:numFmt w:val="bullet"/>
      <w:lvlText w:val="•"/>
      <w:lvlJc w:val="left"/>
      <w:pPr>
        <w:ind w:left="8553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4FC21D30"/>
    <w:multiLevelType w:val="hybridMultilevel"/>
    <w:tmpl w:val="D368ED64"/>
    <w:lvl w:ilvl="0" w:tplc="D7E64E8C">
      <w:start w:val="2"/>
      <w:numFmt w:val="decimal"/>
      <w:lvlText w:val="%1."/>
      <w:lvlJc w:val="left"/>
      <w:pPr>
        <w:ind w:left="123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40B240">
      <w:numFmt w:val="bullet"/>
      <w:lvlText w:val="•"/>
      <w:lvlJc w:val="left"/>
      <w:pPr>
        <w:ind w:left="2179" w:hanging="240"/>
      </w:pPr>
      <w:rPr>
        <w:rFonts w:hint="default"/>
        <w:lang w:val="ru-RU" w:eastAsia="en-US" w:bidi="ar-SA"/>
      </w:rPr>
    </w:lvl>
    <w:lvl w:ilvl="2" w:tplc="BBB22308">
      <w:numFmt w:val="bullet"/>
      <w:lvlText w:val="•"/>
      <w:lvlJc w:val="left"/>
      <w:pPr>
        <w:ind w:left="3118" w:hanging="240"/>
      </w:pPr>
      <w:rPr>
        <w:rFonts w:hint="default"/>
        <w:lang w:val="ru-RU" w:eastAsia="en-US" w:bidi="ar-SA"/>
      </w:rPr>
    </w:lvl>
    <w:lvl w:ilvl="3" w:tplc="35509716">
      <w:numFmt w:val="bullet"/>
      <w:lvlText w:val="•"/>
      <w:lvlJc w:val="left"/>
      <w:pPr>
        <w:ind w:left="4057" w:hanging="240"/>
      </w:pPr>
      <w:rPr>
        <w:rFonts w:hint="default"/>
        <w:lang w:val="ru-RU" w:eastAsia="en-US" w:bidi="ar-SA"/>
      </w:rPr>
    </w:lvl>
    <w:lvl w:ilvl="4" w:tplc="BFE66270">
      <w:numFmt w:val="bullet"/>
      <w:lvlText w:val="•"/>
      <w:lvlJc w:val="left"/>
      <w:pPr>
        <w:ind w:left="4996" w:hanging="240"/>
      </w:pPr>
      <w:rPr>
        <w:rFonts w:hint="default"/>
        <w:lang w:val="ru-RU" w:eastAsia="en-US" w:bidi="ar-SA"/>
      </w:rPr>
    </w:lvl>
    <w:lvl w:ilvl="5" w:tplc="EDF6A76E">
      <w:numFmt w:val="bullet"/>
      <w:lvlText w:val="•"/>
      <w:lvlJc w:val="left"/>
      <w:pPr>
        <w:ind w:left="5936" w:hanging="240"/>
      </w:pPr>
      <w:rPr>
        <w:rFonts w:hint="default"/>
        <w:lang w:val="ru-RU" w:eastAsia="en-US" w:bidi="ar-SA"/>
      </w:rPr>
    </w:lvl>
    <w:lvl w:ilvl="6" w:tplc="9A1CB45A">
      <w:numFmt w:val="bullet"/>
      <w:lvlText w:val="•"/>
      <w:lvlJc w:val="left"/>
      <w:pPr>
        <w:ind w:left="6875" w:hanging="240"/>
      </w:pPr>
      <w:rPr>
        <w:rFonts w:hint="default"/>
        <w:lang w:val="ru-RU" w:eastAsia="en-US" w:bidi="ar-SA"/>
      </w:rPr>
    </w:lvl>
    <w:lvl w:ilvl="7" w:tplc="6FB61CD4">
      <w:numFmt w:val="bullet"/>
      <w:lvlText w:val="•"/>
      <w:lvlJc w:val="left"/>
      <w:pPr>
        <w:ind w:left="7814" w:hanging="240"/>
      </w:pPr>
      <w:rPr>
        <w:rFonts w:hint="default"/>
        <w:lang w:val="ru-RU" w:eastAsia="en-US" w:bidi="ar-SA"/>
      </w:rPr>
    </w:lvl>
    <w:lvl w:ilvl="8" w:tplc="5268BA70">
      <w:numFmt w:val="bullet"/>
      <w:lvlText w:val="•"/>
      <w:lvlJc w:val="left"/>
      <w:pPr>
        <w:ind w:left="8753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5BBA3698"/>
    <w:multiLevelType w:val="hybridMultilevel"/>
    <w:tmpl w:val="52E2FB12"/>
    <w:lvl w:ilvl="0" w:tplc="9236A87C">
      <w:numFmt w:val="bullet"/>
      <w:lvlText w:val=""/>
      <w:lvlJc w:val="left"/>
      <w:pPr>
        <w:ind w:left="1306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22325A9A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2" w:tplc="1ABCF89E">
      <w:numFmt w:val="bullet"/>
      <w:lvlText w:val="•"/>
      <w:lvlJc w:val="left"/>
      <w:pPr>
        <w:ind w:left="3166" w:hanging="360"/>
      </w:pPr>
      <w:rPr>
        <w:rFonts w:hint="default"/>
        <w:lang w:val="ru-RU" w:eastAsia="en-US" w:bidi="ar-SA"/>
      </w:rPr>
    </w:lvl>
    <w:lvl w:ilvl="3" w:tplc="921E32DC">
      <w:numFmt w:val="bullet"/>
      <w:lvlText w:val="•"/>
      <w:lvlJc w:val="left"/>
      <w:pPr>
        <w:ind w:left="4099" w:hanging="360"/>
      </w:pPr>
      <w:rPr>
        <w:rFonts w:hint="default"/>
        <w:lang w:val="ru-RU" w:eastAsia="en-US" w:bidi="ar-SA"/>
      </w:rPr>
    </w:lvl>
    <w:lvl w:ilvl="4" w:tplc="B1A6DD14">
      <w:numFmt w:val="bullet"/>
      <w:lvlText w:val="•"/>
      <w:lvlJc w:val="left"/>
      <w:pPr>
        <w:ind w:left="5032" w:hanging="360"/>
      </w:pPr>
      <w:rPr>
        <w:rFonts w:hint="default"/>
        <w:lang w:val="ru-RU" w:eastAsia="en-US" w:bidi="ar-SA"/>
      </w:rPr>
    </w:lvl>
    <w:lvl w:ilvl="5" w:tplc="E86AECB2">
      <w:numFmt w:val="bullet"/>
      <w:lvlText w:val="•"/>
      <w:lvlJc w:val="left"/>
      <w:pPr>
        <w:ind w:left="5966" w:hanging="360"/>
      </w:pPr>
      <w:rPr>
        <w:rFonts w:hint="default"/>
        <w:lang w:val="ru-RU" w:eastAsia="en-US" w:bidi="ar-SA"/>
      </w:rPr>
    </w:lvl>
    <w:lvl w:ilvl="6" w:tplc="1F58EE02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4FA007DE">
      <w:numFmt w:val="bullet"/>
      <w:lvlText w:val="•"/>
      <w:lvlJc w:val="left"/>
      <w:pPr>
        <w:ind w:left="7832" w:hanging="360"/>
      </w:pPr>
      <w:rPr>
        <w:rFonts w:hint="default"/>
        <w:lang w:val="ru-RU" w:eastAsia="en-US" w:bidi="ar-SA"/>
      </w:rPr>
    </w:lvl>
    <w:lvl w:ilvl="8" w:tplc="3440097A">
      <w:numFmt w:val="bullet"/>
      <w:lvlText w:val="•"/>
      <w:lvlJc w:val="left"/>
      <w:pPr>
        <w:ind w:left="8765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E3A2E1E"/>
    <w:multiLevelType w:val="hybridMultilevel"/>
    <w:tmpl w:val="EEDE5C18"/>
    <w:lvl w:ilvl="0" w:tplc="8E3C380A">
      <w:numFmt w:val="bullet"/>
      <w:lvlText w:val=""/>
      <w:lvlJc w:val="left"/>
      <w:pPr>
        <w:ind w:left="948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24E01E">
      <w:numFmt w:val="bullet"/>
      <w:lvlText w:val="•"/>
      <w:lvlJc w:val="left"/>
      <w:pPr>
        <w:ind w:left="1909" w:hanging="567"/>
      </w:pPr>
      <w:rPr>
        <w:rFonts w:hint="default"/>
        <w:lang w:val="ru-RU" w:eastAsia="en-US" w:bidi="ar-SA"/>
      </w:rPr>
    </w:lvl>
    <w:lvl w:ilvl="2" w:tplc="97728ABA">
      <w:numFmt w:val="bullet"/>
      <w:lvlText w:val="•"/>
      <w:lvlJc w:val="left"/>
      <w:pPr>
        <w:ind w:left="2878" w:hanging="567"/>
      </w:pPr>
      <w:rPr>
        <w:rFonts w:hint="default"/>
        <w:lang w:val="ru-RU" w:eastAsia="en-US" w:bidi="ar-SA"/>
      </w:rPr>
    </w:lvl>
    <w:lvl w:ilvl="3" w:tplc="7DDE18D2">
      <w:numFmt w:val="bullet"/>
      <w:lvlText w:val="•"/>
      <w:lvlJc w:val="left"/>
      <w:pPr>
        <w:ind w:left="3847" w:hanging="567"/>
      </w:pPr>
      <w:rPr>
        <w:rFonts w:hint="default"/>
        <w:lang w:val="ru-RU" w:eastAsia="en-US" w:bidi="ar-SA"/>
      </w:rPr>
    </w:lvl>
    <w:lvl w:ilvl="4" w:tplc="B144FFEC">
      <w:numFmt w:val="bullet"/>
      <w:lvlText w:val="•"/>
      <w:lvlJc w:val="left"/>
      <w:pPr>
        <w:ind w:left="4816" w:hanging="567"/>
      </w:pPr>
      <w:rPr>
        <w:rFonts w:hint="default"/>
        <w:lang w:val="ru-RU" w:eastAsia="en-US" w:bidi="ar-SA"/>
      </w:rPr>
    </w:lvl>
    <w:lvl w:ilvl="5" w:tplc="9D5A29D4">
      <w:numFmt w:val="bullet"/>
      <w:lvlText w:val="•"/>
      <w:lvlJc w:val="left"/>
      <w:pPr>
        <w:ind w:left="5786" w:hanging="567"/>
      </w:pPr>
      <w:rPr>
        <w:rFonts w:hint="default"/>
        <w:lang w:val="ru-RU" w:eastAsia="en-US" w:bidi="ar-SA"/>
      </w:rPr>
    </w:lvl>
    <w:lvl w:ilvl="6" w:tplc="19DC6164">
      <w:numFmt w:val="bullet"/>
      <w:lvlText w:val="•"/>
      <w:lvlJc w:val="left"/>
      <w:pPr>
        <w:ind w:left="6755" w:hanging="567"/>
      </w:pPr>
      <w:rPr>
        <w:rFonts w:hint="default"/>
        <w:lang w:val="ru-RU" w:eastAsia="en-US" w:bidi="ar-SA"/>
      </w:rPr>
    </w:lvl>
    <w:lvl w:ilvl="7" w:tplc="A6EAEEEE">
      <w:numFmt w:val="bullet"/>
      <w:lvlText w:val="•"/>
      <w:lvlJc w:val="left"/>
      <w:pPr>
        <w:ind w:left="7724" w:hanging="567"/>
      </w:pPr>
      <w:rPr>
        <w:rFonts w:hint="default"/>
        <w:lang w:val="ru-RU" w:eastAsia="en-US" w:bidi="ar-SA"/>
      </w:rPr>
    </w:lvl>
    <w:lvl w:ilvl="8" w:tplc="9F54C5E8">
      <w:numFmt w:val="bullet"/>
      <w:lvlText w:val="•"/>
      <w:lvlJc w:val="left"/>
      <w:pPr>
        <w:ind w:left="8693" w:hanging="567"/>
      </w:pPr>
      <w:rPr>
        <w:rFonts w:hint="default"/>
        <w:lang w:val="ru-RU" w:eastAsia="en-US" w:bidi="ar-SA"/>
      </w:rPr>
    </w:lvl>
  </w:abstractNum>
  <w:abstractNum w:abstractNumId="20" w15:restartNumberingAfterBreak="0">
    <w:nsid w:val="641D6CF3"/>
    <w:multiLevelType w:val="multilevel"/>
    <w:tmpl w:val="EE9A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A1999"/>
    <w:multiLevelType w:val="hybridMultilevel"/>
    <w:tmpl w:val="4ECEB556"/>
    <w:lvl w:ilvl="0" w:tplc="11F433AE">
      <w:start w:val="1"/>
      <w:numFmt w:val="decimal"/>
      <w:lvlText w:val="%1."/>
      <w:lvlJc w:val="left"/>
      <w:pPr>
        <w:ind w:left="240" w:hanging="2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E882CE">
      <w:numFmt w:val="bullet"/>
      <w:lvlText w:val="—"/>
      <w:lvlJc w:val="left"/>
      <w:pPr>
        <w:ind w:left="129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BD608B4">
      <w:numFmt w:val="bullet"/>
      <w:lvlText w:val="•"/>
      <w:lvlJc w:val="left"/>
      <w:pPr>
        <w:ind w:left="2336" w:hanging="300"/>
      </w:pPr>
      <w:rPr>
        <w:rFonts w:hint="default"/>
        <w:lang w:val="ru-RU" w:eastAsia="en-US" w:bidi="ar-SA"/>
      </w:rPr>
    </w:lvl>
    <w:lvl w:ilvl="3" w:tplc="50DC68BC">
      <w:numFmt w:val="bullet"/>
      <w:lvlText w:val="•"/>
      <w:lvlJc w:val="left"/>
      <w:pPr>
        <w:ind w:left="3373" w:hanging="300"/>
      </w:pPr>
      <w:rPr>
        <w:rFonts w:hint="default"/>
        <w:lang w:val="ru-RU" w:eastAsia="en-US" w:bidi="ar-SA"/>
      </w:rPr>
    </w:lvl>
    <w:lvl w:ilvl="4" w:tplc="84089318">
      <w:numFmt w:val="bullet"/>
      <w:lvlText w:val="•"/>
      <w:lvlJc w:val="left"/>
      <w:pPr>
        <w:ind w:left="4410" w:hanging="300"/>
      </w:pPr>
      <w:rPr>
        <w:rFonts w:hint="default"/>
        <w:lang w:val="ru-RU" w:eastAsia="en-US" w:bidi="ar-SA"/>
      </w:rPr>
    </w:lvl>
    <w:lvl w:ilvl="5" w:tplc="99B0853A">
      <w:numFmt w:val="bullet"/>
      <w:lvlText w:val="•"/>
      <w:lvlJc w:val="left"/>
      <w:pPr>
        <w:ind w:left="5447" w:hanging="300"/>
      </w:pPr>
      <w:rPr>
        <w:rFonts w:hint="default"/>
        <w:lang w:val="ru-RU" w:eastAsia="en-US" w:bidi="ar-SA"/>
      </w:rPr>
    </w:lvl>
    <w:lvl w:ilvl="6" w:tplc="93246606">
      <w:numFmt w:val="bullet"/>
      <w:lvlText w:val="•"/>
      <w:lvlJc w:val="left"/>
      <w:pPr>
        <w:ind w:left="6484" w:hanging="300"/>
      </w:pPr>
      <w:rPr>
        <w:rFonts w:hint="default"/>
        <w:lang w:val="ru-RU" w:eastAsia="en-US" w:bidi="ar-SA"/>
      </w:rPr>
    </w:lvl>
    <w:lvl w:ilvl="7" w:tplc="5A68B270">
      <w:numFmt w:val="bullet"/>
      <w:lvlText w:val="•"/>
      <w:lvlJc w:val="left"/>
      <w:pPr>
        <w:ind w:left="7521" w:hanging="300"/>
      </w:pPr>
      <w:rPr>
        <w:rFonts w:hint="default"/>
        <w:lang w:val="ru-RU" w:eastAsia="en-US" w:bidi="ar-SA"/>
      </w:rPr>
    </w:lvl>
    <w:lvl w:ilvl="8" w:tplc="E61C7016">
      <w:numFmt w:val="bullet"/>
      <w:lvlText w:val="•"/>
      <w:lvlJc w:val="left"/>
      <w:pPr>
        <w:ind w:left="8558" w:hanging="300"/>
      </w:pPr>
      <w:rPr>
        <w:rFonts w:hint="default"/>
        <w:lang w:val="ru-RU" w:eastAsia="en-US" w:bidi="ar-SA"/>
      </w:rPr>
    </w:lvl>
  </w:abstractNum>
  <w:abstractNum w:abstractNumId="22" w15:restartNumberingAfterBreak="0">
    <w:nsid w:val="658A27FC"/>
    <w:multiLevelType w:val="multilevel"/>
    <w:tmpl w:val="76D2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AF3DE5"/>
    <w:multiLevelType w:val="hybridMultilevel"/>
    <w:tmpl w:val="6D443310"/>
    <w:lvl w:ilvl="0" w:tplc="7B46887E">
      <w:start w:val="2"/>
      <w:numFmt w:val="decimal"/>
      <w:lvlText w:val="%1."/>
      <w:lvlJc w:val="left"/>
      <w:pPr>
        <w:ind w:left="123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BA89B8">
      <w:numFmt w:val="bullet"/>
      <w:lvlText w:val="—"/>
      <w:lvlJc w:val="left"/>
      <w:pPr>
        <w:ind w:left="129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BE6B108">
      <w:numFmt w:val="bullet"/>
      <w:lvlText w:val="•"/>
      <w:lvlJc w:val="left"/>
      <w:pPr>
        <w:ind w:left="2336" w:hanging="300"/>
      </w:pPr>
      <w:rPr>
        <w:rFonts w:hint="default"/>
        <w:lang w:val="ru-RU" w:eastAsia="en-US" w:bidi="ar-SA"/>
      </w:rPr>
    </w:lvl>
    <w:lvl w:ilvl="3" w:tplc="F0964004">
      <w:numFmt w:val="bullet"/>
      <w:lvlText w:val="•"/>
      <w:lvlJc w:val="left"/>
      <w:pPr>
        <w:ind w:left="3373" w:hanging="300"/>
      </w:pPr>
      <w:rPr>
        <w:rFonts w:hint="default"/>
        <w:lang w:val="ru-RU" w:eastAsia="en-US" w:bidi="ar-SA"/>
      </w:rPr>
    </w:lvl>
    <w:lvl w:ilvl="4" w:tplc="32567524">
      <w:numFmt w:val="bullet"/>
      <w:lvlText w:val="•"/>
      <w:lvlJc w:val="left"/>
      <w:pPr>
        <w:ind w:left="4410" w:hanging="300"/>
      </w:pPr>
      <w:rPr>
        <w:rFonts w:hint="default"/>
        <w:lang w:val="ru-RU" w:eastAsia="en-US" w:bidi="ar-SA"/>
      </w:rPr>
    </w:lvl>
    <w:lvl w:ilvl="5" w:tplc="849E4276">
      <w:numFmt w:val="bullet"/>
      <w:lvlText w:val="•"/>
      <w:lvlJc w:val="left"/>
      <w:pPr>
        <w:ind w:left="5447" w:hanging="300"/>
      </w:pPr>
      <w:rPr>
        <w:rFonts w:hint="default"/>
        <w:lang w:val="ru-RU" w:eastAsia="en-US" w:bidi="ar-SA"/>
      </w:rPr>
    </w:lvl>
    <w:lvl w:ilvl="6" w:tplc="204699DE">
      <w:numFmt w:val="bullet"/>
      <w:lvlText w:val="•"/>
      <w:lvlJc w:val="left"/>
      <w:pPr>
        <w:ind w:left="6484" w:hanging="300"/>
      </w:pPr>
      <w:rPr>
        <w:rFonts w:hint="default"/>
        <w:lang w:val="ru-RU" w:eastAsia="en-US" w:bidi="ar-SA"/>
      </w:rPr>
    </w:lvl>
    <w:lvl w:ilvl="7" w:tplc="57887E3E">
      <w:numFmt w:val="bullet"/>
      <w:lvlText w:val="•"/>
      <w:lvlJc w:val="left"/>
      <w:pPr>
        <w:ind w:left="7521" w:hanging="300"/>
      </w:pPr>
      <w:rPr>
        <w:rFonts w:hint="default"/>
        <w:lang w:val="ru-RU" w:eastAsia="en-US" w:bidi="ar-SA"/>
      </w:rPr>
    </w:lvl>
    <w:lvl w:ilvl="8" w:tplc="7D68A4A4">
      <w:numFmt w:val="bullet"/>
      <w:lvlText w:val="•"/>
      <w:lvlJc w:val="left"/>
      <w:pPr>
        <w:ind w:left="8558" w:hanging="300"/>
      </w:pPr>
      <w:rPr>
        <w:rFonts w:hint="default"/>
        <w:lang w:val="ru-RU" w:eastAsia="en-US" w:bidi="ar-SA"/>
      </w:rPr>
    </w:lvl>
  </w:abstractNum>
  <w:abstractNum w:abstractNumId="24" w15:restartNumberingAfterBreak="0">
    <w:nsid w:val="77554C25"/>
    <w:multiLevelType w:val="multilevel"/>
    <w:tmpl w:val="E200A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EC2919"/>
    <w:multiLevelType w:val="hybridMultilevel"/>
    <w:tmpl w:val="D2ACA2C0"/>
    <w:lvl w:ilvl="0" w:tplc="4030E34C">
      <w:numFmt w:val="bullet"/>
      <w:lvlText w:val=""/>
      <w:lvlJc w:val="left"/>
      <w:pPr>
        <w:ind w:left="240" w:hanging="709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5D249488">
      <w:numFmt w:val="bullet"/>
      <w:lvlText w:val="•"/>
      <w:lvlJc w:val="left"/>
      <w:pPr>
        <w:ind w:left="1279" w:hanging="709"/>
      </w:pPr>
      <w:rPr>
        <w:rFonts w:hint="default"/>
        <w:lang w:val="ru-RU" w:eastAsia="en-US" w:bidi="ar-SA"/>
      </w:rPr>
    </w:lvl>
    <w:lvl w:ilvl="2" w:tplc="B0E8379C">
      <w:numFmt w:val="bullet"/>
      <w:lvlText w:val="•"/>
      <w:lvlJc w:val="left"/>
      <w:pPr>
        <w:ind w:left="2318" w:hanging="709"/>
      </w:pPr>
      <w:rPr>
        <w:rFonts w:hint="default"/>
        <w:lang w:val="ru-RU" w:eastAsia="en-US" w:bidi="ar-SA"/>
      </w:rPr>
    </w:lvl>
    <w:lvl w:ilvl="3" w:tplc="E9AAC1F0">
      <w:numFmt w:val="bullet"/>
      <w:lvlText w:val="•"/>
      <w:lvlJc w:val="left"/>
      <w:pPr>
        <w:ind w:left="3357" w:hanging="709"/>
      </w:pPr>
      <w:rPr>
        <w:rFonts w:hint="default"/>
        <w:lang w:val="ru-RU" w:eastAsia="en-US" w:bidi="ar-SA"/>
      </w:rPr>
    </w:lvl>
    <w:lvl w:ilvl="4" w:tplc="C4022C14">
      <w:numFmt w:val="bullet"/>
      <w:lvlText w:val="•"/>
      <w:lvlJc w:val="left"/>
      <w:pPr>
        <w:ind w:left="4396" w:hanging="709"/>
      </w:pPr>
      <w:rPr>
        <w:rFonts w:hint="default"/>
        <w:lang w:val="ru-RU" w:eastAsia="en-US" w:bidi="ar-SA"/>
      </w:rPr>
    </w:lvl>
    <w:lvl w:ilvl="5" w:tplc="55483CB8">
      <w:numFmt w:val="bullet"/>
      <w:lvlText w:val="•"/>
      <w:lvlJc w:val="left"/>
      <w:pPr>
        <w:ind w:left="5436" w:hanging="709"/>
      </w:pPr>
      <w:rPr>
        <w:rFonts w:hint="default"/>
        <w:lang w:val="ru-RU" w:eastAsia="en-US" w:bidi="ar-SA"/>
      </w:rPr>
    </w:lvl>
    <w:lvl w:ilvl="6" w:tplc="B40011F0">
      <w:numFmt w:val="bullet"/>
      <w:lvlText w:val="•"/>
      <w:lvlJc w:val="left"/>
      <w:pPr>
        <w:ind w:left="6475" w:hanging="709"/>
      </w:pPr>
      <w:rPr>
        <w:rFonts w:hint="default"/>
        <w:lang w:val="ru-RU" w:eastAsia="en-US" w:bidi="ar-SA"/>
      </w:rPr>
    </w:lvl>
    <w:lvl w:ilvl="7" w:tplc="60DC5E68">
      <w:numFmt w:val="bullet"/>
      <w:lvlText w:val="•"/>
      <w:lvlJc w:val="left"/>
      <w:pPr>
        <w:ind w:left="7514" w:hanging="709"/>
      </w:pPr>
      <w:rPr>
        <w:rFonts w:hint="default"/>
        <w:lang w:val="ru-RU" w:eastAsia="en-US" w:bidi="ar-SA"/>
      </w:rPr>
    </w:lvl>
    <w:lvl w:ilvl="8" w:tplc="3E06C956">
      <w:numFmt w:val="bullet"/>
      <w:lvlText w:val="•"/>
      <w:lvlJc w:val="left"/>
      <w:pPr>
        <w:ind w:left="8553" w:hanging="709"/>
      </w:pPr>
      <w:rPr>
        <w:rFonts w:hint="default"/>
        <w:lang w:val="ru-RU" w:eastAsia="en-US" w:bidi="ar-SA"/>
      </w:rPr>
    </w:lvl>
  </w:abstractNum>
  <w:num w:numId="1" w16cid:durableId="437220567">
    <w:abstractNumId w:val="18"/>
  </w:num>
  <w:num w:numId="2" w16cid:durableId="1940942456">
    <w:abstractNumId w:val="25"/>
  </w:num>
  <w:num w:numId="3" w16cid:durableId="1319842876">
    <w:abstractNumId w:val="17"/>
  </w:num>
  <w:num w:numId="4" w16cid:durableId="1663780297">
    <w:abstractNumId w:val="23"/>
  </w:num>
  <w:num w:numId="5" w16cid:durableId="921108751">
    <w:abstractNumId w:val="21"/>
  </w:num>
  <w:num w:numId="6" w16cid:durableId="1100679967">
    <w:abstractNumId w:val="11"/>
  </w:num>
  <w:num w:numId="7" w16cid:durableId="530726829">
    <w:abstractNumId w:val="19"/>
  </w:num>
  <w:num w:numId="8" w16cid:durableId="441460616">
    <w:abstractNumId w:val="9"/>
  </w:num>
  <w:num w:numId="9" w16cid:durableId="705909485">
    <w:abstractNumId w:val="16"/>
  </w:num>
  <w:num w:numId="10" w16cid:durableId="437913372">
    <w:abstractNumId w:val="14"/>
  </w:num>
  <w:num w:numId="11" w16cid:durableId="548230252">
    <w:abstractNumId w:val="15"/>
  </w:num>
  <w:num w:numId="12" w16cid:durableId="260458976">
    <w:abstractNumId w:val="12"/>
  </w:num>
  <w:num w:numId="13" w16cid:durableId="1930656580">
    <w:abstractNumId w:val="22"/>
  </w:num>
  <w:num w:numId="14" w16cid:durableId="204753385">
    <w:abstractNumId w:val="20"/>
  </w:num>
  <w:num w:numId="15" w16cid:durableId="857232128">
    <w:abstractNumId w:val="10"/>
  </w:num>
  <w:num w:numId="16" w16cid:durableId="1185750425">
    <w:abstractNumId w:val="24"/>
  </w:num>
  <w:num w:numId="17" w16cid:durableId="1633293933">
    <w:abstractNumId w:val="13"/>
  </w:num>
  <w:num w:numId="18" w16cid:durableId="1401369808">
    <w:abstractNumId w:val="8"/>
  </w:num>
  <w:num w:numId="19" w16cid:durableId="1292714786">
    <w:abstractNumId w:val="6"/>
  </w:num>
  <w:num w:numId="20" w16cid:durableId="514882414">
    <w:abstractNumId w:val="5"/>
  </w:num>
  <w:num w:numId="21" w16cid:durableId="1012758652">
    <w:abstractNumId w:val="4"/>
  </w:num>
  <w:num w:numId="22" w16cid:durableId="1879270965">
    <w:abstractNumId w:val="7"/>
  </w:num>
  <w:num w:numId="23" w16cid:durableId="1590850445">
    <w:abstractNumId w:val="3"/>
  </w:num>
  <w:num w:numId="24" w16cid:durableId="600185999">
    <w:abstractNumId w:val="2"/>
  </w:num>
  <w:num w:numId="25" w16cid:durableId="864447254">
    <w:abstractNumId w:val="1"/>
  </w:num>
  <w:num w:numId="26" w16cid:durableId="39767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4E"/>
    <w:rsid w:val="00077123"/>
    <w:rsid w:val="002631B9"/>
    <w:rsid w:val="004A04BD"/>
    <w:rsid w:val="0081274E"/>
    <w:rsid w:val="008B6A7F"/>
    <w:rsid w:val="00A469A4"/>
    <w:rsid w:val="00AD0D8E"/>
    <w:rsid w:val="00BC6872"/>
    <w:rsid w:val="00C8366E"/>
    <w:rsid w:val="00EF318C"/>
    <w:rsid w:val="00FC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9EAD"/>
  <w15:docId w15:val="{C71FE381-BEBF-4A56-B760-72A9B102A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spacing w:before="1"/>
      <w:ind w:left="240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9"/>
    <w:qFormat/>
    <w:pPr>
      <w:ind w:left="2748"/>
      <w:outlineLvl w:val="1"/>
    </w:pPr>
    <w:rPr>
      <w:b/>
      <w:bCs/>
      <w:sz w:val="24"/>
      <w:szCs w:val="24"/>
    </w:rPr>
  </w:style>
  <w:style w:type="paragraph" w:styleId="31">
    <w:name w:val="heading 3"/>
    <w:basedOn w:val="a1"/>
    <w:link w:val="32"/>
    <w:uiPriority w:val="9"/>
    <w:qFormat/>
    <w:pPr>
      <w:spacing w:line="274" w:lineRule="exact"/>
      <w:ind w:left="1092"/>
      <w:outlineLvl w:val="2"/>
    </w:pPr>
    <w:rPr>
      <w:b/>
      <w:bCs/>
      <w:sz w:val="24"/>
      <w:szCs w:val="24"/>
      <w:u w:val="single" w:color="000000"/>
    </w:rPr>
  </w:style>
  <w:style w:type="paragraph" w:styleId="4">
    <w:name w:val="heading 4"/>
    <w:basedOn w:val="a1"/>
    <w:link w:val="40"/>
    <w:uiPriority w:val="9"/>
    <w:qFormat/>
    <w:pPr>
      <w:ind w:left="240"/>
      <w:jc w:val="both"/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469A4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469A4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469A4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469A4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469A4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240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948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pdq2pgselectionanchorcontainer">
    <w:name w:val="pdq2pg_selectionanchorcontainer"/>
    <w:basedOn w:val="a1"/>
    <w:rsid w:val="00AD0D8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8">
    <w:name w:val="Strong"/>
    <w:basedOn w:val="a2"/>
    <w:uiPriority w:val="22"/>
    <w:qFormat/>
    <w:rsid w:val="00AD0D8E"/>
    <w:rPr>
      <w:b/>
      <w:bCs/>
    </w:rPr>
  </w:style>
  <w:style w:type="paragraph" w:styleId="a9">
    <w:name w:val="Normal (Web)"/>
    <w:basedOn w:val="a1"/>
    <w:uiPriority w:val="99"/>
    <w:semiHidden/>
    <w:unhideWhenUsed/>
    <w:rsid w:val="00AD0D8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table" w:styleId="aa">
    <w:name w:val="Table Grid"/>
    <w:basedOn w:val="a3"/>
    <w:uiPriority w:val="59"/>
    <w:rsid w:val="00A469A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2"/>
    <w:link w:val="5"/>
    <w:uiPriority w:val="9"/>
    <w:semiHidden/>
    <w:rsid w:val="00A469A4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60">
    <w:name w:val="Заголовок 6 Знак"/>
    <w:basedOn w:val="a2"/>
    <w:link w:val="6"/>
    <w:uiPriority w:val="9"/>
    <w:semiHidden/>
    <w:rsid w:val="00A469A4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70">
    <w:name w:val="Заголовок 7 Знак"/>
    <w:basedOn w:val="a2"/>
    <w:link w:val="7"/>
    <w:uiPriority w:val="9"/>
    <w:semiHidden/>
    <w:rsid w:val="00A469A4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80">
    <w:name w:val="Заголовок 8 Знак"/>
    <w:basedOn w:val="a2"/>
    <w:link w:val="8"/>
    <w:uiPriority w:val="9"/>
    <w:semiHidden/>
    <w:rsid w:val="00A469A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A469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header"/>
    <w:basedOn w:val="a1"/>
    <w:link w:val="ac"/>
    <w:uiPriority w:val="99"/>
    <w:unhideWhenUsed/>
    <w:rsid w:val="00A469A4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8"/>
      <w:lang w:val="en-US"/>
    </w:rPr>
  </w:style>
  <w:style w:type="character" w:customStyle="1" w:styleId="ac">
    <w:name w:val="Верхний колонтитул Знак"/>
    <w:basedOn w:val="a2"/>
    <w:link w:val="ab"/>
    <w:uiPriority w:val="99"/>
    <w:rsid w:val="00A469A4"/>
    <w:rPr>
      <w:rFonts w:ascii="Times New Roman" w:eastAsia="Times New Roman" w:hAnsi="Times New Roman"/>
      <w:sz w:val="18"/>
    </w:rPr>
  </w:style>
  <w:style w:type="paragraph" w:styleId="ad">
    <w:name w:val="footer"/>
    <w:basedOn w:val="a1"/>
    <w:link w:val="ae"/>
    <w:uiPriority w:val="99"/>
    <w:unhideWhenUsed/>
    <w:rsid w:val="00A469A4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8"/>
      <w:lang w:val="en-US"/>
    </w:rPr>
  </w:style>
  <w:style w:type="character" w:customStyle="1" w:styleId="ae">
    <w:name w:val="Нижний колонтитул Знак"/>
    <w:basedOn w:val="a2"/>
    <w:link w:val="ad"/>
    <w:uiPriority w:val="99"/>
    <w:rsid w:val="00A469A4"/>
    <w:rPr>
      <w:rFonts w:ascii="Times New Roman" w:eastAsia="Times New Roman" w:hAnsi="Times New Roman"/>
      <w:sz w:val="18"/>
    </w:rPr>
  </w:style>
  <w:style w:type="paragraph" w:styleId="af">
    <w:name w:val="No Spacing"/>
    <w:uiPriority w:val="1"/>
    <w:qFormat/>
    <w:rsid w:val="00A469A4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A469A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A469A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A469A4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ru-RU"/>
    </w:rPr>
  </w:style>
  <w:style w:type="paragraph" w:styleId="af0">
    <w:name w:val="Title"/>
    <w:basedOn w:val="a1"/>
    <w:next w:val="a1"/>
    <w:link w:val="af1"/>
    <w:uiPriority w:val="10"/>
    <w:qFormat/>
    <w:rsid w:val="00A469A4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1">
    <w:name w:val="Заголовок Знак"/>
    <w:basedOn w:val="a2"/>
    <w:link w:val="af0"/>
    <w:uiPriority w:val="10"/>
    <w:rsid w:val="00A469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Subtitle"/>
    <w:basedOn w:val="a1"/>
    <w:next w:val="a1"/>
    <w:link w:val="af3"/>
    <w:uiPriority w:val="11"/>
    <w:qFormat/>
    <w:rsid w:val="00A469A4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3">
    <w:name w:val="Подзаголовок Знак"/>
    <w:basedOn w:val="a2"/>
    <w:link w:val="af2"/>
    <w:uiPriority w:val="11"/>
    <w:rsid w:val="00A469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A469A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A469A4"/>
    <w:pPr>
      <w:widowControl/>
      <w:autoSpaceDE/>
      <w:autoSpaceDN/>
      <w:spacing w:after="120" w:line="480" w:lineRule="auto"/>
    </w:pPr>
    <w:rPr>
      <w:rFonts w:cstheme="minorBidi"/>
      <w:sz w:val="18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A469A4"/>
    <w:rPr>
      <w:rFonts w:ascii="Times New Roman" w:eastAsia="Times New Roman" w:hAnsi="Times New Roman"/>
      <w:sz w:val="18"/>
    </w:rPr>
  </w:style>
  <w:style w:type="paragraph" w:styleId="33">
    <w:name w:val="Body Text 3"/>
    <w:basedOn w:val="a1"/>
    <w:link w:val="34"/>
    <w:uiPriority w:val="99"/>
    <w:unhideWhenUsed/>
    <w:rsid w:val="00A469A4"/>
    <w:pPr>
      <w:widowControl/>
      <w:autoSpaceDE/>
      <w:autoSpaceDN/>
      <w:spacing w:after="120" w:line="276" w:lineRule="auto"/>
    </w:pPr>
    <w:rPr>
      <w:rFonts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A469A4"/>
    <w:rPr>
      <w:rFonts w:ascii="Times New Roman" w:eastAsia="Times New Roman" w:hAnsi="Times New Roman"/>
      <w:sz w:val="16"/>
      <w:szCs w:val="16"/>
    </w:rPr>
  </w:style>
  <w:style w:type="paragraph" w:styleId="af4">
    <w:name w:val="List"/>
    <w:basedOn w:val="a1"/>
    <w:uiPriority w:val="99"/>
    <w:unhideWhenUsed/>
    <w:rsid w:val="00A469A4"/>
    <w:pPr>
      <w:widowControl/>
      <w:autoSpaceDE/>
      <w:autoSpaceDN/>
      <w:spacing w:after="200" w:line="276" w:lineRule="auto"/>
      <w:ind w:left="360" w:hanging="360"/>
      <w:contextualSpacing/>
    </w:pPr>
    <w:rPr>
      <w:rFonts w:cstheme="minorBidi"/>
      <w:sz w:val="18"/>
      <w:lang w:val="en-US"/>
    </w:rPr>
  </w:style>
  <w:style w:type="paragraph" w:styleId="25">
    <w:name w:val="List 2"/>
    <w:basedOn w:val="a1"/>
    <w:uiPriority w:val="99"/>
    <w:unhideWhenUsed/>
    <w:rsid w:val="00A469A4"/>
    <w:pPr>
      <w:widowControl/>
      <w:autoSpaceDE/>
      <w:autoSpaceDN/>
      <w:spacing w:after="200" w:line="276" w:lineRule="auto"/>
      <w:ind w:left="720" w:hanging="360"/>
      <w:contextualSpacing/>
    </w:pPr>
    <w:rPr>
      <w:rFonts w:cstheme="minorBidi"/>
      <w:sz w:val="18"/>
      <w:lang w:val="en-US"/>
    </w:rPr>
  </w:style>
  <w:style w:type="paragraph" w:styleId="35">
    <w:name w:val="List 3"/>
    <w:basedOn w:val="a1"/>
    <w:uiPriority w:val="99"/>
    <w:unhideWhenUsed/>
    <w:rsid w:val="00A469A4"/>
    <w:pPr>
      <w:widowControl/>
      <w:autoSpaceDE/>
      <w:autoSpaceDN/>
      <w:spacing w:after="200" w:line="276" w:lineRule="auto"/>
      <w:ind w:left="1080" w:hanging="360"/>
      <w:contextualSpacing/>
    </w:pPr>
    <w:rPr>
      <w:rFonts w:cstheme="minorBidi"/>
      <w:sz w:val="18"/>
      <w:lang w:val="en-US"/>
    </w:rPr>
  </w:style>
  <w:style w:type="paragraph" w:styleId="a0">
    <w:name w:val="List Bullet"/>
    <w:basedOn w:val="a1"/>
    <w:uiPriority w:val="99"/>
    <w:unhideWhenUsed/>
    <w:rsid w:val="00A469A4"/>
    <w:pPr>
      <w:widowControl/>
      <w:numPr>
        <w:numId w:val="18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20">
    <w:name w:val="List Bullet 2"/>
    <w:basedOn w:val="a1"/>
    <w:uiPriority w:val="99"/>
    <w:unhideWhenUsed/>
    <w:rsid w:val="00A469A4"/>
    <w:pPr>
      <w:widowControl/>
      <w:numPr>
        <w:numId w:val="19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30">
    <w:name w:val="List Bullet 3"/>
    <w:basedOn w:val="a1"/>
    <w:uiPriority w:val="99"/>
    <w:unhideWhenUsed/>
    <w:rsid w:val="00A469A4"/>
    <w:pPr>
      <w:widowControl/>
      <w:numPr>
        <w:numId w:val="20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a">
    <w:name w:val="List Number"/>
    <w:basedOn w:val="a1"/>
    <w:uiPriority w:val="99"/>
    <w:unhideWhenUsed/>
    <w:rsid w:val="00A469A4"/>
    <w:pPr>
      <w:widowControl/>
      <w:numPr>
        <w:numId w:val="2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2">
    <w:name w:val="List Number 2"/>
    <w:basedOn w:val="a1"/>
    <w:uiPriority w:val="99"/>
    <w:unhideWhenUsed/>
    <w:rsid w:val="00A469A4"/>
    <w:pPr>
      <w:widowControl/>
      <w:numPr>
        <w:numId w:val="23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3">
    <w:name w:val="List Number 3"/>
    <w:basedOn w:val="a1"/>
    <w:uiPriority w:val="99"/>
    <w:unhideWhenUsed/>
    <w:rsid w:val="00A469A4"/>
    <w:pPr>
      <w:widowControl/>
      <w:numPr>
        <w:numId w:val="24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af5">
    <w:name w:val="List Continue"/>
    <w:basedOn w:val="a1"/>
    <w:uiPriority w:val="99"/>
    <w:unhideWhenUsed/>
    <w:rsid w:val="00A469A4"/>
    <w:pPr>
      <w:widowControl/>
      <w:autoSpaceDE/>
      <w:autoSpaceDN/>
      <w:spacing w:after="120" w:line="276" w:lineRule="auto"/>
      <w:ind w:left="360"/>
      <w:contextualSpacing/>
    </w:pPr>
    <w:rPr>
      <w:rFonts w:cstheme="minorBidi"/>
      <w:sz w:val="18"/>
      <w:lang w:val="en-US"/>
    </w:rPr>
  </w:style>
  <w:style w:type="paragraph" w:styleId="26">
    <w:name w:val="List Continue 2"/>
    <w:basedOn w:val="a1"/>
    <w:uiPriority w:val="99"/>
    <w:unhideWhenUsed/>
    <w:rsid w:val="00A469A4"/>
    <w:pPr>
      <w:widowControl/>
      <w:autoSpaceDE/>
      <w:autoSpaceDN/>
      <w:spacing w:after="120" w:line="276" w:lineRule="auto"/>
      <w:ind w:left="720"/>
      <w:contextualSpacing/>
    </w:pPr>
    <w:rPr>
      <w:rFonts w:cstheme="minorBidi"/>
      <w:sz w:val="18"/>
      <w:lang w:val="en-US"/>
    </w:rPr>
  </w:style>
  <w:style w:type="paragraph" w:styleId="36">
    <w:name w:val="List Continue 3"/>
    <w:basedOn w:val="a1"/>
    <w:uiPriority w:val="99"/>
    <w:unhideWhenUsed/>
    <w:rsid w:val="00A469A4"/>
    <w:pPr>
      <w:widowControl/>
      <w:autoSpaceDE/>
      <w:autoSpaceDN/>
      <w:spacing w:after="120" w:line="276" w:lineRule="auto"/>
      <w:ind w:left="1080"/>
      <w:contextualSpacing/>
    </w:pPr>
    <w:rPr>
      <w:rFonts w:cstheme="minorBidi"/>
      <w:sz w:val="18"/>
      <w:lang w:val="en-US"/>
    </w:rPr>
  </w:style>
  <w:style w:type="paragraph" w:styleId="af6">
    <w:name w:val="macro"/>
    <w:link w:val="af7"/>
    <w:uiPriority w:val="99"/>
    <w:unhideWhenUsed/>
    <w:rsid w:val="00A469A4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7">
    <w:name w:val="Текст макроса Знак"/>
    <w:basedOn w:val="a2"/>
    <w:link w:val="af6"/>
    <w:uiPriority w:val="99"/>
    <w:rsid w:val="00A469A4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A469A4"/>
    <w:pPr>
      <w:widowControl/>
      <w:autoSpaceDE/>
      <w:autoSpaceDN/>
      <w:spacing w:after="200" w:line="276" w:lineRule="auto"/>
    </w:pPr>
    <w:rPr>
      <w:rFonts w:cstheme="minorBidi"/>
      <w:i/>
      <w:iCs/>
      <w:color w:val="000000" w:themeColor="text1"/>
      <w:sz w:val="18"/>
      <w:lang w:val="en-US"/>
    </w:rPr>
  </w:style>
  <w:style w:type="character" w:customStyle="1" w:styleId="28">
    <w:name w:val="Цитата 2 Знак"/>
    <w:basedOn w:val="a2"/>
    <w:link w:val="27"/>
    <w:uiPriority w:val="29"/>
    <w:rsid w:val="00A469A4"/>
    <w:rPr>
      <w:rFonts w:ascii="Times New Roman" w:eastAsia="Times New Roman" w:hAnsi="Times New Roman"/>
      <w:i/>
      <w:iCs/>
      <w:color w:val="000000" w:themeColor="text1"/>
      <w:sz w:val="18"/>
    </w:rPr>
  </w:style>
  <w:style w:type="character" w:customStyle="1" w:styleId="40">
    <w:name w:val="Заголовок 4 Знак"/>
    <w:basedOn w:val="a2"/>
    <w:link w:val="4"/>
    <w:uiPriority w:val="9"/>
    <w:rsid w:val="00A469A4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f8">
    <w:name w:val="caption"/>
    <w:basedOn w:val="a1"/>
    <w:next w:val="a1"/>
    <w:uiPriority w:val="35"/>
    <w:semiHidden/>
    <w:unhideWhenUsed/>
    <w:qFormat/>
    <w:rsid w:val="00A469A4"/>
    <w:pPr>
      <w:widowControl/>
      <w:autoSpaceDE/>
      <w:autoSpaceDN/>
      <w:spacing w:after="200"/>
    </w:pPr>
    <w:rPr>
      <w:rFonts w:cstheme="minorBidi"/>
      <w:b/>
      <w:bCs/>
      <w:color w:val="4F81BD" w:themeColor="accent1"/>
      <w:sz w:val="18"/>
      <w:szCs w:val="18"/>
      <w:lang w:val="en-US"/>
    </w:rPr>
  </w:style>
  <w:style w:type="character" w:styleId="af9">
    <w:name w:val="Emphasis"/>
    <w:basedOn w:val="a2"/>
    <w:uiPriority w:val="20"/>
    <w:qFormat/>
    <w:rsid w:val="00A469A4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A469A4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cstheme="minorBidi"/>
      <w:b/>
      <w:bCs/>
      <w:i/>
      <w:iCs/>
      <w:color w:val="4F81BD" w:themeColor="accent1"/>
      <w:sz w:val="18"/>
      <w:lang w:val="en-US"/>
    </w:rPr>
  </w:style>
  <w:style w:type="character" w:customStyle="1" w:styleId="afb">
    <w:name w:val="Выделенная цитата Знак"/>
    <w:basedOn w:val="a2"/>
    <w:link w:val="afa"/>
    <w:uiPriority w:val="30"/>
    <w:rsid w:val="00A469A4"/>
    <w:rPr>
      <w:rFonts w:ascii="Times New Roman" w:eastAsia="Times New Roman" w:hAnsi="Times New Roman"/>
      <w:b/>
      <w:bCs/>
      <w:i/>
      <w:iCs/>
      <w:color w:val="4F81BD" w:themeColor="accent1"/>
      <w:sz w:val="18"/>
    </w:rPr>
  </w:style>
  <w:style w:type="character" w:styleId="afc">
    <w:name w:val="Subtle Emphasis"/>
    <w:basedOn w:val="a2"/>
    <w:uiPriority w:val="19"/>
    <w:qFormat/>
    <w:rsid w:val="00A469A4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A469A4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A469A4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A469A4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A469A4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A469A4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table" w:styleId="aff2">
    <w:name w:val="Light Shading"/>
    <w:basedOn w:val="a3"/>
    <w:uiPriority w:val="60"/>
    <w:rsid w:val="00A469A4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469A4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469A4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469A4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469A4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469A4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469A4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469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469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469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469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7041</Words>
  <Characters>38729</Characters>
  <Application>Microsoft Office Word</Application>
  <DocSecurity>0</DocSecurity>
  <Lines>322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Департамент Образования города Москвы</vt:lpstr>
      <vt:lpstr>Рабочая программа «Испанский язык» (2-4 классы)</vt:lpstr>
      <vt:lpstr>        ОБЩАЯ ХАРАКТЕРИСТИКА УЧЕБНОГО ПРЕДМЕТА</vt:lpstr>
      <vt:lpstr>        ЦЕЛИ И ЗАДАЧИ ИЗУЧЕНИЯ УЧЕБНОГО ПРЕДМЕТА</vt:lpstr>
      <vt:lpstr>        ОБРАЗОВАТЕЛЬНЫЕ ЦЕЛИ</vt:lpstr>
      <vt:lpstr>    СОДЕРЖАНИЕ УЧЕБНОГО ПРЕДМЕТА 2 КЛАСС</vt:lpstr>
    </vt:vector>
  </TitlesOfParts>
  <Company/>
  <LinksUpToDate>false</LinksUpToDate>
  <CharactersWithSpaces>45679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Образования города Москвы</dc:title>
  <dc:creator>Ирина</dc:creator>
  <cp:lastModifiedBy>Анна Ерахтина</cp:lastModifiedBy>
  <cp:revision>3</cp:revision>
  <dcterms:created xsi:type="dcterms:W3CDTF">2026-07-13T11:13:00Z</dcterms:created>
  <dcterms:modified xsi:type="dcterms:W3CDTF">2026-09-22T12:42:00Z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